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220" w:lineRule="exact" w:before="584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10000" behindDoc="1" locked="0" layoutInCell="1" allowOverlap="1">
            <wp:simplePos x="0" y="0"/>
            <wp:positionH relativeFrom="page">
              <wp:posOffset>2179320</wp:posOffset>
            </wp:positionH>
            <wp:positionV relativeFrom="page">
              <wp:posOffset>5702300</wp:posOffset>
            </wp:positionV>
            <wp:extent cx="2641600" cy="2371100"/>
            <wp:wrapNone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23711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3000" behindDoc="0" locked="0" layoutInCell="1" allowOverlap="1">
            <wp:simplePos x="0" y="0"/>
            <wp:positionH relativeFrom="page">
              <wp:posOffset>2667000</wp:posOffset>
            </wp:positionH>
            <wp:positionV relativeFrom="page">
              <wp:posOffset>7937500</wp:posOffset>
            </wp:positionV>
            <wp:extent cx="2209800" cy="25400"/>
            <wp:wrapNone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54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4000" behindDoc="0" locked="0" layoutInCell="1" allowOverlap="1">
            <wp:simplePos x="0" y="0"/>
            <wp:positionH relativeFrom="page">
              <wp:posOffset>2667000</wp:posOffset>
            </wp:positionH>
            <wp:positionV relativeFrom="page">
              <wp:posOffset>7937500</wp:posOffset>
            </wp:positionV>
            <wp:extent cx="2209800" cy="25400"/>
            <wp:wrapNone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54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0000" behindDoc="0" locked="0" layoutInCell="1" allowOverlap="1">
            <wp:simplePos x="0" y="0"/>
            <wp:positionH relativeFrom="page">
              <wp:posOffset>2616200</wp:posOffset>
            </wp:positionH>
            <wp:positionV relativeFrom="page">
              <wp:posOffset>8356600</wp:posOffset>
            </wp:positionV>
            <wp:extent cx="1993900" cy="25400"/>
            <wp:wrapNone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254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1000" behindDoc="0" locked="0" layoutInCell="1" allowOverlap="1">
            <wp:simplePos x="0" y="0"/>
            <wp:positionH relativeFrom="page">
              <wp:posOffset>2616200</wp:posOffset>
            </wp:positionH>
            <wp:positionV relativeFrom="page">
              <wp:posOffset>8356600</wp:posOffset>
            </wp:positionV>
            <wp:extent cx="1993900" cy="25400"/>
            <wp:wrapNone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254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1000" behindDoc="0" locked="0" layoutInCell="1" allowOverlap="1">
            <wp:simplePos x="0" y="0"/>
            <wp:positionH relativeFrom="page">
              <wp:posOffset>2463800</wp:posOffset>
            </wp:positionH>
            <wp:positionV relativeFrom="page">
              <wp:posOffset>7531100</wp:posOffset>
            </wp:positionV>
            <wp:extent cx="2235200" cy="12700"/>
            <wp:wrapNone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27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2000" behindDoc="0" locked="0" layoutInCell="1" allowOverlap="1">
            <wp:simplePos x="0" y="0"/>
            <wp:positionH relativeFrom="page">
              <wp:posOffset>2463800</wp:posOffset>
            </wp:positionH>
            <wp:positionV relativeFrom="page">
              <wp:posOffset>7531100</wp:posOffset>
            </wp:positionV>
            <wp:extent cx="2235200" cy="12700"/>
            <wp:wrapNone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27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320" w:lineRule="exact" w:before="0" w:after="0"/>
        <w:ind w:left="0" w:right="362" w:firstLine="0"/>
        <w:jc w:val="right"/>
      </w:pPr>
      <w:r>
        <w:rPr>
          <w:spacing w:val="11"/>
          <w:w w:val="98.58104821407434"/>
          <w:rFonts w:ascii="Ddylr05K+KaiTi" w:hAnsi="Ddylr05K+KaiTi" w:eastAsia="Ddylr05K+KaiTi"/>
          <w:color w:val="000000"/>
          <w:sz w:val="33"/>
        </w:rPr>
        <w:t>报</w:t>
      </w:r>
      <w:r>
        <w:rPr>
          <w:spacing w:val="9"/>
          <w:w w:val="98.58104821407434"/>
          <w:rFonts w:ascii="Ddylr05K+KaiTi" w:hAnsi="Ddylr05K+KaiTi" w:eastAsia="Ddylr05K+KaiTi"/>
          <w:color w:val="000000"/>
          <w:sz w:val="33"/>
        </w:rPr>
        <w:t>告</w:t>
      </w:r>
      <w:r>
        <w:rPr>
          <w:spacing w:val="11"/>
          <w:w w:val="98.58104821407434"/>
          <w:rFonts w:ascii="Ddylr05K+KaiTi" w:hAnsi="Ddylr05K+KaiTi" w:eastAsia="Ddylr05K+KaiTi"/>
          <w:color w:val="000000"/>
          <w:sz w:val="33"/>
        </w:rPr>
        <w:t>编</w:t>
      </w:r>
      <w:r>
        <w:rPr>
          <w:spacing w:val="9"/>
          <w:w w:val="98.58104821407434"/>
          <w:rFonts w:ascii="Ddylr05K+KaiTi" w:hAnsi="Ddylr05K+KaiTi" w:eastAsia="Ddylr05K+KaiTi"/>
          <w:color w:val="000000"/>
          <w:sz w:val="33"/>
        </w:rPr>
        <w:t>号</w:t>
      </w:r>
      <w:r>
        <w:rPr>
          <w:spacing w:val="13"/>
          <w:w w:val="98.58104821407434"/>
          <w:rFonts w:ascii="Ddylr05K+KaiTi" w:hAnsi="Ddylr05K+KaiTi" w:eastAsia="Ddylr05K+KaiTi"/>
          <w:color w:val="000000"/>
          <w:sz w:val="33"/>
        </w:rPr>
        <w:t>：</w:t>
      </w:r>
      <w:r>
        <w:rPr>
          <w:spacing w:val="5"/>
          <w:w w:val="98.58104821407434"/>
          <w:rFonts w:ascii="Ddylr05K+KaiTi" w:hAnsi="Ddylr05K+KaiTi" w:eastAsia="Ddylr05K+KaiTi"/>
          <w:color w:val="000000"/>
          <w:sz w:val="33"/>
        </w:rPr>
        <w:t>2024072</w:t>
      </w:r>
      <w:r>
        <w:rPr>
          <w:spacing w:val="3"/>
          <w:w w:val="98.58104821407434"/>
          <w:rFonts w:ascii="Ddylr05K+KaiTi" w:hAnsi="Ddylr05K+KaiTi" w:eastAsia="Ddylr05K+KaiTi"/>
          <w:color w:val="000000"/>
          <w:sz w:val="33"/>
        </w:rPr>
        <w:t>6</w:t>
      </w:r>
    </w:p>
    <w:p>
      <w:pPr>
        <w:autoSpaceDN w:val="0"/>
        <w:autoSpaceDE w:val="0"/>
        <w:widowControl/>
        <w:spacing w:line="402" w:lineRule="exact" w:before="2902" w:after="0"/>
        <w:ind w:left="0" w:right="0" w:firstLine="0"/>
        <w:jc w:val="center"/>
      </w:pPr>
      <w:r>
        <w:rPr>
          <w:spacing w:val="10"/>
          <w:rFonts w:ascii="Ddylr05K+KaiTi" w:hAnsi="Ddylr05K+KaiTi" w:eastAsia="Ddylr05K+KaiTi"/>
          <w:b/>
          <w:color w:val="000000"/>
          <w:sz w:val="41"/>
        </w:rPr>
        <w:t>山</w:t>
      </w:r>
      <w:r>
        <w:rPr>
          <w:spacing w:val="12"/>
          <w:rFonts w:ascii="Ddylr05K+KaiTi" w:hAnsi="Ddylr05K+KaiTi" w:eastAsia="Ddylr05K+KaiTi"/>
          <w:b/>
          <w:color w:val="000000"/>
          <w:sz w:val="41"/>
        </w:rPr>
        <w:t>东</w:t>
      </w:r>
      <w:r>
        <w:rPr>
          <w:spacing w:val="8"/>
          <w:rFonts w:ascii="Ddylr05K+KaiTi" w:hAnsi="Ddylr05K+KaiTi" w:eastAsia="Ddylr05K+KaiTi"/>
          <w:b/>
          <w:color w:val="000000"/>
          <w:sz w:val="41"/>
        </w:rPr>
        <w:t>国</w:t>
      </w:r>
      <w:r>
        <w:rPr>
          <w:spacing w:val="12"/>
          <w:rFonts w:ascii="Ddylr05K+KaiTi" w:hAnsi="Ddylr05K+KaiTi" w:eastAsia="Ddylr05K+KaiTi"/>
          <w:b/>
          <w:color w:val="000000"/>
          <w:sz w:val="41"/>
        </w:rPr>
        <w:t>众</w:t>
      </w:r>
      <w:r>
        <w:rPr>
          <w:spacing w:val="10"/>
          <w:rFonts w:ascii="Ddylr05K+KaiTi" w:hAnsi="Ddylr05K+KaiTi" w:eastAsia="Ddylr05K+KaiTi"/>
          <w:b/>
          <w:color w:val="000000"/>
          <w:sz w:val="41"/>
        </w:rPr>
        <w:t>机</w:t>
      </w:r>
      <w:r>
        <w:rPr>
          <w:spacing w:val="12"/>
          <w:rFonts w:ascii="Ddylr05K+KaiTi" w:hAnsi="Ddylr05K+KaiTi" w:eastAsia="Ddylr05K+KaiTi"/>
          <w:b/>
          <w:color w:val="000000"/>
          <w:sz w:val="41"/>
        </w:rPr>
        <w:t>械</w:t>
      </w:r>
      <w:r>
        <w:rPr>
          <w:spacing w:val="8"/>
          <w:rFonts w:ascii="Ddylr05K+KaiTi" w:hAnsi="Ddylr05K+KaiTi" w:eastAsia="Ddylr05K+KaiTi"/>
          <w:b/>
          <w:color w:val="000000"/>
          <w:sz w:val="41"/>
        </w:rPr>
        <w:t>科</w:t>
      </w:r>
      <w:r>
        <w:rPr>
          <w:spacing w:val="10"/>
          <w:rFonts w:ascii="Ddylr05K+KaiTi" w:hAnsi="Ddylr05K+KaiTi" w:eastAsia="Ddylr05K+KaiTi"/>
          <w:b/>
          <w:color w:val="000000"/>
          <w:sz w:val="41"/>
        </w:rPr>
        <w:t>技</w:t>
      </w:r>
      <w:r>
        <w:rPr>
          <w:spacing w:val="12"/>
          <w:rFonts w:ascii="Ddylr05K+KaiTi" w:hAnsi="Ddylr05K+KaiTi" w:eastAsia="Ddylr05K+KaiTi"/>
          <w:b/>
          <w:color w:val="000000"/>
          <w:sz w:val="41"/>
        </w:rPr>
        <w:t>有</w:t>
      </w:r>
      <w:r>
        <w:rPr>
          <w:spacing w:val="10"/>
          <w:rFonts w:ascii="Ddylr05K+KaiTi" w:hAnsi="Ddylr05K+KaiTi" w:eastAsia="Ddylr05K+KaiTi"/>
          <w:b/>
          <w:color w:val="000000"/>
          <w:sz w:val="41"/>
        </w:rPr>
        <w:t>限</w:t>
      </w:r>
      <w:r>
        <w:rPr>
          <w:spacing w:val="12"/>
          <w:rFonts w:ascii="Ddylr05K+KaiTi" w:hAnsi="Ddylr05K+KaiTi" w:eastAsia="Ddylr05K+KaiTi"/>
          <w:b/>
          <w:color w:val="000000"/>
          <w:sz w:val="41"/>
        </w:rPr>
        <w:t>公司</w:t>
      </w:r>
    </w:p>
    <w:p>
      <w:pPr>
        <w:autoSpaceDN w:val="0"/>
        <w:autoSpaceDE w:val="0"/>
        <w:widowControl/>
        <w:spacing w:line="438" w:lineRule="exact" w:before="234" w:after="0"/>
        <w:ind w:left="0" w:right="0" w:firstLine="0"/>
        <w:jc w:val="center"/>
      </w:pPr>
      <w:r>
        <w:rPr>
          <w:spacing w:val="-2"/>
          <w:rFonts w:ascii="Ddylr05K+KaiTi" w:hAnsi="Ddylr05K+KaiTi" w:eastAsia="Ddylr05K+KaiTi"/>
          <w:b/>
          <w:color w:val="000000"/>
          <w:sz w:val="43"/>
        </w:rPr>
        <w:t>202</w:t>
      </w:r>
      <w:r>
        <w:rPr>
          <w:spacing w:val="100"/>
          <w:rFonts w:ascii="Ddylr05K+KaiTi" w:hAnsi="Ddylr05K+KaiTi" w:eastAsia="Ddylr05K+KaiTi"/>
          <w:b/>
          <w:color w:val="000000"/>
          <w:sz w:val="43"/>
        </w:rPr>
        <w:t>3</w:t>
      </w:r>
      <w:r>
        <w:rPr>
          <w:spacing w:val="48"/>
          <w:rFonts w:ascii="Ddylr05K+KaiTi" w:hAnsi="Ddylr05K+KaiTi" w:eastAsia="Ddylr05K+KaiTi"/>
          <w:b/>
          <w:color w:val="000000"/>
          <w:sz w:val="39"/>
        </w:rPr>
        <w:t>年</w:t>
      </w:r>
      <w:r>
        <w:rPr>
          <w:spacing w:val="-12"/>
          <w:rFonts w:ascii="Ddylr05K+KaiTi" w:hAnsi="Ddylr05K+KaiTi" w:eastAsia="Ddylr05K+KaiTi"/>
          <w:b/>
          <w:color w:val="000000"/>
          <w:sz w:val="39"/>
        </w:rPr>
        <w:t>度</w:t>
      </w:r>
    </w:p>
    <w:p>
      <w:pPr>
        <w:autoSpaceDN w:val="0"/>
        <w:autoSpaceDE w:val="0"/>
        <w:widowControl/>
        <w:spacing w:line="402" w:lineRule="exact" w:before="232" w:after="0"/>
        <w:ind w:left="0" w:right="0" w:firstLine="0"/>
        <w:jc w:val="center"/>
      </w:pPr>
      <w:r>
        <w:rPr>
          <w:rFonts w:ascii="Ddylr05K+KaiTi" w:hAnsi="Ddylr05K+KaiTi" w:eastAsia="Ddylr05K+KaiTi"/>
          <w:b/>
          <w:color w:val="000000"/>
          <w:sz w:val="39"/>
        </w:rPr>
        <w:t>1</w:t>
      </w:r>
      <w:r>
        <w:rPr>
          <w:spacing w:val="24"/>
          <w:rFonts w:ascii="Arial" w:hAnsi="Arial" w:eastAsia="Arial"/>
          <w:b/>
          <w:color w:val="000000"/>
          <w:sz w:val="39"/>
        </w:rPr>
        <w:t xml:space="preserve"> </w:t>
      </w:r>
      <w:r>
        <w:rPr>
          <w:spacing w:val="48"/>
          <w:rFonts w:ascii="Ddylr05K+KaiTi" w:hAnsi="Ddylr05K+KaiTi" w:eastAsia="Ddylr05K+KaiTi"/>
          <w:b/>
          <w:color w:val="000000"/>
          <w:sz w:val="39"/>
        </w:rPr>
        <w:t>件车辆变速箱</w:t>
      </w:r>
      <w:r>
        <w:rPr>
          <w:spacing w:val="46"/>
          <w:rFonts w:ascii="Ddylr05K+KaiTi" w:hAnsi="Ddylr05K+KaiTi" w:eastAsia="Ddylr05K+KaiTi"/>
          <w:b/>
          <w:color w:val="000000"/>
          <w:sz w:val="39"/>
        </w:rPr>
        <w:t>、</w:t>
      </w:r>
      <w:r>
        <w:rPr>
          <w:spacing w:val="48"/>
          <w:rFonts w:ascii="Ddylr05K+KaiTi" w:hAnsi="Ddylr05K+KaiTi" w:eastAsia="Ddylr05K+KaiTi"/>
          <w:b/>
          <w:color w:val="000000"/>
          <w:sz w:val="39"/>
        </w:rPr>
        <w:t>驱动桥</w:t>
      </w:r>
      <w:r>
        <w:rPr>
          <w:spacing w:val="52"/>
          <w:rFonts w:ascii="Ddylr05K+KaiTi" w:hAnsi="Ddylr05K+KaiTi" w:eastAsia="Ddylr05K+KaiTi"/>
          <w:b/>
          <w:color w:val="000000"/>
          <w:sz w:val="39"/>
        </w:rPr>
        <w:t>齿</w:t>
      </w:r>
      <w:r>
        <w:rPr>
          <w:spacing w:val="-12"/>
          <w:rFonts w:ascii="Ddylr05K+KaiTi" w:hAnsi="Ddylr05K+KaiTi" w:eastAsia="Ddylr05K+KaiTi"/>
          <w:b/>
          <w:color w:val="000000"/>
          <w:sz w:val="39"/>
        </w:rPr>
        <w:t>轮</w:t>
      </w:r>
    </w:p>
    <w:p>
      <w:pPr>
        <w:autoSpaceDN w:val="0"/>
        <w:autoSpaceDE w:val="0"/>
        <w:widowControl/>
        <w:spacing w:line="400" w:lineRule="exact" w:before="252" w:after="0"/>
        <w:ind w:left="0" w:right="0" w:firstLine="0"/>
        <w:jc w:val="center"/>
      </w:pPr>
      <w:r>
        <w:rPr>
          <w:spacing w:val="48"/>
          <w:rFonts w:ascii="Ddylr05K+KaiTi" w:hAnsi="Ddylr05K+KaiTi" w:eastAsia="Ddylr05K+KaiTi"/>
          <w:b/>
          <w:color w:val="000000"/>
          <w:sz w:val="39"/>
        </w:rPr>
        <w:t>碳足迹评价报</w:t>
      </w:r>
      <w:r>
        <w:rPr>
          <w:spacing w:val="-12"/>
          <w:rFonts w:ascii="Ddylr05K+KaiTi" w:hAnsi="Ddylr05K+KaiTi" w:eastAsia="Ddylr05K+KaiTi"/>
          <w:b/>
          <w:color w:val="000000"/>
          <w:sz w:val="39"/>
        </w:rPr>
        <w:t>告</w:t>
      </w:r>
    </w:p>
    <w:p>
      <w:pPr>
        <w:autoSpaceDN w:val="0"/>
        <w:tabs>
          <w:tab w:pos="2760" w:val="left"/>
        </w:tabs>
        <w:autoSpaceDE w:val="0"/>
        <w:widowControl/>
        <w:spacing w:line="320" w:lineRule="exact" w:before="4368" w:after="0"/>
        <w:ind w:left="840" w:right="0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32"/>
        </w:rPr>
        <w:t>评价</w:t>
      </w:r>
      <w:r>
        <w:rPr>
          <w:rFonts w:ascii="Ddylr05K+KaiTi" w:hAnsi="Ddylr05K+KaiTi" w:eastAsia="Ddylr05K+KaiTi"/>
          <w:color w:val="000000"/>
          <w:sz w:val="32"/>
        </w:rPr>
        <w:t>机</w:t>
      </w:r>
      <w:r>
        <w:rPr>
          <w:spacing w:val="2"/>
          <w:rFonts w:ascii="Ddylr05K+KaiTi" w:hAnsi="Ddylr05K+KaiTi" w:eastAsia="Ddylr05K+KaiTi"/>
          <w:color w:val="000000"/>
          <w:sz w:val="32"/>
        </w:rPr>
        <w:t>构</w:t>
      </w:r>
      <w:r>
        <w:rPr>
          <w:rFonts w:ascii="Ddylr05K+KaiTi" w:hAnsi="Ddylr05K+KaiTi" w:eastAsia="Ddylr05K+KaiTi"/>
          <w:color w:val="000000"/>
          <w:sz w:val="32"/>
        </w:rPr>
        <w:t>：</w:t>
      </w:r>
      <w:r>
        <w:tab/>
      </w:r>
      <w:r>
        <w:rPr>
          <w:spacing w:val="2"/>
          <w:rFonts w:ascii="Ddylr05K+KaiTi" w:hAnsi="Ddylr05K+KaiTi" w:eastAsia="Ddylr05K+KaiTi"/>
          <w:color w:val="000000"/>
          <w:sz w:val="32"/>
        </w:rPr>
        <w:t>山东</w:t>
      </w:r>
      <w:r>
        <w:rPr>
          <w:rFonts w:ascii="Ddylr05K+KaiTi" w:hAnsi="Ddylr05K+KaiTi" w:eastAsia="Ddylr05K+KaiTi"/>
          <w:color w:val="000000"/>
          <w:sz w:val="32"/>
        </w:rPr>
        <w:t>质</w:t>
      </w:r>
      <w:r>
        <w:rPr>
          <w:spacing w:val="2"/>
          <w:rFonts w:ascii="Ddylr05K+KaiTi" w:hAnsi="Ddylr05K+KaiTi" w:eastAsia="Ddylr05K+KaiTi"/>
          <w:color w:val="000000"/>
          <w:sz w:val="32"/>
        </w:rPr>
        <w:t>联认</w:t>
      </w:r>
      <w:r>
        <w:rPr>
          <w:rFonts w:ascii="Ddylr05K+KaiTi" w:hAnsi="Ddylr05K+KaiTi" w:eastAsia="Ddylr05K+KaiTi"/>
          <w:color w:val="000000"/>
          <w:sz w:val="32"/>
        </w:rPr>
        <w:t>证</w:t>
      </w:r>
      <w:r>
        <w:rPr>
          <w:spacing w:val="2"/>
          <w:rFonts w:ascii="Ddylr05K+KaiTi" w:hAnsi="Ddylr05K+KaiTi" w:eastAsia="Ddylr05K+KaiTi"/>
          <w:color w:val="000000"/>
          <w:sz w:val="32"/>
        </w:rPr>
        <w:t>有限</w:t>
      </w:r>
      <w:r>
        <w:rPr>
          <w:rFonts w:ascii="Ddylr05K+KaiTi" w:hAnsi="Ddylr05K+KaiTi" w:eastAsia="Ddylr05K+KaiTi"/>
          <w:color w:val="000000"/>
          <w:sz w:val="32"/>
        </w:rPr>
        <w:t>公司</w:t>
      </w:r>
    </w:p>
    <w:p>
      <w:pPr>
        <w:autoSpaceDN w:val="0"/>
        <w:tabs>
          <w:tab w:pos="3560" w:val="left"/>
        </w:tabs>
        <w:autoSpaceDE w:val="0"/>
        <w:widowControl/>
        <w:spacing w:line="318" w:lineRule="exact" w:before="334" w:after="0"/>
        <w:ind w:left="840" w:right="0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32"/>
        </w:rPr>
        <w:t>报告</w:t>
      </w:r>
      <w:r>
        <w:rPr>
          <w:rFonts w:ascii="Ddylr05K+KaiTi" w:hAnsi="Ddylr05K+KaiTi" w:eastAsia="Ddylr05K+KaiTi"/>
          <w:color w:val="000000"/>
          <w:sz w:val="32"/>
        </w:rPr>
        <w:t>批</w:t>
      </w:r>
      <w:r>
        <w:rPr>
          <w:spacing w:val="2"/>
          <w:rFonts w:ascii="Ddylr05K+KaiTi" w:hAnsi="Ddylr05K+KaiTi" w:eastAsia="Ddylr05K+KaiTi"/>
          <w:color w:val="000000"/>
          <w:sz w:val="32"/>
        </w:rPr>
        <w:t>准人</w:t>
      </w:r>
      <w:r>
        <w:rPr>
          <w:rFonts w:ascii="Ddylr05K+KaiTi" w:hAnsi="Ddylr05K+KaiTi" w:eastAsia="Ddylr05K+KaiTi"/>
          <w:color w:val="000000"/>
          <w:sz w:val="32"/>
        </w:rPr>
        <w:t>：</w:t>
      </w:r>
      <w:r>
        <w:tab/>
      </w:r>
      <w:r>
        <w:rPr>
          <w:rFonts w:ascii="Ddylr05K+KaiTi" w:hAnsi="Ddylr05K+KaiTi" w:eastAsia="Ddylr05K+KaiTi"/>
          <w:color w:val="000000"/>
          <w:sz w:val="32"/>
        </w:rPr>
        <w:t>王</w:t>
      </w:r>
      <w:r>
        <w:rPr>
          <w:spacing w:val="2"/>
          <w:rFonts w:ascii="Ddylr05K+KaiTi" w:hAnsi="Ddylr05K+KaiTi" w:eastAsia="Ddylr05K+KaiTi"/>
          <w:color w:val="000000"/>
          <w:sz w:val="32"/>
        </w:rPr>
        <w:t>春</w:t>
      </w:r>
      <w:r>
        <w:rPr>
          <w:rFonts w:ascii="Ddylr05K+KaiTi" w:hAnsi="Ddylr05K+KaiTi" w:eastAsia="Ddylr05K+KaiTi"/>
          <w:color w:val="000000"/>
          <w:sz w:val="32"/>
        </w:rPr>
        <w:t>交</w:t>
      </w:r>
    </w:p>
    <w:p>
      <w:pPr>
        <w:autoSpaceDN w:val="0"/>
        <w:tabs>
          <w:tab w:pos="3000" w:val="left"/>
        </w:tabs>
        <w:autoSpaceDE w:val="0"/>
        <w:widowControl/>
        <w:spacing w:line="320" w:lineRule="exact" w:before="334" w:after="0"/>
        <w:ind w:left="760" w:right="0" w:firstLine="0"/>
        <w:jc w:val="left"/>
      </w:pPr>
      <w:r>
        <w:rPr>
          <w:spacing w:val="82"/>
          <w:rFonts w:ascii="Ddylr05K+KaiTi" w:hAnsi="Ddylr05K+KaiTi" w:eastAsia="Ddylr05K+KaiTi"/>
          <w:color w:val="000000"/>
          <w:sz w:val="32"/>
        </w:rPr>
        <w:t>报</w:t>
      </w:r>
      <w:r>
        <w:rPr>
          <w:spacing w:val="80"/>
          <w:rFonts w:ascii="Ddylr05K+KaiTi" w:hAnsi="Ddylr05K+KaiTi" w:eastAsia="Ddylr05K+KaiTi"/>
          <w:color w:val="000000"/>
          <w:sz w:val="32"/>
        </w:rPr>
        <w:t>告</w:t>
      </w:r>
      <w:r>
        <w:rPr>
          <w:spacing w:val="82"/>
          <w:rFonts w:ascii="Ddylr05K+KaiTi" w:hAnsi="Ddylr05K+KaiTi" w:eastAsia="Ddylr05K+KaiTi"/>
          <w:color w:val="000000"/>
          <w:sz w:val="32"/>
        </w:rPr>
        <w:t>日</w:t>
      </w:r>
      <w:r>
        <w:rPr>
          <w:spacing w:val="80"/>
          <w:rFonts w:ascii="Ddylr05K+KaiTi" w:hAnsi="Ddylr05K+KaiTi" w:eastAsia="Ddylr05K+KaiTi"/>
          <w:color w:val="000000"/>
          <w:sz w:val="32"/>
        </w:rPr>
        <w:t>期</w:t>
      </w:r>
      <w:r>
        <w:rPr>
          <w:rFonts w:ascii="Ddylr05K+KaiTi" w:hAnsi="Ddylr05K+KaiTi" w:eastAsia="Ddylr05K+KaiTi"/>
          <w:color w:val="000000"/>
          <w:sz w:val="32"/>
        </w:rPr>
        <w:t>：</w:t>
      </w:r>
      <w:r>
        <w:tab/>
      </w:r>
      <w:r>
        <w:rPr>
          <w:rFonts w:ascii="Ddylr05K+KaiTi" w:hAnsi="Ddylr05K+KaiTi" w:eastAsia="Ddylr05K+KaiTi"/>
          <w:color w:val="000000"/>
          <w:sz w:val="32"/>
        </w:rPr>
        <w:t>2</w:t>
      </w:r>
      <w:r>
        <w:rPr>
          <w:spacing w:val="2"/>
          <w:rFonts w:ascii="Ddylr05K+KaiTi" w:hAnsi="Ddylr05K+KaiTi" w:eastAsia="Ddylr05K+KaiTi"/>
          <w:color w:val="000000"/>
          <w:sz w:val="32"/>
        </w:rPr>
        <w:t>0</w:t>
      </w:r>
      <w:r>
        <w:rPr>
          <w:spacing w:val="-2"/>
          <w:rFonts w:ascii="Ddylr05K+KaiTi" w:hAnsi="Ddylr05K+KaiTi" w:eastAsia="Ddylr05K+KaiTi"/>
          <w:color w:val="000000"/>
          <w:sz w:val="32"/>
        </w:rPr>
        <w:t>2</w:t>
      </w:r>
      <w:r>
        <w:rPr>
          <w:spacing w:val="80"/>
          <w:rFonts w:ascii="Ddylr05K+KaiTi" w:hAnsi="Ddylr05K+KaiTi" w:eastAsia="Ddylr05K+KaiTi"/>
          <w:color w:val="000000"/>
          <w:sz w:val="32"/>
        </w:rPr>
        <w:t>4年</w:t>
      </w:r>
      <w:r>
        <w:rPr>
          <w:spacing w:val="2"/>
          <w:rFonts w:ascii="Ddylr05K+KaiTi" w:hAnsi="Ddylr05K+KaiTi" w:eastAsia="Ddylr05K+KaiTi"/>
          <w:color w:val="000000"/>
          <w:sz w:val="32"/>
        </w:rPr>
        <w:t>0</w:t>
      </w:r>
      <w:r>
        <w:rPr>
          <w:spacing w:val="78"/>
          <w:rFonts w:ascii="Ddylr05K+KaiTi" w:hAnsi="Ddylr05K+KaiTi" w:eastAsia="Ddylr05K+KaiTi"/>
          <w:color w:val="000000"/>
          <w:sz w:val="32"/>
        </w:rPr>
        <w:t>7</w:t>
      </w:r>
      <w:r>
        <w:rPr>
          <w:spacing w:val="82"/>
          <w:rFonts w:ascii="Ddylr05K+KaiTi" w:hAnsi="Ddylr05K+KaiTi" w:eastAsia="Ddylr05K+KaiTi"/>
          <w:color w:val="000000"/>
          <w:sz w:val="32"/>
        </w:rPr>
        <w:t>月</w:t>
      </w:r>
      <w:r>
        <w:rPr>
          <w:rFonts w:ascii="Ddylr05K+KaiTi" w:hAnsi="Ddylr05K+KaiTi" w:eastAsia="Ddylr05K+KaiTi"/>
          <w:color w:val="000000"/>
          <w:sz w:val="32"/>
        </w:rPr>
        <w:t>2</w:t>
      </w:r>
      <w:r>
        <w:rPr>
          <w:spacing w:val="80"/>
          <w:rFonts w:ascii="Ddylr05K+KaiTi" w:hAnsi="Ddylr05K+KaiTi" w:eastAsia="Ddylr05K+KaiTi"/>
          <w:color w:val="000000"/>
          <w:sz w:val="32"/>
        </w:rPr>
        <w:t>6</w:t>
      </w:r>
      <w:r>
        <w:rPr>
          <w:rFonts w:ascii="Ddylr05K+KaiTi" w:hAnsi="Ddylr05K+KaiTi" w:eastAsia="Ddylr05K+KaiTi"/>
          <w:color w:val="000000"/>
          <w:sz w:val="32"/>
        </w:rPr>
        <w:t>日</w:t>
      </w:r>
    </w:p>
    <w:p>
      <w:pPr>
        <w:sectPr>
          <w:pgSz w:w="11906" w:h="16838"/>
          <w:pgMar w:top="804" w:right="1440" w:bottom="1440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1074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939800</wp:posOffset>
            </wp:positionH>
            <wp:positionV relativeFrom="page">
              <wp:posOffset>1524000</wp:posOffset>
            </wp:positionV>
            <wp:extent cx="5676900" cy="8140700"/>
            <wp:wrapNone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4070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20.0" w:type="dxa"/>
      </w:tblPr>
      <w:tblGrid>
        <w:gridCol w:w="2080"/>
        <w:gridCol w:w="3760"/>
        <w:gridCol w:w="2440"/>
      </w:tblGrid>
      <w:tr>
        <w:trPr>
          <w:trHeight w:hRule="exact" w:val="370"/>
        </w:trPr>
        <w:tc>
          <w:tcPr>
            <w:tcW w:type="dxa" w:w="20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228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报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告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编制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日期</w:t>
            </w:r>
          </w:p>
        </w:tc>
        <w:tc>
          <w:tcPr>
            <w:tcW w:type="dxa" w:w="37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0" w:right="153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报告编号</w:t>
            </w:r>
          </w:p>
        </w:tc>
        <w:tc>
          <w:tcPr>
            <w:tcW w:type="dxa" w:w="2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0" w:right="516" w:firstLine="0"/>
              <w:jc w:val="right"/>
            </w:pP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报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告</w:t>
            </w:r>
            <w:r>
              <w:rPr>
                <w:spacing w:val="6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版本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号</w:t>
            </w:r>
          </w:p>
        </w:tc>
      </w:tr>
      <w:tr>
        <w:trPr>
          <w:trHeight w:hRule="exact" w:val="462"/>
        </w:trPr>
        <w:tc>
          <w:tcPr>
            <w:tcW w:type="dxa" w:w="20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0" w:firstLine="0"/>
              <w:jc w:val="left"/>
            </w:pP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20</w:t>
            </w:r>
            <w:r>
              <w:rPr>
                <w:spacing w:val="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</w:t>
            </w: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4</w:t>
            </w:r>
            <w:r>
              <w:rPr>
                <w:spacing w:val="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.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0</w:t>
            </w: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7.</w:t>
            </w:r>
            <w:r>
              <w:rPr>
                <w:spacing w:val="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</w:t>
            </w: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6</w:t>
            </w:r>
          </w:p>
        </w:tc>
        <w:tc>
          <w:tcPr>
            <w:tcW w:type="dxa" w:w="37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0" w:firstLine="0"/>
              <w:jc w:val="left"/>
            </w:pP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山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东</w:t>
            </w:r>
            <w:r>
              <w:rPr>
                <w:spacing w:val="6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质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联</w:t>
            </w: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-P</w:t>
            </w:r>
            <w:r>
              <w:rPr>
                <w:spacing w:val="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C</w:t>
            </w: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F</w:t>
            </w:r>
            <w:r>
              <w:rPr>
                <w:spacing w:val="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-</w:t>
            </w: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</w:t>
            </w:r>
            <w:r>
              <w:rPr>
                <w:spacing w:val="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0</w:t>
            </w: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</w:t>
            </w:r>
            <w:r>
              <w:rPr>
                <w:spacing w:val="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4-0</w:t>
            </w: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726</w:t>
            </w:r>
          </w:p>
        </w:tc>
        <w:tc>
          <w:tcPr>
            <w:tcW w:type="dxa" w:w="2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0" w:right="1020" w:firstLine="0"/>
              <w:jc w:val="right"/>
            </w:pP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01</w:t>
            </w:r>
          </w:p>
        </w:tc>
      </w:tr>
    </w:tbl>
    <w:p>
      <w:pPr>
        <w:autoSpaceDN w:val="0"/>
        <w:autoSpaceDE w:val="0"/>
        <w:widowControl/>
        <w:spacing w:line="240" w:lineRule="exact" w:before="228" w:after="0"/>
        <w:ind w:left="0" w:right="3076" w:firstLine="0"/>
        <w:jc w:val="right"/>
      </w:pPr>
      <w:r>
        <w:rPr>
          <w:rFonts w:ascii="Ddylr05K+KaiTi" w:hAnsi="Ddylr05K+KaiTi" w:eastAsia="Ddylr05K+KaiTi"/>
          <w:color w:val="000000"/>
          <w:sz w:val="24"/>
        </w:rPr>
        <w:t>名称：山东国众机械科技有限公司</w:t>
      </w:r>
    </w:p>
    <w:p>
      <w:pPr>
        <w:autoSpaceDN w:val="0"/>
        <w:autoSpaceDE w:val="0"/>
        <w:widowControl/>
        <w:spacing w:line="240" w:lineRule="exact" w:before="338" w:after="0"/>
        <w:ind w:left="0" w:right="1156" w:firstLine="0"/>
        <w:jc w:val="right"/>
      </w:pPr>
      <w:r>
        <w:rPr>
          <w:rFonts w:ascii="Ddylr05K+KaiTi" w:hAnsi="Ddylr05K+KaiTi" w:eastAsia="Ddylr05K+KaiTi"/>
          <w:color w:val="000000"/>
          <w:sz w:val="24"/>
        </w:rPr>
        <w:t>地址：临沂经济技术开发区梅埠办事处金升</w:t>
      </w:r>
      <w:r>
        <w:rPr>
          <w:spacing w:val="60"/>
          <w:rFonts w:ascii="Ddylr05K+KaiTi" w:hAnsi="Ddylr05K+KaiTi" w:eastAsia="Ddylr05K+KaiTi"/>
          <w:color w:val="000000"/>
          <w:sz w:val="24"/>
        </w:rPr>
        <w:t>路</w:t>
      </w:r>
      <w:r>
        <w:rPr>
          <w:rFonts w:ascii="Ddylr05K+KaiTi" w:hAnsi="Ddylr05K+KaiTi" w:eastAsia="Ddylr05K+KaiTi"/>
          <w:color w:val="000000"/>
          <w:sz w:val="24"/>
        </w:rPr>
        <w:t>10</w:t>
      </w:r>
      <w:r>
        <w:rPr>
          <w:spacing w:val="60"/>
          <w:rFonts w:ascii="Ddylr05K+KaiTi" w:hAnsi="Ddylr05K+KaiTi" w:eastAsia="Ddylr05K+KaiTi"/>
          <w:color w:val="000000"/>
          <w:sz w:val="24"/>
        </w:rPr>
        <w:t>9</w:t>
      </w:r>
      <w:r>
        <w:rPr>
          <w:rFonts w:ascii="Ddylr05K+KaiTi" w:hAnsi="Ddylr05K+KaiTi" w:eastAsia="Ddylr05K+KaiTi"/>
          <w:color w:val="000000"/>
          <w:sz w:val="24"/>
        </w:rPr>
        <w:t>号</w:t>
      </w:r>
    </w:p>
    <w:p>
      <w:pPr>
        <w:autoSpaceDN w:val="0"/>
        <w:autoSpaceDE w:val="0"/>
        <w:widowControl/>
        <w:spacing w:line="240" w:lineRule="exact" w:before="90" w:after="0"/>
        <w:ind w:left="826" w:right="0" w:firstLine="0"/>
        <w:jc w:val="left"/>
      </w:pP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委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托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方</w:t>
      </w:r>
    </w:p>
    <w:p>
      <w:pPr>
        <w:autoSpaceDN w:val="0"/>
        <w:autoSpaceDE w:val="0"/>
        <w:widowControl/>
        <w:spacing w:line="240" w:lineRule="exact" w:before="6" w:after="0"/>
        <w:ind w:left="0" w:right="4996" w:firstLine="0"/>
        <w:jc w:val="right"/>
      </w:pPr>
      <w:r>
        <w:rPr>
          <w:rFonts w:ascii="Ddylr05K+KaiTi" w:hAnsi="Ddylr05K+KaiTi" w:eastAsia="Ddylr05K+KaiTi"/>
          <w:color w:val="000000"/>
          <w:sz w:val="24"/>
        </w:rPr>
        <w:t>联系人：姜之月</w:t>
      </w:r>
    </w:p>
    <w:p>
      <w:pPr>
        <w:autoSpaceDN w:val="0"/>
        <w:autoSpaceDE w:val="0"/>
        <w:widowControl/>
        <w:spacing w:line="326" w:lineRule="exact" w:before="130" w:after="0"/>
        <w:ind w:left="2350" w:right="144" w:firstLine="0"/>
        <w:jc w:val="left"/>
      </w:pPr>
      <w:r>
        <w:rPr>
          <w:spacing w:val="4"/>
          <w:w w:val="101.98039213816325"/>
          <w:rFonts w:ascii="Ddylr05K+KaiTi" w:hAnsi="Ddylr05K+KaiTi" w:eastAsia="Ddylr05K+KaiTi"/>
          <w:color w:val="000000"/>
          <w:sz w:val="24"/>
        </w:rPr>
        <w:t>联</w:t>
      </w:r>
      <w:r>
        <w:rPr>
          <w:spacing w:val="2"/>
          <w:w w:val="101.98039213816325"/>
          <w:rFonts w:ascii="Ddylr05K+KaiTi" w:hAnsi="Ddylr05K+KaiTi" w:eastAsia="Ddylr05K+KaiTi"/>
          <w:color w:val="000000"/>
          <w:sz w:val="24"/>
        </w:rPr>
        <w:t>系</w:t>
      </w:r>
      <w:r>
        <w:rPr>
          <w:spacing w:val="6"/>
          <w:w w:val="101.98039213816325"/>
          <w:rFonts w:ascii="Ddylr05K+KaiTi" w:hAnsi="Ddylr05K+KaiTi" w:eastAsia="Ddylr05K+KaiTi"/>
          <w:color w:val="000000"/>
          <w:sz w:val="24"/>
        </w:rPr>
        <w:t>方式（</w:t>
      </w:r>
      <w:r>
        <w:rPr>
          <w:spacing w:val="2"/>
          <w:w w:val="101.98039213816325"/>
          <w:rFonts w:ascii="Ddylr05K+KaiTi" w:hAnsi="Ddylr05K+KaiTi" w:eastAsia="Ddylr05K+KaiTi"/>
          <w:color w:val="000000"/>
          <w:sz w:val="24"/>
        </w:rPr>
        <w:t>电</w:t>
      </w:r>
      <w:r>
        <w:rPr>
          <w:spacing w:val="4"/>
          <w:w w:val="101.98039213816325"/>
          <w:rFonts w:ascii="Ddylr05K+KaiTi" w:hAnsi="Ddylr05K+KaiTi" w:eastAsia="Ddylr05K+KaiTi"/>
          <w:color w:val="000000"/>
          <w:sz w:val="24"/>
        </w:rPr>
        <w:t>话、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Em</w:t>
      </w:r>
      <w:r>
        <w:rPr>
          <w:spacing w:val="3"/>
          <w:w w:val="101.98039213816325"/>
          <w:rFonts w:ascii="Ddylr05K+KaiTi" w:hAnsi="Ddylr05K+KaiTi" w:eastAsia="Ddylr05K+KaiTi"/>
          <w:color w:val="000000"/>
          <w:sz w:val="24"/>
        </w:rPr>
        <w:t>a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i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l</w:t>
      </w:r>
      <w:r>
        <w:rPr>
          <w:spacing w:val="4"/>
          <w:w w:val="101.98039213816325"/>
          <w:rFonts w:ascii="Ddylr05K+KaiTi" w:hAnsi="Ddylr05K+KaiTi" w:eastAsia="Ddylr05K+KaiTi"/>
          <w:color w:val="000000"/>
          <w:sz w:val="24"/>
        </w:rPr>
        <w:t>）</w:t>
      </w:r>
      <w:r>
        <w:rPr>
          <w:rFonts w:ascii="Ddylr05K+KaiTi" w:hAnsi="Ddylr05K+KaiTi" w:eastAsia="Ddylr05K+KaiTi"/>
          <w:color w:val="000000"/>
          <w:sz w:val="24"/>
        </w:rPr>
        <w:t xml:space="preserve">：13678166027/jiangyj@sdgzmt.c </w:t>
      </w:r>
      <w:r>
        <w:rPr>
          <w:rFonts w:ascii="Ddylr05K+KaiTi" w:hAnsi="Ddylr05K+KaiTi" w:eastAsia="Ddylr05K+KaiTi"/>
          <w:color w:val="000000"/>
          <w:sz w:val="24"/>
        </w:rPr>
        <w:t>om</w:t>
      </w:r>
    </w:p>
    <w:p>
      <w:pPr>
        <w:autoSpaceDN w:val="0"/>
        <w:autoSpaceDE w:val="0"/>
        <w:widowControl/>
        <w:spacing w:line="240" w:lineRule="exact" w:before="216" w:after="0"/>
        <w:ind w:left="0" w:right="3556" w:firstLine="0"/>
        <w:jc w:val="right"/>
      </w:pPr>
      <w:r>
        <w:rPr>
          <w:rFonts w:ascii="Ddylr05K+KaiTi" w:hAnsi="Ddylr05K+KaiTi" w:eastAsia="Ddylr05K+KaiTi"/>
          <w:color w:val="000000"/>
          <w:sz w:val="24"/>
        </w:rPr>
        <w:t>名称：山东质联认证有限公司</w:t>
      </w:r>
    </w:p>
    <w:p>
      <w:pPr>
        <w:autoSpaceDN w:val="0"/>
        <w:autoSpaceDE w:val="0"/>
        <w:widowControl/>
        <w:spacing w:line="240" w:lineRule="exact" w:before="338" w:after="0"/>
        <w:ind w:left="0" w:right="136" w:firstLine="0"/>
        <w:jc w:val="right"/>
      </w:pPr>
      <w:r>
        <w:rPr>
          <w:rFonts w:ascii="Ddylr05K+KaiTi" w:hAnsi="Ddylr05K+KaiTi" w:eastAsia="Ddylr05K+KaiTi"/>
          <w:color w:val="000000"/>
          <w:sz w:val="24"/>
        </w:rPr>
        <w:t>地址：山东省青岛市黄岛区（原开发区江山南</w:t>
      </w:r>
      <w:r>
        <w:rPr>
          <w:spacing w:val="60"/>
          <w:rFonts w:ascii="Ddylr05K+KaiTi" w:hAnsi="Ddylr05K+KaiTi" w:eastAsia="Ddylr05K+KaiTi"/>
          <w:color w:val="000000"/>
          <w:sz w:val="24"/>
        </w:rPr>
        <w:t>路</w:t>
      </w:r>
      <w:r>
        <w:rPr>
          <w:rFonts w:ascii="Ddylr05K+KaiTi" w:hAnsi="Ddylr05K+KaiTi" w:eastAsia="Ddylr05K+KaiTi"/>
          <w:color w:val="000000"/>
          <w:sz w:val="24"/>
        </w:rPr>
        <w:t>21</w:t>
      </w:r>
      <w:r>
        <w:rPr>
          <w:spacing w:val="60"/>
          <w:rFonts w:ascii="Ddylr05K+KaiTi" w:hAnsi="Ddylr05K+KaiTi" w:eastAsia="Ddylr05K+KaiTi"/>
          <w:color w:val="000000"/>
          <w:sz w:val="24"/>
        </w:rPr>
        <w:t>2号</w:t>
      </w:r>
      <w:r>
        <w:rPr>
          <w:rFonts w:ascii="Ddylr05K+KaiTi" w:hAnsi="Ddylr05K+KaiTi" w:eastAsia="Ddylr05K+KaiTi"/>
          <w:color w:val="000000"/>
          <w:sz w:val="24"/>
        </w:rPr>
        <w:t>1208）</w:t>
      </w:r>
    </w:p>
    <w:p>
      <w:pPr>
        <w:autoSpaceDN w:val="0"/>
        <w:autoSpaceDE w:val="0"/>
        <w:widowControl/>
        <w:spacing w:line="240" w:lineRule="exact" w:before="48" w:after="0"/>
        <w:ind w:left="698" w:right="0" w:firstLine="0"/>
        <w:jc w:val="left"/>
      </w:pP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评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价</w:t>
      </w: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机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构</w:t>
      </w:r>
    </w:p>
    <w:p>
      <w:pPr>
        <w:autoSpaceDN w:val="0"/>
        <w:autoSpaceDE w:val="0"/>
        <w:widowControl/>
        <w:spacing w:line="240" w:lineRule="exact" w:before="48" w:after="0"/>
        <w:ind w:left="0" w:right="4996" w:firstLine="0"/>
        <w:jc w:val="right"/>
      </w:pPr>
      <w:r>
        <w:rPr>
          <w:rFonts w:ascii="Ddylr05K+KaiTi" w:hAnsi="Ddylr05K+KaiTi" w:eastAsia="Ddylr05K+KaiTi"/>
          <w:color w:val="000000"/>
          <w:sz w:val="24"/>
        </w:rPr>
        <w:t>联系人：张兰红</w:t>
      </w:r>
    </w:p>
    <w:p>
      <w:pPr>
        <w:autoSpaceDN w:val="0"/>
        <w:autoSpaceDE w:val="0"/>
        <w:widowControl/>
        <w:spacing w:line="240" w:lineRule="exact" w:before="338" w:after="0"/>
        <w:ind w:left="0" w:right="2148" w:firstLine="0"/>
        <w:jc w:val="right"/>
      </w:pPr>
      <w:r>
        <w:rPr>
          <w:spacing w:val="4"/>
          <w:w w:val="101.98039213816325"/>
          <w:rFonts w:ascii="Ddylr05K+KaiTi" w:hAnsi="Ddylr05K+KaiTi" w:eastAsia="Ddylr05K+KaiTi"/>
          <w:color w:val="000000"/>
          <w:sz w:val="24"/>
        </w:rPr>
        <w:t>联</w:t>
      </w:r>
      <w:r>
        <w:rPr>
          <w:spacing w:val="2"/>
          <w:w w:val="101.98039213816325"/>
          <w:rFonts w:ascii="Ddylr05K+KaiTi" w:hAnsi="Ddylr05K+KaiTi" w:eastAsia="Ddylr05K+KaiTi"/>
          <w:color w:val="000000"/>
          <w:sz w:val="24"/>
        </w:rPr>
        <w:t>系</w:t>
      </w:r>
      <w:r>
        <w:rPr>
          <w:spacing w:val="6"/>
          <w:w w:val="101.98039213816325"/>
          <w:rFonts w:ascii="Ddylr05K+KaiTi" w:hAnsi="Ddylr05K+KaiTi" w:eastAsia="Ddylr05K+KaiTi"/>
          <w:color w:val="000000"/>
          <w:sz w:val="24"/>
        </w:rPr>
        <w:t>方式（</w:t>
      </w:r>
      <w:r>
        <w:rPr>
          <w:spacing w:val="2"/>
          <w:w w:val="101.98039213816325"/>
          <w:rFonts w:ascii="Ddylr05K+KaiTi" w:hAnsi="Ddylr05K+KaiTi" w:eastAsia="Ddylr05K+KaiTi"/>
          <w:color w:val="000000"/>
          <w:sz w:val="24"/>
        </w:rPr>
        <w:t>电</w:t>
      </w:r>
      <w:r>
        <w:rPr>
          <w:spacing w:val="4"/>
          <w:w w:val="101.98039213816325"/>
          <w:rFonts w:ascii="Ddylr05K+KaiTi" w:hAnsi="Ddylr05K+KaiTi" w:eastAsia="Ddylr05K+KaiTi"/>
          <w:color w:val="000000"/>
          <w:sz w:val="24"/>
        </w:rPr>
        <w:t>话、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Em</w:t>
      </w:r>
      <w:r>
        <w:rPr>
          <w:spacing w:val="3"/>
          <w:w w:val="101.98039213816325"/>
          <w:rFonts w:ascii="Ddylr05K+KaiTi" w:hAnsi="Ddylr05K+KaiTi" w:eastAsia="Ddylr05K+KaiTi"/>
          <w:color w:val="000000"/>
          <w:sz w:val="24"/>
        </w:rPr>
        <w:t>a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i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l</w:t>
      </w:r>
      <w:r>
        <w:rPr>
          <w:spacing w:val="4"/>
          <w:w w:val="101.98039213816325"/>
          <w:rFonts w:ascii="Ddylr05K+KaiTi" w:hAnsi="Ddylr05K+KaiTi" w:eastAsia="Ddylr05K+KaiTi"/>
          <w:color w:val="000000"/>
          <w:sz w:val="24"/>
        </w:rPr>
        <w:t>）：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13</w:t>
      </w:r>
      <w:r>
        <w:rPr>
          <w:spacing w:val="3"/>
          <w:w w:val="101.98039213816325"/>
          <w:rFonts w:ascii="Ddylr05K+KaiTi" w:hAnsi="Ddylr05K+KaiTi" w:eastAsia="Ddylr05K+KaiTi"/>
          <w:color w:val="000000"/>
          <w:sz w:val="24"/>
        </w:rPr>
        <w:t>9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6</w:t>
      </w:r>
      <w:r>
        <w:rPr>
          <w:spacing w:val="3"/>
          <w:w w:val="101.98039213816325"/>
          <w:rFonts w:ascii="Ddylr05K+KaiTi" w:hAnsi="Ddylr05K+KaiTi" w:eastAsia="Ddylr05K+KaiTi"/>
          <w:color w:val="000000"/>
          <w:sz w:val="24"/>
        </w:rPr>
        <w:t>9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9</w:t>
      </w:r>
      <w:r>
        <w:rPr>
          <w:spacing w:val="3"/>
          <w:w w:val="101.98039213816325"/>
          <w:rFonts w:ascii="Ddylr05K+KaiTi" w:hAnsi="Ddylr05K+KaiTi" w:eastAsia="Ddylr05K+KaiTi"/>
          <w:color w:val="000000"/>
          <w:sz w:val="24"/>
        </w:rPr>
        <w:t>6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6</w:t>
      </w:r>
      <w:r>
        <w:rPr>
          <w:spacing w:val="3"/>
          <w:w w:val="101.98039213816325"/>
          <w:rFonts w:ascii="Ddylr05K+KaiTi" w:hAnsi="Ddylr05K+KaiTi" w:eastAsia="Ddylr05K+KaiTi"/>
          <w:color w:val="000000"/>
          <w:sz w:val="24"/>
        </w:rPr>
        <w:t>6</w:t>
      </w:r>
      <w:r>
        <w:rPr>
          <w:spacing w:val="1"/>
          <w:w w:val="101.98039213816325"/>
          <w:rFonts w:ascii="Ddylr05K+KaiTi" w:hAnsi="Ddylr05K+KaiTi" w:eastAsia="Ddylr05K+KaiTi"/>
          <w:color w:val="000000"/>
          <w:sz w:val="24"/>
        </w:rPr>
        <w:t>12</w:t>
      </w:r>
    </w:p>
    <w:p>
      <w:pPr>
        <w:autoSpaceDN w:val="0"/>
        <w:autoSpaceDE w:val="0"/>
        <w:widowControl/>
        <w:spacing w:line="328" w:lineRule="exact" w:before="128" w:after="0"/>
        <w:ind w:left="184" w:right="1872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评价依据：</w:t>
      </w:r>
      <w:r>
        <w:br/>
      </w:r>
      <w:r>
        <w:rPr>
          <w:spacing w:val="-2"/>
          <w:rFonts w:ascii="Wingdings2" w:hAnsi="Wingdings2" w:eastAsia="Wingdings2"/>
          <w:color w:val="000000"/>
          <w:sz w:val="24"/>
        </w:rPr>
        <w:t></w:t>
      </w:r>
      <w:r>
        <w:rPr>
          <w:rFonts w:ascii="Ddylr05K+KaiTi" w:hAnsi="Ddylr05K+KaiTi" w:eastAsia="Ddylr05K+KaiTi"/>
          <w:color w:val="000000"/>
          <w:sz w:val="24"/>
        </w:rPr>
        <w:t>IS</w:t>
      </w:r>
      <w:r>
        <w:rPr>
          <w:rFonts w:ascii="Ddylr05K+KaiTi" w:hAnsi="Ddylr05K+KaiTi" w:eastAsia="Ddylr05K+KaiTi"/>
          <w:color w:val="000000"/>
          <w:sz w:val="24"/>
        </w:rPr>
        <w:t>O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14067:201</w:t>
      </w:r>
      <w:r>
        <w:rPr>
          <w:rFonts w:ascii="Ddylr05K+KaiTi" w:hAnsi="Ddylr05K+KaiTi" w:eastAsia="Ddylr05K+KaiTi"/>
          <w:color w:val="000000"/>
          <w:sz w:val="24"/>
        </w:rPr>
        <w:t>8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温室气体-产品碳足迹-量化要求及指南</w:t>
      </w:r>
      <w:r>
        <w:br/>
      </w:r>
      <w:r>
        <w:rPr>
          <w:spacing w:val="-2"/>
          <w:rFonts w:ascii="Wingdings2" w:hAnsi="Wingdings2" w:eastAsia="Wingdings2"/>
          <w:color w:val="000000"/>
          <w:sz w:val="24"/>
        </w:rPr>
        <w:t></w:t>
      </w:r>
      <w:r>
        <w:rPr>
          <w:rFonts w:ascii="Ddylr05K+KaiTi" w:hAnsi="Ddylr05K+KaiTi" w:eastAsia="Ddylr05K+KaiTi"/>
          <w:color w:val="000000"/>
          <w:sz w:val="24"/>
        </w:rPr>
        <w:t>PA</w:t>
      </w:r>
      <w:r>
        <w:rPr>
          <w:rFonts w:ascii="Ddylr05K+KaiTi" w:hAnsi="Ddylr05K+KaiTi" w:eastAsia="Ddylr05K+KaiTi"/>
          <w:color w:val="000000"/>
          <w:sz w:val="24"/>
        </w:rPr>
        <w:t>S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2050:201</w:t>
      </w:r>
      <w:r>
        <w:rPr>
          <w:rFonts w:ascii="Ddylr05K+KaiTi" w:hAnsi="Ddylr05K+KaiTi" w:eastAsia="Ddylr05K+KaiTi"/>
          <w:color w:val="000000"/>
          <w:sz w:val="24"/>
        </w:rPr>
        <w:t>1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商品和服务的生命周期温室气体排放评价规范</w:t>
      </w:r>
      <w:r>
        <w:rPr>
          <w:spacing w:val="-2"/>
          <w:rFonts w:ascii="Wingdings2" w:hAnsi="Wingdings2" w:eastAsia="Wingdings2"/>
          <w:color w:val="000000"/>
          <w:sz w:val="24"/>
        </w:rPr>
        <w:t></w:t>
      </w:r>
      <w:r>
        <w:rPr>
          <w:rFonts w:ascii="Ddylr05K+KaiTi" w:hAnsi="Ddylr05K+KaiTi" w:eastAsia="Ddylr05K+KaiTi"/>
          <w:color w:val="000000"/>
          <w:sz w:val="24"/>
        </w:rPr>
        <w:t>GH</w:t>
      </w:r>
      <w:r>
        <w:rPr>
          <w:rFonts w:ascii="Ddylr05K+KaiTi" w:hAnsi="Ddylr05K+KaiTi" w:eastAsia="Ddylr05K+KaiTi"/>
          <w:color w:val="000000"/>
          <w:sz w:val="24"/>
        </w:rPr>
        <w:t>G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Protocol:产品寿命周期核算与报告标准</w:t>
      </w:r>
      <w:r>
        <w:br/>
      </w:r>
      <w:r>
        <w:rPr>
          <w:spacing w:val="-2"/>
          <w:rFonts w:ascii="Wingdings2" w:hAnsi="Wingdings2" w:eastAsia="Wingdings2"/>
          <w:color w:val="000000"/>
          <w:sz w:val="24"/>
        </w:rPr>
        <w:t></w:t>
      </w:r>
      <w:r>
        <w:rPr>
          <w:rFonts w:ascii="Ddylr05K+KaiTi" w:hAnsi="Ddylr05K+KaiTi" w:eastAsia="Ddylr05K+KaiTi"/>
          <w:color w:val="000000"/>
          <w:sz w:val="24"/>
        </w:rPr>
        <w:t>ISO14064-3:201</w:t>
      </w:r>
      <w:r>
        <w:rPr>
          <w:rFonts w:ascii="Ddylr05K+KaiTi" w:hAnsi="Ddylr05K+KaiTi" w:eastAsia="Ddylr05K+KaiTi"/>
          <w:color w:val="000000"/>
          <w:sz w:val="24"/>
        </w:rPr>
        <w:t>9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对温室气体声明进行审定和评价的指南性规范</w:t>
      </w:r>
      <w:r>
        <w:rPr>
          <w:spacing w:val="-2"/>
          <w:rFonts w:ascii="Wingdings2" w:hAnsi="Wingdings2" w:eastAsia="Wingdings2"/>
          <w:color w:val="000000"/>
          <w:sz w:val="24"/>
        </w:rPr>
        <w:t></w:t>
      </w:r>
      <w:r>
        <w:rPr>
          <w:rFonts w:ascii="Ddylr05K+KaiTi" w:hAnsi="Ddylr05K+KaiTi" w:eastAsia="Ddylr05K+KaiTi"/>
          <w:color w:val="000000"/>
          <w:sz w:val="24"/>
        </w:rPr>
        <w:t>《山东省产品碳足迹评价通则》</w:t>
      </w:r>
    </w:p>
    <w:p>
      <w:pPr>
        <w:autoSpaceDN w:val="0"/>
        <w:autoSpaceDE w:val="0"/>
        <w:widowControl/>
        <w:spacing w:line="254" w:lineRule="exact" w:before="72" w:after="0"/>
        <w:ind w:left="184" w:right="0" w:firstLine="0"/>
        <w:jc w:val="left"/>
      </w:pPr>
      <w:r>
        <w:rPr>
          <w:spacing w:val="-2"/>
          <w:rFonts w:ascii="Wingdings2" w:hAnsi="Wingdings2" w:eastAsia="Wingdings2"/>
          <w:color w:val="000000"/>
          <w:sz w:val="24"/>
        </w:rPr>
        <w:t></w:t>
      </w:r>
      <w:r>
        <w:rPr>
          <w:rFonts w:ascii="Ddylr05K+KaiTi" w:hAnsi="Ddylr05K+KaiTi" w:eastAsia="Ddylr05K+KaiTi"/>
          <w:color w:val="000000"/>
          <w:sz w:val="24"/>
        </w:rPr>
        <w:t>其他适用的法律法规及相关标准</w:t>
      </w:r>
    </w:p>
    <w:p>
      <w:pPr>
        <w:autoSpaceDN w:val="0"/>
        <w:tabs>
          <w:tab w:pos="4936" w:val="left"/>
        </w:tabs>
        <w:autoSpaceDE w:val="0"/>
        <w:widowControl/>
        <w:spacing w:line="240" w:lineRule="exact" w:before="154" w:after="0"/>
        <w:ind w:left="722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报告等级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>合理保证等级</w:t>
      </w:r>
    </w:p>
    <w:p>
      <w:pPr>
        <w:autoSpaceDN w:val="0"/>
        <w:autoSpaceDE w:val="0"/>
        <w:widowControl/>
        <w:spacing w:line="366" w:lineRule="exact" w:before="168" w:after="0"/>
        <w:ind w:left="0" w:right="0" w:firstLine="0"/>
        <w:jc w:val="center"/>
      </w:pPr>
      <w:r>
        <w:rPr>
          <w:rFonts w:ascii="Ddylr05K+KaiTi" w:hAnsi="Ddylr05K+KaiTi" w:eastAsia="Ddylr05K+KaiTi"/>
          <w:color w:val="000000"/>
          <w:sz w:val="24"/>
        </w:rPr>
        <w:t>实质性和排除门</w:t>
      </w:r>
      <w:r>
        <w:rPr>
          <w:rFonts w:ascii="Ddylr05K+KaiTi" w:hAnsi="Ddylr05K+KaiTi" w:eastAsia="Ddylr05K+KaiTi"/>
          <w:color w:val="000000"/>
          <w:sz w:val="24"/>
        </w:rPr>
        <w:t>槛</w:t>
      </w:r>
      <w:r>
        <w:rPr>
          <w:spacing w:val="121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本次评价涵盖了所评价产品核算边界范围内与功能单位相关的</w:t>
      </w:r>
    </w:p>
    <w:p>
      <w:pPr>
        <w:autoSpaceDN w:val="0"/>
        <w:autoSpaceDE w:val="0"/>
        <w:widowControl/>
        <w:spacing w:line="202" w:lineRule="exact" w:before="0" w:after="0"/>
        <w:ind w:left="0" w:right="1936" w:firstLine="0"/>
        <w:jc w:val="right"/>
      </w:pPr>
      <w:r>
        <w:rPr>
          <w:rFonts w:ascii="Ddylr05K+KaiTi" w:hAnsi="Ddylr05K+KaiTi" w:eastAsia="Ddylr05K+KaiTi"/>
          <w:color w:val="000000"/>
          <w:sz w:val="24"/>
        </w:rPr>
        <w:t>预期至</w:t>
      </w:r>
      <w:r>
        <w:rPr>
          <w:spacing w:val="60"/>
          <w:rFonts w:ascii="Ddylr05K+KaiTi" w:hAnsi="Ddylr05K+KaiTi" w:eastAsia="Ddylr05K+KaiTi"/>
          <w:color w:val="000000"/>
          <w:sz w:val="24"/>
        </w:rPr>
        <w:t>少</w:t>
      </w:r>
      <w:r>
        <w:rPr>
          <w:rFonts w:ascii="Ddylr05K+KaiTi" w:hAnsi="Ddylr05K+KaiTi" w:eastAsia="Ddylr05K+KaiTi"/>
          <w:color w:val="000000"/>
          <w:sz w:val="24"/>
        </w:rPr>
        <w:t>97%以上的温室气体排放和清除量。</w:t>
      </w:r>
    </w:p>
    <w:p>
      <w:pPr>
        <w:autoSpaceDN w:val="0"/>
        <w:tabs>
          <w:tab w:pos="544" w:val="left"/>
        </w:tabs>
        <w:autoSpaceDE w:val="0"/>
        <w:widowControl/>
        <w:spacing w:line="326" w:lineRule="exact" w:before="10" w:after="0"/>
        <w:ind w:left="64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评价结论：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4"/>
        </w:rPr>
        <w:t>山</w:t>
      </w:r>
      <w:r>
        <w:rPr>
          <w:spacing w:val="10"/>
          <w:rFonts w:ascii="Ddylr05K+KaiTi" w:hAnsi="Ddylr05K+KaiTi" w:eastAsia="Ddylr05K+KaiTi"/>
          <w:color w:val="000000"/>
          <w:sz w:val="24"/>
        </w:rPr>
        <w:t>东</w:t>
      </w:r>
      <w:r>
        <w:rPr>
          <w:spacing w:val="6"/>
          <w:rFonts w:ascii="Ddylr05K+KaiTi" w:hAnsi="Ddylr05K+KaiTi" w:eastAsia="Ddylr05K+KaiTi"/>
          <w:color w:val="000000"/>
          <w:sz w:val="24"/>
        </w:rPr>
        <w:t>质</w:t>
      </w:r>
      <w:r>
        <w:rPr>
          <w:spacing w:val="8"/>
          <w:rFonts w:ascii="Ddylr05K+KaiTi" w:hAnsi="Ddylr05K+KaiTi" w:eastAsia="Ddylr05K+KaiTi"/>
          <w:color w:val="000000"/>
          <w:sz w:val="24"/>
        </w:rPr>
        <w:t>联技术有限</w:t>
      </w:r>
      <w:r>
        <w:rPr>
          <w:spacing w:val="6"/>
          <w:rFonts w:ascii="Ddylr05K+KaiTi" w:hAnsi="Ddylr05K+KaiTi" w:eastAsia="Ddylr05K+KaiTi"/>
          <w:color w:val="000000"/>
          <w:sz w:val="24"/>
        </w:rPr>
        <w:t>公</w:t>
      </w:r>
      <w:r>
        <w:rPr>
          <w:spacing w:val="8"/>
          <w:rFonts w:ascii="Ddylr05K+KaiTi" w:hAnsi="Ddylr05K+KaiTi" w:eastAsia="Ddylr05K+KaiTi"/>
          <w:color w:val="000000"/>
          <w:sz w:val="24"/>
        </w:rPr>
        <w:t>司</w:t>
      </w:r>
      <w:r>
        <w:rPr>
          <w:spacing w:val="6"/>
          <w:rFonts w:ascii="Ddylr05K+KaiTi" w:hAnsi="Ddylr05K+KaiTi" w:eastAsia="Ddylr05K+KaiTi"/>
          <w:color w:val="000000"/>
          <w:sz w:val="24"/>
        </w:rPr>
        <w:t>（</w:t>
      </w:r>
      <w:r>
        <w:rPr>
          <w:spacing w:val="10"/>
          <w:rFonts w:ascii="Ddylr05K+KaiTi" w:hAnsi="Ddylr05K+KaiTi" w:eastAsia="Ddylr05K+KaiTi"/>
          <w:color w:val="000000"/>
          <w:sz w:val="24"/>
        </w:rPr>
        <w:t>以</w:t>
      </w:r>
      <w:r>
        <w:rPr>
          <w:spacing w:val="8"/>
          <w:rFonts w:ascii="Ddylr05K+KaiTi" w:hAnsi="Ddylr05K+KaiTi" w:eastAsia="Ddylr05K+KaiTi"/>
          <w:color w:val="000000"/>
          <w:sz w:val="24"/>
        </w:rPr>
        <w:t>下</w:t>
      </w:r>
      <w:r>
        <w:rPr>
          <w:spacing w:val="6"/>
          <w:rFonts w:ascii="Ddylr05K+KaiTi" w:hAnsi="Ddylr05K+KaiTi" w:eastAsia="Ddylr05K+KaiTi"/>
          <w:color w:val="000000"/>
          <w:sz w:val="24"/>
        </w:rPr>
        <w:t>简</w:t>
      </w:r>
      <w:r>
        <w:rPr>
          <w:spacing w:val="8"/>
          <w:rFonts w:ascii="Ddylr05K+KaiTi" w:hAnsi="Ddylr05K+KaiTi" w:eastAsia="Ddylr05K+KaiTi"/>
          <w:color w:val="000000"/>
          <w:sz w:val="24"/>
        </w:rPr>
        <w:t>称</w:t>
      </w:r>
      <w:r>
        <w:rPr>
          <w:spacing w:val="10"/>
          <w:rFonts w:ascii="Ddylr05K+KaiTi" w:hAnsi="Ddylr05K+KaiTi" w:eastAsia="Ddylr05K+KaiTi"/>
          <w:color w:val="000000"/>
          <w:sz w:val="24"/>
        </w:rPr>
        <w:t>“</w:t>
      </w:r>
      <w:r>
        <w:rPr>
          <w:spacing w:val="6"/>
          <w:rFonts w:ascii="Ddylr05K+KaiTi" w:hAnsi="Ddylr05K+KaiTi" w:eastAsia="Ddylr05K+KaiTi"/>
          <w:color w:val="000000"/>
          <w:sz w:val="24"/>
        </w:rPr>
        <w:t>评</w:t>
      </w:r>
      <w:r>
        <w:rPr>
          <w:spacing w:val="10"/>
          <w:rFonts w:ascii="Ddylr05K+KaiTi" w:hAnsi="Ddylr05K+KaiTi" w:eastAsia="Ddylr05K+KaiTi"/>
          <w:color w:val="000000"/>
          <w:sz w:val="24"/>
        </w:rPr>
        <w:t>价</w:t>
      </w:r>
      <w:r>
        <w:rPr>
          <w:spacing w:val="6"/>
          <w:rFonts w:ascii="Ddylr05K+KaiTi" w:hAnsi="Ddylr05K+KaiTi" w:eastAsia="Ddylr05K+KaiTi"/>
          <w:color w:val="000000"/>
          <w:sz w:val="24"/>
        </w:rPr>
        <w:t>方</w:t>
      </w:r>
      <w:r>
        <w:rPr>
          <w:spacing w:val="8"/>
          <w:rFonts w:ascii="Ddylr05K+KaiTi" w:hAnsi="Ddylr05K+KaiTi" w:eastAsia="Ddylr05K+KaiTi"/>
          <w:color w:val="000000"/>
          <w:sz w:val="24"/>
        </w:rPr>
        <w:t>”）受</w:t>
      </w:r>
      <w:r>
        <w:rPr>
          <w:spacing w:val="6"/>
          <w:rFonts w:ascii="Ddylr05K+KaiTi" w:hAnsi="Ddylr05K+KaiTi" w:eastAsia="Ddylr05K+KaiTi"/>
          <w:color w:val="000000"/>
          <w:sz w:val="24"/>
        </w:rPr>
        <w:t>山</w:t>
      </w:r>
      <w:r>
        <w:rPr>
          <w:spacing w:val="10"/>
          <w:rFonts w:ascii="Ddylr05K+KaiTi" w:hAnsi="Ddylr05K+KaiTi" w:eastAsia="Ddylr05K+KaiTi"/>
          <w:color w:val="000000"/>
          <w:sz w:val="24"/>
        </w:rPr>
        <w:t>东</w:t>
      </w:r>
      <w:r>
        <w:rPr>
          <w:spacing w:val="8"/>
          <w:rFonts w:ascii="Ddylr05K+KaiTi" w:hAnsi="Ddylr05K+KaiTi" w:eastAsia="Ddylr05K+KaiTi"/>
          <w:color w:val="000000"/>
          <w:sz w:val="24"/>
        </w:rPr>
        <w:t>国</w:t>
      </w:r>
      <w:r>
        <w:rPr>
          <w:spacing w:val="6"/>
          <w:rFonts w:ascii="Ddylr05K+KaiTi" w:hAnsi="Ddylr05K+KaiTi" w:eastAsia="Ddylr05K+KaiTi"/>
          <w:color w:val="000000"/>
          <w:sz w:val="24"/>
        </w:rPr>
        <w:t>众</w:t>
      </w:r>
      <w:r>
        <w:rPr>
          <w:spacing w:val="8"/>
          <w:rFonts w:ascii="Ddylr05K+KaiTi" w:hAnsi="Ddylr05K+KaiTi" w:eastAsia="Ddylr05K+KaiTi"/>
          <w:color w:val="000000"/>
          <w:sz w:val="24"/>
        </w:rPr>
        <w:t>机</w:t>
      </w:r>
      <w:r>
        <w:rPr>
          <w:spacing w:val="10"/>
          <w:rFonts w:ascii="Ddylr05K+KaiTi" w:hAnsi="Ddylr05K+KaiTi" w:eastAsia="Ddylr05K+KaiTi"/>
          <w:color w:val="000000"/>
          <w:sz w:val="24"/>
        </w:rPr>
        <w:t>械</w:t>
      </w:r>
      <w:r>
        <w:rPr>
          <w:spacing w:val="6"/>
          <w:rFonts w:ascii="Ddylr05K+KaiTi" w:hAnsi="Ddylr05K+KaiTi" w:eastAsia="Ddylr05K+KaiTi"/>
          <w:color w:val="000000"/>
          <w:sz w:val="24"/>
        </w:rPr>
        <w:t>科</w:t>
      </w:r>
      <w:r>
        <w:rPr>
          <w:spacing w:val="8"/>
          <w:rFonts w:ascii="Ddylr05K+KaiTi" w:hAnsi="Ddylr05K+KaiTi" w:eastAsia="Ddylr05K+KaiTi"/>
          <w:color w:val="000000"/>
          <w:sz w:val="24"/>
        </w:rPr>
        <w:t>技</w:t>
      </w:r>
      <w:r>
        <w:rPr>
          <w:spacing w:val="6"/>
          <w:rFonts w:ascii="Ddylr05K+KaiTi" w:hAnsi="Ddylr05K+KaiTi" w:eastAsia="Ddylr05K+KaiTi"/>
          <w:color w:val="000000"/>
          <w:sz w:val="24"/>
        </w:rPr>
        <w:t>有</w:t>
      </w:r>
      <w:r>
        <w:rPr>
          <w:spacing w:val="10"/>
          <w:rFonts w:ascii="Ddylr05K+KaiTi" w:hAnsi="Ddylr05K+KaiTi" w:eastAsia="Ddylr05K+KaiTi"/>
          <w:color w:val="000000"/>
          <w:sz w:val="24"/>
        </w:rPr>
        <w:t>限</w:t>
      </w:r>
      <w:r>
        <w:rPr>
          <w:spacing w:val="8"/>
          <w:rFonts w:ascii="Ddylr05K+KaiTi" w:hAnsi="Ddylr05K+KaiTi" w:eastAsia="Ddylr05K+KaiTi"/>
          <w:color w:val="000000"/>
          <w:sz w:val="24"/>
        </w:rPr>
        <w:t>公</w:t>
      </w:r>
      <w:r>
        <w:rPr>
          <w:rFonts w:ascii="Ddylr05K+KaiTi" w:hAnsi="Ddylr05K+KaiTi" w:eastAsia="Ddylr05K+KaiTi"/>
          <w:color w:val="000000"/>
          <w:sz w:val="24"/>
        </w:rPr>
        <w:t>司</w:t>
      </w:r>
      <w:r>
        <w:rPr>
          <w:spacing w:val="4"/>
          <w:rFonts w:ascii="Ddylr05K+KaiTi" w:hAnsi="Ddylr05K+KaiTi" w:eastAsia="Ddylr05K+KaiTi"/>
          <w:color w:val="000000"/>
          <w:sz w:val="24"/>
        </w:rPr>
        <w:t>（</w:t>
      </w:r>
      <w:r>
        <w:rPr>
          <w:spacing w:val="2"/>
          <w:rFonts w:ascii="Ddylr05K+KaiTi" w:hAnsi="Ddylr05K+KaiTi" w:eastAsia="Ddylr05K+KaiTi"/>
          <w:color w:val="000000"/>
          <w:sz w:val="24"/>
        </w:rPr>
        <w:t>以下简</w:t>
      </w:r>
      <w:r>
        <w:rPr>
          <w:rFonts w:ascii="Ddylr05K+KaiTi" w:hAnsi="Ddylr05K+KaiTi" w:eastAsia="Ddylr05K+KaiTi"/>
          <w:color w:val="000000"/>
          <w:sz w:val="24"/>
        </w:rPr>
        <w:t>称</w:t>
      </w:r>
      <w:r>
        <w:rPr>
          <w:spacing w:val="2"/>
          <w:rFonts w:ascii="Ddylr05K+KaiTi" w:hAnsi="Ddylr05K+KaiTi" w:eastAsia="Ddylr05K+KaiTi"/>
          <w:color w:val="000000"/>
          <w:sz w:val="24"/>
        </w:rPr>
        <w:t>“</w:t>
      </w:r>
      <w:r>
        <w:rPr>
          <w:spacing w:val="4"/>
          <w:rFonts w:ascii="Ddylr05K+KaiTi" w:hAnsi="Ddylr05K+KaiTi" w:eastAsia="Ddylr05K+KaiTi"/>
          <w:color w:val="000000"/>
          <w:sz w:val="24"/>
        </w:rPr>
        <w:t>委</w:t>
      </w:r>
      <w:r>
        <w:rPr>
          <w:spacing w:val="2"/>
          <w:rFonts w:ascii="Ddylr05K+KaiTi" w:hAnsi="Ddylr05K+KaiTi" w:eastAsia="Ddylr05K+KaiTi"/>
          <w:color w:val="000000"/>
          <w:sz w:val="24"/>
        </w:rPr>
        <w:t>托方”）</w:t>
      </w:r>
      <w:r>
        <w:rPr>
          <w:spacing w:val="4"/>
          <w:rFonts w:ascii="Ddylr05K+KaiTi" w:hAnsi="Ddylr05K+KaiTi" w:eastAsia="Ddylr05K+KaiTi"/>
          <w:color w:val="000000"/>
          <w:sz w:val="24"/>
        </w:rPr>
        <w:t>委</w:t>
      </w:r>
      <w:r>
        <w:rPr>
          <w:spacing w:val="2"/>
          <w:rFonts w:ascii="Ddylr05K+KaiTi" w:hAnsi="Ddylr05K+KaiTi" w:eastAsia="Ddylr05K+KaiTi"/>
          <w:color w:val="000000"/>
          <w:sz w:val="24"/>
        </w:rPr>
        <w:t>托，依据</w:t>
      </w:r>
      <w:r>
        <w:rPr>
          <w:spacing w:val="4"/>
          <w:rFonts w:ascii="Ddylr05K+KaiTi" w:hAnsi="Ddylr05K+KaiTi" w:eastAsia="Ddylr05K+KaiTi"/>
          <w:color w:val="000000"/>
          <w:sz w:val="24"/>
        </w:rPr>
        <w:t>《</w:t>
      </w:r>
      <w:r>
        <w:rPr>
          <w:rFonts w:ascii="Ddylr05K+KaiTi" w:hAnsi="Ddylr05K+KaiTi" w:eastAsia="Ddylr05K+KaiTi"/>
          <w:color w:val="000000"/>
          <w:sz w:val="24"/>
        </w:rPr>
        <w:t>IS</w:t>
      </w:r>
      <w:r>
        <w:rPr>
          <w:rFonts w:ascii="Ddylr05K+KaiTi" w:hAnsi="Ddylr05K+KaiTi" w:eastAsia="Ddylr05K+KaiTi"/>
          <w:color w:val="000000"/>
          <w:sz w:val="24"/>
        </w:rPr>
        <w:t>O</w:t>
      </w:r>
      <w:r>
        <w:rPr>
          <w:spacing w:val="55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1406</w:t>
      </w:r>
      <w:r>
        <w:rPr>
          <w:spacing w:val="2"/>
          <w:rFonts w:ascii="Ddylr05K+KaiTi" w:hAnsi="Ddylr05K+KaiTi" w:eastAsia="Ddylr05K+KaiTi"/>
          <w:color w:val="000000"/>
          <w:sz w:val="24"/>
        </w:rPr>
        <w:t>7：</w:t>
      </w:r>
      <w:r>
        <w:rPr>
          <w:rFonts w:ascii="Ddylr05K+KaiTi" w:hAnsi="Ddylr05K+KaiTi" w:eastAsia="Ddylr05K+KaiTi"/>
          <w:color w:val="000000"/>
          <w:sz w:val="24"/>
        </w:rPr>
        <w:t>201</w:t>
      </w:r>
      <w:r>
        <w:rPr>
          <w:spacing w:val="62"/>
          <w:rFonts w:ascii="Ddylr05K+KaiTi" w:hAnsi="Ddylr05K+KaiTi" w:eastAsia="Ddylr05K+KaiTi"/>
          <w:color w:val="000000"/>
          <w:sz w:val="24"/>
        </w:rPr>
        <w:t>8</w:t>
      </w:r>
      <w:r>
        <w:rPr>
          <w:spacing w:val="4"/>
          <w:rFonts w:ascii="Ddylr05K+KaiTi" w:hAnsi="Ddylr05K+KaiTi" w:eastAsia="Ddylr05K+KaiTi"/>
          <w:color w:val="000000"/>
          <w:sz w:val="24"/>
        </w:rPr>
        <w:t>温</w:t>
      </w:r>
      <w:r>
        <w:rPr>
          <w:spacing w:val="2"/>
          <w:rFonts w:ascii="Ddylr05K+KaiTi" w:hAnsi="Ddylr05K+KaiTi" w:eastAsia="Ddylr05K+KaiTi"/>
          <w:color w:val="000000"/>
          <w:sz w:val="24"/>
        </w:rPr>
        <w:t>室气体-</w:t>
      </w:r>
      <w:r>
        <w:rPr>
          <w:spacing w:val="4"/>
          <w:rFonts w:ascii="Ddylr05K+KaiTi" w:hAnsi="Ddylr05K+KaiTi" w:eastAsia="Ddylr05K+KaiTi"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color w:val="000000"/>
          <w:sz w:val="24"/>
        </w:rPr>
        <w:t>品碳足迹</w:t>
      </w:r>
      <w:r>
        <w:rPr>
          <w:spacing w:val="4"/>
          <w:rFonts w:ascii="Ddylr05K+KaiTi" w:hAnsi="Ddylr05K+KaiTi" w:eastAsia="Ddylr05K+KaiTi"/>
          <w:color w:val="000000"/>
          <w:sz w:val="24"/>
        </w:rPr>
        <w:t>-</w:t>
      </w:r>
      <w:r>
        <w:rPr>
          <w:spacing w:val="2"/>
          <w:rFonts w:ascii="Ddylr05K+KaiTi" w:hAnsi="Ddylr05K+KaiTi" w:eastAsia="Ddylr05K+KaiTi"/>
          <w:color w:val="000000"/>
          <w:sz w:val="24"/>
        </w:rPr>
        <w:t>量</w:t>
      </w:r>
      <w:r>
        <w:rPr>
          <w:rFonts w:ascii="Ddylr05K+KaiTi" w:hAnsi="Ddylr05K+KaiTi" w:eastAsia="Ddylr05K+KaiTi"/>
          <w:color w:val="000000"/>
          <w:sz w:val="24"/>
        </w:rPr>
        <w:t>化</w:t>
      </w:r>
      <w:r>
        <w:rPr>
          <w:spacing w:val="22"/>
          <w:rFonts w:ascii="Ddylr05K+KaiTi" w:hAnsi="Ddylr05K+KaiTi" w:eastAsia="Ddylr05K+KaiTi"/>
          <w:color w:val="000000"/>
          <w:sz w:val="24"/>
        </w:rPr>
        <w:t>要</w:t>
      </w:r>
      <w:r>
        <w:rPr>
          <w:spacing w:val="20"/>
          <w:rFonts w:ascii="Ddylr05K+KaiTi" w:hAnsi="Ddylr05K+KaiTi" w:eastAsia="Ddylr05K+KaiTi"/>
          <w:color w:val="000000"/>
          <w:sz w:val="24"/>
        </w:rPr>
        <w:t>求</w:t>
      </w:r>
      <w:r>
        <w:rPr>
          <w:spacing w:val="22"/>
          <w:rFonts w:ascii="Ddylr05K+KaiTi" w:hAnsi="Ddylr05K+KaiTi" w:eastAsia="Ddylr05K+KaiTi"/>
          <w:color w:val="000000"/>
          <w:sz w:val="24"/>
        </w:rPr>
        <w:t>及</w:t>
      </w:r>
      <w:r>
        <w:rPr>
          <w:spacing w:val="18"/>
          <w:rFonts w:ascii="Ddylr05K+KaiTi" w:hAnsi="Ddylr05K+KaiTi" w:eastAsia="Ddylr05K+KaiTi"/>
          <w:color w:val="000000"/>
          <w:sz w:val="24"/>
        </w:rPr>
        <w:t>指</w:t>
      </w:r>
      <w:r>
        <w:rPr>
          <w:spacing w:val="22"/>
          <w:rFonts w:ascii="Ddylr05K+KaiTi" w:hAnsi="Ddylr05K+KaiTi" w:eastAsia="Ddylr05K+KaiTi"/>
          <w:color w:val="000000"/>
          <w:sz w:val="24"/>
        </w:rPr>
        <w:t>南</w:t>
      </w:r>
      <w:r>
        <w:rPr>
          <w:spacing w:val="20"/>
          <w:rFonts w:ascii="Ddylr05K+KaiTi" w:hAnsi="Ddylr05K+KaiTi" w:eastAsia="Ddylr05K+KaiTi"/>
          <w:color w:val="000000"/>
          <w:sz w:val="24"/>
        </w:rPr>
        <w:t>》、《</w:t>
      </w:r>
      <w:r>
        <w:rPr>
          <w:rFonts w:ascii="Ddylr05K+KaiTi" w:hAnsi="Ddylr05K+KaiTi" w:eastAsia="Ddylr05K+KaiTi"/>
          <w:color w:val="000000"/>
          <w:sz w:val="24"/>
        </w:rPr>
        <w:t>PA</w:t>
      </w:r>
      <w:r>
        <w:rPr>
          <w:rFonts w:ascii="Ddylr05K+KaiTi" w:hAnsi="Ddylr05K+KaiTi" w:eastAsia="Ddylr05K+KaiTi"/>
          <w:color w:val="000000"/>
          <w:sz w:val="24"/>
        </w:rPr>
        <w:t>S</w:t>
      </w:r>
      <w:r>
        <w:rPr>
          <w:spacing w:val="75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205</w:t>
      </w:r>
      <w:r>
        <w:rPr>
          <w:spacing w:val="18"/>
          <w:rFonts w:ascii="Ddylr05K+KaiTi" w:hAnsi="Ddylr05K+KaiTi" w:eastAsia="Ddylr05K+KaiTi"/>
          <w:color w:val="000000"/>
          <w:sz w:val="24"/>
        </w:rPr>
        <w:t>0</w:t>
      </w:r>
      <w:r>
        <w:rPr>
          <w:spacing w:val="22"/>
          <w:rFonts w:ascii="Ddylr05K+KaiTi" w:hAnsi="Ddylr05K+KaiTi" w:eastAsia="Ddylr05K+KaiTi"/>
          <w:color w:val="000000"/>
          <w:sz w:val="24"/>
        </w:rPr>
        <w:t>：</w:t>
      </w:r>
      <w:r>
        <w:rPr>
          <w:rFonts w:ascii="Ddylr05K+KaiTi" w:hAnsi="Ddylr05K+KaiTi" w:eastAsia="Ddylr05K+KaiTi"/>
          <w:color w:val="000000"/>
          <w:sz w:val="24"/>
        </w:rPr>
        <w:t>201</w:t>
      </w:r>
      <w:r>
        <w:rPr>
          <w:rFonts w:ascii="Ddylr05K+KaiTi" w:hAnsi="Ddylr05K+KaiTi" w:eastAsia="Ddylr05K+KaiTi"/>
          <w:color w:val="000000"/>
          <w:sz w:val="24"/>
        </w:rPr>
        <w:t>1</w:t>
      </w:r>
      <w:r>
        <w:rPr>
          <w:spacing w:val="75"/>
          <w:rFonts w:ascii="Arial" w:hAnsi="Arial" w:eastAsia="Arial"/>
          <w:color w:val="000000"/>
          <w:sz w:val="24"/>
        </w:rPr>
        <w:t xml:space="preserve"> </w:t>
      </w:r>
      <w:r>
        <w:rPr>
          <w:spacing w:val="22"/>
          <w:rFonts w:ascii="Ddylr05K+KaiTi" w:hAnsi="Ddylr05K+KaiTi" w:eastAsia="Ddylr05K+KaiTi"/>
          <w:color w:val="000000"/>
          <w:sz w:val="24"/>
        </w:rPr>
        <w:t>商</w:t>
      </w:r>
      <w:r>
        <w:rPr>
          <w:spacing w:val="18"/>
          <w:rFonts w:ascii="Ddylr05K+KaiTi" w:hAnsi="Ddylr05K+KaiTi" w:eastAsia="Ddylr05K+KaiTi"/>
          <w:color w:val="000000"/>
          <w:sz w:val="24"/>
        </w:rPr>
        <w:t>品</w:t>
      </w:r>
      <w:r>
        <w:rPr>
          <w:spacing w:val="22"/>
          <w:rFonts w:ascii="Ddylr05K+KaiTi" w:hAnsi="Ddylr05K+KaiTi" w:eastAsia="Ddylr05K+KaiTi"/>
          <w:color w:val="000000"/>
          <w:sz w:val="24"/>
        </w:rPr>
        <w:t>和</w:t>
      </w:r>
      <w:r>
        <w:rPr>
          <w:spacing w:val="20"/>
          <w:rFonts w:ascii="Ddylr05K+KaiTi" w:hAnsi="Ddylr05K+KaiTi" w:eastAsia="Ddylr05K+KaiTi"/>
          <w:color w:val="000000"/>
          <w:sz w:val="24"/>
        </w:rPr>
        <w:t>服</w:t>
      </w:r>
      <w:r>
        <w:rPr>
          <w:spacing w:val="22"/>
          <w:rFonts w:ascii="Ddylr05K+KaiTi" w:hAnsi="Ddylr05K+KaiTi" w:eastAsia="Ddylr05K+KaiTi"/>
          <w:color w:val="000000"/>
          <w:sz w:val="24"/>
        </w:rPr>
        <w:t>务</w:t>
      </w:r>
      <w:r>
        <w:rPr>
          <w:spacing w:val="18"/>
          <w:rFonts w:ascii="Ddylr05K+KaiTi" w:hAnsi="Ddylr05K+KaiTi" w:eastAsia="Ddylr05K+KaiTi"/>
          <w:color w:val="000000"/>
          <w:sz w:val="24"/>
        </w:rPr>
        <w:t>的</w:t>
      </w:r>
      <w:r>
        <w:rPr>
          <w:spacing w:val="22"/>
          <w:rFonts w:ascii="Ddylr05K+KaiTi" w:hAnsi="Ddylr05K+KaiTi" w:eastAsia="Ddylr05K+KaiTi"/>
          <w:color w:val="000000"/>
          <w:sz w:val="24"/>
        </w:rPr>
        <w:t>生命</w:t>
      </w:r>
      <w:r>
        <w:rPr>
          <w:spacing w:val="18"/>
          <w:rFonts w:ascii="Ddylr05K+KaiTi" w:hAnsi="Ddylr05K+KaiTi" w:eastAsia="Ddylr05K+KaiTi"/>
          <w:color w:val="000000"/>
          <w:sz w:val="24"/>
        </w:rPr>
        <w:t>周</w:t>
      </w:r>
      <w:r>
        <w:rPr>
          <w:spacing w:val="22"/>
          <w:rFonts w:ascii="Ddylr05K+KaiTi" w:hAnsi="Ddylr05K+KaiTi" w:eastAsia="Ddylr05K+KaiTi"/>
          <w:color w:val="000000"/>
          <w:sz w:val="24"/>
        </w:rPr>
        <w:t>期</w:t>
      </w:r>
      <w:r>
        <w:rPr>
          <w:spacing w:val="20"/>
          <w:rFonts w:ascii="Ddylr05K+KaiTi" w:hAnsi="Ddylr05K+KaiTi" w:eastAsia="Ddylr05K+KaiTi"/>
          <w:color w:val="000000"/>
          <w:sz w:val="24"/>
        </w:rPr>
        <w:t>温</w:t>
      </w:r>
      <w:r>
        <w:rPr>
          <w:spacing w:val="22"/>
          <w:rFonts w:ascii="Ddylr05K+KaiTi" w:hAnsi="Ddylr05K+KaiTi" w:eastAsia="Ddylr05K+KaiTi"/>
          <w:color w:val="000000"/>
          <w:sz w:val="24"/>
        </w:rPr>
        <w:t>室</w:t>
      </w:r>
      <w:r>
        <w:rPr>
          <w:spacing w:val="20"/>
          <w:rFonts w:ascii="Ddylr05K+KaiTi" w:hAnsi="Ddylr05K+KaiTi" w:eastAsia="Ddylr05K+KaiTi"/>
          <w:color w:val="000000"/>
          <w:sz w:val="24"/>
        </w:rPr>
        <w:t>气体</w:t>
      </w:r>
      <w:r>
        <w:rPr>
          <w:spacing w:val="22"/>
          <w:rFonts w:ascii="Ddylr05K+KaiTi" w:hAnsi="Ddylr05K+KaiTi" w:eastAsia="Ddylr05K+KaiTi"/>
          <w:color w:val="000000"/>
          <w:sz w:val="24"/>
        </w:rPr>
        <w:t>排</w:t>
      </w:r>
      <w:r>
        <w:rPr>
          <w:spacing w:val="18"/>
          <w:rFonts w:ascii="Ddylr05K+KaiTi" w:hAnsi="Ddylr05K+KaiTi" w:eastAsia="Ddylr05K+KaiTi"/>
          <w:color w:val="000000"/>
          <w:sz w:val="24"/>
        </w:rPr>
        <w:t>放</w:t>
      </w:r>
      <w:r>
        <w:rPr>
          <w:spacing w:val="22"/>
          <w:rFonts w:ascii="Ddylr05K+KaiTi" w:hAnsi="Ddylr05K+KaiTi" w:eastAsia="Ddylr05K+KaiTi"/>
          <w:color w:val="000000"/>
          <w:sz w:val="24"/>
        </w:rPr>
        <w:t>评</w:t>
      </w:r>
      <w:r>
        <w:rPr>
          <w:spacing w:val="20"/>
          <w:rFonts w:ascii="Ddylr05K+KaiTi" w:hAnsi="Ddylr05K+KaiTi" w:eastAsia="Ddylr05K+KaiTi"/>
          <w:color w:val="000000"/>
          <w:sz w:val="24"/>
        </w:rPr>
        <w:t>价</w:t>
      </w:r>
      <w:r>
        <w:rPr>
          <w:rFonts w:ascii="Ddylr05K+KaiTi" w:hAnsi="Ddylr05K+KaiTi" w:eastAsia="Ddylr05K+KaiTi"/>
          <w:color w:val="000000"/>
          <w:sz w:val="24"/>
        </w:rPr>
        <w:t>规</w:t>
      </w:r>
      <w:r>
        <w:rPr>
          <w:spacing w:val="8"/>
          <w:rFonts w:ascii="Ddylr05K+KaiTi" w:hAnsi="Ddylr05K+KaiTi" w:eastAsia="Ddylr05K+KaiTi"/>
          <w:color w:val="000000"/>
          <w:sz w:val="24"/>
        </w:rPr>
        <w:t>范</w:t>
      </w:r>
      <w:r>
        <w:rPr>
          <w:spacing w:val="10"/>
          <w:rFonts w:ascii="Ddylr05K+KaiTi" w:hAnsi="Ddylr05K+KaiTi" w:eastAsia="Ddylr05K+KaiTi"/>
          <w:color w:val="000000"/>
          <w:sz w:val="24"/>
        </w:rPr>
        <w:t>》</w:t>
      </w:r>
      <w:r>
        <w:rPr>
          <w:spacing w:val="6"/>
          <w:rFonts w:ascii="Ddylr05K+KaiTi" w:hAnsi="Ddylr05K+KaiTi" w:eastAsia="Ddylr05K+KaiTi"/>
          <w:color w:val="000000"/>
          <w:sz w:val="24"/>
        </w:rPr>
        <w:t>、</w:t>
      </w:r>
      <w:r>
        <w:rPr>
          <w:spacing w:val="8"/>
          <w:rFonts w:ascii="Ddylr05K+KaiTi" w:hAnsi="Ddylr05K+KaiTi" w:eastAsia="Ddylr05K+KaiTi"/>
          <w:color w:val="000000"/>
          <w:sz w:val="24"/>
        </w:rPr>
        <w:t>《</w:t>
      </w:r>
      <w:r>
        <w:rPr>
          <w:rFonts w:ascii="Ddylr05K+KaiTi" w:hAnsi="Ddylr05K+KaiTi" w:eastAsia="Ddylr05K+KaiTi"/>
          <w:color w:val="000000"/>
          <w:sz w:val="24"/>
        </w:rPr>
        <w:t>GH</w:t>
      </w:r>
      <w:r>
        <w:rPr>
          <w:rFonts w:ascii="Ddylr05K+KaiTi" w:hAnsi="Ddylr05K+KaiTi" w:eastAsia="Ddylr05K+KaiTi"/>
          <w:color w:val="000000"/>
          <w:sz w:val="24"/>
        </w:rPr>
        <w:t>G</w:t>
      </w:r>
      <w:r>
        <w:rPr>
          <w:spacing w:val="6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Protocol</w:t>
      </w:r>
      <w:r>
        <w:rPr>
          <w:spacing w:val="6"/>
          <w:rFonts w:ascii="Ddylr05K+KaiTi" w:hAnsi="Ddylr05K+KaiTi" w:eastAsia="Ddylr05K+KaiTi"/>
          <w:color w:val="000000"/>
          <w:sz w:val="24"/>
        </w:rPr>
        <w:t>:</w:t>
      </w:r>
      <w:r>
        <w:rPr>
          <w:spacing w:val="8"/>
          <w:rFonts w:ascii="Ddylr05K+KaiTi" w:hAnsi="Ddylr05K+KaiTi" w:eastAsia="Ddylr05K+KaiTi"/>
          <w:color w:val="000000"/>
          <w:sz w:val="24"/>
        </w:rPr>
        <w:t>产</w:t>
      </w:r>
      <w:r>
        <w:rPr>
          <w:spacing w:val="10"/>
          <w:rFonts w:ascii="Ddylr05K+KaiTi" w:hAnsi="Ddylr05K+KaiTi" w:eastAsia="Ddylr05K+KaiTi"/>
          <w:color w:val="000000"/>
          <w:sz w:val="24"/>
        </w:rPr>
        <w:t>品</w:t>
      </w:r>
      <w:r>
        <w:rPr>
          <w:spacing w:val="6"/>
          <w:rFonts w:ascii="Ddylr05K+KaiTi" w:hAnsi="Ddylr05K+KaiTi" w:eastAsia="Ddylr05K+KaiTi"/>
          <w:color w:val="000000"/>
          <w:sz w:val="24"/>
        </w:rPr>
        <w:t>寿</w:t>
      </w:r>
      <w:r>
        <w:rPr>
          <w:spacing w:val="10"/>
          <w:rFonts w:ascii="Ddylr05K+KaiTi" w:hAnsi="Ddylr05K+KaiTi" w:eastAsia="Ddylr05K+KaiTi"/>
          <w:color w:val="000000"/>
          <w:sz w:val="24"/>
        </w:rPr>
        <w:t>命</w:t>
      </w:r>
      <w:r>
        <w:rPr>
          <w:spacing w:val="8"/>
          <w:rFonts w:ascii="Ddylr05K+KaiTi" w:hAnsi="Ddylr05K+KaiTi" w:eastAsia="Ddylr05K+KaiTi"/>
          <w:color w:val="000000"/>
          <w:sz w:val="24"/>
        </w:rPr>
        <w:t>周</w:t>
      </w:r>
      <w:r>
        <w:rPr>
          <w:spacing w:val="10"/>
          <w:rFonts w:ascii="Ddylr05K+KaiTi" w:hAnsi="Ddylr05K+KaiTi" w:eastAsia="Ddylr05K+KaiTi"/>
          <w:color w:val="000000"/>
          <w:sz w:val="24"/>
        </w:rPr>
        <w:t>期</w:t>
      </w:r>
      <w:r>
        <w:rPr>
          <w:spacing w:val="6"/>
          <w:rFonts w:ascii="Ddylr05K+KaiTi" w:hAnsi="Ddylr05K+KaiTi" w:eastAsia="Ddylr05K+KaiTi"/>
          <w:color w:val="000000"/>
          <w:sz w:val="24"/>
        </w:rPr>
        <w:t>核</w:t>
      </w:r>
      <w:r>
        <w:rPr>
          <w:spacing w:val="8"/>
          <w:rFonts w:ascii="Ddylr05K+KaiTi" w:hAnsi="Ddylr05K+KaiTi" w:eastAsia="Ddylr05K+KaiTi"/>
          <w:color w:val="000000"/>
          <w:sz w:val="24"/>
        </w:rPr>
        <w:t>算</w:t>
      </w:r>
      <w:r>
        <w:rPr>
          <w:spacing w:val="10"/>
          <w:rFonts w:ascii="Ddylr05K+KaiTi" w:hAnsi="Ddylr05K+KaiTi" w:eastAsia="Ddylr05K+KaiTi"/>
          <w:color w:val="000000"/>
          <w:sz w:val="24"/>
        </w:rPr>
        <w:t>与</w:t>
      </w:r>
      <w:r>
        <w:rPr>
          <w:spacing w:val="6"/>
          <w:rFonts w:ascii="Ddylr05K+KaiTi" w:hAnsi="Ddylr05K+KaiTi" w:eastAsia="Ddylr05K+KaiTi"/>
          <w:color w:val="000000"/>
          <w:sz w:val="24"/>
        </w:rPr>
        <w:t>报</w:t>
      </w:r>
      <w:r>
        <w:rPr>
          <w:spacing w:val="10"/>
          <w:rFonts w:ascii="Ddylr05K+KaiTi" w:hAnsi="Ddylr05K+KaiTi" w:eastAsia="Ddylr05K+KaiTi"/>
          <w:color w:val="000000"/>
          <w:sz w:val="24"/>
        </w:rPr>
        <w:t>告</w:t>
      </w:r>
      <w:r>
        <w:rPr>
          <w:spacing w:val="8"/>
          <w:rFonts w:ascii="Ddylr05K+KaiTi" w:hAnsi="Ddylr05K+KaiTi" w:eastAsia="Ddylr05K+KaiTi"/>
          <w:color w:val="000000"/>
          <w:sz w:val="24"/>
        </w:rPr>
        <w:t>标准》</w:t>
      </w:r>
      <w:r>
        <w:rPr>
          <w:spacing w:val="10"/>
          <w:rFonts w:ascii="Ddylr05K+KaiTi" w:hAnsi="Ddylr05K+KaiTi" w:eastAsia="Ddylr05K+KaiTi"/>
          <w:color w:val="000000"/>
          <w:sz w:val="24"/>
        </w:rPr>
        <w:t>、</w:t>
      </w:r>
      <w:r>
        <w:rPr>
          <w:spacing w:val="6"/>
          <w:rFonts w:ascii="Ddylr05K+KaiTi" w:hAnsi="Ddylr05K+KaiTi" w:eastAsia="Ddylr05K+KaiTi"/>
          <w:color w:val="000000"/>
          <w:sz w:val="24"/>
        </w:rPr>
        <w:t>《</w:t>
      </w:r>
      <w:r>
        <w:rPr>
          <w:rFonts w:ascii="Ddylr05K+KaiTi" w:hAnsi="Ddylr05K+KaiTi" w:eastAsia="Ddylr05K+KaiTi"/>
          <w:color w:val="000000"/>
          <w:sz w:val="24"/>
        </w:rPr>
        <w:t>ISO14064-3:201</w:t>
      </w:r>
      <w:r>
        <w:rPr>
          <w:rFonts w:ascii="Ddylr05K+KaiTi" w:hAnsi="Ddylr05K+KaiTi" w:eastAsia="Ddylr05K+KaiTi"/>
          <w:color w:val="000000"/>
          <w:sz w:val="24"/>
        </w:rPr>
        <w:t>9</w:t>
      </w:r>
      <w:r>
        <w:rPr>
          <w:spacing w:val="1"/>
          <w:rFonts w:ascii="Arial" w:hAnsi="Arial" w:eastAsia="Arial"/>
          <w:color w:val="000000"/>
          <w:sz w:val="24"/>
        </w:rPr>
        <w:t xml:space="preserve"> </w:t>
      </w:r>
      <w:r>
        <w:rPr>
          <w:spacing w:val="8"/>
          <w:rFonts w:ascii="Ddylr05K+KaiTi" w:hAnsi="Ddylr05K+KaiTi" w:eastAsia="Ddylr05K+KaiTi"/>
          <w:color w:val="000000"/>
          <w:sz w:val="24"/>
        </w:rPr>
        <w:t>对</w:t>
      </w:r>
      <w:r>
        <w:rPr>
          <w:rFonts w:ascii="Ddylr05K+KaiTi" w:hAnsi="Ddylr05K+KaiTi" w:eastAsia="Ddylr05K+KaiTi"/>
          <w:color w:val="000000"/>
          <w:sz w:val="24"/>
        </w:rPr>
        <w:t>温</w:t>
      </w:r>
      <w:r>
        <w:rPr>
          <w:rFonts w:ascii="Ddylr05K+KaiTi" w:hAnsi="Ddylr05K+KaiTi" w:eastAsia="Ddylr05K+KaiTi"/>
          <w:color w:val="000000"/>
          <w:sz w:val="24"/>
        </w:rPr>
        <w:t>室气</w:t>
      </w:r>
      <w:r>
        <w:rPr>
          <w:spacing w:val="4"/>
          <w:rFonts w:ascii="Ddylr05K+KaiTi" w:hAnsi="Ddylr05K+KaiTi" w:eastAsia="Ddylr05K+KaiTi"/>
          <w:color w:val="000000"/>
          <w:sz w:val="24"/>
        </w:rPr>
        <w:t>体</w:t>
      </w:r>
      <w:r>
        <w:rPr>
          <w:rFonts w:ascii="Ddylr05K+KaiTi" w:hAnsi="Ddylr05K+KaiTi" w:eastAsia="Ddylr05K+KaiTi"/>
          <w:color w:val="000000"/>
          <w:sz w:val="24"/>
        </w:rPr>
        <w:t>声明进行</w:t>
      </w:r>
      <w:r>
        <w:rPr>
          <w:spacing w:val="2"/>
          <w:rFonts w:ascii="Ddylr05K+KaiTi" w:hAnsi="Ddylr05K+KaiTi" w:eastAsia="Ddylr05K+KaiTi"/>
          <w:color w:val="000000"/>
          <w:sz w:val="24"/>
        </w:rPr>
        <w:t>审</w:t>
      </w:r>
      <w:r>
        <w:rPr>
          <w:rFonts w:ascii="Ddylr05K+KaiTi" w:hAnsi="Ddylr05K+KaiTi" w:eastAsia="Ddylr05K+KaiTi"/>
          <w:color w:val="000000"/>
          <w:sz w:val="24"/>
        </w:rPr>
        <w:t>定和评价</w:t>
      </w:r>
      <w:r>
        <w:rPr>
          <w:spacing w:val="2"/>
          <w:rFonts w:ascii="Ddylr05K+KaiTi" w:hAnsi="Ddylr05K+KaiTi" w:eastAsia="Ddylr05K+KaiTi"/>
          <w:color w:val="000000"/>
          <w:sz w:val="24"/>
        </w:rPr>
        <w:t>的</w:t>
      </w:r>
      <w:r>
        <w:rPr>
          <w:rFonts w:ascii="Ddylr05K+KaiTi" w:hAnsi="Ddylr05K+KaiTi" w:eastAsia="Ddylr05K+KaiTi"/>
          <w:color w:val="000000"/>
          <w:sz w:val="24"/>
        </w:rPr>
        <w:t>指南性</w:t>
      </w:r>
      <w:r>
        <w:rPr>
          <w:spacing w:val="2"/>
          <w:rFonts w:ascii="Ddylr05K+KaiTi" w:hAnsi="Ddylr05K+KaiTi" w:eastAsia="Ddylr05K+KaiTi"/>
          <w:color w:val="000000"/>
          <w:sz w:val="24"/>
        </w:rPr>
        <w:t>规</w:t>
      </w:r>
      <w:r>
        <w:rPr>
          <w:rFonts w:ascii="Ddylr05K+KaiTi" w:hAnsi="Ddylr05K+KaiTi" w:eastAsia="Ddylr05K+KaiTi"/>
          <w:color w:val="000000"/>
          <w:sz w:val="24"/>
        </w:rPr>
        <w:t>范》、《</w:t>
      </w:r>
      <w:r>
        <w:rPr>
          <w:spacing w:val="2"/>
          <w:rFonts w:ascii="Ddylr05K+KaiTi" w:hAnsi="Ddylr05K+KaiTi" w:eastAsia="Ddylr05K+KaiTi"/>
          <w:color w:val="000000"/>
          <w:sz w:val="24"/>
        </w:rPr>
        <w:t>山</w:t>
      </w:r>
      <w:r>
        <w:rPr>
          <w:rFonts w:ascii="Ddylr05K+KaiTi" w:hAnsi="Ddylr05K+KaiTi" w:eastAsia="Ddylr05K+KaiTi"/>
          <w:color w:val="000000"/>
          <w:sz w:val="24"/>
        </w:rPr>
        <w:t>东省产品</w:t>
      </w:r>
      <w:r>
        <w:rPr>
          <w:spacing w:val="4"/>
          <w:rFonts w:ascii="Ddylr05K+KaiTi" w:hAnsi="Ddylr05K+KaiTi" w:eastAsia="Ddylr05K+KaiTi"/>
          <w:color w:val="000000"/>
          <w:sz w:val="24"/>
        </w:rPr>
        <w:t>碳</w:t>
      </w:r>
      <w:r>
        <w:rPr>
          <w:rFonts w:ascii="Ddylr05K+KaiTi" w:hAnsi="Ddylr05K+KaiTi" w:eastAsia="Ddylr05K+KaiTi"/>
          <w:color w:val="000000"/>
          <w:sz w:val="24"/>
        </w:rPr>
        <w:t>足迹评价</w:t>
      </w:r>
      <w:r>
        <w:rPr>
          <w:spacing w:val="2"/>
          <w:rFonts w:ascii="Ddylr05K+KaiTi" w:hAnsi="Ddylr05K+KaiTi" w:eastAsia="Ddylr05K+KaiTi"/>
          <w:color w:val="000000"/>
          <w:sz w:val="24"/>
        </w:rPr>
        <w:t>通</w:t>
      </w:r>
      <w:r>
        <w:rPr>
          <w:rFonts w:ascii="Ddylr05K+KaiTi" w:hAnsi="Ddylr05K+KaiTi" w:eastAsia="Ddylr05K+KaiTi"/>
          <w:color w:val="000000"/>
          <w:sz w:val="24"/>
        </w:rPr>
        <w:t>则》及其他</w:t>
      </w:r>
      <w:r>
        <w:rPr>
          <w:rFonts w:ascii="Ddylr05K+KaiTi" w:hAnsi="Ddylr05K+KaiTi" w:eastAsia="Ddylr05K+KaiTi"/>
          <w:color w:val="000000"/>
          <w:sz w:val="24"/>
        </w:rPr>
        <w:t>适用</w:t>
      </w:r>
      <w:r>
        <w:rPr>
          <w:spacing w:val="4"/>
          <w:rFonts w:ascii="Ddylr05K+KaiTi" w:hAnsi="Ddylr05K+KaiTi" w:eastAsia="Ddylr05K+KaiTi"/>
          <w:color w:val="000000"/>
          <w:sz w:val="24"/>
        </w:rPr>
        <w:t>的</w:t>
      </w:r>
      <w:r>
        <w:rPr>
          <w:rFonts w:ascii="Ddylr05K+KaiTi" w:hAnsi="Ddylr05K+KaiTi" w:eastAsia="Ddylr05K+KaiTi"/>
          <w:color w:val="000000"/>
          <w:sz w:val="24"/>
        </w:rPr>
        <w:t>法律法规</w:t>
      </w:r>
      <w:r>
        <w:rPr>
          <w:spacing w:val="2"/>
          <w:rFonts w:ascii="Ddylr05K+KaiTi" w:hAnsi="Ddylr05K+KaiTi" w:eastAsia="Ddylr05K+KaiTi"/>
          <w:color w:val="000000"/>
          <w:sz w:val="24"/>
        </w:rPr>
        <w:t>及</w:t>
      </w:r>
      <w:r>
        <w:rPr>
          <w:rFonts w:ascii="Ddylr05K+KaiTi" w:hAnsi="Ddylr05K+KaiTi" w:eastAsia="Ddylr05K+KaiTi"/>
          <w:color w:val="000000"/>
          <w:sz w:val="24"/>
        </w:rPr>
        <w:t>相关标</w:t>
      </w:r>
      <w:r>
        <w:rPr>
          <w:spacing w:val="2"/>
          <w:rFonts w:ascii="Ddylr05K+KaiTi" w:hAnsi="Ddylr05K+KaiTi" w:eastAsia="Ddylr05K+KaiTi"/>
          <w:color w:val="000000"/>
          <w:sz w:val="24"/>
        </w:rPr>
        <w:t>准</w:t>
      </w:r>
      <w:r>
        <w:rPr>
          <w:rFonts w:ascii="Ddylr05K+KaiTi" w:hAnsi="Ddylr05K+KaiTi" w:eastAsia="Ddylr05K+KaiTi"/>
          <w:color w:val="000000"/>
          <w:sz w:val="24"/>
        </w:rPr>
        <w:t>对位于临沂</w:t>
      </w:r>
      <w:r>
        <w:rPr>
          <w:spacing w:val="2"/>
          <w:rFonts w:ascii="Ddylr05K+KaiTi" w:hAnsi="Ddylr05K+KaiTi" w:eastAsia="Ddylr05K+KaiTi"/>
          <w:color w:val="000000"/>
          <w:sz w:val="24"/>
        </w:rPr>
        <w:t>经</w:t>
      </w:r>
      <w:r>
        <w:rPr>
          <w:rFonts w:ascii="Ddylr05K+KaiTi" w:hAnsi="Ddylr05K+KaiTi" w:eastAsia="Ddylr05K+KaiTi"/>
          <w:color w:val="000000"/>
          <w:sz w:val="24"/>
        </w:rPr>
        <w:t>济技术开</w:t>
      </w:r>
      <w:r>
        <w:rPr>
          <w:spacing w:val="2"/>
          <w:rFonts w:ascii="Ddylr05K+KaiTi" w:hAnsi="Ddylr05K+KaiTi" w:eastAsia="Ddylr05K+KaiTi"/>
          <w:color w:val="000000"/>
          <w:sz w:val="24"/>
        </w:rPr>
        <w:t>发</w:t>
      </w:r>
      <w:r>
        <w:rPr>
          <w:rFonts w:ascii="Ddylr05K+KaiTi" w:hAnsi="Ddylr05K+KaiTi" w:eastAsia="Ddylr05K+KaiTi"/>
          <w:color w:val="000000"/>
          <w:sz w:val="24"/>
        </w:rPr>
        <w:t>区梅埠</w:t>
      </w:r>
      <w:r>
        <w:rPr>
          <w:spacing w:val="4"/>
          <w:rFonts w:ascii="Ddylr05K+KaiTi" w:hAnsi="Ddylr05K+KaiTi" w:eastAsia="Ddylr05K+KaiTi"/>
          <w:color w:val="000000"/>
          <w:sz w:val="24"/>
        </w:rPr>
        <w:t>办</w:t>
      </w:r>
      <w:r>
        <w:rPr>
          <w:rFonts w:ascii="Ddylr05K+KaiTi" w:hAnsi="Ddylr05K+KaiTi" w:eastAsia="Ddylr05K+KaiTi"/>
          <w:color w:val="000000"/>
          <w:sz w:val="24"/>
        </w:rPr>
        <w:t>事处金升</w:t>
      </w:r>
      <w:r>
        <w:rPr>
          <w:spacing w:val="60"/>
          <w:rFonts w:ascii="Ddylr05K+KaiTi" w:hAnsi="Ddylr05K+KaiTi" w:eastAsia="Ddylr05K+KaiTi"/>
          <w:color w:val="000000"/>
          <w:sz w:val="24"/>
        </w:rPr>
        <w:t>路</w:t>
      </w:r>
      <w:r>
        <w:rPr>
          <w:rFonts w:ascii="Ddylr05K+KaiTi" w:hAnsi="Ddylr05K+KaiTi" w:eastAsia="Ddylr05K+KaiTi"/>
          <w:color w:val="000000"/>
          <w:sz w:val="24"/>
        </w:rPr>
        <w:t>10</w:t>
      </w:r>
      <w:r>
        <w:rPr>
          <w:spacing w:val="60"/>
          <w:rFonts w:ascii="Ddylr05K+KaiTi" w:hAnsi="Ddylr05K+KaiTi" w:eastAsia="Ddylr05K+KaiTi"/>
          <w:color w:val="000000"/>
          <w:sz w:val="24"/>
        </w:rPr>
        <w:t>9</w:t>
      </w:r>
      <w:r>
        <w:rPr>
          <w:spacing w:val="2"/>
          <w:rFonts w:ascii="Ddylr05K+KaiTi" w:hAnsi="Ddylr05K+KaiTi" w:eastAsia="Ddylr05K+KaiTi"/>
          <w:color w:val="000000"/>
          <w:sz w:val="24"/>
        </w:rPr>
        <w:t>号</w:t>
      </w:r>
      <w:r>
        <w:rPr>
          <w:rFonts w:ascii="Ddylr05K+KaiTi" w:hAnsi="Ddylr05K+KaiTi" w:eastAsia="Ddylr05K+KaiTi"/>
          <w:color w:val="000000"/>
          <w:sz w:val="24"/>
        </w:rPr>
        <w:t>的山</w:t>
      </w:r>
      <w:r>
        <w:rPr>
          <w:spacing w:val="4"/>
          <w:rFonts w:ascii="Ddylr05K+KaiTi" w:hAnsi="Ddylr05K+KaiTi" w:eastAsia="Ddylr05K+KaiTi"/>
          <w:color w:val="000000"/>
          <w:sz w:val="24"/>
        </w:rPr>
        <w:t>东</w:t>
      </w:r>
      <w:r>
        <w:rPr>
          <w:spacing w:val="2"/>
          <w:rFonts w:ascii="Ddylr05K+KaiTi" w:hAnsi="Ddylr05K+KaiTi" w:eastAsia="Ddylr05K+KaiTi"/>
          <w:color w:val="000000"/>
          <w:sz w:val="24"/>
        </w:rPr>
        <w:t>国众机械</w:t>
      </w:r>
      <w:r>
        <w:rPr>
          <w:rFonts w:ascii="Ddylr05K+KaiTi" w:hAnsi="Ddylr05K+KaiTi" w:eastAsia="Ddylr05K+KaiTi"/>
          <w:color w:val="000000"/>
          <w:sz w:val="24"/>
        </w:rPr>
        <w:t>科</w:t>
      </w:r>
      <w:r>
        <w:rPr>
          <w:spacing w:val="4"/>
          <w:rFonts w:ascii="Ddylr05K+KaiTi" w:hAnsi="Ddylr05K+KaiTi" w:eastAsia="Ddylr05K+KaiTi"/>
          <w:color w:val="000000"/>
          <w:sz w:val="24"/>
        </w:rPr>
        <w:t>技</w:t>
      </w:r>
      <w:r>
        <w:rPr>
          <w:spacing w:val="2"/>
          <w:rFonts w:ascii="Ddylr05K+KaiTi" w:hAnsi="Ddylr05K+KaiTi" w:eastAsia="Ddylr05K+KaiTi"/>
          <w:color w:val="000000"/>
          <w:sz w:val="24"/>
        </w:rPr>
        <w:t>有限公</w:t>
      </w:r>
      <w:r>
        <w:rPr>
          <w:rFonts w:ascii="Ddylr05K+KaiTi" w:hAnsi="Ddylr05K+KaiTi" w:eastAsia="Ddylr05K+KaiTi"/>
          <w:color w:val="000000"/>
          <w:sz w:val="24"/>
        </w:rPr>
        <w:t>司</w:t>
      </w:r>
      <w:r>
        <w:rPr>
          <w:spacing w:val="2"/>
          <w:rFonts w:ascii="Ddylr05K+KaiTi" w:hAnsi="Ddylr05K+KaiTi" w:eastAsia="Ddylr05K+KaiTi"/>
          <w:color w:val="000000"/>
          <w:sz w:val="24"/>
        </w:rPr>
        <w:t>生</w:t>
      </w:r>
      <w:r>
        <w:rPr>
          <w:spacing w:val="4"/>
          <w:rFonts w:ascii="Ddylr05K+KaiTi" w:hAnsi="Ddylr05K+KaiTi" w:eastAsia="Ddylr05K+KaiTi"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color w:val="000000"/>
          <w:sz w:val="24"/>
        </w:rPr>
        <w:t>的“</w:t>
      </w:r>
      <w:r>
        <w:rPr>
          <w:spacing w:val="62"/>
          <w:rFonts w:ascii="Ddylr05K+KaiTi" w:hAnsi="Ddylr05K+KaiTi" w:eastAsia="Ddylr05K+KaiTi"/>
          <w:color w:val="000000"/>
          <w:sz w:val="24"/>
        </w:rPr>
        <w:t>1</w:t>
      </w:r>
      <w:r>
        <w:rPr>
          <w:spacing w:val="2"/>
          <w:rFonts w:ascii="Ddylr05K+KaiTi" w:hAnsi="Ddylr05K+KaiTi" w:eastAsia="Ddylr05K+KaiTi"/>
          <w:color w:val="000000"/>
          <w:sz w:val="24"/>
        </w:rPr>
        <w:t>件</w:t>
      </w:r>
      <w:r>
        <w:rPr>
          <w:spacing w:val="4"/>
          <w:rFonts w:ascii="Ddylr05K+KaiTi" w:hAnsi="Ddylr05K+KaiTi" w:eastAsia="Ddylr05K+KaiTi"/>
          <w:color w:val="000000"/>
          <w:sz w:val="24"/>
        </w:rPr>
        <w:t>车</w:t>
      </w:r>
      <w:r>
        <w:rPr>
          <w:spacing w:val="2"/>
          <w:rFonts w:ascii="Ddylr05K+KaiTi" w:hAnsi="Ddylr05K+KaiTi" w:eastAsia="Ddylr05K+KaiTi"/>
          <w:color w:val="000000"/>
          <w:sz w:val="24"/>
        </w:rPr>
        <w:t>辆变速</w:t>
      </w:r>
      <w:r>
        <w:rPr>
          <w:rFonts w:ascii="Ddylr05K+KaiTi" w:hAnsi="Ddylr05K+KaiTi" w:eastAsia="Ddylr05K+KaiTi"/>
          <w:color w:val="000000"/>
          <w:sz w:val="24"/>
        </w:rPr>
        <w:t>箱</w:t>
      </w:r>
      <w:r>
        <w:rPr>
          <w:spacing w:val="2"/>
          <w:rFonts w:ascii="Ddylr05K+KaiTi" w:hAnsi="Ddylr05K+KaiTi" w:eastAsia="Ddylr05K+KaiTi"/>
          <w:color w:val="000000"/>
          <w:sz w:val="24"/>
        </w:rPr>
        <w:t>、</w:t>
      </w:r>
      <w:r>
        <w:rPr>
          <w:spacing w:val="4"/>
          <w:rFonts w:ascii="Ddylr05K+KaiTi" w:hAnsi="Ddylr05K+KaiTi" w:eastAsia="Ddylr05K+KaiTi"/>
          <w:color w:val="000000"/>
          <w:sz w:val="24"/>
        </w:rPr>
        <w:t>驱</w:t>
      </w:r>
      <w:r>
        <w:rPr>
          <w:spacing w:val="2"/>
          <w:rFonts w:ascii="Ddylr05K+KaiTi" w:hAnsi="Ddylr05K+KaiTi" w:eastAsia="Ddylr05K+KaiTi"/>
          <w:color w:val="000000"/>
          <w:sz w:val="24"/>
        </w:rPr>
        <w:t>动桥齿轮</w:t>
      </w:r>
      <w:r>
        <w:rPr>
          <w:rFonts w:ascii="Ddylr05K+KaiTi" w:hAnsi="Ddylr05K+KaiTi" w:eastAsia="Ddylr05K+KaiTi"/>
          <w:color w:val="000000"/>
          <w:sz w:val="24"/>
        </w:rPr>
        <w:t>”</w:t>
      </w:r>
      <w:r>
        <w:rPr>
          <w:spacing w:val="4"/>
          <w:rFonts w:ascii="Ddylr05K+KaiTi" w:hAnsi="Ddylr05K+KaiTi" w:eastAsia="Ddylr05K+KaiTi"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color w:val="000000"/>
          <w:sz w:val="24"/>
        </w:rPr>
        <w:t>品的碳足</w:t>
      </w:r>
      <w:r>
        <w:rPr>
          <w:rFonts w:ascii="Ddylr05K+KaiTi" w:hAnsi="Ddylr05K+KaiTi" w:eastAsia="Ddylr05K+KaiTi"/>
          <w:color w:val="000000"/>
          <w:sz w:val="24"/>
        </w:rPr>
        <w:t>迹</w:t>
      </w:r>
      <w:r>
        <w:rPr>
          <w:spacing w:val="4"/>
          <w:rFonts w:ascii="Ddylr05K+KaiTi" w:hAnsi="Ddylr05K+KaiTi" w:eastAsia="Ddylr05K+KaiTi"/>
          <w:color w:val="000000"/>
          <w:sz w:val="24"/>
        </w:rPr>
        <w:t>排</w:t>
      </w:r>
      <w:r>
        <w:rPr>
          <w:rFonts w:ascii="Ddylr05K+KaiTi" w:hAnsi="Ddylr05K+KaiTi" w:eastAsia="Ddylr05K+KaiTi"/>
          <w:color w:val="000000"/>
          <w:sz w:val="24"/>
        </w:rPr>
        <w:t>放</w:t>
      </w:r>
      <w:r>
        <w:rPr>
          <w:rFonts w:ascii="Ddylr05K+KaiTi" w:hAnsi="Ddylr05K+KaiTi" w:eastAsia="Ddylr05K+KaiTi"/>
          <w:color w:val="000000"/>
          <w:sz w:val="24"/>
        </w:rPr>
        <w:t>量进行评价。</w:t>
      </w:r>
    </w:p>
    <w:p>
      <w:pPr>
        <w:autoSpaceDN w:val="0"/>
        <w:autoSpaceDE w:val="0"/>
        <w:widowControl/>
        <w:spacing w:line="326" w:lineRule="exact" w:before="0" w:after="0"/>
        <w:ind w:left="64" w:right="0" w:firstLine="480"/>
        <w:jc w:val="left"/>
      </w:pPr>
      <w:r>
        <w:rPr>
          <w:rFonts w:ascii="Ddylr05K+KaiTi" w:hAnsi="Ddylr05K+KaiTi" w:eastAsia="Ddylr05K+KaiTi"/>
          <w:color w:val="000000"/>
          <w:sz w:val="24"/>
        </w:rPr>
        <w:t>根</w:t>
      </w:r>
      <w:r>
        <w:rPr>
          <w:spacing w:val="4"/>
          <w:rFonts w:ascii="Ddylr05K+KaiTi" w:hAnsi="Ddylr05K+KaiTi" w:eastAsia="Ddylr05K+KaiTi"/>
          <w:color w:val="000000"/>
          <w:sz w:val="24"/>
        </w:rPr>
        <w:t>据</w:t>
      </w:r>
      <w:r>
        <w:rPr>
          <w:spacing w:val="-4"/>
          <w:rFonts w:ascii="Ddylr05K+KaiTi" w:hAnsi="Ddylr05K+KaiTi" w:eastAsia="Ddylr05K+KaiTi"/>
          <w:color w:val="000000"/>
          <w:sz w:val="24"/>
        </w:rPr>
        <w:t>《</w:t>
      </w:r>
      <w:r>
        <w:rPr>
          <w:rFonts w:ascii="Ddylr05K+KaiTi" w:hAnsi="Ddylr05K+KaiTi" w:eastAsia="Ddylr05K+KaiTi"/>
          <w:color w:val="000000"/>
          <w:sz w:val="24"/>
        </w:rPr>
        <w:t>ISO14064-3:201</w:t>
      </w:r>
      <w:r>
        <w:rPr>
          <w:rFonts w:ascii="Ddylr05K+KaiTi" w:hAnsi="Ddylr05K+KaiTi" w:eastAsia="Ddylr05K+KaiTi"/>
          <w:color w:val="000000"/>
          <w:sz w:val="24"/>
        </w:rPr>
        <w:t>9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对</w:t>
      </w:r>
      <w:r>
        <w:rPr>
          <w:spacing w:val="4"/>
          <w:rFonts w:ascii="Ddylr05K+KaiTi" w:hAnsi="Ddylr05K+KaiTi" w:eastAsia="Ddylr05K+KaiTi"/>
          <w:color w:val="000000"/>
          <w:sz w:val="24"/>
        </w:rPr>
        <w:t>温</w:t>
      </w:r>
      <w:r>
        <w:rPr>
          <w:rFonts w:ascii="Ddylr05K+KaiTi" w:hAnsi="Ddylr05K+KaiTi" w:eastAsia="Ddylr05K+KaiTi"/>
          <w:color w:val="000000"/>
          <w:sz w:val="24"/>
        </w:rPr>
        <w:t>室气体</w:t>
      </w:r>
      <w:r>
        <w:rPr>
          <w:spacing w:val="2"/>
          <w:rFonts w:ascii="Ddylr05K+KaiTi" w:hAnsi="Ddylr05K+KaiTi" w:eastAsia="Ddylr05K+KaiTi"/>
          <w:color w:val="000000"/>
          <w:sz w:val="24"/>
        </w:rPr>
        <w:t>声</w:t>
      </w:r>
      <w:r>
        <w:rPr>
          <w:rFonts w:ascii="Ddylr05K+KaiTi" w:hAnsi="Ddylr05K+KaiTi" w:eastAsia="Ddylr05K+KaiTi"/>
          <w:color w:val="000000"/>
          <w:sz w:val="24"/>
        </w:rPr>
        <w:t>明进行</w:t>
      </w:r>
      <w:r>
        <w:rPr>
          <w:spacing w:val="2"/>
          <w:rFonts w:ascii="Ddylr05K+KaiTi" w:hAnsi="Ddylr05K+KaiTi" w:eastAsia="Ddylr05K+KaiTi"/>
          <w:color w:val="000000"/>
          <w:sz w:val="24"/>
        </w:rPr>
        <w:t>审</w:t>
      </w:r>
      <w:r>
        <w:rPr>
          <w:rFonts w:ascii="Ddylr05K+KaiTi" w:hAnsi="Ddylr05K+KaiTi" w:eastAsia="Ddylr05K+KaiTi"/>
          <w:color w:val="000000"/>
          <w:sz w:val="24"/>
        </w:rPr>
        <w:t>定和</w:t>
      </w:r>
      <w:r>
        <w:rPr>
          <w:spacing w:val="2"/>
          <w:rFonts w:ascii="Ddylr05K+KaiTi" w:hAnsi="Ddylr05K+KaiTi" w:eastAsia="Ddylr05K+KaiTi"/>
          <w:color w:val="000000"/>
          <w:sz w:val="24"/>
        </w:rPr>
        <w:t>评</w:t>
      </w:r>
      <w:r>
        <w:rPr>
          <w:rFonts w:ascii="Ddylr05K+KaiTi" w:hAnsi="Ddylr05K+KaiTi" w:eastAsia="Ddylr05K+KaiTi"/>
          <w:color w:val="000000"/>
          <w:sz w:val="24"/>
        </w:rPr>
        <w:t>价的指</w:t>
      </w:r>
      <w:r>
        <w:rPr>
          <w:spacing w:val="2"/>
          <w:rFonts w:ascii="Ddylr05K+KaiTi" w:hAnsi="Ddylr05K+KaiTi" w:eastAsia="Ddylr05K+KaiTi"/>
          <w:color w:val="000000"/>
          <w:sz w:val="24"/>
        </w:rPr>
        <w:t>南</w:t>
      </w:r>
      <w:r>
        <w:rPr>
          <w:rFonts w:ascii="Ddylr05K+KaiTi" w:hAnsi="Ddylr05K+KaiTi" w:eastAsia="Ddylr05K+KaiTi"/>
          <w:color w:val="000000"/>
          <w:sz w:val="24"/>
        </w:rPr>
        <w:t>性规</w:t>
      </w:r>
      <w:r>
        <w:rPr>
          <w:spacing w:val="4"/>
          <w:rFonts w:ascii="Ddylr05K+KaiTi" w:hAnsi="Ddylr05K+KaiTi" w:eastAsia="Ddylr05K+KaiTi"/>
          <w:color w:val="000000"/>
          <w:sz w:val="24"/>
        </w:rPr>
        <w:t>范</w:t>
      </w:r>
      <w:r>
        <w:rPr>
          <w:rFonts w:ascii="Ddylr05K+KaiTi" w:hAnsi="Ddylr05K+KaiTi" w:eastAsia="Ddylr05K+KaiTi"/>
          <w:color w:val="000000"/>
          <w:sz w:val="24"/>
        </w:rPr>
        <w:t>》，评价</w:t>
      </w:r>
      <w:r>
        <w:rPr>
          <w:rFonts w:ascii="Ddylr05K+KaiTi" w:hAnsi="Ddylr05K+KaiTi" w:eastAsia="Ddylr05K+KaiTi"/>
          <w:color w:val="000000"/>
          <w:sz w:val="24"/>
        </w:rPr>
        <w:t>方制</w:t>
      </w:r>
      <w:r>
        <w:rPr>
          <w:spacing w:val="4"/>
          <w:rFonts w:ascii="Ddylr05K+KaiTi" w:hAnsi="Ddylr05K+KaiTi" w:eastAsia="Ddylr05K+KaiTi"/>
          <w:color w:val="000000"/>
          <w:sz w:val="24"/>
        </w:rPr>
        <w:t>定</w:t>
      </w:r>
      <w:r>
        <w:rPr>
          <w:rFonts w:ascii="Ddylr05K+KaiTi" w:hAnsi="Ddylr05K+KaiTi" w:eastAsia="Ddylr05K+KaiTi"/>
          <w:color w:val="000000"/>
          <w:sz w:val="24"/>
        </w:rPr>
        <w:t>了相应的</w:t>
      </w:r>
      <w:r>
        <w:rPr>
          <w:spacing w:val="2"/>
          <w:rFonts w:ascii="Ddylr05K+KaiTi" w:hAnsi="Ddylr05K+KaiTi" w:eastAsia="Ddylr05K+KaiTi"/>
          <w:color w:val="000000"/>
          <w:sz w:val="24"/>
        </w:rPr>
        <w:t>评</w:t>
      </w:r>
      <w:r>
        <w:rPr>
          <w:rFonts w:ascii="Ddylr05K+KaiTi" w:hAnsi="Ddylr05K+KaiTi" w:eastAsia="Ddylr05K+KaiTi"/>
          <w:color w:val="000000"/>
          <w:sz w:val="24"/>
        </w:rPr>
        <w:t>价计划和</w:t>
      </w:r>
      <w:r>
        <w:rPr>
          <w:spacing w:val="2"/>
          <w:rFonts w:ascii="Ddylr05K+KaiTi" w:hAnsi="Ddylr05K+KaiTi" w:eastAsia="Ddylr05K+KaiTi"/>
          <w:color w:val="000000"/>
          <w:sz w:val="24"/>
        </w:rPr>
        <w:t>抽</w:t>
      </w:r>
      <w:r>
        <w:rPr>
          <w:rFonts w:ascii="Ddylr05K+KaiTi" w:hAnsi="Ddylr05K+KaiTi" w:eastAsia="Ddylr05K+KaiTi"/>
          <w:color w:val="000000"/>
          <w:sz w:val="24"/>
        </w:rPr>
        <w:t>样计划</w:t>
      </w:r>
      <w:r>
        <w:rPr>
          <w:spacing w:val="2"/>
          <w:rFonts w:ascii="Ddylr05K+KaiTi" w:hAnsi="Ddylr05K+KaiTi" w:eastAsia="Ddylr05K+KaiTi"/>
          <w:color w:val="000000"/>
          <w:sz w:val="24"/>
        </w:rPr>
        <w:t>，</w:t>
      </w:r>
      <w:r>
        <w:rPr>
          <w:rFonts w:ascii="Ddylr05K+KaiTi" w:hAnsi="Ddylr05K+KaiTi" w:eastAsia="Ddylr05K+KaiTi"/>
          <w:color w:val="000000"/>
          <w:sz w:val="24"/>
        </w:rPr>
        <w:t>通过文件</w:t>
      </w:r>
      <w:r>
        <w:rPr>
          <w:spacing w:val="2"/>
          <w:rFonts w:ascii="Ddylr05K+KaiTi" w:hAnsi="Ddylr05K+KaiTi" w:eastAsia="Ddylr05K+KaiTi"/>
          <w:color w:val="000000"/>
          <w:sz w:val="24"/>
        </w:rPr>
        <w:t>评</w:t>
      </w:r>
      <w:r>
        <w:rPr>
          <w:rFonts w:ascii="Ddylr05K+KaiTi" w:hAnsi="Ddylr05K+KaiTi" w:eastAsia="Ddylr05K+KaiTi"/>
          <w:color w:val="000000"/>
          <w:sz w:val="24"/>
        </w:rPr>
        <w:t>价和现场</w:t>
      </w:r>
      <w:r>
        <w:rPr>
          <w:spacing w:val="4"/>
          <w:rFonts w:ascii="Ddylr05K+KaiTi" w:hAnsi="Ddylr05K+KaiTi" w:eastAsia="Ddylr05K+KaiTi"/>
          <w:color w:val="000000"/>
          <w:sz w:val="24"/>
        </w:rPr>
        <w:t>评</w:t>
      </w:r>
      <w:r>
        <w:rPr>
          <w:rFonts w:ascii="Ddylr05K+KaiTi" w:hAnsi="Ddylr05K+KaiTi" w:eastAsia="Ddylr05K+KaiTi"/>
          <w:color w:val="000000"/>
          <w:sz w:val="24"/>
        </w:rPr>
        <w:t>价获得了</w:t>
      </w:r>
      <w:r>
        <w:rPr>
          <w:spacing w:val="2"/>
          <w:rFonts w:ascii="Ddylr05K+KaiTi" w:hAnsi="Ddylr05K+KaiTi" w:eastAsia="Ddylr05K+KaiTi"/>
          <w:color w:val="000000"/>
          <w:sz w:val="24"/>
        </w:rPr>
        <w:t>与</w:t>
      </w:r>
      <w:r>
        <w:rPr>
          <w:rFonts w:ascii="Ddylr05K+KaiTi" w:hAnsi="Ddylr05K+KaiTi" w:eastAsia="Ddylr05K+KaiTi"/>
          <w:color w:val="000000"/>
          <w:sz w:val="24"/>
        </w:rPr>
        <w:t>评价产品相</w:t>
      </w:r>
    </w:p>
    <w:p>
      <w:pPr>
        <w:sectPr>
          <w:pgSz w:w="11906" w:h="17238"/>
          <w:pgMar w:top="1296" w:right="1440" w:bottom="838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2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10000" behindDoc="0" locked="0" layoutInCell="1" allowOverlap="1">
            <wp:simplePos x="0" y="0"/>
            <wp:positionH relativeFrom="page">
              <wp:posOffset>939800</wp:posOffset>
            </wp:positionH>
            <wp:positionV relativeFrom="page">
              <wp:posOffset>914400</wp:posOffset>
            </wp:positionV>
            <wp:extent cx="5676900" cy="4914900"/>
            <wp:wrapNone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9149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3000" behindDoc="0" locked="0" layoutInCell="1" allowOverlap="1">
            <wp:simplePos x="0" y="0"/>
            <wp:positionH relativeFrom="page">
              <wp:posOffset>5410200</wp:posOffset>
            </wp:positionH>
            <wp:positionV relativeFrom="page">
              <wp:posOffset>4806950</wp:posOffset>
            </wp:positionV>
            <wp:extent cx="693420" cy="422817"/>
            <wp:wrapNone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93420" cy="422817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4000" behindDoc="0" locked="0" layoutInCell="1" allowOverlap="1">
            <wp:simplePos x="0" y="0"/>
            <wp:positionH relativeFrom="page">
              <wp:posOffset>2639060</wp:posOffset>
            </wp:positionH>
            <wp:positionV relativeFrom="page">
              <wp:posOffset>5342890</wp:posOffset>
            </wp:positionV>
            <wp:extent cx="660400" cy="429050"/>
            <wp:wrapNone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4290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1000" behindDoc="0" locked="0" layoutInCell="1" allowOverlap="1">
            <wp:simplePos x="0" y="0"/>
            <wp:positionH relativeFrom="page">
              <wp:posOffset>2346960</wp:posOffset>
            </wp:positionH>
            <wp:positionV relativeFrom="page">
              <wp:posOffset>4855210</wp:posOffset>
            </wp:positionV>
            <wp:extent cx="645159" cy="337338"/>
            <wp:wrapNone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5159" cy="337338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12000" behindDoc="0" locked="0" layoutInCell="1" allowOverlap="1">
            <wp:simplePos x="0" y="0"/>
            <wp:positionH relativeFrom="page">
              <wp:posOffset>3026410</wp:posOffset>
            </wp:positionH>
            <wp:positionV relativeFrom="page">
              <wp:posOffset>4916170</wp:posOffset>
            </wp:positionV>
            <wp:extent cx="509269" cy="300552"/>
            <wp:wrapNone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9269" cy="300552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98" w:lineRule="exact" w:before="0" w:after="0"/>
        <w:ind w:left="64" w:right="64" w:firstLine="0"/>
        <w:jc w:val="both"/>
      </w:pPr>
      <w:r>
        <w:rPr>
          <w:spacing w:val="8"/>
          <w:rFonts w:ascii="Ddylr05K+KaiTi" w:hAnsi="Ddylr05K+KaiTi" w:eastAsia="Ddylr05K+KaiTi"/>
          <w:color w:val="000000"/>
          <w:sz w:val="24"/>
        </w:rPr>
        <w:t>关的</w:t>
      </w:r>
      <w:r>
        <w:rPr>
          <w:spacing w:val="6"/>
          <w:rFonts w:ascii="Ddylr05K+KaiTi" w:hAnsi="Ddylr05K+KaiTi" w:eastAsia="Ddylr05K+KaiTi"/>
          <w:color w:val="000000"/>
          <w:sz w:val="24"/>
        </w:rPr>
        <w:t>温</w:t>
      </w:r>
      <w:r>
        <w:rPr>
          <w:spacing w:val="8"/>
          <w:rFonts w:ascii="Ddylr05K+KaiTi" w:hAnsi="Ddylr05K+KaiTi" w:eastAsia="Ddylr05K+KaiTi"/>
          <w:color w:val="000000"/>
          <w:sz w:val="24"/>
        </w:rPr>
        <w:t>室</w:t>
      </w:r>
      <w:r>
        <w:rPr>
          <w:spacing w:val="6"/>
          <w:rFonts w:ascii="Ddylr05K+KaiTi" w:hAnsi="Ddylr05K+KaiTi" w:eastAsia="Ddylr05K+KaiTi"/>
          <w:color w:val="000000"/>
          <w:sz w:val="24"/>
        </w:rPr>
        <w:t>气</w:t>
      </w:r>
      <w:r>
        <w:rPr>
          <w:spacing w:val="8"/>
          <w:rFonts w:ascii="Ddylr05K+KaiTi" w:hAnsi="Ddylr05K+KaiTi" w:eastAsia="Ddylr05K+KaiTi"/>
          <w:color w:val="000000"/>
          <w:sz w:val="24"/>
        </w:rPr>
        <w:t>体排放、抵</w:t>
      </w:r>
      <w:r>
        <w:rPr>
          <w:spacing w:val="6"/>
          <w:rFonts w:ascii="Ddylr05K+KaiTi" w:hAnsi="Ddylr05K+KaiTi" w:eastAsia="Ddylr05K+KaiTi"/>
          <w:color w:val="000000"/>
          <w:sz w:val="24"/>
        </w:rPr>
        <w:t>消</w:t>
      </w:r>
      <w:r>
        <w:rPr>
          <w:spacing w:val="8"/>
          <w:rFonts w:ascii="Ddylr05K+KaiTi" w:hAnsi="Ddylr05K+KaiTi" w:eastAsia="Ddylr05K+KaiTi"/>
          <w:color w:val="000000"/>
          <w:sz w:val="24"/>
        </w:rPr>
        <w:t>和</w:t>
      </w:r>
      <w:r>
        <w:rPr>
          <w:spacing w:val="6"/>
          <w:rFonts w:ascii="Ddylr05K+KaiTi" w:hAnsi="Ddylr05K+KaiTi" w:eastAsia="Ddylr05K+KaiTi"/>
          <w:color w:val="000000"/>
          <w:sz w:val="24"/>
        </w:rPr>
        <w:t>清</w:t>
      </w:r>
      <w:r>
        <w:rPr>
          <w:spacing w:val="8"/>
          <w:rFonts w:ascii="Ddylr05K+KaiTi" w:hAnsi="Ddylr05K+KaiTi" w:eastAsia="Ddylr05K+KaiTi"/>
          <w:color w:val="000000"/>
          <w:sz w:val="24"/>
        </w:rPr>
        <w:t>除相</w:t>
      </w:r>
      <w:r>
        <w:rPr>
          <w:spacing w:val="6"/>
          <w:rFonts w:ascii="Ddylr05K+KaiTi" w:hAnsi="Ddylr05K+KaiTi" w:eastAsia="Ddylr05K+KaiTi"/>
          <w:color w:val="000000"/>
          <w:sz w:val="24"/>
        </w:rPr>
        <w:t>关</w:t>
      </w:r>
      <w:r>
        <w:rPr>
          <w:spacing w:val="8"/>
          <w:rFonts w:ascii="Ddylr05K+KaiTi" w:hAnsi="Ddylr05K+KaiTi" w:eastAsia="Ddylr05K+KaiTi"/>
          <w:color w:val="000000"/>
          <w:sz w:val="24"/>
        </w:rPr>
        <w:t>的</w:t>
      </w:r>
      <w:r>
        <w:rPr>
          <w:spacing w:val="6"/>
          <w:rFonts w:ascii="Ddylr05K+KaiTi" w:hAnsi="Ddylr05K+KaiTi" w:eastAsia="Ddylr05K+KaiTi"/>
          <w:color w:val="000000"/>
          <w:sz w:val="24"/>
        </w:rPr>
        <w:t>信</w:t>
      </w:r>
      <w:r>
        <w:rPr>
          <w:spacing w:val="8"/>
          <w:rFonts w:ascii="Ddylr05K+KaiTi" w:hAnsi="Ddylr05K+KaiTi" w:eastAsia="Ddylr05K+KaiTi"/>
          <w:color w:val="000000"/>
          <w:sz w:val="24"/>
        </w:rPr>
        <w:t>息</w:t>
      </w:r>
      <w:r>
        <w:rPr>
          <w:spacing w:val="6"/>
          <w:rFonts w:ascii="Ddylr05K+KaiTi" w:hAnsi="Ddylr05K+KaiTi" w:eastAsia="Ddylr05K+KaiTi"/>
          <w:color w:val="000000"/>
          <w:sz w:val="24"/>
        </w:rPr>
        <w:t>、</w:t>
      </w:r>
      <w:r>
        <w:rPr>
          <w:spacing w:val="8"/>
          <w:rFonts w:ascii="Ddylr05K+KaiTi" w:hAnsi="Ddylr05K+KaiTi" w:eastAsia="Ddylr05K+KaiTi"/>
          <w:color w:val="000000"/>
          <w:sz w:val="24"/>
        </w:rPr>
        <w:t>程</w:t>
      </w:r>
      <w:r>
        <w:rPr>
          <w:spacing w:val="10"/>
          <w:rFonts w:ascii="Ddylr05K+KaiTi" w:hAnsi="Ddylr05K+KaiTi" w:eastAsia="Ddylr05K+KaiTi"/>
          <w:color w:val="000000"/>
          <w:sz w:val="24"/>
        </w:rPr>
        <w:t>序</w:t>
      </w:r>
      <w:r>
        <w:rPr>
          <w:spacing w:val="6"/>
          <w:rFonts w:ascii="Ddylr05K+KaiTi" w:hAnsi="Ddylr05K+KaiTi" w:eastAsia="Ddylr05K+KaiTi"/>
          <w:color w:val="000000"/>
          <w:sz w:val="24"/>
        </w:rPr>
        <w:t>文</w:t>
      </w:r>
      <w:r>
        <w:rPr>
          <w:spacing w:val="8"/>
          <w:rFonts w:ascii="Ddylr05K+KaiTi" w:hAnsi="Ddylr05K+KaiTi" w:eastAsia="Ddylr05K+KaiTi"/>
          <w:color w:val="000000"/>
          <w:sz w:val="24"/>
        </w:rPr>
        <w:t>件、</w:t>
      </w:r>
      <w:r>
        <w:rPr>
          <w:spacing w:val="6"/>
          <w:rFonts w:ascii="Ddylr05K+KaiTi" w:hAnsi="Ddylr05K+KaiTi" w:eastAsia="Ddylr05K+KaiTi"/>
          <w:color w:val="000000"/>
          <w:sz w:val="24"/>
        </w:rPr>
        <w:t>记</w:t>
      </w:r>
      <w:r>
        <w:rPr>
          <w:spacing w:val="8"/>
          <w:rFonts w:ascii="Ddylr05K+KaiTi" w:hAnsi="Ddylr05K+KaiTi" w:eastAsia="Ddylr05K+KaiTi"/>
          <w:color w:val="000000"/>
          <w:sz w:val="24"/>
        </w:rPr>
        <w:t>录</w:t>
      </w:r>
      <w:r>
        <w:rPr>
          <w:spacing w:val="6"/>
          <w:rFonts w:ascii="Ddylr05K+KaiTi" w:hAnsi="Ddylr05K+KaiTi" w:eastAsia="Ddylr05K+KaiTi"/>
          <w:color w:val="000000"/>
          <w:sz w:val="24"/>
        </w:rPr>
        <w:t>和</w:t>
      </w:r>
      <w:r>
        <w:rPr>
          <w:spacing w:val="8"/>
          <w:rFonts w:ascii="Ddylr05K+KaiTi" w:hAnsi="Ddylr05K+KaiTi" w:eastAsia="Ddylr05K+KaiTi"/>
          <w:color w:val="000000"/>
          <w:sz w:val="24"/>
        </w:rPr>
        <w:t>证据</w:t>
      </w:r>
      <w:r>
        <w:rPr>
          <w:spacing w:val="6"/>
          <w:rFonts w:ascii="Ddylr05K+KaiTi" w:hAnsi="Ddylr05K+KaiTi" w:eastAsia="Ddylr05K+KaiTi"/>
          <w:color w:val="000000"/>
          <w:sz w:val="24"/>
        </w:rPr>
        <w:t>，</w:t>
      </w:r>
      <w:r>
        <w:rPr>
          <w:spacing w:val="8"/>
          <w:rFonts w:ascii="Ddylr05K+KaiTi" w:hAnsi="Ddylr05K+KaiTi" w:eastAsia="Ddylr05K+KaiTi"/>
          <w:color w:val="000000"/>
          <w:sz w:val="24"/>
        </w:rPr>
        <w:t>并</w:t>
      </w:r>
      <w:r>
        <w:rPr>
          <w:spacing w:val="6"/>
          <w:rFonts w:ascii="Ddylr05K+KaiTi" w:hAnsi="Ddylr05K+KaiTi" w:eastAsia="Ddylr05K+KaiTi"/>
          <w:color w:val="000000"/>
          <w:sz w:val="24"/>
        </w:rPr>
        <w:t>进</w:t>
      </w:r>
      <w:r>
        <w:rPr>
          <w:spacing w:val="8"/>
          <w:rFonts w:ascii="Ddylr05K+KaiTi" w:hAnsi="Ddylr05K+KaiTi" w:eastAsia="Ddylr05K+KaiTi"/>
          <w:color w:val="000000"/>
          <w:sz w:val="24"/>
        </w:rPr>
        <w:t>行了</w:t>
      </w:r>
      <w:r>
        <w:rPr>
          <w:rFonts w:ascii="Ddylr05K+KaiTi" w:hAnsi="Ddylr05K+KaiTi" w:eastAsia="Ddylr05K+KaiTi"/>
          <w:color w:val="000000"/>
          <w:sz w:val="24"/>
        </w:rPr>
        <w:t>评</w:t>
      </w:r>
      <w:r>
        <w:rPr>
          <w:rFonts w:ascii="Ddylr05K+KaiTi" w:hAnsi="Ddylr05K+KaiTi" w:eastAsia="Ddylr05K+KaiTi"/>
          <w:color w:val="000000"/>
          <w:sz w:val="24"/>
        </w:rPr>
        <w:t>估，</w:t>
      </w:r>
      <w:r>
        <w:rPr>
          <w:spacing w:val="4"/>
          <w:rFonts w:ascii="Ddylr05K+KaiTi" w:hAnsi="Ddylr05K+KaiTi" w:eastAsia="Ddylr05K+KaiTi"/>
          <w:color w:val="000000"/>
          <w:sz w:val="24"/>
        </w:rPr>
        <w:t>以</w:t>
      </w:r>
      <w:r>
        <w:rPr>
          <w:rFonts w:ascii="Ddylr05K+KaiTi" w:hAnsi="Ddylr05K+KaiTi" w:eastAsia="Ddylr05K+KaiTi"/>
          <w:color w:val="000000"/>
          <w:sz w:val="24"/>
        </w:rPr>
        <w:t>确保报告</w:t>
      </w:r>
      <w:r>
        <w:rPr>
          <w:spacing w:val="2"/>
          <w:rFonts w:ascii="Ddylr05K+KaiTi" w:hAnsi="Ddylr05K+KaiTi" w:eastAsia="Ddylr05K+KaiTi"/>
          <w:color w:val="000000"/>
          <w:sz w:val="24"/>
        </w:rPr>
        <w:t>中</w:t>
      </w:r>
      <w:r>
        <w:rPr>
          <w:rFonts w:ascii="Ddylr05K+KaiTi" w:hAnsi="Ddylr05K+KaiTi" w:eastAsia="Ddylr05K+KaiTi"/>
          <w:color w:val="000000"/>
          <w:sz w:val="24"/>
        </w:rPr>
        <w:t>的产品碳</w:t>
      </w:r>
      <w:r>
        <w:rPr>
          <w:spacing w:val="2"/>
          <w:rFonts w:ascii="Ddylr05K+KaiTi" w:hAnsi="Ddylr05K+KaiTi" w:eastAsia="Ddylr05K+KaiTi"/>
          <w:color w:val="000000"/>
          <w:sz w:val="24"/>
        </w:rPr>
        <w:t>足</w:t>
      </w:r>
      <w:r>
        <w:rPr>
          <w:rFonts w:ascii="Ddylr05K+KaiTi" w:hAnsi="Ddylr05K+KaiTi" w:eastAsia="Ddylr05K+KaiTi"/>
          <w:color w:val="000000"/>
          <w:sz w:val="24"/>
        </w:rPr>
        <w:t>迹排放</w:t>
      </w:r>
      <w:r>
        <w:rPr>
          <w:spacing w:val="2"/>
          <w:rFonts w:ascii="Ddylr05K+KaiTi" w:hAnsi="Ddylr05K+KaiTi" w:eastAsia="Ddylr05K+KaiTi"/>
          <w:color w:val="000000"/>
          <w:sz w:val="24"/>
        </w:rPr>
        <w:t>量</w:t>
      </w:r>
      <w:r>
        <w:rPr>
          <w:rFonts w:ascii="Ddylr05K+KaiTi" w:hAnsi="Ddylr05K+KaiTi" w:eastAsia="Ddylr05K+KaiTi"/>
          <w:color w:val="000000"/>
          <w:sz w:val="24"/>
        </w:rPr>
        <w:t>达到合理</w:t>
      </w:r>
      <w:r>
        <w:rPr>
          <w:spacing w:val="2"/>
          <w:rFonts w:ascii="Ddylr05K+KaiTi" w:hAnsi="Ddylr05K+KaiTi" w:eastAsia="Ddylr05K+KaiTi"/>
          <w:color w:val="000000"/>
          <w:sz w:val="24"/>
        </w:rPr>
        <w:t>的</w:t>
      </w:r>
      <w:r>
        <w:rPr>
          <w:rFonts w:ascii="Ddylr05K+KaiTi" w:hAnsi="Ddylr05K+KaiTi" w:eastAsia="Ddylr05K+KaiTi"/>
          <w:color w:val="000000"/>
          <w:sz w:val="24"/>
        </w:rPr>
        <w:t>保证等级</w:t>
      </w:r>
      <w:r>
        <w:rPr>
          <w:spacing w:val="4"/>
          <w:rFonts w:ascii="Ddylr05K+KaiTi" w:hAnsi="Ddylr05K+KaiTi" w:eastAsia="Ddylr05K+KaiTi"/>
          <w:color w:val="000000"/>
          <w:sz w:val="24"/>
        </w:rPr>
        <w:t>和</w:t>
      </w:r>
      <w:r>
        <w:rPr>
          <w:rFonts w:ascii="Ddylr05K+KaiTi" w:hAnsi="Ddylr05K+KaiTi" w:eastAsia="Ddylr05K+KaiTi"/>
          <w:color w:val="000000"/>
          <w:sz w:val="24"/>
        </w:rPr>
        <w:t>实质性要</w:t>
      </w:r>
      <w:r>
        <w:rPr>
          <w:spacing w:val="2"/>
          <w:rFonts w:ascii="Ddylr05K+KaiTi" w:hAnsi="Ddylr05K+KaiTi" w:eastAsia="Ddylr05K+KaiTi"/>
          <w:color w:val="000000"/>
          <w:sz w:val="24"/>
        </w:rPr>
        <w:t>求</w:t>
      </w:r>
      <w:r>
        <w:rPr>
          <w:rFonts w:ascii="Ddylr05K+KaiTi" w:hAnsi="Ddylr05K+KaiTi" w:eastAsia="Ddylr05K+KaiTi"/>
          <w:color w:val="000000"/>
          <w:sz w:val="24"/>
        </w:rPr>
        <w:t>，并符合双</w:t>
      </w:r>
      <w:r>
        <w:rPr>
          <w:rFonts w:ascii="Ddylr05K+KaiTi" w:hAnsi="Ddylr05K+KaiTi" w:eastAsia="Ddylr05K+KaiTi"/>
          <w:color w:val="000000"/>
          <w:sz w:val="24"/>
        </w:rPr>
        <w:t>方商定的评价目的、范围和准则。</w:t>
      </w:r>
    </w:p>
    <w:p>
      <w:pPr>
        <w:autoSpaceDN w:val="0"/>
        <w:autoSpaceDE w:val="0"/>
        <w:widowControl/>
        <w:spacing w:line="326" w:lineRule="exact" w:before="0" w:after="108"/>
        <w:ind w:left="64" w:right="64" w:firstLine="480"/>
        <w:jc w:val="both"/>
      </w:pPr>
      <w:r>
        <w:rPr>
          <w:rFonts w:ascii="Ddylr05K+KaiTi" w:hAnsi="Ddylr05K+KaiTi" w:eastAsia="Ddylr05K+KaiTi"/>
          <w:color w:val="000000"/>
          <w:sz w:val="24"/>
        </w:rPr>
        <w:t>经评</w:t>
      </w:r>
      <w:r>
        <w:rPr>
          <w:spacing w:val="4"/>
          <w:rFonts w:ascii="Ddylr05K+KaiTi" w:hAnsi="Ddylr05K+KaiTi" w:eastAsia="Ddylr05K+KaiTi"/>
          <w:color w:val="000000"/>
          <w:sz w:val="24"/>
        </w:rPr>
        <w:t>价</w:t>
      </w:r>
      <w:r>
        <w:rPr>
          <w:rFonts w:ascii="Ddylr05K+KaiTi" w:hAnsi="Ddylr05K+KaiTi" w:eastAsia="Ddylr05K+KaiTi"/>
          <w:color w:val="000000"/>
          <w:sz w:val="24"/>
        </w:rPr>
        <w:t>方确认，山东</w:t>
      </w:r>
      <w:r>
        <w:rPr>
          <w:spacing w:val="2"/>
          <w:rFonts w:ascii="Ddylr05K+KaiTi" w:hAnsi="Ddylr05K+KaiTi" w:eastAsia="Ddylr05K+KaiTi"/>
          <w:color w:val="000000"/>
          <w:sz w:val="24"/>
        </w:rPr>
        <w:t>国</w:t>
      </w:r>
      <w:r>
        <w:rPr>
          <w:rFonts w:ascii="Ddylr05K+KaiTi" w:hAnsi="Ddylr05K+KaiTi" w:eastAsia="Ddylr05K+KaiTi"/>
          <w:color w:val="000000"/>
          <w:sz w:val="24"/>
        </w:rPr>
        <w:t>众机械</w:t>
      </w:r>
      <w:r>
        <w:rPr>
          <w:spacing w:val="2"/>
          <w:rFonts w:ascii="Ddylr05K+KaiTi" w:hAnsi="Ddylr05K+KaiTi" w:eastAsia="Ddylr05K+KaiTi"/>
          <w:color w:val="000000"/>
          <w:sz w:val="24"/>
        </w:rPr>
        <w:t>科</w:t>
      </w:r>
      <w:r>
        <w:rPr>
          <w:rFonts w:ascii="Ddylr05K+KaiTi" w:hAnsi="Ddylr05K+KaiTi" w:eastAsia="Ddylr05K+KaiTi"/>
          <w:color w:val="000000"/>
          <w:sz w:val="24"/>
        </w:rPr>
        <w:t>技有限公</w:t>
      </w:r>
      <w:r>
        <w:rPr>
          <w:spacing w:val="2"/>
          <w:rFonts w:ascii="Ddylr05K+KaiTi" w:hAnsi="Ddylr05K+KaiTi" w:eastAsia="Ddylr05K+KaiTi"/>
          <w:color w:val="000000"/>
          <w:sz w:val="24"/>
        </w:rPr>
        <w:t>司</w:t>
      </w:r>
      <w:r>
        <w:rPr>
          <w:rFonts w:ascii="Ddylr05K+KaiTi" w:hAnsi="Ddylr05K+KaiTi" w:eastAsia="Ddylr05K+KaiTi"/>
          <w:color w:val="000000"/>
          <w:sz w:val="24"/>
        </w:rPr>
        <w:t>生产的</w:t>
      </w:r>
      <w:r>
        <w:rPr>
          <w:spacing w:val="2"/>
          <w:rFonts w:ascii="Ddylr05K+KaiTi" w:hAnsi="Ddylr05K+KaiTi" w:eastAsia="Ddylr05K+KaiTi"/>
          <w:color w:val="000000"/>
          <w:sz w:val="24"/>
        </w:rPr>
        <w:t>“</w:t>
      </w:r>
      <w:r>
        <w:rPr>
          <w:rFonts w:ascii="Ddylr05K+KaiTi" w:hAnsi="Ddylr05K+KaiTi" w:eastAsia="Ddylr05K+KaiTi"/>
          <w:color w:val="000000"/>
          <w:sz w:val="24"/>
        </w:rPr>
        <w:t>车辆</w:t>
      </w:r>
      <w:r>
        <w:rPr>
          <w:spacing w:val="4"/>
          <w:rFonts w:ascii="Ddylr05K+KaiTi" w:hAnsi="Ddylr05K+KaiTi" w:eastAsia="Ddylr05K+KaiTi"/>
          <w:color w:val="000000"/>
          <w:sz w:val="24"/>
        </w:rPr>
        <w:t>变</w:t>
      </w:r>
      <w:r>
        <w:rPr>
          <w:rFonts w:ascii="Ddylr05K+KaiTi" w:hAnsi="Ddylr05K+KaiTi" w:eastAsia="Ddylr05K+KaiTi"/>
          <w:color w:val="000000"/>
          <w:sz w:val="24"/>
        </w:rPr>
        <w:t>速箱、</w:t>
      </w:r>
      <w:r>
        <w:rPr>
          <w:spacing w:val="2"/>
          <w:rFonts w:ascii="Ddylr05K+KaiTi" w:hAnsi="Ddylr05K+KaiTi" w:eastAsia="Ddylr05K+KaiTi"/>
          <w:color w:val="000000"/>
          <w:sz w:val="24"/>
        </w:rPr>
        <w:t>驱</w:t>
      </w:r>
      <w:r>
        <w:rPr>
          <w:rFonts w:ascii="Ddylr05K+KaiTi" w:hAnsi="Ddylr05K+KaiTi" w:eastAsia="Ddylr05K+KaiTi"/>
          <w:color w:val="000000"/>
          <w:sz w:val="24"/>
        </w:rPr>
        <w:t>动桥齿轮”</w:t>
      </w:r>
      <w:r>
        <w:rPr>
          <w:rFonts w:ascii="Ddylr05K+KaiTi" w:hAnsi="Ddylr05K+KaiTi" w:eastAsia="Ddylr05K+KaiTi"/>
          <w:color w:val="000000"/>
          <w:sz w:val="24"/>
        </w:rPr>
        <w:t>Cradle-to-gate（摇</w:t>
      </w:r>
      <w:r>
        <w:rPr>
          <w:spacing w:val="4"/>
          <w:rFonts w:ascii="Ddylr05K+KaiTi" w:hAnsi="Ddylr05K+KaiTi" w:eastAsia="Ddylr05K+KaiTi"/>
          <w:color w:val="000000"/>
          <w:sz w:val="24"/>
        </w:rPr>
        <w:t>篮</w:t>
      </w:r>
      <w:r>
        <w:rPr>
          <w:rFonts w:ascii="Ddylr05K+KaiTi" w:hAnsi="Ddylr05K+KaiTi" w:eastAsia="Ddylr05K+KaiTi"/>
          <w:color w:val="000000"/>
          <w:sz w:val="24"/>
        </w:rPr>
        <w:t>到大门</w:t>
      </w:r>
      <w:r>
        <w:rPr>
          <w:spacing w:val="2"/>
          <w:rFonts w:ascii="Ddylr05K+KaiTi" w:hAnsi="Ddylr05K+KaiTi" w:eastAsia="Ddylr05K+KaiTi"/>
          <w:color w:val="000000"/>
          <w:sz w:val="24"/>
        </w:rPr>
        <w:t>）</w:t>
      </w:r>
      <w:r>
        <w:rPr>
          <w:rFonts w:ascii="Ddylr05K+KaiTi" w:hAnsi="Ddylr05K+KaiTi" w:eastAsia="Ddylr05K+KaiTi"/>
          <w:color w:val="000000"/>
          <w:sz w:val="24"/>
        </w:rPr>
        <w:t>产品碳</w:t>
      </w:r>
      <w:r>
        <w:rPr>
          <w:spacing w:val="2"/>
          <w:rFonts w:ascii="Ddylr05K+KaiTi" w:hAnsi="Ddylr05K+KaiTi" w:eastAsia="Ddylr05K+KaiTi"/>
          <w:color w:val="000000"/>
          <w:sz w:val="24"/>
        </w:rPr>
        <w:t>足</w:t>
      </w:r>
      <w:r>
        <w:rPr>
          <w:rFonts w:ascii="Ddylr05K+KaiTi" w:hAnsi="Ddylr05K+KaiTi" w:eastAsia="Ddylr05K+KaiTi"/>
          <w:color w:val="000000"/>
          <w:sz w:val="24"/>
        </w:rPr>
        <w:t>迹核排</w:t>
      </w:r>
      <w:r>
        <w:rPr>
          <w:spacing w:val="2"/>
          <w:rFonts w:ascii="Ddylr05K+KaiTi" w:hAnsi="Ddylr05K+KaiTi" w:eastAsia="Ddylr05K+KaiTi"/>
          <w:color w:val="000000"/>
          <w:sz w:val="24"/>
        </w:rPr>
        <w:t>放</w:t>
      </w:r>
      <w:r>
        <w:rPr>
          <w:rFonts w:ascii="Ddylr05K+KaiTi" w:hAnsi="Ddylr05K+KaiTi" w:eastAsia="Ddylr05K+KaiTi"/>
          <w:color w:val="000000"/>
          <w:sz w:val="24"/>
        </w:rPr>
        <w:t>量真实</w:t>
      </w:r>
      <w:r>
        <w:rPr>
          <w:spacing w:val="2"/>
          <w:rFonts w:ascii="Ddylr05K+KaiTi" w:hAnsi="Ddylr05K+KaiTi" w:eastAsia="Ddylr05K+KaiTi"/>
          <w:color w:val="000000"/>
          <w:sz w:val="24"/>
        </w:rPr>
        <w:t>准</w:t>
      </w:r>
      <w:r>
        <w:rPr>
          <w:rFonts w:ascii="Ddylr05K+KaiTi" w:hAnsi="Ddylr05K+KaiTi" w:eastAsia="Ddylr05K+KaiTi"/>
          <w:color w:val="000000"/>
          <w:sz w:val="24"/>
        </w:rPr>
        <w:t>确，评</w:t>
      </w:r>
      <w:r>
        <w:rPr>
          <w:spacing w:val="4"/>
          <w:rFonts w:ascii="Ddylr05K+KaiTi" w:hAnsi="Ddylr05K+KaiTi" w:eastAsia="Ddylr05K+KaiTi"/>
          <w:color w:val="000000"/>
          <w:sz w:val="24"/>
        </w:rPr>
        <w:t>估</w:t>
      </w:r>
      <w:r>
        <w:rPr>
          <w:rFonts w:ascii="Ddylr05K+KaiTi" w:hAnsi="Ddylr05K+KaiTi" w:eastAsia="Ddylr05K+KaiTi"/>
          <w:color w:val="000000"/>
          <w:sz w:val="24"/>
        </w:rPr>
        <w:t>过程符</w:t>
      </w:r>
      <w:r>
        <w:rPr>
          <w:spacing w:val="2"/>
          <w:rFonts w:ascii="Ddylr05K+KaiTi" w:hAnsi="Ddylr05K+KaiTi" w:eastAsia="Ddylr05K+KaiTi"/>
          <w:color w:val="000000"/>
          <w:sz w:val="24"/>
        </w:rPr>
        <w:t>合</w:t>
      </w:r>
      <w:r>
        <w:rPr>
          <w:rFonts w:ascii="Ddylr05K+KaiTi" w:hAnsi="Ddylr05K+KaiTi" w:eastAsia="Ddylr05K+KaiTi"/>
          <w:color w:val="000000"/>
          <w:sz w:val="24"/>
        </w:rPr>
        <w:t>相关标</w:t>
      </w:r>
      <w:r>
        <w:rPr>
          <w:rFonts w:ascii="Ddylr05K+KaiTi" w:hAnsi="Ddylr05K+KaiTi" w:eastAsia="Ddylr05K+KaiTi"/>
          <w:color w:val="000000"/>
          <w:sz w:val="24"/>
        </w:rPr>
        <w:t>准的</w:t>
      </w:r>
      <w:r>
        <w:rPr>
          <w:spacing w:val="4"/>
          <w:rFonts w:ascii="Ddylr05K+KaiTi" w:hAnsi="Ddylr05K+KaiTi" w:eastAsia="Ddylr05K+KaiTi"/>
          <w:color w:val="000000"/>
          <w:sz w:val="24"/>
        </w:rPr>
        <w:t>要</w:t>
      </w:r>
      <w:r>
        <w:rPr>
          <w:rFonts w:ascii="Ddylr05K+KaiTi" w:hAnsi="Ddylr05K+KaiTi" w:eastAsia="Ddylr05K+KaiTi"/>
          <w:color w:val="000000"/>
          <w:sz w:val="24"/>
        </w:rPr>
        <w:t>求，排放</w:t>
      </w:r>
      <w:r>
        <w:rPr>
          <w:spacing w:val="2"/>
          <w:rFonts w:ascii="Ddylr05K+KaiTi" w:hAnsi="Ddylr05K+KaiTi" w:eastAsia="Ddylr05K+KaiTi"/>
          <w:color w:val="000000"/>
          <w:sz w:val="24"/>
        </w:rPr>
        <w:t>评</w:t>
      </w:r>
      <w:r>
        <w:rPr>
          <w:rFonts w:ascii="Ddylr05K+KaiTi" w:hAnsi="Ddylr05K+KaiTi" w:eastAsia="Ddylr05K+KaiTi"/>
          <w:color w:val="000000"/>
          <w:sz w:val="24"/>
        </w:rPr>
        <w:t>估方法符</w:t>
      </w:r>
      <w:r>
        <w:rPr>
          <w:spacing w:val="2"/>
          <w:rFonts w:ascii="Ddylr05K+KaiTi" w:hAnsi="Ddylr05K+KaiTi" w:eastAsia="Ddylr05K+KaiTi"/>
          <w:color w:val="000000"/>
          <w:sz w:val="24"/>
        </w:rPr>
        <w:t>合</w:t>
      </w:r>
      <w:r>
        <w:rPr>
          <w:rFonts w:ascii="Ddylr05K+KaiTi" w:hAnsi="Ddylr05K+KaiTi" w:eastAsia="Ddylr05K+KaiTi"/>
          <w:color w:val="000000"/>
          <w:sz w:val="24"/>
        </w:rPr>
        <w:t>相关性</w:t>
      </w:r>
      <w:r>
        <w:rPr>
          <w:spacing w:val="2"/>
          <w:rFonts w:ascii="Ddylr05K+KaiTi" w:hAnsi="Ddylr05K+KaiTi" w:eastAsia="Ddylr05K+KaiTi"/>
          <w:color w:val="000000"/>
          <w:sz w:val="24"/>
        </w:rPr>
        <w:t>、</w:t>
      </w:r>
      <w:r>
        <w:rPr>
          <w:rFonts w:ascii="Ddylr05K+KaiTi" w:hAnsi="Ddylr05K+KaiTi" w:eastAsia="Ddylr05K+KaiTi"/>
          <w:color w:val="000000"/>
          <w:sz w:val="24"/>
        </w:rPr>
        <w:t>完整性、</w:t>
      </w:r>
      <w:r>
        <w:rPr>
          <w:spacing w:val="2"/>
          <w:rFonts w:ascii="Ddylr05K+KaiTi" w:hAnsi="Ddylr05K+KaiTi" w:eastAsia="Ddylr05K+KaiTi"/>
          <w:color w:val="000000"/>
          <w:sz w:val="24"/>
        </w:rPr>
        <w:t>一</w:t>
      </w:r>
      <w:r>
        <w:rPr>
          <w:rFonts w:ascii="Ddylr05K+KaiTi" w:hAnsi="Ddylr05K+KaiTi" w:eastAsia="Ddylr05K+KaiTi"/>
          <w:color w:val="000000"/>
          <w:sz w:val="24"/>
        </w:rPr>
        <w:t>致性、准</w:t>
      </w:r>
      <w:r>
        <w:rPr>
          <w:spacing w:val="4"/>
          <w:rFonts w:ascii="Ddylr05K+KaiTi" w:hAnsi="Ddylr05K+KaiTi" w:eastAsia="Ddylr05K+KaiTi"/>
          <w:color w:val="000000"/>
          <w:sz w:val="24"/>
        </w:rPr>
        <w:t>确</w:t>
      </w:r>
      <w:r>
        <w:rPr>
          <w:rFonts w:ascii="Ddylr05K+KaiTi" w:hAnsi="Ddylr05K+KaiTi" w:eastAsia="Ddylr05K+KaiTi"/>
          <w:color w:val="000000"/>
          <w:sz w:val="24"/>
        </w:rPr>
        <w:t>性和透明</w:t>
      </w:r>
      <w:r>
        <w:rPr>
          <w:spacing w:val="2"/>
          <w:rFonts w:ascii="Ddylr05K+KaiTi" w:hAnsi="Ddylr05K+KaiTi" w:eastAsia="Ddylr05K+KaiTi"/>
          <w:color w:val="000000"/>
          <w:sz w:val="24"/>
        </w:rPr>
        <w:t>性</w:t>
      </w:r>
      <w:r>
        <w:rPr>
          <w:rFonts w:ascii="Ddylr05K+KaiTi" w:hAnsi="Ddylr05K+KaiTi" w:eastAsia="Ddylr05K+KaiTi"/>
          <w:color w:val="000000"/>
          <w:sz w:val="24"/>
        </w:rPr>
        <w:t>的原则。排</w:t>
      </w:r>
      <w:r>
        <w:rPr>
          <w:rFonts w:ascii="Ddylr05K+KaiTi" w:hAnsi="Ddylr05K+KaiTi" w:eastAsia="Ddylr05K+KaiTi"/>
          <w:color w:val="000000"/>
          <w:sz w:val="24"/>
        </w:rPr>
        <w:t>放量计算没有发现任何实质性偏差。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0.0" w:type="dxa"/>
      </w:tblPr>
      <w:tblGrid>
        <w:gridCol w:w="2280"/>
        <w:gridCol w:w="1880"/>
        <w:gridCol w:w="380"/>
        <w:gridCol w:w="1708"/>
        <w:gridCol w:w="232"/>
        <w:gridCol w:w="2400"/>
      </w:tblGrid>
      <w:tr>
        <w:trPr>
          <w:trHeight w:hRule="exact" w:val="422"/>
        </w:trPr>
        <w:tc>
          <w:tcPr>
            <w:tcW w:type="dxa" w:w="22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时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间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段</w:t>
            </w:r>
          </w:p>
          <w:p>
            <w:pPr>
              <w:autoSpaceDN w:val="0"/>
              <w:autoSpaceDE w:val="0"/>
              <w:widowControl/>
              <w:spacing w:line="240" w:lineRule="exact" w:before="796" w:after="0"/>
              <w:ind w:left="0" w:right="0" w:firstLine="0"/>
              <w:jc w:val="center"/>
            </w:pP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20</w:t>
            </w:r>
            <w:r>
              <w:rPr>
                <w:spacing w:val="6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</w:t>
            </w:r>
            <w:r>
              <w:rPr>
                <w:w w:val="101.98039213816325"/>
                <w:rFonts w:ascii="Ddylr05K+KaiTi" w:hAnsi="Ddylr05K+KaiTi" w:eastAsia="Ddylr05K+KaiTi"/>
                <w:color w:val="000000"/>
                <w:sz w:val="24"/>
              </w:rPr>
              <w:t>3</w:t>
            </w:r>
            <w:r>
              <w:rPr>
                <w:spacing w:val="2"/>
                <w:w w:val="101.98039213816325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w w:val="101.98039213816325"/>
                <w:rFonts w:ascii="Ddylr05K+KaiTi" w:hAnsi="Ddylr05K+KaiTi" w:eastAsia="Ddylr05K+KaiTi"/>
                <w:color w:val="000000"/>
                <w:sz w:val="24"/>
              </w:rPr>
              <w:t>年</w:t>
            </w:r>
            <w:r>
              <w:rPr>
                <w:spacing w:val="1"/>
                <w:w w:val="101.98039213816325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spacing w:val="68"/>
                <w:w w:val="101.98039213816325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w w:val="101.98039213816325"/>
                <w:rFonts w:ascii="Ddylr05K+KaiTi" w:hAnsi="Ddylr05K+KaiTi" w:eastAsia="Ddylr05K+KaiTi"/>
                <w:color w:val="000000"/>
                <w:sz w:val="24"/>
              </w:rPr>
              <w:t>月</w:t>
            </w:r>
            <w:r>
              <w:rPr>
                <w:spacing w:val="3"/>
                <w:w w:val="101.98039213816325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spacing w:val="68"/>
                <w:w w:val="101.98039213816325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日</w:t>
            </w:r>
          </w:p>
          <w:p>
            <w:pPr>
              <w:autoSpaceDN w:val="0"/>
              <w:autoSpaceDE w:val="0"/>
              <w:widowControl/>
              <w:spacing w:line="240" w:lineRule="exact" w:before="88" w:after="0"/>
              <w:ind w:left="0" w:right="0" w:firstLine="0"/>
              <w:jc w:val="center"/>
            </w:pP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-2</w:t>
            </w:r>
            <w:r>
              <w:rPr>
                <w:spacing w:val="6"/>
                <w:w w:val="101.98039213816325"/>
                <w:rFonts w:ascii="Ddylr05K+KaiTi" w:hAnsi="Ddylr05K+KaiTi" w:eastAsia="Ddylr05K+KaiTi"/>
                <w:color w:val="000000"/>
                <w:sz w:val="24"/>
              </w:rPr>
              <w:t>0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</w:t>
            </w:r>
            <w:r>
              <w:rPr>
                <w:spacing w:val="68"/>
                <w:w w:val="101.98039213816325"/>
                <w:rFonts w:ascii="Ddylr05K+KaiTi" w:hAnsi="Ddylr05K+KaiTi" w:eastAsia="Ddylr05K+KaiTi"/>
                <w:color w:val="000000"/>
                <w:sz w:val="24"/>
              </w:rPr>
              <w:t>3</w:t>
            </w:r>
            <w:r>
              <w:rPr>
                <w:w w:val="101.98039213816325"/>
                <w:rFonts w:ascii="Ddylr05K+KaiTi" w:hAnsi="Ddylr05K+KaiTi" w:eastAsia="Ddylr05K+KaiTi"/>
                <w:color w:val="000000"/>
                <w:sz w:val="24"/>
              </w:rPr>
              <w:t>年</w:t>
            </w:r>
            <w:r>
              <w:rPr>
                <w:spacing w:val="3"/>
                <w:w w:val="101.98039213816325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spacing w:val="68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</w:t>
            </w:r>
            <w:r>
              <w:rPr>
                <w:w w:val="101.98039213816325"/>
                <w:rFonts w:ascii="Ddylr05K+KaiTi" w:hAnsi="Ddylr05K+KaiTi" w:eastAsia="Ddylr05K+KaiTi"/>
                <w:color w:val="000000"/>
                <w:sz w:val="24"/>
              </w:rPr>
              <w:t>月</w:t>
            </w:r>
            <w:r>
              <w:rPr>
                <w:spacing w:val="5"/>
                <w:w w:val="101.98039213816325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3</w:t>
            </w:r>
            <w:r>
              <w:rPr>
                <w:w w:val="101.98039213816325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spacing w:val="4"/>
                <w:w w:val="101.98039213816325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日</w:t>
            </w:r>
          </w:p>
          <w:p>
            <w:pPr>
              <w:autoSpaceDN w:val="0"/>
              <w:autoSpaceDE w:val="0"/>
              <w:widowControl/>
              <w:spacing w:line="240" w:lineRule="exact" w:before="888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核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算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边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界</w:t>
            </w:r>
          </w:p>
          <w:p>
            <w:pPr>
              <w:autoSpaceDN w:val="0"/>
              <w:autoSpaceDE w:val="0"/>
              <w:widowControl/>
              <w:spacing w:line="240" w:lineRule="exact" w:before="258" w:after="0"/>
              <w:ind w:left="0" w:right="0" w:firstLine="0"/>
              <w:jc w:val="center"/>
            </w:pPr>
            <w:r>
              <w:rPr>
                <w:spacing w:val="11"/>
                <w:rFonts w:ascii="Ddylr05K+KaiTi" w:hAnsi="Ddylr05K+KaiTi" w:eastAsia="Ddylr05K+KaiTi"/>
                <w:color w:val="000000"/>
                <w:sz w:val="25"/>
              </w:rPr>
              <w:t>产</w:t>
            </w:r>
            <w:r>
              <w:rPr>
                <w:spacing w:val="13"/>
                <w:rFonts w:ascii="Ddylr05K+KaiTi" w:hAnsi="Ddylr05K+KaiTi" w:eastAsia="Ddylr05K+KaiTi"/>
                <w:color w:val="000000"/>
                <w:sz w:val="25"/>
              </w:rPr>
              <w:t>品</w:t>
            </w:r>
            <w:r>
              <w:rPr>
                <w:spacing w:val="11"/>
                <w:rFonts w:ascii="Ddylr05K+KaiTi" w:hAnsi="Ddylr05K+KaiTi" w:eastAsia="Ddylr05K+KaiTi"/>
                <w:color w:val="000000"/>
                <w:sz w:val="25"/>
              </w:rPr>
              <w:t>碳足</w:t>
            </w:r>
            <w:r>
              <w:rPr>
                <w:spacing w:val="13"/>
                <w:rFonts w:ascii="Ddylr05K+KaiTi" w:hAnsi="Ddylr05K+KaiTi" w:eastAsia="Ddylr05K+KaiTi"/>
                <w:color w:val="000000"/>
                <w:sz w:val="25"/>
              </w:rPr>
              <w:t>迹</w:t>
            </w:r>
          </w:p>
          <w:p>
            <w:pPr>
              <w:autoSpaceDN w:val="0"/>
              <w:autoSpaceDE w:val="0"/>
              <w:widowControl/>
              <w:spacing w:line="240" w:lineRule="exact" w:before="86" w:after="0"/>
              <w:ind w:left="0" w:right="0" w:firstLine="0"/>
              <w:jc w:val="center"/>
            </w:pPr>
            <w:r>
              <w:rPr>
                <w:spacing w:val="11"/>
                <w:rFonts w:ascii="Ddylr05K+KaiTi" w:hAnsi="Ddylr05K+KaiTi" w:eastAsia="Ddylr05K+KaiTi"/>
                <w:color w:val="000000"/>
                <w:sz w:val="25"/>
              </w:rPr>
              <w:t>功</w:t>
            </w:r>
            <w:r>
              <w:rPr>
                <w:spacing w:val="13"/>
                <w:rFonts w:ascii="Ddylr05K+KaiTi" w:hAnsi="Ddylr05K+KaiTi" w:eastAsia="Ddylr05K+KaiTi"/>
                <w:color w:val="000000"/>
                <w:sz w:val="25"/>
              </w:rPr>
              <w:t>能</w:t>
            </w:r>
            <w:r>
              <w:rPr>
                <w:spacing w:val="11"/>
                <w:rFonts w:ascii="Ddylr05K+KaiTi" w:hAnsi="Ddylr05K+KaiTi" w:eastAsia="Ddylr05K+KaiTi"/>
                <w:color w:val="000000"/>
                <w:sz w:val="25"/>
              </w:rPr>
              <w:t>单</w:t>
            </w:r>
            <w:r>
              <w:rPr>
                <w:spacing w:val="13"/>
                <w:rFonts w:ascii="Ddylr05K+KaiTi" w:hAnsi="Ddylr05K+KaiTi" w:eastAsia="Ddylr05K+KaiTi"/>
                <w:color w:val="000000"/>
                <w:sz w:val="25"/>
              </w:rPr>
              <w:t>位</w:t>
            </w:r>
          </w:p>
          <w:p>
            <w:pPr>
              <w:autoSpaceDN w:val="0"/>
              <w:autoSpaceDE w:val="0"/>
              <w:widowControl/>
              <w:spacing w:line="240" w:lineRule="exact" w:before="318" w:after="0"/>
              <w:ind w:left="0" w:right="0" w:firstLine="0"/>
              <w:jc w:val="center"/>
            </w:pP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评</w:t>
            </w:r>
            <w:r>
              <w:rPr>
                <w:spacing w:val="40"/>
                <w:rFonts w:ascii="Ddylr05K+KaiTi" w:hAnsi="Ddylr05K+KaiTi" w:eastAsia="Ddylr05K+KaiTi"/>
                <w:color w:val="000000"/>
                <w:sz w:val="24"/>
              </w:rPr>
              <w:t>价</w:t>
            </w:r>
            <w:r>
              <w:rPr>
                <w:spacing w:val="36"/>
                <w:rFonts w:ascii="Ddylr05K+KaiTi" w:hAnsi="Ddylr05K+KaiTi" w:eastAsia="Ddylr05K+KaiTi"/>
                <w:color w:val="000000"/>
                <w:sz w:val="24"/>
              </w:rPr>
              <w:t>组</w:t>
            </w: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成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员</w:t>
            </w:r>
          </w:p>
          <w:p>
            <w:pPr>
              <w:autoSpaceDN w:val="0"/>
              <w:autoSpaceDE w:val="0"/>
              <w:widowControl/>
              <w:spacing w:line="240" w:lineRule="exact" w:before="706" w:after="0"/>
              <w:ind w:left="0" w:right="0" w:firstLine="0"/>
              <w:jc w:val="center"/>
            </w:pP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报</w:t>
            </w:r>
            <w:r>
              <w:rPr>
                <w:spacing w:val="40"/>
                <w:rFonts w:ascii="Ddylr05K+KaiTi" w:hAnsi="Ddylr05K+KaiTi" w:eastAsia="Ddylr05K+KaiTi"/>
                <w:color w:val="000000"/>
                <w:sz w:val="24"/>
              </w:rPr>
              <w:t>告</w:t>
            </w:r>
            <w:r>
              <w:rPr>
                <w:spacing w:val="36"/>
                <w:rFonts w:ascii="Ddylr05K+KaiTi" w:hAnsi="Ddylr05K+KaiTi" w:eastAsia="Ddylr05K+KaiTi"/>
                <w:color w:val="000000"/>
                <w:sz w:val="24"/>
              </w:rPr>
              <w:t>批</w:t>
            </w: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准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人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362" w:firstLine="0"/>
              <w:jc w:val="righ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品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名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称</w:t>
            </w:r>
          </w:p>
        </w:tc>
        <w:tc>
          <w:tcPr>
            <w:tcW w:type="dxa" w:w="2320"/>
            <w:gridSpan w:val="3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30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产品生命周期阶段</w:t>
            </w:r>
          </w:p>
        </w:tc>
        <w:tc>
          <w:tcPr>
            <w:tcW w:type="dxa" w:w="2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60" w:after="0"/>
              <w:ind w:left="21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碳足迹（KgCO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e/t）</w:t>
            </w:r>
          </w:p>
        </w:tc>
      </w:tr>
      <w:tr>
        <w:trPr>
          <w:trHeight w:hRule="exact" w:val="460"/>
        </w:trPr>
        <w:tc>
          <w:tcPr>
            <w:tcW w:type="dxa" w:w="1504"/>
            <w:vMerge/>
          </w:tcPr>
          <w:p/>
        </w:tc>
        <w:tc>
          <w:tcPr>
            <w:tcW w:type="dxa" w:w="4200"/>
            <w:gridSpan w:val="4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45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原材料获取</w:t>
            </w:r>
          </w:p>
        </w:tc>
        <w:tc>
          <w:tcPr>
            <w:tcW w:type="dxa" w:w="2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72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2253.17</w:t>
            </w:r>
          </w:p>
        </w:tc>
      </w:tr>
      <w:tr>
        <w:trPr>
          <w:trHeight w:hRule="exact" w:val="480"/>
        </w:trPr>
        <w:tc>
          <w:tcPr>
            <w:tcW w:type="dxa" w:w="1504"/>
            <w:vMerge/>
          </w:tcPr>
          <w:p/>
        </w:tc>
        <w:tc>
          <w:tcPr>
            <w:tcW w:type="dxa" w:w="2260"/>
            <w:gridSpan w:val="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5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车辆变速箱、驱动</w:t>
            </w:r>
          </w:p>
        </w:tc>
        <w:tc>
          <w:tcPr>
            <w:tcW w:type="dxa" w:w="1940"/>
            <w:gridSpan w:val="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8" w:after="0"/>
              <w:ind w:left="28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原材料运输</w:t>
            </w:r>
          </w:p>
        </w:tc>
        <w:tc>
          <w:tcPr>
            <w:tcW w:type="dxa" w:w="2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8" w:after="0"/>
              <w:ind w:left="0" w:right="84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21.05</w:t>
            </w:r>
          </w:p>
        </w:tc>
      </w:tr>
      <w:tr>
        <w:trPr>
          <w:trHeight w:hRule="exact" w:val="480"/>
        </w:trPr>
        <w:tc>
          <w:tcPr>
            <w:tcW w:type="dxa" w:w="1504"/>
            <w:vMerge/>
          </w:tcPr>
          <w:p/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2" w:after="0"/>
              <w:ind w:left="0" w:right="50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桥齿轮</w:t>
            </w:r>
          </w:p>
        </w:tc>
        <w:tc>
          <w:tcPr>
            <w:tcW w:type="dxa" w:w="2320"/>
            <w:gridSpan w:val="3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8" w:after="0"/>
              <w:ind w:left="54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产品生产制造</w:t>
            </w:r>
          </w:p>
        </w:tc>
        <w:tc>
          <w:tcPr>
            <w:tcW w:type="dxa" w:w="2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8" w:after="0"/>
              <w:ind w:left="0" w:right="84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22.48</w:t>
            </w:r>
          </w:p>
        </w:tc>
      </w:tr>
      <w:tr>
        <w:trPr>
          <w:trHeight w:hRule="exact" w:val="460"/>
        </w:trPr>
        <w:tc>
          <w:tcPr>
            <w:tcW w:type="dxa" w:w="1504"/>
            <w:vMerge/>
          </w:tcPr>
          <w:p/>
        </w:tc>
        <w:tc>
          <w:tcPr>
            <w:tcW w:type="dxa" w:w="4200"/>
            <w:gridSpan w:val="4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8" w:after="0"/>
              <w:ind w:left="0" w:right="81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合计</w:t>
            </w:r>
          </w:p>
        </w:tc>
        <w:tc>
          <w:tcPr>
            <w:tcW w:type="dxa" w:w="2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8" w:after="0"/>
              <w:ind w:left="0" w:right="72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2296.94</w:t>
            </w:r>
          </w:p>
        </w:tc>
      </w:tr>
      <w:tr>
        <w:trPr>
          <w:trHeight w:hRule="exact" w:val="2180"/>
        </w:trPr>
        <w:tc>
          <w:tcPr>
            <w:tcW w:type="dxa" w:w="1504"/>
            <w:vMerge/>
          </w:tcPr>
          <w:p/>
        </w:tc>
        <w:tc>
          <w:tcPr>
            <w:tcW w:type="dxa" w:w="6600"/>
            <w:gridSpan w:val="5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26" w:lineRule="exact" w:before="0" w:after="0"/>
              <w:ind w:left="30" w:right="144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从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摇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篮到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大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门（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Cr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a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d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l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e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-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t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o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-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g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a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te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，包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含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原材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料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获取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-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原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材料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运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输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-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品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生产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制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造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）</w:t>
            </w:r>
          </w:p>
          <w:p>
            <w:pPr>
              <w:autoSpaceDN w:val="0"/>
              <w:autoSpaceDE w:val="0"/>
              <w:widowControl/>
              <w:spacing w:line="240" w:lineRule="exact" w:before="260" w:after="0"/>
              <w:ind w:left="0" w:right="0" w:firstLine="0"/>
              <w:jc w:val="center"/>
            </w:pP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件车辆变速箱、驱动桥齿轮</w:t>
            </w:r>
          </w:p>
          <w:p>
            <w:pPr>
              <w:autoSpaceDN w:val="0"/>
              <w:autoSpaceDE w:val="0"/>
              <w:widowControl/>
              <w:spacing w:line="240" w:lineRule="exact" w:before="570" w:after="0"/>
              <w:ind w:left="0" w:right="2664" w:firstLine="0"/>
              <w:jc w:val="right"/>
            </w:pPr>
            <w:r>
              <w:rPr>
                <w:spacing w:val="40"/>
                <w:rFonts w:ascii="Ddylr05K+KaiTi" w:hAnsi="Ddylr05K+KaiTi" w:eastAsia="Ddylr05K+KaiTi"/>
                <w:color w:val="000000"/>
                <w:sz w:val="24"/>
              </w:rPr>
              <w:t>技</w:t>
            </w: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术</w:t>
            </w:r>
            <w:r>
              <w:rPr>
                <w:spacing w:val="36"/>
                <w:rFonts w:ascii="Ddylr05K+KaiTi" w:hAnsi="Ddylr05K+KaiTi" w:eastAsia="Ddylr05K+KaiTi"/>
                <w:color w:val="000000"/>
                <w:sz w:val="24"/>
              </w:rPr>
              <w:t>评</w:t>
            </w: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审组成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员</w:t>
            </w:r>
          </w:p>
        </w:tc>
      </w:tr>
      <w:tr>
        <w:trPr>
          <w:trHeight w:hRule="exact" w:val="764"/>
        </w:trPr>
        <w:tc>
          <w:tcPr>
            <w:tcW w:type="dxa" w:w="1504"/>
            <w:vMerge/>
          </w:tcPr>
          <w:p/>
        </w:tc>
        <w:tc>
          <w:tcPr>
            <w:tcW w:type="dxa" w:w="3968"/>
            <w:gridSpan w:val="3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0" w:right="170" w:firstLine="0"/>
              <w:jc w:val="right"/>
            </w:pP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报告</w:t>
            </w:r>
            <w:r>
              <w:rPr>
                <w:spacing w:val="36"/>
                <w:rFonts w:ascii="Ddylr05K+KaiTi" w:hAnsi="Ddylr05K+KaiTi" w:eastAsia="Ddylr05K+KaiTi"/>
                <w:color w:val="000000"/>
                <w:sz w:val="24"/>
              </w:rPr>
              <w:t>发</w:t>
            </w:r>
            <w:r>
              <w:rPr>
                <w:spacing w:val="40"/>
                <w:rFonts w:ascii="Ddylr05K+KaiTi" w:hAnsi="Ddylr05K+KaiTi" w:eastAsia="Ddylr05K+KaiTi"/>
                <w:color w:val="000000"/>
                <w:sz w:val="24"/>
              </w:rPr>
              <w:t>放</w:t>
            </w: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范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围</w:t>
            </w:r>
          </w:p>
        </w:tc>
        <w:tc>
          <w:tcPr>
            <w:tcW w:type="dxa" w:w="2632"/>
            <w:gridSpan w:val="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24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山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东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国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众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机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械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科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技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有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限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公</w:t>
            </w:r>
          </w:p>
          <w:p>
            <w:pPr>
              <w:autoSpaceDN w:val="0"/>
              <w:autoSpaceDE w:val="0"/>
              <w:widowControl/>
              <w:spacing w:line="210" w:lineRule="exact" w:before="116" w:after="0"/>
              <w:ind w:left="17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司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6" w:h="16838"/>
          <w:pgMar w:top="748" w:right="1440" w:bottom="1440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76" w:after="0"/>
        <w:ind w:left="0" w:right="0"/>
      </w:pPr>
    </w:p>
    <w:p>
      <w:pPr>
        <w:autoSpaceDN w:val="0"/>
        <w:tabs>
          <w:tab w:pos="4672" w:val="left"/>
        </w:tabs>
        <w:autoSpaceDE w:val="0"/>
        <w:widowControl/>
        <w:spacing w:line="320" w:lineRule="exact" w:before="0" w:after="0"/>
        <w:ind w:left="4032" w:right="0" w:firstLine="0"/>
        <w:jc w:val="left"/>
      </w:pPr>
      <w:r>
        <w:rPr>
          <w:rFonts w:ascii="Ddylr05K+KaiTi" w:hAnsi="Ddylr05K+KaiTi" w:eastAsia="Ddylr05K+KaiTi"/>
          <w:b/>
          <w:color w:val="000000"/>
          <w:sz w:val="32"/>
        </w:rPr>
        <w:t>目</w:t>
      </w:r>
      <w:r>
        <w:tab/>
      </w:r>
      <w:r>
        <w:rPr>
          <w:rFonts w:ascii="Ddylr05K+KaiTi" w:hAnsi="Ddylr05K+KaiTi" w:eastAsia="Ddylr05K+KaiTi"/>
          <w:b/>
          <w:color w:val="000000"/>
          <w:sz w:val="32"/>
        </w:rPr>
        <w:t>录</w:t>
      </w:r>
    </w:p>
    <w:p>
      <w:pPr>
        <w:autoSpaceDN w:val="0"/>
        <w:autoSpaceDE w:val="0"/>
        <w:widowControl/>
        <w:spacing w:line="266" w:lineRule="exact" w:before="500" w:after="0"/>
        <w:ind w:left="0" w:right="0" w:firstLine="0"/>
        <w:jc w:val="center"/>
      </w:pPr>
      <w:r>
        <w:rPr>
          <w:rFonts w:ascii="Ddylr05K+KaiTi" w:hAnsi="Ddylr05K+KaiTi" w:eastAsia="Ddylr05K+KaiTi"/>
          <w:color w:val="000000"/>
          <w:sz w:val="24"/>
        </w:rPr>
        <w:t>1、概</w:t>
      </w:r>
      <w:r>
        <w:rPr>
          <w:spacing w:val="28"/>
          <w:rFonts w:ascii="Ddylr05K+KaiTi" w:hAnsi="Ddylr05K+KaiTi" w:eastAsia="Ddylr05K+KaiTi"/>
          <w:color w:val="000000"/>
          <w:sz w:val="24"/>
        </w:rPr>
        <w:t>述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</w:t>
      </w:r>
    </w:p>
    <w:p>
      <w:pPr>
        <w:autoSpaceDN w:val="0"/>
        <w:autoSpaceDE w:val="0"/>
        <w:widowControl/>
        <w:spacing w:line="276" w:lineRule="exact" w:before="36" w:after="0"/>
        <w:ind w:left="840" w:right="0" w:firstLine="0"/>
        <w:jc w:val="left"/>
      </w:pPr>
      <w:r>
        <w:rPr>
          <w:rFonts w:ascii="UZztFtTf+TimesNewRomanPSMT" w:hAnsi="UZztFtTf+TimesNewRomanPSMT" w:eastAsia="UZztFtTf+TimesNewRomanPSMT"/>
          <w:color w:val="000000"/>
          <w:sz w:val="24"/>
        </w:rPr>
        <w:t>1.</w:t>
      </w:r>
      <w:r>
        <w:rPr>
          <w:rFonts w:ascii="UZztFtTf+TimesNewRomanPSMT" w:hAnsi="UZztFtTf+TimesNewRomanPSMT" w:eastAsia="UZztFtTf+TimesNewRomanPSMT"/>
          <w:color w:val="000000"/>
          <w:sz w:val="24"/>
        </w:rPr>
        <w:t>1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产品碳足迹介</w:t>
      </w:r>
      <w:r>
        <w:rPr>
          <w:spacing w:val="28"/>
          <w:rFonts w:ascii="Ddylr05K+KaiTi" w:hAnsi="Ddylr05K+KaiTi" w:eastAsia="Ddylr05K+KaiTi"/>
          <w:color w:val="000000"/>
          <w:sz w:val="24"/>
        </w:rPr>
        <w:t>绍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</w:t>
      </w:r>
    </w:p>
    <w:p>
      <w:pPr>
        <w:autoSpaceDN w:val="0"/>
        <w:autoSpaceDE w:val="0"/>
        <w:widowControl/>
        <w:spacing w:line="276" w:lineRule="exact" w:before="36" w:after="0"/>
        <w:ind w:left="840" w:right="0" w:firstLine="0"/>
        <w:jc w:val="left"/>
      </w:pPr>
      <w:r>
        <w:rPr>
          <w:rFonts w:ascii="UZztFtTf+TimesNewRomanPSMT" w:hAnsi="UZztFtTf+TimesNewRomanPSMT" w:eastAsia="UZztFtTf+TimesNewRomanPSMT"/>
          <w:color w:val="000000"/>
          <w:sz w:val="24"/>
        </w:rPr>
        <w:t>1.</w:t>
      </w:r>
      <w:r>
        <w:rPr>
          <w:rFonts w:ascii="UZztFtTf+TimesNewRomanPSMT" w:hAnsi="UZztFtTf+TimesNewRomanPSMT" w:eastAsia="UZztFtTf+TimesNewRomanPSMT"/>
          <w:color w:val="000000"/>
          <w:sz w:val="24"/>
        </w:rPr>
        <w:t>2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评价目的及基本信</w:t>
      </w:r>
      <w:r>
        <w:rPr>
          <w:spacing w:val="28"/>
          <w:rFonts w:ascii="Ddylr05K+KaiTi" w:hAnsi="Ddylr05K+KaiTi" w:eastAsia="Ddylr05K+KaiTi"/>
          <w:color w:val="000000"/>
          <w:sz w:val="24"/>
        </w:rPr>
        <w:t>息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2</w:t>
      </w:r>
    </w:p>
    <w:p>
      <w:pPr>
        <w:autoSpaceDN w:val="0"/>
        <w:autoSpaceDE w:val="0"/>
        <w:widowControl/>
        <w:spacing w:line="276" w:lineRule="exact" w:before="36" w:after="0"/>
        <w:ind w:left="1320" w:right="0" w:firstLine="0"/>
        <w:jc w:val="left"/>
      </w:pPr>
      <w:r>
        <w:rPr>
          <w:rFonts w:ascii="UZztFtTf+TimesNewRomanPSMT" w:hAnsi="UZztFtTf+TimesNewRomanPSMT" w:eastAsia="UZztFtTf+TimesNewRomanPSMT"/>
          <w:color w:val="000000"/>
          <w:sz w:val="24"/>
        </w:rPr>
        <w:t>1.2.</w:t>
      </w:r>
      <w:r>
        <w:rPr>
          <w:rFonts w:ascii="UZztFtTf+TimesNewRomanPSMT" w:hAnsi="UZztFtTf+TimesNewRomanPSMT" w:eastAsia="UZztFtTf+TimesNewRomanPSMT"/>
          <w:color w:val="000000"/>
          <w:sz w:val="24"/>
        </w:rPr>
        <w:t>1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委托方简</w:t>
      </w:r>
      <w:r>
        <w:rPr>
          <w:spacing w:val="28"/>
          <w:rFonts w:ascii="Ddylr05K+KaiTi" w:hAnsi="Ddylr05K+KaiTi" w:eastAsia="Ddylr05K+KaiTi"/>
          <w:color w:val="000000"/>
          <w:sz w:val="24"/>
        </w:rPr>
        <w:t>介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2</w:t>
      </w:r>
    </w:p>
    <w:p>
      <w:pPr>
        <w:autoSpaceDN w:val="0"/>
        <w:autoSpaceDE w:val="0"/>
        <w:widowControl/>
        <w:spacing w:line="266" w:lineRule="exact" w:before="46" w:after="0"/>
        <w:ind w:left="132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(一)企业基本情</w:t>
      </w:r>
      <w:r>
        <w:rPr>
          <w:spacing w:val="28"/>
          <w:rFonts w:ascii="Ddylr05K+KaiTi" w:hAnsi="Ddylr05K+KaiTi" w:eastAsia="Ddylr05K+KaiTi"/>
          <w:color w:val="000000"/>
          <w:sz w:val="24"/>
        </w:rPr>
        <w:t>况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3</w:t>
      </w:r>
    </w:p>
    <w:p>
      <w:pPr>
        <w:autoSpaceDN w:val="0"/>
        <w:autoSpaceDE w:val="0"/>
        <w:widowControl/>
        <w:spacing w:line="266" w:lineRule="exact" w:before="46" w:after="0"/>
        <w:ind w:left="132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1.企业基本情</w:t>
      </w:r>
      <w:r>
        <w:rPr>
          <w:spacing w:val="28"/>
          <w:rFonts w:ascii="Ddylr05K+KaiTi" w:hAnsi="Ddylr05K+KaiTi" w:eastAsia="Ddylr05K+KaiTi"/>
          <w:color w:val="000000"/>
          <w:sz w:val="24"/>
        </w:rPr>
        <w:t>况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3</w:t>
      </w:r>
    </w:p>
    <w:p>
      <w:pPr>
        <w:autoSpaceDN w:val="0"/>
        <w:autoSpaceDE w:val="0"/>
        <w:widowControl/>
        <w:spacing w:line="266" w:lineRule="exact" w:before="46" w:after="0"/>
        <w:ind w:left="132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1.2.</w:t>
      </w:r>
      <w:r>
        <w:rPr>
          <w:spacing w:val="60"/>
          <w:rFonts w:ascii="Ddylr05K+KaiTi" w:hAnsi="Ddylr05K+KaiTi" w:eastAsia="Ddylr05K+KaiTi"/>
          <w:color w:val="000000"/>
          <w:sz w:val="24"/>
        </w:rPr>
        <w:t>2</w:t>
      </w:r>
      <w:r>
        <w:rPr>
          <w:rFonts w:ascii="Ddylr05K+KaiTi" w:hAnsi="Ddylr05K+KaiTi" w:eastAsia="Ddylr05K+KaiTi"/>
          <w:color w:val="000000"/>
          <w:sz w:val="24"/>
        </w:rPr>
        <w:t>受委托评价机构简</w:t>
      </w:r>
      <w:r>
        <w:rPr>
          <w:spacing w:val="28"/>
          <w:rFonts w:ascii="Ddylr05K+KaiTi" w:hAnsi="Ddylr05K+KaiTi" w:eastAsia="Ddylr05K+KaiTi"/>
          <w:color w:val="000000"/>
          <w:sz w:val="24"/>
        </w:rPr>
        <w:t>介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8</w:t>
      </w:r>
    </w:p>
    <w:p>
      <w:pPr>
        <w:autoSpaceDN w:val="0"/>
        <w:autoSpaceDE w:val="0"/>
        <w:widowControl/>
        <w:spacing w:line="266" w:lineRule="exact" w:before="46" w:after="0"/>
        <w:ind w:left="132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1.2.</w:t>
      </w:r>
      <w:r>
        <w:rPr>
          <w:spacing w:val="60"/>
          <w:rFonts w:ascii="Ddylr05K+KaiTi" w:hAnsi="Ddylr05K+KaiTi" w:eastAsia="Ddylr05K+KaiTi"/>
          <w:color w:val="000000"/>
          <w:sz w:val="24"/>
        </w:rPr>
        <w:t>3</w:t>
      </w:r>
      <w:r>
        <w:rPr>
          <w:rFonts w:ascii="Ddylr05K+KaiTi" w:hAnsi="Ddylr05K+KaiTi" w:eastAsia="Ddylr05K+KaiTi"/>
          <w:color w:val="000000"/>
          <w:sz w:val="24"/>
        </w:rPr>
        <w:t>委托方产品介</w:t>
      </w:r>
      <w:r>
        <w:rPr>
          <w:spacing w:val="28"/>
          <w:rFonts w:ascii="Ddylr05K+KaiTi" w:hAnsi="Ddylr05K+KaiTi" w:eastAsia="Ddylr05K+KaiTi"/>
          <w:color w:val="000000"/>
          <w:sz w:val="24"/>
        </w:rPr>
        <w:t>绍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9</w:t>
      </w:r>
    </w:p>
    <w:p>
      <w:pPr>
        <w:autoSpaceDN w:val="0"/>
        <w:autoSpaceDE w:val="0"/>
        <w:widowControl/>
        <w:spacing w:line="266" w:lineRule="exact" w:before="46" w:after="0"/>
        <w:ind w:left="132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1.2.</w:t>
      </w:r>
      <w:r>
        <w:rPr>
          <w:spacing w:val="60"/>
          <w:rFonts w:ascii="Ddylr05K+KaiTi" w:hAnsi="Ddylr05K+KaiTi" w:eastAsia="Ddylr05K+KaiTi"/>
          <w:color w:val="000000"/>
          <w:sz w:val="24"/>
        </w:rPr>
        <w:t>4</w:t>
      </w:r>
      <w:r>
        <w:rPr>
          <w:rFonts w:ascii="Ddylr05K+KaiTi" w:hAnsi="Ddylr05K+KaiTi" w:eastAsia="Ddylr05K+KaiTi"/>
          <w:color w:val="000000"/>
          <w:sz w:val="24"/>
        </w:rPr>
        <w:t>评价依</w:t>
      </w:r>
      <w:r>
        <w:rPr>
          <w:spacing w:val="28"/>
          <w:rFonts w:ascii="Ddylr05K+KaiTi" w:hAnsi="Ddylr05K+KaiTi" w:eastAsia="Ddylr05K+KaiTi"/>
          <w:color w:val="000000"/>
          <w:sz w:val="24"/>
        </w:rPr>
        <w:t>据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10</w:t>
      </w:r>
    </w:p>
    <w:p>
      <w:pPr>
        <w:autoSpaceDN w:val="0"/>
        <w:autoSpaceDE w:val="0"/>
        <w:widowControl/>
        <w:spacing w:line="276" w:lineRule="exact" w:before="36" w:after="0"/>
        <w:ind w:left="840" w:right="0" w:firstLine="0"/>
        <w:jc w:val="left"/>
      </w:pPr>
      <w:r>
        <w:rPr>
          <w:rFonts w:ascii="UZztFtTf+TimesNewRomanPSMT" w:hAnsi="UZztFtTf+TimesNewRomanPSMT" w:eastAsia="UZztFtTf+TimesNewRomanPSMT"/>
          <w:color w:val="000000"/>
          <w:sz w:val="24"/>
        </w:rPr>
        <w:t>1.</w:t>
      </w:r>
      <w:r>
        <w:rPr>
          <w:rFonts w:ascii="UZztFtTf+TimesNewRomanPSMT" w:hAnsi="UZztFtTf+TimesNewRomanPSMT" w:eastAsia="UZztFtTf+TimesNewRomanPSMT"/>
          <w:color w:val="000000"/>
          <w:sz w:val="24"/>
        </w:rPr>
        <w:t>3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评价范</w:t>
      </w:r>
      <w:r>
        <w:rPr>
          <w:spacing w:val="28"/>
          <w:rFonts w:ascii="Ddylr05K+KaiTi" w:hAnsi="Ddylr05K+KaiTi" w:eastAsia="Ddylr05K+KaiTi"/>
          <w:color w:val="000000"/>
          <w:sz w:val="24"/>
        </w:rPr>
        <w:t>围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11</w:t>
      </w:r>
    </w:p>
    <w:p>
      <w:pPr>
        <w:autoSpaceDN w:val="0"/>
        <w:autoSpaceDE w:val="0"/>
        <w:widowControl/>
        <w:spacing w:line="276" w:lineRule="exact" w:before="36" w:after="0"/>
        <w:ind w:left="840" w:right="0" w:firstLine="0"/>
        <w:jc w:val="left"/>
      </w:pPr>
      <w:r>
        <w:rPr>
          <w:rFonts w:ascii="UZztFtTf+TimesNewRomanPSMT" w:hAnsi="UZztFtTf+TimesNewRomanPSMT" w:eastAsia="UZztFtTf+TimesNewRomanPSMT"/>
          <w:color w:val="000000"/>
          <w:sz w:val="24"/>
        </w:rPr>
        <w:t>1.</w:t>
      </w:r>
      <w:r>
        <w:rPr>
          <w:rFonts w:ascii="UZztFtTf+TimesNewRomanPSMT" w:hAnsi="UZztFtTf+TimesNewRomanPSMT" w:eastAsia="UZztFtTf+TimesNewRomanPSMT"/>
          <w:color w:val="000000"/>
          <w:sz w:val="24"/>
        </w:rPr>
        <w:t>4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评价准</w:t>
      </w:r>
      <w:r>
        <w:rPr>
          <w:spacing w:val="28"/>
          <w:rFonts w:ascii="Ddylr05K+KaiTi" w:hAnsi="Ddylr05K+KaiTi" w:eastAsia="Ddylr05K+KaiTi"/>
          <w:color w:val="000000"/>
          <w:sz w:val="24"/>
        </w:rPr>
        <w:t>则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12</w:t>
      </w:r>
    </w:p>
    <w:p>
      <w:pPr>
        <w:autoSpaceDN w:val="0"/>
        <w:autoSpaceDE w:val="0"/>
        <w:widowControl/>
        <w:spacing w:line="266" w:lineRule="exact" w:before="46" w:after="0"/>
        <w:ind w:left="0" w:right="0" w:firstLine="0"/>
        <w:jc w:val="center"/>
      </w:pPr>
      <w:r>
        <w:rPr>
          <w:rFonts w:ascii="Ddylr05K+KaiTi" w:hAnsi="Ddylr05K+KaiTi" w:eastAsia="Ddylr05K+KaiTi"/>
          <w:color w:val="000000"/>
          <w:sz w:val="24"/>
        </w:rPr>
        <w:t>2、评价程序和步</w:t>
      </w:r>
      <w:r>
        <w:rPr>
          <w:spacing w:val="28"/>
          <w:rFonts w:ascii="Ddylr05K+KaiTi" w:hAnsi="Ddylr05K+KaiTi" w:eastAsia="Ddylr05K+KaiTi"/>
          <w:color w:val="000000"/>
          <w:sz w:val="24"/>
        </w:rPr>
        <w:t>骤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13</w:t>
      </w:r>
    </w:p>
    <w:p>
      <w:pPr>
        <w:autoSpaceDN w:val="0"/>
        <w:autoSpaceDE w:val="0"/>
        <w:widowControl/>
        <w:spacing w:line="266" w:lineRule="exact" w:before="46" w:after="0"/>
        <w:ind w:left="84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2.</w:t>
      </w:r>
      <w:r>
        <w:rPr>
          <w:rFonts w:ascii="Ddylr05K+KaiTi" w:hAnsi="Ddylr05K+KaiTi" w:eastAsia="Ddylr05K+KaiTi"/>
          <w:color w:val="000000"/>
          <w:sz w:val="24"/>
        </w:rPr>
        <w:t>1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评价组安</w:t>
      </w:r>
      <w:r>
        <w:rPr>
          <w:spacing w:val="28"/>
          <w:rFonts w:ascii="Ddylr05K+KaiTi" w:hAnsi="Ddylr05K+KaiTi" w:eastAsia="Ddylr05K+KaiTi"/>
          <w:color w:val="000000"/>
          <w:sz w:val="24"/>
        </w:rPr>
        <w:t>排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13</w:t>
      </w:r>
    </w:p>
    <w:p>
      <w:pPr>
        <w:autoSpaceDN w:val="0"/>
        <w:autoSpaceDE w:val="0"/>
        <w:widowControl/>
        <w:spacing w:line="266" w:lineRule="exact" w:before="46" w:after="0"/>
        <w:ind w:left="84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2.</w:t>
      </w:r>
      <w:r>
        <w:rPr>
          <w:spacing w:val="60"/>
          <w:rFonts w:ascii="Ddylr05K+KaiTi" w:hAnsi="Ddylr05K+KaiTi" w:eastAsia="Ddylr05K+KaiTi"/>
          <w:color w:val="000000"/>
          <w:sz w:val="24"/>
        </w:rPr>
        <w:t>2</w:t>
      </w:r>
      <w:r>
        <w:rPr>
          <w:rFonts w:ascii="Ddylr05K+KaiTi" w:hAnsi="Ddylr05K+KaiTi" w:eastAsia="Ddylr05K+KaiTi"/>
          <w:color w:val="000000"/>
          <w:sz w:val="24"/>
        </w:rPr>
        <w:t>文件评</w:t>
      </w:r>
      <w:r>
        <w:rPr>
          <w:spacing w:val="28"/>
          <w:rFonts w:ascii="Ddylr05K+KaiTi" w:hAnsi="Ddylr05K+KaiTi" w:eastAsia="Ddylr05K+KaiTi"/>
          <w:color w:val="000000"/>
          <w:sz w:val="24"/>
        </w:rPr>
        <w:t>审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14</w:t>
      </w:r>
    </w:p>
    <w:p>
      <w:pPr>
        <w:autoSpaceDN w:val="0"/>
        <w:autoSpaceDE w:val="0"/>
        <w:widowControl/>
        <w:spacing w:line="266" w:lineRule="exact" w:before="46" w:after="0"/>
        <w:ind w:left="84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2.</w:t>
      </w:r>
      <w:r>
        <w:rPr>
          <w:spacing w:val="60"/>
          <w:rFonts w:ascii="Ddylr05K+KaiTi" w:hAnsi="Ddylr05K+KaiTi" w:eastAsia="Ddylr05K+KaiTi"/>
          <w:color w:val="000000"/>
          <w:sz w:val="24"/>
        </w:rPr>
        <w:t>3</w:t>
      </w:r>
      <w:r>
        <w:rPr>
          <w:rFonts w:ascii="Ddylr05K+KaiTi" w:hAnsi="Ddylr05K+KaiTi" w:eastAsia="Ddylr05K+KaiTi"/>
          <w:color w:val="000000"/>
          <w:sz w:val="24"/>
        </w:rPr>
        <w:t>现场评</w:t>
      </w:r>
      <w:r>
        <w:rPr>
          <w:spacing w:val="28"/>
          <w:rFonts w:ascii="Ddylr05K+KaiTi" w:hAnsi="Ddylr05K+KaiTi" w:eastAsia="Ddylr05K+KaiTi"/>
          <w:color w:val="000000"/>
          <w:sz w:val="24"/>
        </w:rPr>
        <w:t>价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15</w:t>
      </w:r>
    </w:p>
    <w:p>
      <w:pPr>
        <w:autoSpaceDN w:val="0"/>
        <w:autoSpaceDE w:val="0"/>
        <w:widowControl/>
        <w:spacing w:line="266" w:lineRule="exact" w:before="46" w:after="0"/>
        <w:ind w:left="84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2.</w:t>
      </w:r>
      <w:r>
        <w:rPr>
          <w:spacing w:val="60"/>
          <w:rFonts w:ascii="Ddylr05K+KaiTi" w:hAnsi="Ddylr05K+KaiTi" w:eastAsia="Ddylr05K+KaiTi"/>
          <w:color w:val="000000"/>
          <w:sz w:val="24"/>
        </w:rPr>
        <w:t>4</w:t>
      </w:r>
      <w:r>
        <w:rPr>
          <w:rFonts w:ascii="Ddylr05K+KaiTi" w:hAnsi="Ddylr05K+KaiTi" w:eastAsia="Ddylr05K+KaiTi"/>
          <w:color w:val="000000"/>
          <w:sz w:val="24"/>
        </w:rPr>
        <w:t>评价报告的编</w:t>
      </w:r>
      <w:r>
        <w:rPr>
          <w:spacing w:val="28"/>
          <w:rFonts w:ascii="Ddylr05K+KaiTi" w:hAnsi="Ddylr05K+KaiTi" w:eastAsia="Ddylr05K+KaiTi"/>
          <w:color w:val="000000"/>
          <w:sz w:val="24"/>
        </w:rPr>
        <w:t>写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17</w:t>
      </w:r>
    </w:p>
    <w:p>
      <w:pPr>
        <w:autoSpaceDN w:val="0"/>
        <w:autoSpaceDE w:val="0"/>
        <w:widowControl/>
        <w:spacing w:line="266" w:lineRule="exact" w:before="46" w:after="0"/>
        <w:ind w:left="84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2.</w:t>
      </w:r>
      <w:r>
        <w:rPr>
          <w:spacing w:val="60"/>
          <w:rFonts w:ascii="Ddylr05K+KaiTi" w:hAnsi="Ddylr05K+KaiTi" w:eastAsia="Ddylr05K+KaiTi"/>
          <w:color w:val="000000"/>
          <w:sz w:val="24"/>
        </w:rPr>
        <w:t>5</w:t>
      </w:r>
      <w:r>
        <w:rPr>
          <w:rFonts w:ascii="Ddylr05K+KaiTi" w:hAnsi="Ddylr05K+KaiTi" w:eastAsia="Ddylr05K+KaiTi"/>
          <w:color w:val="000000"/>
          <w:sz w:val="24"/>
        </w:rPr>
        <w:t>评价报告的质量控</w:t>
      </w:r>
      <w:r>
        <w:rPr>
          <w:spacing w:val="28"/>
          <w:rFonts w:ascii="Ddylr05K+KaiTi" w:hAnsi="Ddylr05K+KaiTi" w:eastAsia="Ddylr05K+KaiTi"/>
          <w:color w:val="000000"/>
          <w:sz w:val="24"/>
        </w:rPr>
        <w:t>制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17</w:t>
      </w:r>
    </w:p>
    <w:p>
      <w:pPr>
        <w:autoSpaceDN w:val="0"/>
        <w:autoSpaceDE w:val="0"/>
        <w:widowControl/>
        <w:spacing w:line="266" w:lineRule="exact" w:before="46" w:after="0"/>
        <w:ind w:left="0" w:right="0" w:firstLine="0"/>
        <w:jc w:val="center"/>
      </w:pPr>
      <w:r>
        <w:rPr>
          <w:rFonts w:ascii="Ddylr05K+KaiTi" w:hAnsi="Ddylr05K+KaiTi" w:eastAsia="Ddylr05K+KaiTi"/>
          <w:color w:val="000000"/>
          <w:sz w:val="24"/>
        </w:rPr>
        <w:t>3、评价发</w:t>
      </w:r>
      <w:r>
        <w:rPr>
          <w:spacing w:val="28"/>
          <w:rFonts w:ascii="Ddylr05K+KaiTi" w:hAnsi="Ddylr05K+KaiTi" w:eastAsia="Ddylr05K+KaiTi"/>
          <w:color w:val="000000"/>
          <w:sz w:val="24"/>
        </w:rPr>
        <w:t>现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18</w:t>
      </w:r>
    </w:p>
    <w:p>
      <w:pPr>
        <w:autoSpaceDN w:val="0"/>
        <w:autoSpaceDE w:val="0"/>
        <w:widowControl/>
        <w:spacing w:line="276" w:lineRule="exact" w:before="36" w:after="0"/>
        <w:ind w:left="840" w:right="0" w:firstLine="0"/>
        <w:jc w:val="left"/>
      </w:pPr>
      <w:r>
        <w:rPr>
          <w:rFonts w:ascii="UZztFtTf+TimesNewRomanPSMT" w:hAnsi="UZztFtTf+TimesNewRomanPSMT" w:eastAsia="UZztFtTf+TimesNewRomanPSMT"/>
          <w:color w:val="000000"/>
          <w:sz w:val="24"/>
        </w:rPr>
        <w:t>3.</w:t>
      </w:r>
      <w:r>
        <w:rPr>
          <w:rFonts w:ascii="UZztFtTf+TimesNewRomanPSMT" w:hAnsi="UZztFtTf+TimesNewRomanPSMT" w:eastAsia="UZztFtTf+TimesNewRomanPSMT"/>
          <w:color w:val="000000"/>
          <w:sz w:val="24"/>
        </w:rPr>
        <w:t>1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组织及产品描</w:t>
      </w:r>
      <w:r>
        <w:rPr>
          <w:spacing w:val="28"/>
          <w:rFonts w:ascii="Ddylr05K+KaiTi" w:hAnsi="Ddylr05K+KaiTi" w:eastAsia="Ddylr05K+KaiTi"/>
          <w:color w:val="000000"/>
          <w:sz w:val="24"/>
        </w:rPr>
        <w:t>述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18</w:t>
      </w:r>
    </w:p>
    <w:p>
      <w:pPr>
        <w:autoSpaceDN w:val="0"/>
        <w:autoSpaceDE w:val="0"/>
        <w:widowControl/>
        <w:spacing w:line="276" w:lineRule="exact" w:before="36" w:after="0"/>
        <w:ind w:left="840" w:right="0" w:firstLine="0"/>
        <w:jc w:val="left"/>
      </w:pPr>
      <w:r>
        <w:rPr>
          <w:rFonts w:ascii="UZztFtTf+TimesNewRomanPSMT" w:hAnsi="UZztFtTf+TimesNewRomanPSMT" w:eastAsia="UZztFtTf+TimesNewRomanPSMT"/>
          <w:color w:val="000000"/>
          <w:sz w:val="24"/>
        </w:rPr>
        <w:t>3.</w:t>
      </w:r>
      <w:r>
        <w:rPr>
          <w:rFonts w:ascii="UZztFtTf+TimesNewRomanPSMT" w:hAnsi="UZztFtTf+TimesNewRomanPSMT" w:eastAsia="UZztFtTf+TimesNewRomanPSMT"/>
          <w:color w:val="000000"/>
          <w:sz w:val="24"/>
        </w:rPr>
        <w:t>2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系统边</w:t>
      </w:r>
      <w:r>
        <w:rPr>
          <w:spacing w:val="28"/>
          <w:rFonts w:ascii="Ddylr05K+KaiTi" w:hAnsi="Ddylr05K+KaiTi" w:eastAsia="Ddylr05K+KaiTi"/>
          <w:color w:val="000000"/>
          <w:sz w:val="24"/>
        </w:rPr>
        <w:t>界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24</w:t>
      </w:r>
    </w:p>
    <w:p>
      <w:pPr>
        <w:autoSpaceDN w:val="0"/>
        <w:autoSpaceDE w:val="0"/>
        <w:widowControl/>
        <w:spacing w:line="266" w:lineRule="exact" w:before="46" w:after="0"/>
        <w:ind w:left="84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3.</w:t>
      </w:r>
      <w:r>
        <w:rPr>
          <w:rFonts w:ascii="Ddylr05K+KaiTi" w:hAnsi="Ddylr05K+KaiTi" w:eastAsia="Ddylr05K+KaiTi"/>
          <w:color w:val="000000"/>
          <w:sz w:val="24"/>
        </w:rPr>
        <w:t>3</w:t>
      </w:r>
      <w:r>
        <w:rPr>
          <w:spacing w:val="5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GH</w:t>
      </w:r>
      <w:r>
        <w:rPr>
          <w:spacing w:val="60"/>
          <w:rFonts w:ascii="Ddylr05K+KaiTi" w:hAnsi="Ddylr05K+KaiTi" w:eastAsia="Ddylr05K+KaiTi"/>
          <w:color w:val="000000"/>
          <w:sz w:val="24"/>
        </w:rPr>
        <w:t>G</w:t>
      </w:r>
      <w:r>
        <w:rPr>
          <w:rFonts w:ascii="Ddylr05K+KaiTi" w:hAnsi="Ddylr05K+KaiTi" w:eastAsia="Ddylr05K+KaiTi"/>
          <w:color w:val="000000"/>
          <w:sz w:val="24"/>
        </w:rPr>
        <w:t>排放与清除量</w:t>
      </w:r>
      <w:r>
        <w:rPr>
          <w:spacing w:val="28"/>
          <w:rFonts w:ascii="Ddylr05K+KaiTi" w:hAnsi="Ddylr05K+KaiTi" w:eastAsia="Ddylr05K+KaiTi"/>
          <w:color w:val="000000"/>
          <w:sz w:val="24"/>
        </w:rPr>
        <w:t>化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26</w:t>
      </w:r>
    </w:p>
    <w:p>
      <w:pPr>
        <w:autoSpaceDN w:val="0"/>
        <w:autoSpaceDE w:val="0"/>
        <w:widowControl/>
        <w:spacing w:line="266" w:lineRule="exact" w:before="46" w:after="0"/>
        <w:ind w:left="0" w:right="0" w:firstLine="0"/>
        <w:jc w:val="center"/>
      </w:pPr>
      <w:r>
        <w:rPr>
          <w:rFonts w:ascii="Ddylr05K+KaiTi" w:hAnsi="Ddylr05K+KaiTi" w:eastAsia="Ddylr05K+KaiTi"/>
          <w:color w:val="000000"/>
          <w:sz w:val="24"/>
        </w:rPr>
        <w:t>4.评价结</w:t>
      </w:r>
      <w:r>
        <w:rPr>
          <w:spacing w:val="28"/>
          <w:rFonts w:ascii="Ddylr05K+KaiTi" w:hAnsi="Ddylr05K+KaiTi" w:eastAsia="Ddylr05K+KaiTi"/>
          <w:color w:val="000000"/>
          <w:sz w:val="24"/>
        </w:rPr>
        <w:t>论</w:t>
      </w:r>
      <w:r>
        <w:rPr>
          <w:spacing w:val="-1"/>
          <w:rFonts w:ascii="5dEdCaJ8+Calibri" w:hAnsi="5dEdCaJ8+Calibri" w:eastAsia="5dEdCaJ8+Calibri"/>
          <w:color w:val="000000"/>
          <w:sz w:val="24"/>
        </w:rPr>
        <w:t>................................................................................................................</w:t>
      </w:r>
      <w:r>
        <w:rPr>
          <w:rFonts w:ascii="5dEdCaJ8+Calibri" w:hAnsi="5dEdCaJ8+Calibri" w:eastAsia="5dEdCaJ8+Calibri"/>
          <w:color w:val="000000"/>
          <w:sz w:val="24"/>
        </w:rPr>
        <w:t>.</w:t>
      </w:r>
      <w:r>
        <w:rPr>
          <w:spacing w:val="-11"/>
          <w:rFonts w:ascii="Arial" w:hAnsi="Arial" w:eastAsia="Arial"/>
          <w:color w:val="000000"/>
          <w:sz w:val="24"/>
        </w:rPr>
        <w:t xml:space="preserve"> </w:t>
      </w:r>
      <w:r>
        <w:rPr>
          <w:spacing w:val="2"/>
          <w:rFonts w:ascii="5dEdCaJ8+Calibri" w:hAnsi="5dEdCaJ8+Calibri" w:eastAsia="5dEdCaJ8+Calibri"/>
          <w:color w:val="000000"/>
          <w:sz w:val="24"/>
        </w:rPr>
        <w:t>38</w:t>
      </w:r>
    </w:p>
    <w:p>
      <w:pPr>
        <w:sectPr>
          <w:pgSz w:w="11906" w:h="16838"/>
          <w:pgMar w:top="798" w:right="1440" w:bottom="1440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282" w:lineRule="exact" w:before="0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1</w:t>
      </w:r>
      <w:r>
        <w:rPr>
          <w:rFonts w:ascii="Ddylr05K+KaiTi" w:hAnsi="Ddylr05K+KaiTi" w:eastAsia="Ddylr05K+KaiTi"/>
          <w:b/>
          <w:color w:val="000000"/>
          <w:sz w:val="28"/>
        </w:rPr>
        <w:t>、概述</w:t>
      </w:r>
    </w:p>
    <w:p>
      <w:pPr>
        <w:autoSpaceDN w:val="0"/>
        <w:tabs>
          <w:tab w:pos="920" w:val="left"/>
        </w:tabs>
        <w:autoSpaceDE w:val="0"/>
        <w:widowControl/>
        <w:spacing w:line="622" w:lineRule="exact" w:before="20" w:after="0"/>
        <w:ind w:left="360" w:right="0" w:firstLine="0"/>
        <w:jc w:val="left"/>
      </w:pPr>
      <w:r>
        <w:rPr>
          <w:spacing w:val="2"/>
          <w:rFonts w:ascii="GdJYNGgr+TimesNewRomanPS" w:hAnsi="GdJYNGgr+TimesNewRomanPS" w:eastAsia="GdJYNGgr+TimesNewRomanPS"/>
          <w:color w:val="000000"/>
          <w:sz w:val="28"/>
        </w:rPr>
        <w:t>1</w:t>
      </w:r>
      <w:r>
        <w:rPr>
          <w:rFonts w:ascii="GdJYNGgr+TimesNewRomanPS" w:hAnsi="GdJYNGgr+TimesNewRomanPS" w:eastAsia="GdJYNGgr+TimesNewRomanPS"/>
          <w:color w:val="000000"/>
          <w:sz w:val="28"/>
        </w:rPr>
        <w:t>.</w:t>
      </w:r>
      <w:r>
        <w:rPr>
          <w:rFonts w:ascii="GdJYNGgr+TimesNewRomanPS" w:hAnsi="GdJYNGgr+TimesNewRomanPS" w:eastAsia="GdJYNGgr+TimesNewRomanPS"/>
          <w:color w:val="000000"/>
          <w:sz w:val="28"/>
        </w:rPr>
        <w:t>1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产品碳足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迹</w:t>
      </w:r>
      <w:r>
        <w:rPr>
          <w:rFonts w:ascii="Ddylr05K+KaiTi" w:hAnsi="Ddylr05K+KaiTi" w:eastAsia="Ddylr05K+KaiTi"/>
          <w:b/>
          <w:color w:val="000000"/>
          <w:sz w:val="28"/>
        </w:rPr>
        <w:t>介绍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近</w:t>
      </w:r>
      <w:r>
        <w:rPr>
          <w:spacing w:val="4"/>
          <w:rFonts w:ascii="Ddylr05K+KaiTi" w:hAnsi="Ddylr05K+KaiTi" w:eastAsia="Ddylr05K+KaiTi"/>
          <w:color w:val="000000"/>
          <w:sz w:val="28"/>
        </w:rPr>
        <w:t>年</w:t>
      </w:r>
      <w:r>
        <w:rPr>
          <w:spacing w:val="6"/>
          <w:rFonts w:ascii="Ddylr05K+KaiTi" w:hAnsi="Ddylr05K+KaiTi" w:eastAsia="Ddylr05K+KaiTi"/>
          <w:color w:val="000000"/>
          <w:sz w:val="28"/>
        </w:rPr>
        <w:t>来，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温</w:t>
      </w:r>
      <w:r>
        <w:rPr>
          <w:spacing w:val="6"/>
          <w:rFonts w:ascii="Ddylr05K+KaiTi" w:hAnsi="Ddylr05K+KaiTi" w:eastAsia="Ddylr05K+KaiTi"/>
          <w:color w:val="000000"/>
          <w:sz w:val="28"/>
        </w:rPr>
        <w:t>室效</w:t>
      </w:r>
      <w:r>
        <w:rPr>
          <w:spacing w:val="4"/>
          <w:rFonts w:ascii="Ddylr05K+KaiTi" w:hAnsi="Ddylr05K+KaiTi" w:eastAsia="Ddylr05K+KaiTi"/>
          <w:color w:val="000000"/>
          <w:sz w:val="28"/>
        </w:rPr>
        <w:t>应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气</w:t>
      </w:r>
      <w:r>
        <w:rPr>
          <w:spacing w:val="8"/>
          <w:rFonts w:ascii="Ddylr05K+KaiTi" w:hAnsi="Ddylr05K+KaiTi" w:eastAsia="Ddylr05K+KaiTi"/>
          <w:color w:val="000000"/>
          <w:sz w:val="28"/>
        </w:rPr>
        <w:t>候变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spacing w:val="8"/>
          <w:rFonts w:ascii="Ddylr05K+KaiTi" w:hAnsi="Ddylr05K+KaiTi" w:eastAsia="Ddylr05K+KaiTi"/>
          <w:color w:val="000000"/>
          <w:sz w:val="28"/>
        </w:rPr>
        <w:t>已成</w:t>
      </w:r>
      <w:r>
        <w:rPr>
          <w:spacing w:val="4"/>
          <w:rFonts w:ascii="Ddylr05K+KaiTi" w:hAnsi="Ddylr05K+KaiTi" w:eastAsia="Ddylr05K+KaiTi"/>
          <w:color w:val="000000"/>
          <w:sz w:val="28"/>
        </w:rPr>
        <w:t>为</w:t>
      </w:r>
      <w:r>
        <w:rPr>
          <w:spacing w:val="6"/>
          <w:rFonts w:ascii="Ddylr05K+KaiTi" w:hAnsi="Ddylr05K+KaiTi" w:eastAsia="Ddylr05K+KaiTi"/>
          <w:color w:val="000000"/>
          <w:sz w:val="28"/>
        </w:rPr>
        <w:t>全球</w:t>
      </w:r>
      <w:r>
        <w:rPr>
          <w:spacing w:val="4"/>
          <w:rFonts w:ascii="Ddylr05K+KaiTi" w:hAnsi="Ddylr05K+KaiTi" w:eastAsia="Ddylr05K+KaiTi"/>
          <w:color w:val="000000"/>
          <w:sz w:val="28"/>
        </w:rPr>
        <w:t>关</w:t>
      </w:r>
      <w:r>
        <w:rPr>
          <w:spacing w:val="6"/>
          <w:rFonts w:ascii="Ddylr05K+KaiTi" w:hAnsi="Ddylr05K+KaiTi" w:eastAsia="Ddylr05K+KaiTi"/>
          <w:color w:val="000000"/>
          <w:sz w:val="28"/>
        </w:rPr>
        <w:t>注的</w:t>
      </w:r>
      <w:r>
        <w:rPr>
          <w:spacing w:val="4"/>
          <w:rFonts w:ascii="Ddylr05K+KaiTi" w:hAnsi="Ddylr05K+KaiTi" w:eastAsia="Ddylr05K+KaiTi"/>
          <w:color w:val="000000"/>
          <w:sz w:val="28"/>
        </w:rPr>
        <w:t>焦</w:t>
      </w:r>
      <w:r>
        <w:rPr>
          <w:spacing w:val="8"/>
          <w:rFonts w:ascii="Ddylr05K+KaiTi" w:hAnsi="Ddylr05K+KaiTi" w:eastAsia="Ddylr05K+KaiTi"/>
          <w:color w:val="000000"/>
          <w:sz w:val="28"/>
        </w:rPr>
        <w:t>点，</w:t>
      </w:r>
      <w:r>
        <w:rPr>
          <w:spacing w:val="6"/>
          <w:rFonts w:ascii="Ddylr05K+KaiTi" w:hAnsi="Ddylr05K+KaiTi" w:eastAsia="Ddylr05K+KaiTi"/>
          <w:color w:val="000000"/>
          <w:sz w:val="28"/>
        </w:rPr>
        <w:t>“</w:t>
      </w:r>
      <w:r>
        <w:rPr>
          <w:spacing w:val="8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</w:t>
      </w:r>
      <w:r>
        <w:rPr>
          <w:spacing w:val="4"/>
          <w:rFonts w:ascii="Ddylr05K+KaiTi" w:hAnsi="Ddylr05K+KaiTi" w:eastAsia="Ddylr05K+KaiTi"/>
          <w:color w:val="000000"/>
          <w:sz w:val="28"/>
        </w:rPr>
        <w:t>迹</w:t>
      </w:r>
      <w:r>
        <w:rPr>
          <w:spacing w:val="8"/>
          <w:rFonts w:ascii="Ddylr05K+KaiTi" w:hAnsi="Ddylr05K+KaiTi" w:eastAsia="Ddylr05K+KaiTi"/>
          <w:color w:val="000000"/>
          <w:sz w:val="28"/>
        </w:rPr>
        <w:t>”</w:t>
      </w:r>
      <w:r>
        <w:rPr>
          <w:spacing w:val="6"/>
          <w:rFonts w:ascii="Ddylr05K+KaiTi" w:hAnsi="Ddylr05K+KaiTi" w:eastAsia="Ddylr05K+KaiTi"/>
          <w:color w:val="000000"/>
          <w:sz w:val="28"/>
        </w:rPr>
        <w:t>这</w:t>
      </w:r>
      <w:r>
        <w:rPr>
          <w:spacing w:val="8"/>
          <w:rFonts w:ascii="Ddylr05K+KaiTi" w:hAnsi="Ddylr05K+KaiTi" w:eastAsia="Ddylr05K+KaiTi"/>
          <w:color w:val="000000"/>
          <w:sz w:val="28"/>
        </w:rPr>
        <w:t>个</w:t>
      </w:r>
      <w:r>
        <w:rPr>
          <w:spacing w:val="4"/>
          <w:rFonts w:ascii="Ddylr05K+KaiTi" w:hAnsi="Ddylr05K+KaiTi" w:eastAsia="Ddylr05K+KaiTi"/>
          <w:color w:val="000000"/>
          <w:sz w:val="28"/>
        </w:rPr>
        <w:t>新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语</w:t>
      </w:r>
      <w:r>
        <w:rPr>
          <w:spacing w:val="4"/>
          <w:rFonts w:ascii="Ddylr05K+KaiTi" w:hAnsi="Ddylr05K+KaiTi" w:eastAsia="Ddylr05K+KaiTi"/>
          <w:color w:val="000000"/>
          <w:sz w:val="28"/>
        </w:rPr>
        <w:t>越</w:t>
      </w:r>
      <w:r>
        <w:rPr>
          <w:spacing w:val="6"/>
          <w:rFonts w:ascii="Ddylr05K+KaiTi" w:hAnsi="Ddylr05K+KaiTi" w:eastAsia="Ddylr05K+KaiTi"/>
          <w:color w:val="000000"/>
          <w:sz w:val="28"/>
        </w:rPr>
        <w:t>来</w:t>
      </w:r>
      <w:r>
        <w:rPr>
          <w:spacing w:val="8"/>
          <w:rFonts w:ascii="Ddylr05K+KaiTi" w:hAnsi="Ddylr05K+KaiTi" w:eastAsia="Ddylr05K+KaiTi"/>
          <w:color w:val="000000"/>
          <w:sz w:val="28"/>
        </w:rPr>
        <w:t>越</w:t>
      </w:r>
      <w:r>
        <w:rPr>
          <w:spacing w:val="6"/>
          <w:rFonts w:ascii="Ddylr05K+KaiTi" w:hAnsi="Ddylr05K+KaiTi" w:eastAsia="Ddylr05K+KaiTi"/>
          <w:color w:val="000000"/>
          <w:sz w:val="28"/>
        </w:rPr>
        <w:t>广</w:t>
      </w:r>
      <w:r>
        <w:rPr>
          <w:spacing w:val="8"/>
          <w:rFonts w:ascii="Ddylr05K+KaiTi" w:hAnsi="Ddylr05K+KaiTi" w:eastAsia="Ddylr05K+KaiTi"/>
          <w:color w:val="000000"/>
          <w:sz w:val="28"/>
        </w:rPr>
        <w:t>泛</w:t>
      </w:r>
      <w:r>
        <w:rPr>
          <w:spacing w:val="4"/>
          <w:rFonts w:ascii="Ddylr05K+KaiTi" w:hAnsi="Ddylr05K+KaiTi" w:eastAsia="Ddylr05K+KaiTi"/>
          <w:color w:val="000000"/>
          <w:sz w:val="28"/>
        </w:rPr>
        <w:t>地</w:t>
      </w:r>
      <w:r>
        <w:rPr>
          <w:spacing w:val="6"/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全</w:t>
      </w:r>
      <w:r>
        <w:rPr>
          <w:spacing w:val="6"/>
          <w:rFonts w:ascii="Ddylr05K+KaiTi" w:hAnsi="Ddylr05K+KaiTi" w:eastAsia="Ddylr05K+KaiTi"/>
          <w:color w:val="000000"/>
          <w:sz w:val="28"/>
        </w:rPr>
        <w:t>世</w:t>
      </w:r>
      <w:r>
        <w:rPr>
          <w:spacing w:val="4"/>
          <w:rFonts w:ascii="Ddylr05K+KaiTi" w:hAnsi="Ddylr05K+KaiTi" w:eastAsia="Ddylr05K+KaiTi"/>
          <w:color w:val="000000"/>
          <w:sz w:val="28"/>
        </w:rPr>
        <w:t>界</w:t>
      </w:r>
      <w:r>
        <w:rPr>
          <w:spacing w:val="6"/>
          <w:rFonts w:ascii="Ddylr05K+KaiTi" w:hAnsi="Ddylr05K+KaiTi" w:eastAsia="Ddylr05K+KaiTi"/>
          <w:color w:val="000000"/>
          <w:sz w:val="28"/>
        </w:rPr>
        <w:t>所</w:t>
      </w:r>
      <w:r>
        <w:rPr>
          <w:spacing w:val="8"/>
          <w:rFonts w:ascii="Ddylr05K+KaiTi" w:hAnsi="Ddylr05K+KaiTi" w:eastAsia="Ddylr05K+KaiTi"/>
          <w:color w:val="000000"/>
          <w:sz w:val="28"/>
        </w:rPr>
        <w:t>使</w:t>
      </w:r>
      <w:r>
        <w:rPr>
          <w:spacing w:val="6"/>
          <w:rFonts w:ascii="Ddylr05K+KaiTi" w:hAnsi="Ddylr05K+KaiTi" w:eastAsia="Ddylr05K+KaiTi"/>
          <w:color w:val="000000"/>
          <w:sz w:val="28"/>
        </w:rPr>
        <w:t>用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足</w:t>
      </w:r>
      <w:r>
        <w:rPr>
          <w:spacing w:val="4"/>
          <w:rFonts w:ascii="Ddylr05K+KaiTi" w:hAnsi="Ddylr05K+KaiTi" w:eastAsia="Ddylr05K+KaiTi"/>
          <w:color w:val="000000"/>
          <w:sz w:val="28"/>
        </w:rPr>
        <w:t>迹通</w:t>
      </w:r>
      <w:r>
        <w:rPr>
          <w:spacing w:val="8"/>
          <w:rFonts w:ascii="Ddylr05K+KaiTi" w:hAnsi="Ddylr05K+KaiTi" w:eastAsia="Ddylr05K+KaiTi"/>
          <w:color w:val="000000"/>
          <w:sz w:val="28"/>
        </w:rPr>
        <w:t>常</w:t>
      </w:r>
      <w:r>
        <w:rPr>
          <w:spacing w:val="6"/>
          <w:rFonts w:ascii="Ddylr05K+KaiTi" w:hAnsi="Ddylr05K+KaiTi" w:eastAsia="Ddylr05K+KaiTi"/>
          <w:color w:val="000000"/>
          <w:sz w:val="28"/>
        </w:rPr>
        <w:t>分</w:t>
      </w:r>
      <w:r>
        <w:rPr>
          <w:rFonts w:ascii="Ddylr05K+KaiTi" w:hAnsi="Ddylr05K+KaiTi" w:eastAsia="Ddylr05K+KaiTi"/>
          <w:color w:val="000000"/>
          <w:sz w:val="28"/>
        </w:rPr>
        <w:t>为</w:t>
      </w:r>
      <w:r>
        <w:rPr>
          <w:spacing w:val="-2"/>
          <w:rFonts w:ascii="Ddylr05K+KaiTi" w:hAnsi="Ddylr05K+KaiTi" w:eastAsia="Ddylr05K+KaiTi"/>
          <w:color w:val="000000"/>
          <w:sz w:val="28"/>
        </w:rPr>
        <w:t>项</w:t>
      </w:r>
      <w:r>
        <w:rPr>
          <w:spacing w:val="2"/>
          <w:rFonts w:ascii="Ddylr05K+KaiTi" w:hAnsi="Ddylr05K+KaiTi" w:eastAsia="Ddylr05K+KaiTi"/>
          <w:color w:val="000000"/>
          <w:sz w:val="28"/>
        </w:rPr>
        <w:t>目</w:t>
      </w:r>
      <w:r>
        <w:rPr>
          <w:rFonts w:ascii="Ddylr05K+KaiTi" w:hAnsi="Ddylr05K+KaiTi" w:eastAsia="Ddylr05K+KaiTi"/>
          <w:color w:val="000000"/>
          <w:sz w:val="28"/>
        </w:rPr>
        <w:t>层</w:t>
      </w:r>
      <w:r>
        <w:rPr>
          <w:spacing w:val="2"/>
          <w:rFonts w:ascii="Ddylr05K+KaiTi" w:hAnsi="Ddylr05K+KaiTi" w:eastAsia="Ddylr05K+KaiTi"/>
          <w:color w:val="000000"/>
          <w:sz w:val="28"/>
        </w:rPr>
        <w:t>面</w:t>
      </w:r>
      <w:r>
        <w:rPr>
          <w:rFonts w:ascii="Ddylr05K+KaiTi" w:hAnsi="Ddylr05K+KaiTi" w:eastAsia="Ddylr05K+KaiTi"/>
          <w:color w:val="000000"/>
          <w:sz w:val="28"/>
        </w:rPr>
        <w:t>、组</w:t>
      </w:r>
      <w:r>
        <w:rPr>
          <w:spacing w:val="2"/>
          <w:rFonts w:ascii="Ddylr05K+KaiTi" w:hAnsi="Ddylr05K+KaiTi" w:eastAsia="Ddylr05K+KaiTi"/>
          <w:color w:val="000000"/>
          <w:sz w:val="28"/>
        </w:rPr>
        <w:t>织</w:t>
      </w:r>
      <w:r>
        <w:rPr>
          <w:rFonts w:ascii="Ddylr05K+KaiTi" w:hAnsi="Ddylr05K+KaiTi" w:eastAsia="Ddylr05K+KaiTi"/>
          <w:color w:val="000000"/>
          <w:sz w:val="28"/>
        </w:rPr>
        <w:t>层</w:t>
      </w:r>
      <w:r>
        <w:rPr>
          <w:spacing w:val="2"/>
          <w:rFonts w:ascii="Ddylr05K+KaiTi" w:hAnsi="Ddylr05K+KaiTi" w:eastAsia="Ddylr05K+KaiTi"/>
          <w:color w:val="000000"/>
          <w:sz w:val="28"/>
        </w:rPr>
        <w:t>面</w:t>
      </w:r>
      <w:r>
        <w:rPr>
          <w:rFonts w:ascii="Ddylr05K+KaiTi" w:hAnsi="Ddylr05K+KaiTi" w:eastAsia="Ddylr05K+KaiTi"/>
          <w:color w:val="000000"/>
          <w:sz w:val="28"/>
        </w:rPr>
        <w:t>、产</w:t>
      </w:r>
      <w:r>
        <w:rPr>
          <w:spacing w:val="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层</w:t>
      </w:r>
      <w:r>
        <w:rPr>
          <w:spacing w:val="2"/>
          <w:rFonts w:ascii="Ddylr05K+KaiTi" w:hAnsi="Ddylr05K+KaiTi" w:eastAsia="Ddylr05K+KaiTi"/>
          <w:color w:val="000000"/>
          <w:sz w:val="28"/>
        </w:rPr>
        <w:t>面</w:t>
      </w:r>
      <w:r>
        <w:rPr>
          <w:rFonts w:ascii="Ddylr05K+KaiTi" w:hAnsi="Ddylr05K+KaiTi" w:eastAsia="Ddylr05K+KaiTi"/>
          <w:color w:val="000000"/>
          <w:sz w:val="28"/>
        </w:rPr>
        <w:t>这三</w:t>
      </w:r>
      <w:r>
        <w:rPr>
          <w:spacing w:val="2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层</w:t>
      </w:r>
      <w:r>
        <w:rPr>
          <w:spacing w:val="2"/>
          <w:rFonts w:ascii="Ddylr05K+KaiTi" w:hAnsi="Ddylr05K+KaiTi" w:eastAsia="Ddylr05K+KaiTi"/>
          <w:color w:val="000000"/>
          <w:sz w:val="28"/>
        </w:rPr>
        <w:t>面</w:t>
      </w:r>
      <w:r>
        <w:rPr>
          <w:rFonts w:ascii="Ddylr05K+KaiTi" w:hAnsi="Ddylr05K+KaiTi" w:eastAsia="Ddylr05K+KaiTi"/>
          <w:color w:val="000000"/>
          <w:sz w:val="28"/>
        </w:rPr>
        <w:t>。产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碳</w:t>
      </w:r>
      <w:r>
        <w:rPr>
          <w:spacing w:val="4"/>
          <w:rFonts w:ascii="Ddylr05K+KaiTi" w:hAnsi="Ddylr05K+KaiTi" w:eastAsia="Ddylr05K+KaiTi"/>
          <w:color w:val="000000"/>
          <w:sz w:val="28"/>
        </w:rPr>
        <w:t>足</w:t>
      </w:r>
      <w:r>
        <w:rPr>
          <w:rFonts w:ascii="Ddylr05K+KaiTi" w:hAnsi="Ddylr05K+KaiTi" w:eastAsia="Ddylr05K+KaiTi"/>
          <w:color w:val="000000"/>
          <w:sz w:val="28"/>
        </w:rPr>
        <w:t>迹（Pr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du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 xml:space="preserve">t </w:t>
      </w:r>
      <w:r>
        <w:rPr>
          <w:spacing w:val="2"/>
          <w:rFonts w:ascii="Ddylr05K+KaiTi" w:hAnsi="Ddylr05K+KaiTi" w:eastAsia="Ddylr05K+KaiTi"/>
          <w:color w:val="000000"/>
          <w:sz w:val="28"/>
        </w:rPr>
        <w:t>C</w:t>
      </w:r>
      <w:r>
        <w:rPr>
          <w:spacing w:val="-2"/>
          <w:rFonts w:ascii="Ddylr05K+KaiTi" w:hAnsi="Ddylr05K+KaiTi" w:eastAsia="Ddylr05K+KaiTi"/>
          <w:color w:val="000000"/>
          <w:sz w:val="28"/>
        </w:rPr>
        <w:t>ar</w:t>
      </w:r>
      <w:r>
        <w:rPr>
          <w:spacing w:val="2"/>
          <w:rFonts w:ascii="Ddylr05K+KaiTi" w:hAnsi="Ddylr05K+KaiTi" w:eastAsia="Ddylr05K+KaiTi"/>
          <w:color w:val="000000"/>
          <w:sz w:val="28"/>
        </w:rPr>
        <w:t>b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n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F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spacing w:val="2"/>
          <w:rFonts w:ascii="Ddylr05K+KaiTi" w:hAnsi="Ddylr05K+KaiTi" w:eastAsia="Ddylr05K+KaiTi"/>
          <w:color w:val="000000"/>
          <w:sz w:val="28"/>
        </w:rPr>
        <w:t>t</w:t>
      </w:r>
      <w:r>
        <w:rPr>
          <w:spacing w:val="-2"/>
          <w:rFonts w:ascii="Ddylr05K+KaiTi" w:hAnsi="Ddylr05K+KaiTi" w:eastAsia="Ddylr05K+KaiTi"/>
          <w:color w:val="000000"/>
          <w:sz w:val="28"/>
        </w:rPr>
        <w:t>p</w:t>
      </w:r>
      <w:r>
        <w:rPr>
          <w:rFonts w:ascii="Ddylr05K+KaiTi" w:hAnsi="Ddylr05K+KaiTi" w:eastAsia="Ddylr05K+KaiTi"/>
          <w:color w:val="000000"/>
          <w:sz w:val="28"/>
        </w:rPr>
        <w:t>r</w:t>
      </w:r>
      <w:r>
        <w:rPr>
          <w:spacing w:val="2"/>
          <w:rFonts w:ascii="Ddylr05K+KaiTi" w:hAnsi="Ddylr05K+KaiTi" w:eastAsia="Ddylr05K+KaiTi"/>
          <w:color w:val="000000"/>
          <w:sz w:val="28"/>
        </w:rPr>
        <w:t>i</w:t>
      </w:r>
      <w:r>
        <w:rPr>
          <w:spacing w:val="-2"/>
          <w:rFonts w:ascii="Ddylr05K+KaiTi" w:hAnsi="Ddylr05K+KaiTi" w:eastAsia="Ddylr05K+KaiTi"/>
          <w:color w:val="000000"/>
          <w:sz w:val="28"/>
        </w:rPr>
        <w:t>n</w:t>
      </w:r>
      <w:r>
        <w:rPr>
          <w:spacing w:val="2"/>
          <w:rFonts w:ascii="Ddylr05K+KaiTi" w:hAnsi="Ddylr05K+KaiTi" w:eastAsia="Ddylr05K+KaiTi"/>
          <w:color w:val="000000"/>
          <w:sz w:val="28"/>
        </w:rPr>
        <w:t>t</w:t>
      </w:r>
      <w:r>
        <w:rPr>
          <w:rFonts w:ascii="Ddylr05K+KaiTi" w:hAnsi="Ddylr05K+KaiTi" w:eastAsia="Ddylr05K+KaiTi"/>
          <w:color w:val="000000"/>
          <w:sz w:val="28"/>
        </w:rPr>
        <w:t>，PC</w:t>
      </w:r>
      <w:r>
        <w:rPr>
          <w:spacing w:val="2"/>
          <w:rFonts w:ascii="Ddylr05K+KaiTi" w:hAnsi="Ddylr05K+KaiTi" w:eastAsia="Ddylr05K+KaiTi"/>
          <w:color w:val="000000"/>
          <w:sz w:val="28"/>
        </w:rPr>
        <w:t>F）</w:t>
      </w:r>
      <w:r>
        <w:rPr>
          <w:rFonts w:ascii="Ddylr05K+KaiTi" w:hAnsi="Ddylr05K+KaiTi" w:eastAsia="Ddylr05K+KaiTi"/>
          <w:color w:val="000000"/>
          <w:sz w:val="28"/>
        </w:rPr>
        <w:t>是</w:t>
      </w:r>
      <w:r>
        <w:rPr>
          <w:spacing w:val="2"/>
          <w:rFonts w:ascii="Ddylr05K+KaiTi" w:hAnsi="Ddylr05K+KaiTi" w:eastAsia="Ddylr05K+KaiTi"/>
          <w:color w:val="000000"/>
          <w:sz w:val="28"/>
        </w:rPr>
        <w:t>指</w:t>
      </w:r>
      <w:r>
        <w:rPr>
          <w:rFonts w:ascii="Ddylr05K+KaiTi" w:hAnsi="Ddylr05K+KaiTi" w:eastAsia="Ddylr05K+KaiTi"/>
          <w:color w:val="000000"/>
          <w:sz w:val="28"/>
        </w:rPr>
        <w:t>衡</w:t>
      </w:r>
      <w:r>
        <w:rPr>
          <w:spacing w:val="2"/>
          <w:rFonts w:ascii="Ddylr05K+KaiTi" w:hAnsi="Ddylr05K+KaiTi" w:eastAsia="Ddylr05K+KaiTi"/>
          <w:color w:val="000000"/>
          <w:sz w:val="28"/>
        </w:rPr>
        <w:t>量</w:t>
      </w:r>
      <w:r>
        <w:rPr>
          <w:rFonts w:ascii="Ddylr05K+KaiTi" w:hAnsi="Ddylr05K+KaiTi" w:eastAsia="Ddylr05K+KaiTi"/>
          <w:color w:val="000000"/>
          <w:sz w:val="28"/>
        </w:rPr>
        <w:t>某</w:t>
      </w:r>
      <w:r>
        <w:rPr>
          <w:spacing w:val="2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在</w:t>
      </w:r>
      <w:r>
        <w:rPr>
          <w:spacing w:val="2"/>
          <w:rFonts w:ascii="Ddylr05K+KaiTi" w:hAnsi="Ddylr05K+KaiTi" w:eastAsia="Ddylr05K+KaiTi"/>
          <w:color w:val="000000"/>
          <w:sz w:val="28"/>
        </w:rPr>
        <w:t>其</w:t>
      </w:r>
      <w:r>
        <w:rPr>
          <w:rFonts w:ascii="Ddylr05K+KaiTi" w:hAnsi="Ddylr05K+KaiTi" w:eastAsia="Ddylr05K+KaiTi"/>
          <w:color w:val="000000"/>
          <w:sz w:val="28"/>
        </w:rPr>
        <w:t>生</w:t>
      </w:r>
      <w:r>
        <w:rPr>
          <w:spacing w:val="2"/>
          <w:rFonts w:ascii="Ddylr05K+KaiTi" w:hAnsi="Ddylr05K+KaiTi" w:eastAsia="Ddylr05K+KaiTi"/>
          <w:color w:val="000000"/>
          <w:sz w:val="28"/>
        </w:rPr>
        <w:t>命周</w:t>
      </w:r>
      <w:r>
        <w:rPr>
          <w:rFonts w:ascii="Ddylr05K+KaiTi" w:hAnsi="Ddylr05K+KaiTi" w:eastAsia="Ddylr05K+KaiTi"/>
          <w:color w:val="000000"/>
          <w:sz w:val="28"/>
        </w:rPr>
        <w:t>期</w:t>
      </w:r>
      <w:r>
        <w:rPr>
          <w:spacing w:val="2"/>
          <w:rFonts w:ascii="Ddylr05K+KaiTi" w:hAnsi="Ddylr05K+KaiTi" w:eastAsia="Ddylr05K+KaiTi"/>
          <w:color w:val="000000"/>
          <w:sz w:val="28"/>
        </w:rPr>
        <w:t>各</w:t>
      </w:r>
      <w:r>
        <w:rPr>
          <w:rFonts w:ascii="Ddylr05K+KaiTi" w:hAnsi="Ddylr05K+KaiTi" w:eastAsia="Ddylr05K+KaiTi"/>
          <w:color w:val="000000"/>
          <w:sz w:val="28"/>
        </w:rPr>
        <w:t>阶</w:t>
      </w:r>
      <w:r>
        <w:rPr>
          <w:spacing w:val="2"/>
          <w:rFonts w:ascii="Ddylr05K+KaiTi" w:hAnsi="Ddylr05K+KaiTi" w:eastAsia="Ddylr05K+KaiTi"/>
          <w:color w:val="000000"/>
          <w:sz w:val="28"/>
        </w:rPr>
        <w:t>段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温室</w:t>
      </w:r>
      <w:r>
        <w:rPr>
          <w:rFonts w:ascii="Ddylr05K+KaiTi" w:hAnsi="Ddylr05K+KaiTi" w:eastAsia="Ddylr05K+KaiTi"/>
          <w:color w:val="000000"/>
          <w:sz w:val="28"/>
        </w:rPr>
        <w:t>气体</w:t>
      </w:r>
      <w:r>
        <w:rPr>
          <w:spacing w:val="-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放量</w:t>
      </w:r>
      <w:r>
        <w:rPr>
          <w:spacing w:val="-2"/>
          <w:rFonts w:ascii="Ddylr05K+KaiTi" w:hAnsi="Ddylr05K+KaiTi" w:eastAsia="Ddylr05K+KaiTi"/>
          <w:color w:val="000000"/>
          <w:sz w:val="28"/>
        </w:rPr>
        <w:t>总</w:t>
      </w:r>
      <w:r>
        <w:rPr>
          <w:rFonts w:ascii="Ddylr05K+KaiTi" w:hAnsi="Ddylr05K+KaiTi" w:eastAsia="Ddylr05K+KaiTi"/>
          <w:color w:val="000000"/>
          <w:sz w:val="28"/>
        </w:rPr>
        <w:t>和，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即</w:t>
      </w:r>
      <w:r>
        <w:rPr>
          <w:rFonts w:ascii="Ddylr05K+KaiTi" w:hAnsi="Ddylr05K+KaiTi" w:eastAsia="Ddylr05K+KaiTi"/>
          <w:color w:val="000000"/>
          <w:sz w:val="28"/>
        </w:rPr>
        <w:t>从原</w:t>
      </w:r>
      <w:r>
        <w:rPr>
          <w:spacing w:val="-2"/>
          <w:rFonts w:ascii="Ddylr05K+KaiTi" w:hAnsi="Ddylr05K+KaiTi" w:eastAsia="Ddylr05K+KaiTi"/>
          <w:color w:val="000000"/>
          <w:sz w:val="28"/>
        </w:rPr>
        <w:t>材</w:t>
      </w:r>
      <w:r>
        <w:rPr>
          <w:rFonts w:ascii="Ddylr05K+KaiTi" w:hAnsi="Ddylr05K+KaiTi" w:eastAsia="Ddylr05K+KaiTi"/>
          <w:color w:val="000000"/>
          <w:sz w:val="28"/>
        </w:rPr>
        <w:t>料开</w:t>
      </w:r>
      <w:r>
        <w:rPr>
          <w:spacing w:val="-2"/>
          <w:rFonts w:ascii="Ddylr05K+KaiTi" w:hAnsi="Ddylr05K+KaiTi" w:eastAsia="Ddylr05K+KaiTi"/>
          <w:color w:val="000000"/>
          <w:sz w:val="28"/>
        </w:rPr>
        <w:t>采</w:t>
      </w:r>
      <w:r>
        <w:rPr>
          <w:rFonts w:ascii="Ddylr05K+KaiTi" w:hAnsi="Ddylr05K+KaiTi" w:eastAsia="Ddylr05K+KaiTi"/>
          <w:color w:val="000000"/>
          <w:sz w:val="28"/>
        </w:rPr>
        <w:t>、产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生产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或服</w:t>
      </w:r>
      <w:r>
        <w:rPr>
          <w:spacing w:val="-2"/>
          <w:rFonts w:ascii="Ddylr05K+KaiTi" w:hAnsi="Ddylr05K+KaiTi" w:eastAsia="Ddylr05K+KaiTi"/>
          <w:color w:val="000000"/>
          <w:sz w:val="28"/>
        </w:rPr>
        <w:t>务</w:t>
      </w:r>
      <w:r>
        <w:rPr>
          <w:rFonts w:ascii="Ddylr05K+KaiTi" w:hAnsi="Ddylr05K+KaiTi" w:eastAsia="Ddylr05K+KaiTi"/>
          <w:color w:val="000000"/>
          <w:sz w:val="28"/>
        </w:rPr>
        <w:t>提供</w:t>
      </w:r>
      <w:r>
        <w:rPr>
          <w:spacing w:val="-2"/>
          <w:rFonts w:ascii="Ddylr05K+KaiTi" w:hAnsi="Ddylr05K+KaiTi" w:eastAsia="Ddylr05K+KaiTi"/>
          <w:color w:val="000000"/>
          <w:sz w:val="28"/>
        </w:rPr>
        <w:t>）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分</w:t>
      </w:r>
      <w:r>
        <w:rPr>
          <w:spacing w:val="2"/>
          <w:rFonts w:ascii="Ddylr05K+KaiTi" w:hAnsi="Ddylr05K+KaiTi" w:eastAsia="Ddylr05K+KaiTi"/>
          <w:color w:val="000000"/>
          <w:sz w:val="28"/>
        </w:rPr>
        <w:t>销</w:t>
      </w:r>
      <w:r>
        <w:rPr>
          <w:rFonts w:ascii="Ddylr05K+KaiTi" w:hAnsi="Ddylr05K+KaiTi" w:eastAsia="Ddylr05K+KaiTi"/>
          <w:color w:val="000000"/>
          <w:sz w:val="28"/>
        </w:rPr>
        <w:t>、使</w:t>
      </w:r>
      <w:r>
        <w:rPr>
          <w:spacing w:val="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到最</w:t>
      </w:r>
      <w:r>
        <w:rPr>
          <w:spacing w:val="2"/>
          <w:rFonts w:ascii="Ddylr05K+KaiTi" w:hAnsi="Ddylr05K+KaiTi" w:eastAsia="Ddylr05K+KaiTi"/>
          <w:color w:val="000000"/>
          <w:sz w:val="28"/>
        </w:rPr>
        <w:t>终</w:t>
      </w:r>
      <w:r>
        <w:rPr>
          <w:rFonts w:ascii="Ddylr05K+KaiTi" w:hAnsi="Ddylr05K+KaiTi" w:eastAsia="Ddylr05K+KaiTi"/>
          <w:color w:val="000000"/>
          <w:sz w:val="28"/>
        </w:rPr>
        <w:t>处置/再</w:t>
      </w:r>
      <w:r>
        <w:rPr>
          <w:spacing w:val="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利用</w:t>
      </w:r>
      <w:r>
        <w:rPr>
          <w:spacing w:val="2"/>
          <w:rFonts w:ascii="Ddylr05K+KaiTi" w:hAnsi="Ddylr05K+KaiTi" w:eastAsia="Ddylr05K+KaiTi"/>
          <w:color w:val="000000"/>
          <w:sz w:val="28"/>
        </w:rPr>
        <w:t>等</w:t>
      </w:r>
      <w:r>
        <w:rPr>
          <w:rFonts w:ascii="Ddylr05K+KaiTi" w:hAnsi="Ddylr05K+KaiTi" w:eastAsia="Ddylr05K+KaiTi"/>
          <w:color w:val="000000"/>
          <w:sz w:val="28"/>
        </w:rPr>
        <w:t>多个</w:t>
      </w:r>
      <w:r>
        <w:rPr>
          <w:spacing w:val="2"/>
          <w:rFonts w:ascii="Ddylr05K+KaiTi" w:hAnsi="Ddylr05K+KaiTi" w:eastAsia="Ddylr05K+KaiTi"/>
          <w:color w:val="000000"/>
          <w:sz w:val="28"/>
        </w:rPr>
        <w:t>阶</w:t>
      </w:r>
      <w:r>
        <w:rPr>
          <w:rFonts w:ascii="Ddylr05K+KaiTi" w:hAnsi="Ddylr05K+KaiTi" w:eastAsia="Ddylr05K+KaiTi"/>
          <w:color w:val="000000"/>
          <w:sz w:val="28"/>
        </w:rPr>
        <w:t>段的</w:t>
      </w:r>
      <w:r>
        <w:rPr>
          <w:spacing w:val="4"/>
          <w:rFonts w:ascii="Ddylr05K+KaiTi" w:hAnsi="Ddylr05K+KaiTi" w:eastAsia="Ddylr05K+KaiTi"/>
          <w:color w:val="000000"/>
          <w:sz w:val="28"/>
        </w:rPr>
        <w:t>各</w:t>
      </w:r>
      <w:r>
        <w:rPr>
          <w:rFonts w:ascii="Ddylr05K+KaiTi" w:hAnsi="Ddylr05K+KaiTi" w:eastAsia="Ddylr05K+KaiTi"/>
          <w:color w:val="000000"/>
          <w:sz w:val="28"/>
        </w:rPr>
        <w:t>种温</w:t>
      </w:r>
      <w:r>
        <w:rPr>
          <w:spacing w:val="2"/>
          <w:rFonts w:ascii="Ddylr05K+KaiTi" w:hAnsi="Ddylr05K+KaiTi" w:eastAsia="Ddylr05K+KaiTi"/>
          <w:color w:val="000000"/>
          <w:sz w:val="28"/>
        </w:rPr>
        <w:t>室</w:t>
      </w:r>
      <w:r>
        <w:rPr>
          <w:rFonts w:ascii="Ddylr05K+KaiTi" w:hAnsi="Ddylr05K+KaiTi" w:eastAsia="Ddylr05K+KaiTi"/>
          <w:color w:val="000000"/>
          <w:sz w:val="28"/>
        </w:rPr>
        <w:t>气体</w:t>
      </w:r>
      <w:r>
        <w:rPr>
          <w:spacing w:val="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放的</w:t>
      </w:r>
      <w:r>
        <w:rPr>
          <w:spacing w:val="20"/>
          <w:rFonts w:ascii="Ddylr05K+KaiTi" w:hAnsi="Ddylr05K+KaiTi" w:eastAsia="Ddylr05K+KaiTi"/>
          <w:color w:val="000000"/>
          <w:sz w:val="28"/>
        </w:rPr>
        <w:t>累</w:t>
      </w:r>
      <w:r>
        <w:rPr>
          <w:spacing w:val="24"/>
          <w:rFonts w:ascii="Ddylr05K+KaiTi" w:hAnsi="Ddylr05K+KaiTi" w:eastAsia="Ddylr05K+KaiTi"/>
          <w:color w:val="000000"/>
          <w:sz w:val="28"/>
        </w:rPr>
        <w:t>加</w:t>
      </w:r>
      <w:r>
        <w:rPr>
          <w:spacing w:val="22"/>
          <w:rFonts w:ascii="Ddylr05K+KaiTi" w:hAnsi="Ddylr05K+KaiTi" w:eastAsia="Ddylr05K+KaiTi"/>
          <w:color w:val="000000"/>
          <w:sz w:val="28"/>
        </w:rPr>
        <w:t>。</w:t>
      </w:r>
      <w:r>
        <w:rPr>
          <w:spacing w:val="24"/>
          <w:rFonts w:ascii="Ddylr05K+KaiTi" w:hAnsi="Ddylr05K+KaiTi" w:eastAsia="Ddylr05K+KaiTi"/>
          <w:color w:val="000000"/>
          <w:sz w:val="28"/>
        </w:rPr>
        <w:t>温</w:t>
      </w:r>
      <w:r>
        <w:rPr>
          <w:spacing w:val="20"/>
          <w:rFonts w:ascii="Ddylr05K+KaiTi" w:hAnsi="Ddylr05K+KaiTi" w:eastAsia="Ddylr05K+KaiTi"/>
          <w:color w:val="000000"/>
          <w:sz w:val="28"/>
        </w:rPr>
        <w:t>室</w:t>
      </w:r>
      <w:r>
        <w:rPr>
          <w:spacing w:val="22"/>
          <w:rFonts w:ascii="Ddylr05K+KaiTi" w:hAnsi="Ddylr05K+KaiTi" w:eastAsia="Ddylr05K+KaiTi"/>
          <w:color w:val="000000"/>
          <w:sz w:val="28"/>
        </w:rPr>
        <w:t>气</w:t>
      </w:r>
      <w:r>
        <w:rPr>
          <w:spacing w:val="24"/>
          <w:rFonts w:ascii="Ddylr05K+KaiTi" w:hAnsi="Ddylr05K+KaiTi" w:eastAsia="Ddylr05K+KaiTi"/>
          <w:color w:val="000000"/>
          <w:sz w:val="28"/>
        </w:rPr>
        <w:t>体</w:t>
      </w:r>
      <w:r>
        <w:rPr>
          <w:spacing w:val="22"/>
          <w:rFonts w:ascii="Ddylr05K+KaiTi" w:hAnsi="Ddylr05K+KaiTi" w:eastAsia="Ddylr05K+KaiTi"/>
          <w:color w:val="000000"/>
          <w:sz w:val="28"/>
        </w:rPr>
        <w:t>包</w:t>
      </w:r>
      <w:r>
        <w:rPr>
          <w:spacing w:val="20"/>
          <w:rFonts w:ascii="Ddylr05K+KaiTi" w:hAnsi="Ddylr05K+KaiTi" w:eastAsia="Ddylr05K+KaiTi"/>
          <w:color w:val="000000"/>
          <w:sz w:val="28"/>
        </w:rPr>
        <w:t>括</w:t>
      </w:r>
      <w:r>
        <w:rPr>
          <w:spacing w:val="24"/>
          <w:rFonts w:ascii="Ddylr05K+KaiTi" w:hAnsi="Ddylr05K+KaiTi" w:eastAsia="Ddylr05K+KaiTi"/>
          <w:color w:val="000000"/>
          <w:sz w:val="28"/>
        </w:rPr>
        <w:t>二</w:t>
      </w:r>
      <w:r>
        <w:rPr>
          <w:spacing w:val="22"/>
          <w:rFonts w:ascii="Ddylr05K+KaiTi" w:hAnsi="Ddylr05K+KaiTi" w:eastAsia="Ddylr05K+KaiTi"/>
          <w:color w:val="000000"/>
          <w:sz w:val="28"/>
        </w:rPr>
        <w:t>氧</w:t>
      </w:r>
      <w:r>
        <w:rPr>
          <w:spacing w:val="24"/>
          <w:rFonts w:ascii="Ddylr05K+KaiTi" w:hAnsi="Ddylr05K+KaiTi" w:eastAsia="Ddylr05K+KaiTi"/>
          <w:color w:val="000000"/>
          <w:sz w:val="28"/>
        </w:rPr>
        <w:t>化</w:t>
      </w:r>
      <w:r>
        <w:rPr>
          <w:spacing w:val="22"/>
          <w:rFonts w:ascii="Ddylr05K+KaiTi" w:hAnsi="Ddylr05K+KaiTi" w:eastAsia="Ddylr05K+KaiTi"/>
          <w:color w:val="000000"/>
          <w:sz w:val="28"/>
        </w:rPr>
        <w:t>碳（</w:t>
      </w:r>
      <w:r>
        <w:rPr>
          <w:spacing w:val="2"/>
          <w:rFonts w:ascii="Ddylr05K+KaiTi" w:hAnsi="Ddylr05K+KaiTi" w:eastAsia="Ddylr05K+KaiTi"/>
          <w:color w:val="000000"/>
          <w:sz w:val="28"/>
        </w:rPr>
        <w:t>C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spacing w:val="25"/>
          <w:rFonts w:ascii="Ddylr05K+KaiTi" w:hAnsi="Ddylr05K+KaiTi" w:eastAsia="Ddylr05K+KaiTi"/>
          <w:color w:val="000000"/>
          <w:sz w:val="14"/>
        </w:rPr>
        <w:t>2</w:t>
      </w:r>
      <w:r>
        <w:rPr>
          <w:spacing w:val="22"/>
          <w:rFonts w:ascii="Ddylr05K+KaiTi" w:hAnsi="Ddylr05K+KaiTi" w:eastAsia="Ddylr05K+KaiTi"/>
          <w:color w:val="000000"/>
          <w:sz w:val="28"/>
        </w:rPr>
        <w:t>）</w:t>
      </w:r>
      <w:r>
        <w:rPr>
          <w:spacing w:val="24"/>
          <w:rFonts w:ascii="Ddylr05K+KaiTi" w:hAnsi="Ddylr05K+KaiTi" w:eastAsia="Ddylr05K+KaiTi"/>
          <w:color w:val="000000"/>
          <w:sz w:val="28"/>
        </w:rPr>
        <w:t>、</w:t>
      </w:r>
      <w:r>
        <w:rPr>
          <w:spacing w:val="22"/>
          <w:rFonts w:ascii="Ddylr05K+KaiTi" w:hAnsi="Ddylr05K+KaiTi" w:eastAsia="Ddylr05K+KaiTi"/>
          <w:color w:val="000000"/>
          <w:sz w:val="28"/>
        </w:rPr>
        <w:t>甲</w:t>
      </w:r>
      <w:r>
        <w:rPr>
          <w:spacing w:val="24"/>
          <w:rFonts w:ascii="Ddylr05K+KaiTi" w:hAnsi="Ddylr05K+KaiTi" w:eastAsia="Ddylr05K+KaiTi"/>
          <w:color w:val="000000"/>
          <w:sz w:val="28"/>
        </w:rPr>
        <w:t>烷</w:t>
      </w:r>
      <w:r>
        <w:rPr>
          <w:spacing w:val="20"/>
          <w:rFonts w:ascii="Ddylr05K+KaiTi" w:hAnsi="Ddylr05K+KaiTi" w:eastAsia="Ddylr05K+KaiTi"/>
          <w:color w:val="000000"/>
          <w:sz w:val="28"/>
        </w:rPr>
        <w:t>（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H</w:t>
      </w:r>
      <w:r>
        <w:rPr>
          <w:spacing w:val="23"/>
          <w:rFonts w:ascii="Ddylr05K+KaiTi" w:hAnsi="Ddylr05K+KaiTi" w:eastAsia="Ddylr05K+KaiTi"/>
          <w:color w:val="000000"/>
          <w:sz w:val="14"/>
        </w:rPr>
        <w:t>4</w:t>
      </w:r>
      <w:r>
        <w:rPr>
          <w:spacing w:val="22"/>
          <w:rFonts w:ascii="Ddylr05K+KaiTi" w:hAnsi="Ddylr05K+KaiTi" w:eastAsia="Ddylr05K+KaiTi"/>
          <w:color w:val="000000"/>
          <w:sz w:val="28"/>
        </w:rPr>
        <w:t>）</w:t>
      </w:r>
      <w:r>
        <w:rPr>
          <w:spacing w:val="24"/>
          <w:rFonts w:ascii="Ddylr05K+KaiTi" w:hAnsi="Ddylr05K+KaiTi" w:eastAsia="Ddylr05K+KaiTi"/>
          <w:color w:val="000000"/>
          <w:sz w:val="28"/>
        </w:rPr>
        <w:t>、</w:t>
      </w:r>
      <w:r>
        <w:rPr>
          <w:spacing w:val="22"/>
          <w:rFonts w:ascii="Ddylr05K+KaiTi" w:hAnsi="Ddylr05K+KaiTi" w:eastAsia="Ddylr05K+KaiTi"/>
          <w:color w:val="000000"/>
          <w:sz w:val="28"/>
        </w:rPr>
        <w:t>氧</w:t>
      </w:r>
      <w:r>
        <w:rPr>
          <w:spacing w:val="24"/>
          <w:rFonts w:ascii="Ddylr05K+KaiTi" w:hAnsi="Ddylr05K+KaiTi" w:eastAsia="Ddylr05K+KaiTi"/>
          <w:color w:val="000000"/>
          <w:sz w:val="28"/>
        </w:rPr>
        <w:t>化</w:t>
      </w:r>
      <w:r>
        <w:rPr>
          <w:spacing w:val="22"/>
          <w:rFonts w:ascii="Ddylr05K+KaiTi" w:hAnsi="Ddylr05K+KaiTi" w:eastAsia="Ddylr05K+KaiTi"/>
          <w:color w:val="000000"/>
          <w:sz w:val="28"/>
        </w:rPr>
        <w:t>亚</w:t>
      </w:r>
      <w:r>
        <w:rPr>
          <w:rFonts w:ascii="Ddylr05K+KaiTi" w:hAnsi="Ddylr05K+KaiTi" w:eastAsia="Ddylr05K+KaiTi"/>
          <w:color w:val="000000"/>
          <w:sz w:val="28"/>
        </w:rPr>
        <w:t>氮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（N</w:t>
      </w:r>
      <w:r>
        <w:rPr>
          <w:spacing w:val="1"/>
          <w:rFonts w:ascii="Ddylr05K+KaiTi" w:hAnsi="Ddylr05K+KaiTi" w:eastAsia="Ddylr05K+KaiTi"/>
          <w:color w:val="000000"/>
          <w:sz w:val="14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氢氟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化物（</w:t>
      </w:r>
      <w:r>
        <w:rPr>
          <w:spacing w:val="2"/>
          <w:rFonts w:ascii="Ddylr05K+KaiTi" w:hAnsi="Ddylr05K+KaiTi" w:eastAsia="Ddylr05K+KaiTi"/>
          <w:color w:val="000000"/>
          <w:sz w:val="28"/>
        </w:rPr>
        <w:t>H</w:t>
      </w:r>
      <w:r>
        <w:rPr>
          <w:rFonts w:ascii="Ddylr05K+KaiTi" w:hAnsi="Ddylr05K+KaiTi" w:eastAsia="Ddylr05K+KaiTi"/>
          <w:color w:val="000000"/>
          <w:sz w:val="28"/>
        </w:rPr>
        <w:t>F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s）</w:t>
      </w:r>
      <w:r>
        <w:rPr>
          <w:spacing w:val="-4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全氟</w:t>
      </w:r>
      <w:r>
        <w:rPr>
          <w:spacing w:val="-4"/>
          <w:rFonts w:ascii="Ddylr05K+KaiTi" w:hAnsi="Ddylr05K+KaiTi" w:eastAsia="Ddylr05K+KaiTi"/>
          <w:color w:val="000000"/>
          <w:sz w:val="28"/>
        </w:rPr>
        <w:t>化</w:t>
      </w:r>
      <w:r>
        <w:rPr>
          <w:rFonts w:ascii="Ddylr05K+KaiTi" w:hAnsi="Ddylr05K+KaiTi" w:eastAsia="Ddylr05K+KaiTi"/>
          <w:color w:val="000000"/>
          <w:sz w:val="28"/>
        </w:rPr>
        <w:t>碳（</w:t>
      </w:r>
      <w:r>
        <w:rPr>
          <w:spacing w:val="2"/>
          <w:rFonts w:ascii="Ddylr05K+KaiTi" w:hAnsi="Ddylr05K+KaiTi" w:eastAsia="Ddylr05K+KaiTi"/>
          <w:color w:val="000000"/>
          <w:sz w:val="28"/>
        </w:rPr>
        <w:t>P</w:t>
      </w:r>
      <w:r>
        <w:rPr>
          <w:rFonts w:ascii="Ddylr05K+KaiTi" w:hAnsi="Ddylr05K+KaiTi" w:eastAsia="Ddylr05K+KaiTi"/>
          <w:color w:val="000000"/>
          <w:sz w:val="28"/>
        </w:rPr>
        <w:t>F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s）</w:t>
      </w:r>
      <w:r>
        <w:rPr>
          <w:spacing w:val="-4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三氟</w:t>
      </w:r>
      <w:r>
        <w:rPr>
          <w:spacing w:val="-4"/>
          <w:rFonts w:ascii="Ddylr05K+KaiTi" w:hAnsi="Ddylr05K+KaiTi" w:eastAsia="Ddylr05K+KaiTi"/>
          <w:color w:val="000000"/>
          <w:sz w:val="28"/>
        </w:rPr>
        <w:t>化</w:t>
      </w:r>
      <w:r>
        <w:rPr>
          <w:rFonts w:ascii="Ddylr05K+KaiTi" w:hAnsi="Ddylr05K+KaiTi" w:eastAsia="Ddylr05K+KaiTi"/>
          <w:color w:val="000000"/>
          <w:sz w:val="28"/>
        </w:rPr>
        <w:t>氮（</w:t>
      </w:r>
      <w:r>
        <w:rPr>
          <w:spacing w:val="2"/>
          <w:rFonts w:ascii="Ddylr05K+KaiTi" w:hAnsi="Ddylr05K+KaiTi" w:eastAsia="Ddylr05K+KaiTi"/>
          <w:color w:val="000000"/>
          <w:sz w:val="28"/>
        </w:rPr>
        <w:t>N</w:t>
      </w:r>
      <w:r>
        <w:rPr>
          <w:spacing w:val="-4"/>
          <w:rFonts w:ascii="Ddylr05K+KaiTi" w:hAnsi="Ddylr05K+KaiTi" w:eastAsia="Ddylr05K+KaiTi"/>
          <w:color w:val="000000"/>
          <w:sz w:val="28"/>
        </w:rPr>
        <w:t>F</w:t>
      </w:r>
      <w:r>
        <w:rPr>
          <w:spacing w:val="3"/>
          <w:rFonts w:ascii="Ddylr05K+KaiTi" w:hAnsi="Ddylr05K+KaiTi" w:eastAsia="Ddylr05K+KaiTi"/>
          <w:color w:val="000000"/>
          <w:sz w:val="14"/>
        </w:rPr>
        <w:t>3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4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足</w:t>
      </w:r>
      <w:r>
        <w:rPr>
          <w:spacing w:val="4"/>
          <w:rFonts w:ascii="Ddylr05K+KaiTi" w:hAnsi="Ddylr05K+KaiTi" w:eastAsia="Ddylr05K+KaiTi"/>
          <w:color w:val="000000"/>
          <w:sz w:val="28"/>
        </w:rPr>
        <w:t>迹的</w:t>
      </w:r>
      <w:r>
        <w:rPr>
          <w:spacing w:val="8"/>
          <w:rFonts w:ascii="Ddylr05K+KaiTi" w:hAnsi="Ddylr05K+KaiTi" w:eastAsia="Ddylr05K+KaiTi"/>
          <w:color w:val="000000"/>
          <w:sz w:val="28"/>
        </w:rPr>
        <w:t>计</w:t>
      </w:r>
      <w:r>
        <w:rPr>
          <w:spacing w:val="6"/>
          <w:rFonts w:ascii="Ddylr05K+KaiTi" w:hAnsi="Ddylr05K+KaiTi" w:eastAsia="Ddylr05K+KaiTi"/>
          <w:color w:val="000000"/>
          <w:sz w:val="28"/>
        </w:rPr>
        <w:t>算</w:t>
      </w:r>
      <w:r>
        <w:rPr>
          <w:spacing w:val="8"/>
          <w:rFonts w:ascii="Ddylr05K+KaiTi" w:hAnsi="Ddylr05K+KaiTi" w:eastAsia="Ddylr05K+KaiTi"/>
          <w:color w:val="000000"/>
          <w:sz w:val="28"/>
        </w:rPr>
        <w:t>结</w:t>
      </w:r>
      <w:r>
        <w:rPr>
          <w:spacing w:val="6"/>
          <w:rFonts w:ascii="Ddylr05K+KaiTi" w:hAnsi="Ddylr05K+KaiTi" w:eastAsia="Ddylr05K+KaiTi"/>
          <w:color w:val="000000"/>
          <w:sz w:val="28"/>
        </w:rPr>
        <w:t>果</w:t>
      </w:r>
      <w:r>
        <w:rPr>
          <w:spacing w:val="8"/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生命</w:t>
      </w:r>
      <w:r>
        <w:rPr>
          <w:spacing w:val="8"/>
          <w:rFonts w:ascii="Ddylr05K+KaiTi" w:hAnsi="Ddylr05K+KaiTi" w:eastAsia="Ddylr05K+KaiTi"/>
          <w:color w:val="000000"/>
          <w:sz w:val="28"/>
        </w:rPr>
        <w:t>周</w:t>
      </w:r>
      <w:r>
        <w:rPr>
          <w:spacing w:val="6"/>
          <w:rFonts w:ascii="Ddylr05K+KaiTi" w:hAnsi="Ddylr05K+KaiTi" w:eastAsia="Ddylr05K+KaiTi"/>
          <w:color w:val="000000"/>
          <w:sz w:val="28"/>
        </w:rPr>
        <w:t>期</w:t>
      </w:r>
      <w:r>
        <w:rPr>
          <w:spacing w:val="8"/>
          <w:rFonts w:ascii="Ddylr05K+KaiTi" w:hAnsi="Ddylr05K+KaiTi" w:eastAsia="Ddylr05K+KaiTi"/>
          <w:color w:val="000000"/>
          <w:sz w:val="28"/>
        </w:rPr>
        <w:t>各</w:t>
      </w:r>
      <w:r>
        <w:rPr>
          <w:spacing w:val="6"/>
          <w:rFonts w:ascii="Ddylr05K+KaiTi" w:hAnsi="Ddylr05K+KaiTi" w:eastAsia="Ddylr05K+KaiTi"/>
          <w:color w:val="000000"/>
          <w:sz w:val="28"/>
        </w:rPr>
        <w:t>种</w:t>
      </w:r>
      <w:r>
        <w:rPr>
          <w:spacing w:val="8"/>
          <w:rFonts w:ascii="Ddylr05K+KaiTi" w:hAnsi="Ddylr05K+KaiTi" w:eastAsia="Ddylr05K+KaiTi"/>
          <w:color w:val="000000"/>
          <w:sz w:val="28"/>
        </w:rPr>
        <w:t>温</w:t>
      </w:r>
      <w:r>
        <w:rPr>
          <w:spacing w:val="4"/>
          <w:rFonts w:ascii="Ddylr05K+KaiTi" w:hAnsi="Ddylr05K+KaiTi" w:eastAsia="Ddylr05K+KaiTi"/>
          <w:color w:val="000000"/>
          <w:sz w:val="28"/>
        </w:rPr>
        <w:t>室气</w:t>
      </w:r>
      <w:r>
        <w:rPr>
          <w:spacing w:val="6"/>
          <w:rFonts w:ascii="Ddylr05K+KaiTi" w:hAnsi="Ddylr05K+KaiTi" w:eastAsia="Ddylr05K+KaiTi"/>
          <w:color w:val="000000"/>
          <w:sz w:val="28"/>
        </w:rPr>
        <w:t>体</w:t>
      </w:r>
      <w:r>
        <w:rPr>
          <w:spacing w:val="4"/>
          <w:rFonts w:ascii="Ddylr05K+KaiTi" w:hAnsi="Ddylr05K+KaiTi" w:eastAsia="Ddylr05K+KaiTi"/>
          <w:color w:val="000000"/>
          <w:sz w:val="28"/>
        </w:rPr>
        <w:t>排</w:t>
      </w:r>
      <w:r>
        <w:rPr>
          <w:spacing w:val="8"/>
          <w:rFonts w:ascii="Ddylr05K+KaiTi" w:hAnsi="Ddylr05K+KaiTi" w:eastAsia="Ddylr05K+KaiTi"/>
          <w:color w:val="000000"/>
          <w:sz w:val="28"/>
        </w:rPr>
        <w:t>放</w:t>
      </w:r>
      <w:r>
        <w:rPr>
          <w:spacing w:val="6"/>
          <w:rFonts w:ascii="Ddylr05K+KaiTi" w:hAnsi="Ddylr05K+KaiTi" w:eastAsia="Ddylr05K+KaiTi"/>
          <w:color w:val="000000"/>
          <w:sz w:val="28"/>
        </w:rPr>
        <w:t>量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14"/>
          <w:rFonts w:ascii="Ddylr05K+KaiTi" w:hAnsi="Ddylr05K+KaiTi" w:eastAsia="Ddylr05K+KaiTi"/>
          <w:color w:val="000000"/>
          <w:sz w:val="28"/>
        </w:rPr>
        <w:t>加</w:t>
      </w:r>
      <w:r>
        <w:rPr>
          <w:spacing w:val="16"/>
          <w:rFonts w:ascii="Ddylr05K+KaiTi" w:hAnsi="Ddylr05K+KaiTi" w:eastAsia="Ddylr05K+KaiTi"/>
          <w:color w:val="000000"/>
          <w:sz w:val="28"/>
        </w:rPr>
        <w:t>权</w:t>
      </w:r>
      <w:r>
        <w:rPr>
          <w:spacing w:val="14"/>
          <w:rFonts w:ascii="Ddylr05K+KaiTi" w:hAnsi="Ddylr05K+KaiTi" w:eastAsia="Ddylr05K+KaiTi"/>
          <w:color w:val="000000"/>
          <w:sz w:val="28"/>
        </w:rPr>
        <w:t>之</w:t>
      </w:r>
      <w:r>
        <w:rPr>
          <w:spacing w:val="16"/>
          <w:rFonts w:ascii="Ddylr05K+KaiTi" w:hAnsi="Ddylr05K+KaiTi" w:eastAsia="Ddylr05K+KaiTi"/>
          <w:color w:val="000000"/>
          <w:sz w:val="28"/>
        </w:rPr>
        <w:t>和</w:t>
      </w:r>
      <w:r>
        <w:rPr>
          <w:spacing w:val="14"/>
          <w:rFonts w:ascii="Ddylr05K+KaiTi" w:hAnsi="Ddylr05K+KaiTi" w:eastAsia="Ddylr05K+KaiTi"/>
          <w:color w:val="000000"/>
          <w:sz w:val="28"/>
        </w:rPr>
        <w:t>，</w:t>
      </w:r>
      <w:r>
        <w:rPr>
          <w:spacing w:val="16"/>
          <w:rFonts w:ascii="Ddylr05K+KaiTi" w:hAnsi="Ddylr05K+KaiTi" w:eastAsia="Ddylr05K+KaiTi"/>
          <w:color w:val="000000"/>
          <w:sz w:val="28"/>
        </w:rPr>
        <w:t>用二</w:t>
      </w:r>
      <w:r>
        <w:rPr>
          <w:spacing w:val="14"/>
          <w:rFonts w:ascii="Ddylr05K+KaiTi" w:hAnsi="Ddylr05K+KaiTi" w:eastAsia="Ddylr05K+KaiTi"/>
          <w:color w:val="000000"/>
          <w:sz w:val="28"/>
        </w:rPr>
        <w:t>氧化</w:t>
      </w:r>
      <w:r>
        <w:rPr>
          <w:spacing w:val="18"/>
          <w:rFonts w:ascii="Ddylr05K+KaiTi" w:hAnsi="Ddylr05K+KaiTi" w:eastAsia="Ddylr05K+KaiTi"/>
          <w:color w:val="000000"/>
          <w:sz w:val="28"/>
        </w:rPr>
        <w:t>碳</w:t>
      </w:r>
      <w:r>
        <w:rPr>
          <w:spacing w:val="14"/>
          <w:rFonts w:ascii="Ddylr05K+KaiTi" w:hAnsi="Ddylr05K+KaiTi" w:eastAsia="Ddylr05K+KaiTi"/>
          <w:color w:val="000000"/>
          <w:sz w:val="28"/>
        </w:rPr>
        <w:t>当量（</w:t>
      </w:r>
      <w:r>
        <w:rPr>
          <w:rFonts w:ascii="Ddylr05K+KaiTi" w:hAnsi="Ddylr05K+KaiTi" w:eastAsia="Ddylr05K+KaiTi"/>
          <w:color w:val="000000"/>
          <w:sz w:val="28"/>
        </w:rPr>
        <w:t>CO</w:t>
      </w:r>
      <w:r>
        <w:rPr>
          <w:spacing w:val="1"/>
          <w:rFonts w:ascii="Ddylr05K+KaiTi" w:hAnsi="Ddylr05K+KaiTi" w:eastAsia="Ddylr05K+KaiTi"/>
          <w:color w:val="000000"/>
          <w:sz w:val="14"/>
        </w:rPr>
        <w:t>2</w:t>
      </w:r>
      <w:r>
        <w:rPr>
          <w:spacing w:val="16"/>
          <w:rFonts w:ascii="Ddylr05K+KaiTi" w:hAnsi="Ddylr05K+KaiTi" w:eastAsia="Ddylr05K+KaiTi"/>
          <w:color w:val="000000"/>
          <w:sz w:val="28"/>
        </w:rPr>
        <w:t>e</w:t>
      </w:r>
      <w:r>
        <w:rPr>
          <w:spacing w:val="14"/>
          <w:rFonts w:ascii="Ddylr05K+KaiTi" w:hAnsi="Ddylr05K+KaiTi" w:eastAsia="Ddylr05K+KaiTi"/>
          <w:color w:val="000000"/>
          <w:sz w:val="28"/>
        </w:rPr>
        <w:t>）</w:t>
      </w:r>
      <w:r>
        <w:rPr>
          <w:spacing w:val="16"/>
          <w:rFonts w:ascii="Ddylr05K+KaiTi" w:hAnsi="Ddylr05K+KaiTi" w:eastAsia="Ddylr05K+KaiTi"/>
          <w:color w:val="000000"/>
          <w:sz w:val="28"/>
        </w:rPr>
        <w:t>表示</w:t>
      </w:r>
      <w:r>
        <w:rPr>
          <w:spacing w:val="14"/>
          <w:rFonts w:ascii="Ddylr05K+KaiTi" w:hAnsi="Ddylr05K+KaiTi" w:eastAsia="Ddylr05K+KaiTi"/>
          <w:color w:val="000000"/>
          <w:sz w:val="28"/>
        </w:rPr>
        <w:t>，单</w:t>
      </w:r>
      <w:r>
        <w:rPr>
          <w:spacing w:val="18"/>
          <w:rFonts w:ascii="Ddylr05K+KaiTi" w:hAnsi="Ddylr05K+KaiTi" w:eastAsia="Ddylr05K+KaiTi"/>
          <w:color w:val="000000"/>
          <w:sz w:val="28"/>
        </w:rPr>
        <w:t>位</w:t>
      </w:r>
      <w:r>
        <w:rPr>
          <w:rFonts w:ascii="Ddylr05K+KaiTi" w:hAnsi="Ddylr05K+KaiTi" w:eastAsia="Ddylr05K+KaiTi"/>
          <w:color w:val="000000"/>
          <w:sz w:val="28"/>
        </w:rPr>
        <w:t>为</w:t>
      </w:r>
      <w:r>
        <w:rPr>
          <w:spacing w:val="6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k</w:t>
      </w:r>
      <w:r>
        <w:rPr>
          <w:rFonts w:ascii="Ddylr05K+KaiTi" w:hAnsi="Ddylr05K+KaiTi" w:eastAsia="Ddylr05K+KaiTi"/>
          <w:color w:val="000000"/>
          <w:sz w:val="28"/>
        </w:rPr>
        <w:t>g</w:t>
      </w:r>
      <w:r>
        <w:rPr>
          <w:spacing w:val="76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spacing w:val="-1"/>
          <w:rFonts w:ascii="Ddylr05K+KaiTi" w:hAnsi="Ddylr05K+KaiTi" w:eastAsia="Ddylr05K+KaiTi"/>
          <w:color w:val="000000"/>
          <w:sz w:val="14"/>
        </w:rPr>
        <w:t>2</w:t>
      </w:r>
      <w:r>
        <w:rPr>
          <w:rFonts w:ascii="Ddylr05K+KaiTi" w:hAnsi="Ddylr05K+KaiTi" w:eastAsia="Ddylr05K+KaiTi"/>
          <w:color w:val="000000"/>
          <w:sz w:val="28"/>
        </w:rPr>
        <w:t>e</w:t>
      </w:r>
      <w:r>
        <w:rPr>
          <w:spacing w:val="9"/>
          <w:rFonts w:ascii="Arial" w:hAnsi="Arial" w:eastAsia="Arial"/>
          <w:color w:val="000000"/>
          <w:sz w:val="28"/>
        </w:rPr>
        <w:t xml:space="preserve"> </w:t>
      </w:r>
      <w:r>
        <w:rPr>
          <w:spacing w:val="17"/>
          <w:rFonts w:ascii="Ddylr05K+KaiTi" w:hAnsi="Ddylr05K+KaiTi" w:eastAsia="Ddylr05K+KaiTi"/>
          <w:color w:val="000000"/>
          <w:sz w:val="28"/>
        </w:rPr>
        <w:t>或</w:t>
      </w:r>
      <w:r>
        <w:rPr>
          <w:rFonts w:ascii="Ddylr05K+KaiTi" w:hAnsi="Ddylr05K+KaiTi" w:eastAsia="Ddylr05K+KaiTi"/>
          <w:color w:val="000000"/>
          <w:sz w:val="28"/>
        </w:rPr>
        <w:t>者</w:t>
      </w:r>
      <w:r>
        <w:rPr>
          <w:spacing w:val="9"/>
          <w:rFonts w:ascii="Arial" w:hAnsi="Arial" w:eastAsia="Arial"/>
          <w:color w:val="000000"/>
          <w:sz w:val="28"/>
        </w:rPr>
        <w:t xml:space="preserve"> </w:t>
      </w:r>
      <w:r>
        <w:rPr>
          <w:spacing w:val="1"/>
          <w:rFonts w:ascii="Ddylr05K+KaiTi" w:hAnsi="Ddylr05K+KaiTi" w:eastAsia="Ddylr05K+KaiTi"/>
          <w:color w:val="000000"/>
          <w:sz w:val="28"/>
        </w:rPr>
        <w:t xml:space="preserve">g </w:t>
      </w:r>
      <w:r>
        <w:rPr>
          <w:spacing w:val="2"/>
          <w:rFonts w:ascii="Ddylr05K+KaiTi" w:hAnsi="Ddylr05K+KaiTi" w:eastAsia="Ddylr05K+KaiTi"/>
          <w:color w:val="000000"/>
          <w:sz w:val="28"/>
        </w:rPr>
        <w:t>C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spacing w:val="1"/>
          <w:rFonts w:ascii="Ddylr05K+KaiTi" w:hAnsi="Ddylr05K+KaiTi" w:eastAsia="Ddylr05K+KaiTi"/>
          <w:color w:val="000000"/>
          <w:sz w:val="14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e</w:t>
      </w:r>
      <w:r>
        <w:rPr>
          <w:spacing w:val="4"/>
          <w:rFonts w:ascii="Ddylr05K+KaiTi" w:hAnsi="Ddylr05K+KaiTi" w:eastAsia="Ddylr05K+KaiTi"/>
          <w:color w:val="000000"/>
          <w:sz w:val="28"/>
        </w:rPr>
        <w:t>。</w:t>
      </w:r>
      <w:r>
        <w:rPr>
          <w:rFonts w:ascii="Ddylr05K+KaiTi" w:hAnsi="Ddylr05K+KaiTi" w:eastAsia="Ddylr05K+KaiTi"/>
          <w:color w:val="000000"/>
          <w:sz w:val="28"/>
        </w:rPr>
        <w:t>全</w:t>
      </w:r>
      <w:r>
        <w:rPr>
          <w:spacing w:val="4"/>
          <w:rFonts w:ascii="Ddylr05K+KaiTi" w:hAnsi="Ddylr05K+KaiTi" w:eastAsia="Ddylr05K+KaiTi"/>
          <w:color w:val="000000"/>
          <w:sz w:val="28"/>
        </w:rPr>
        <w:t>球</w:t>
      </w:r>
      <w:r>
        <w:rPr>
          <w:spacing w:val="2"/>
          <w:rFonts w:ascii="Ddylr05K+KaiTi" w:hAnsi="Ddylr05K+KaiTi" w:eastAsia="Ddylr05K+KaiTi"/>
          <w:color w:val="000000"/>
          <w:sz w:val="28"/>
        </w:rPr>
        <w:t>变暖</w:t>
      </w:r>
      <w:r>
        <w:rPr>
          <w:rFonts w:ascii="Ddylr05K+KaiTi" w:hAnsi="Ddylr05K+KaiTi" w:eastAsia="Ddylr05K+KaiTi"/>
          <w:color w:val="000000"/>
          <w:sz w:val="28"/>
        </w:rPr>
        <w:t>潜</w:t>
      </w:r>
      <w:r>
        <w:rPr>
          <w:spacing w:val="2"/>
          <w:rFonts w:ascii="Ddylr05K+KaiTi" w:hAnsi="Ddylr05K+KaiTi" w:eastAsia="Ddylr05K+KaiTi"/>
          <w:color w:val="000000"/>
          <w:sz w:val="28"/>
        </w:rPr>
        <w:t>值（</w:t>
      </w:r>
      <w:r>
        <w:rPr>
          <w:rFonts w:ascii="Ddylr05K+KaiTi" w:hAnsi="Ddylr05K+KaiTi" w:eastAsia="Ddylr05K+KaiTi"/>
          <w:color w:val="000000"/>
          <w:sz w:val="28"/>
        </w:rPr>
        <w:t>Gl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ba</w:t>
      </w:r>
      <w:r>
        <w:rPr>
          <w:rFonts w:ascii="Ddylr05K+KaiTi" w:hAnsi="Ddylr05K+KaiTi" w:eastAsia="Ddylr05K+KaiTi"/>
          <w:color w:val="000000"/>
          <w:sz w:val="28"/>
        </w:rPr>
        <w:t>l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W</w:t>
      </w:r>
      <w:r>
        <w:rPr>
          <w:rFonts w:ascii="Ddylr05K+KaiTi" w:hAnsi="Ddylr05K+KaiTi" w:eastAsia="Ddylr05K+KaiTi"/>
          <w:color w:val="000000"/>
          <w:sz w:val="28"/>
        </w:rPr>
        <w:t>a</w:t>
      </w:r>
      <w:r>
        <w:rPr>
          <w:spacing w:val="-2"/>
          <w:rFonts w:ascii="Ddylr05K+KaiTi" w:hAnsi="Ddylr05K+KaiTi" w:eastAsia="Ddylr05K+KaiTi"/>
          <w:color w:val="000000"/>
          <w:sz w:val="28"/>
        </w:rPr>
        <w:t>r</w:t>
      </w:r>
      <w:r>
        <w:rPr>
          <w:spacing w:val="2"/>
          <w:rFonts w:ascii="Ddylr05K+KaiTi" w:hAnsi="Ddylr05K+KaiTi" w:eastAsia="Ddylr05K+KaiTi"/>
          <w:color w:val="000000"/>
          <w:sz w:val="28"/>
        </w:rPr>
        <w:t>m</w:t>
      </w:r>
      <w:r>
        <w:rPr>
          <w:rFonts w:ascii="Ddylr05K+KaiTi" w:hAnsi="Ddylr05K+KaiTi" w:eastAsia="Ddylr05K+KaiTi"/>
          <w:color w:val="000000"/>
          <w:sz w:val="28"/>
        </w:rPr>
        <w:t>i</w:t>
      </w:r>
      <w:r>
        <w:rPr>
          <w:spacing w:val="-2"/>
          <w:rFonts w:ascii="Ddylr05K+KaiTi" w:hAnsi="Ddylr05K+KaiTi" w:eastAsia="Ddylr05K+KaiTi"/>
          <w:color w:val="000000"/>
          <w:sz w:val="28"/>
        </w:rPr>
        <w:t>n</w:t>
      </w:r>
      <w:r>
        <w:rPr>
          <w:rFonts w:ascii="Ddylr05K+KaiTi" w:hAnsi="Ddylr05K+KaiTi" w:eastAsia="Ddylr05K+KaiTi"/>
          <w:color w:val="000000"/>
          <w:sz w:val="28"/>
        </w:rPr>
        <w:t>g</w:t>
      </w:r>
      <w:r>
        <w:rPr>
          <w:spacing w:val="66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P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t</w:t>
      </w:r>
      <w:r>
        <w:rPr>
          <w:spacing w:val="2"/>
          <w:rFonts w:ascii="Ddylr05K+KaiTi" w:hAnsi="Ddylr05K+KaiTi" w:eastAsia="Ddylr05K+KaiTi"/>
          <w:color w:val="000000"/>
          <w:sz w:val="28"/>
        </w:rPr>
        <w:t>e</w:t>
      </w:r>
      <w:r>
        <w:rPr>
          <w:spacing w:val="-2"/>
          <w:rFonts w:ascii="Ddylr05K+KaiTi" w:hAnsi="Ddylr05K+KaiTi" w:eastAsia="Ddylr05K+KaiTi"/>
          <w:color w:val="000000"/>
          <w:sz w:val="28"/>
        </w:rPr>
        <w:t>n</w:t>
      </w:r>
      <w:r>
        <w:rPr>
          <w:rFonts w:ascii="Ddylr05K+KaiTi" w:hAnsi="Ddylr05K+KaiTi" w:eastAsia="Ddylr05K+KaiTi"/>
          <w:color w:val="000000"/>
          <w:sz w:val="28"/>
        </w:rPr>
        <w:t>t</w:t>
      </w:r>
      <w:r>
        <w:rPr>
          <w:spacing w:val="2"/>
          <w:rFonts w:ascii="Ddylr05K+KaiTi" w:hAnsi="Ddylr05K+KaiTi" w:eastAsia="Ddylr05K+KaiTi"/>
          <w:color w:val="000000"/>
          <w:sz w:val="28"/>
        </w:rPr>
        <w:t>i</w:t>
      </w:r>
      <w:r>
        <w:rPr>
          <w:spacing w:val="-2"/>
          <w:rFonts w:ascii="Ddylr05K+KaiTi" w:hAnsi="Ddylr05K+KaiTi" w:eastAsia="Ddylr05K+KaiTi"/>
          <w:color w:val="000000"/>
          <w:sz w:val="28"/>
        </w:rPr>
        <w:t>a</w:t>
      </w:r>
      <w:r>
        <w:rPr>
          <w:spacing w:val="2"/>
          <w:rFonts w:ascii="Ddylr05K+KaiTi" w:hAnsi="Ddylr05K+KaiTi" w:eastAsia="Ddylr05K+KaiTi"/>
          <w:color w:val="000000"/>
          <w:sz w:val="28"/>
        </w:rPr>
        <w:t>l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简</w:t>
      </w:r>
      <w:r>
        <w:rPr>
          <w:spacing w:val="72"/>
          <w:rFonts w:ascii="Ddylr05K+KaiTi" w:hAnsi="Ddylr05K+KaiTi" w:eastAsia="Ddylr05K+KaiTi"/>
          <w:color w:val="000000"/>
          <w:sz w:val="28"/>
        </w:rPr>
        <w:t>称</w:t>
      </w:r>
      <w:r>
        <w:rPr>
          <w:rFonts w:ascii="Ddylr05K+KaiTi" w:hAnsi="Ddylr05K+KaiTi" w:eastAsia="Ddylr05K+KaiTi"/>
          <w:color w:val="000000"/>
          <w:sz w:val="28"/>
        </w:rPr>
        <w:t>GW</w:t>
      </w:r>
      <w:r>
        <w:rPr>
          <w:spacing w:val="2"/>
          <w:rFonts w:ascii="Ddylr05K+KaiTi" w:hAnsi="Ddylr05K+KaiTi" w:eastAsia="Ddylr05K+KaiTi"/>
          <w:color w:val="000000"/>
          <w:sz w:val="28"/>
        </w:rPr>
        <w:t>P）</w:t>
      </w:r>
      <w:r>
        <w:rPr>
          <w:rFonts w:ascii="Ddylr05K+KaiTi" w:hAnsi="Ddylr05K+KaiTi" w:eastAsia="Ddylr05K+KaiTi"/>
          <w:color w:val="000000"/>
          <w:sz w:val="28"/>
        </w:rPr>
        <w:t>，即</w:t>
      </w:r>
      <w:r>
        <w:rPr>
          <w:spacing w:val="4"/>
          <w:rFonts w:ascii="Ddylr05K+KaiTi" w:hAnsi="Ddylr05K+KaiTi" w:eastAsia="Ddylr05K+KaiTi"/>
          <w:color w:val="000000"/>
          <w:sz w:val="28"/>
        </w:rPr>
        <w:t>各</w:t>
      </w:r>
      <w:r>
        <w:rPr>
          <w:spacing w:val="8"/>
          <w:rFonts w:ascii="Ddylr05K+KaiTi" w:hAnsi="Ddylr05K+KaiTi" w:eastAsia="Ddylr05K+KaiTi"/>
          <w:color w:val="000000"/>
          <w:sz w:val="28"/>
        </w:rPr>
        <w:t>种</w:t>
      </w:r>
      <w:r>
        <w:rPr>
          <w:spacing w:val="6"/>
          <w:rFonts w:ascii="Ddylr05K+KaiTi" w:hAnsi="Ddylr05K+KaiTi" w:eastAsia="Ddylr05K+KaiTi"/>
          <w:color w:val="000000"/>
          <w:sz w:val="28"/>
        </w:rPr>
        <w:t>温</w:t>
      </w:r>
      <w:r>
        <w:rPr>
          <w:spacing w:val="8"/>
          <w:rFonts w:ascii="Ddylr05K+KaiTi" w:hAnsi="Ddylr05K+KaiTi" w:eastAsia="Ddylr05K+KaiTi"/>
          <w:color w:val="000000"/>
          <w:sz w:val="28"/>
        </w:rPr>
        <w:t>室</w:t>
      </w:r>
      <w:r>
        <w:rPr>
          <w:spacing w:val="4"/>
          <w:rFonts w:ascii="Ddylr05K+KaiTi" w:hAnsi="Ddylr05K+KaiTi" w:eastAsia="Ddylr05K+KaiTi"/>
          <w:color w:val="000000"/>
          <w:sz w:val="28"/>
        </w:rPr>
        <w:t>气</w:t>
      </w:r>
      <w:r>
        <w:rPr>
          <w:spacing w:val="6"/>
          <w:rFonts w:ascii="Ddylr05K+KaiTi" w:hAnsi="Ddylr05K+KaiTi" w:eastAsia="Ddylr05K+KaiTi"/>
          <w:color w:val="000000"/>
          <w:sz w:val="28"/>
        </w:rPr>
        <w:t>体</w:t>
      </w:r>
      <w:r>
        <w:rPr>
          <w:spacing w:val="4"/>
          <w:rFonts w:ascii="Ddylr05K+KaiTi" w:hAnsi="Ddylr05K+KaiTi" w:eastAsia="Ddylr05K+KaiTi"/>
          <w:color w:val="000000"/>
          <w:sz w:val="28"/>
        </w:rPr>
        <w:t>的二</w:t>
      </w:r>
      <w:r>
        <w:rPr>
          <w:spacing w:val="8"/>
          <w:rFonts w:ascii="Ddylr05K+KaiTi" w:hAnsi="Ddylr05K+KaiTi" w:eastAsia="Ddylr05K+KaiTi"/>
          <w:color w:val="000000"/>
          <w:sz w:val="28"/>
        </w:rPr>
        <w:t>氧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spacing w:val="8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当</w:t>
      </w:r>
      <w:r>
        <w:rPr>
          <w:spacing w:val="8"/>
          <w:rFonts w:ascii="Ddylr05K+KaiTi" w:hAnsi="Ddylr05K+KaiTi" w:eastAsia="Ddylr05K+KaiTi"/>
          <w:color w:val="000000"/>
          <w:sz w:val="28"/>
        </w:rPr>
        <w:t>量</w:t>
      </w:r>
      <w:r>
        <w:rPr>
          <w:spacing w:val="4"/>
          <w:rFonts w:ascii="Ddylr05K+KaiTi" w:hAnsi="Ddylr05K+KaiTi" w:eastAsia="Ddylr05K+KaiTi"/>
          <w:color w:val="000000"/>
          <w:sz w:val="28"/>
        </w:rPr>
        <w:t>值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通常</w:t>
      </w:r>
      <w:r>
        <w:rPr>
          <w:spacing w:val="8"/>
          <w:rFonts w:ascii="Ddylr05K+KaiTi" w:hAnsi="Ddylr05K+KaiTi" w:eastAsia="Ddylr05K+KaiTi"/>
          <w:color w:val="000000"/>
          <w:sz w:val="28"/>
        </w:rPr>
        <w:t>采</w:t>
      </w:r>
      <w:r>
        <w:rPr>
          <w:spacing w:val="6"/>
          <w:rFonts w:ascii="Ddylr05K+KaiTi" w:hAnsi="Ddylr05K+KaiTi" w:eastAsia="Ddylr05K+KaiTi"/>
          <w:color w:val="000000"/>
          <w:sz w:val="28"/>
        </w:rPr>
        <w:t>用</w:t>
      </w:r>
      <w:r>
        <w:rPr>
          <w:spacing w:val="8"/>
          <w:rFonts w:ascii="Ddylr05K+KaiTi" w:hAnsi="Ddylr05K+KaiTi" w:eastAsia="Ddylr05K+KaiTi"/>
          <w:color w:val="000000"/>
          <w:sz w:val="28"/>
        </w:rPr>
        <w:t>联</w:t>
      </w:r>
      <w:r>
        <w:rPr>
          <w:spacing w:val="6"/>
          <w:rFonts w:ascii="Ddylr05K+KaiTi" w:hAnsi="Ddylr05K+KaiTi" w:eastAsia="Ddylr05K+KaiTi"/>
          <w:color w:val="000000"/>
          <w:sz w:val="28"/>
        </w:rPr>
        <w:t>合</w:t>
      </w:r>
      <w:r>
        <w:rPr>
          <w:spacing w:val="8"/>
          <w:rFonts w:ascii="Ddylr05K+KaiTi" w:hAnsi="Ddylr05K+KaiTi" w:eastAsia="Ddylr05K+KaiTi"/>
          <w:color w:val="000000"/>
          <w:sz w:val="28"/>
        </w:rPr>
        <w:t>国</w:t>
      </w:r>
      <w:r>
        <w:rPr>
          <w:spacing w:val="4"/>
          <w:rFonts w:ascii="Ddylr05K+KaiTi" w:hAnsi="Ddylr05K+KaiTi" w:eastAsia="Ddylr05K+KaiTi"/>
          <w:color w:val="000000"/>
          <w:sz w:val="28"/>
        </w:rPr>
        <w:t>政府</w:t>
      </w:r>
      <w:r>
        <w:rPr>
          <w:spacing w:val="6"/>
          <w:rFonts w:ascii="Ddylr05K+KaiTi" w:hAnsi="Ddylr05K+KaiTi" w:eastAsia="Ddylr05K+KaiTi"/>
          <w:color w:val="000000"/>
          <w:sz w:val="28"/>
        </w:rPr>
        <w:t>间</w:t>
      </w:r>
      <w:r>
        <w:rPr>
          <w:spacing w:val="4"/>
          <w:rFonts w:ascii="Ddylr05K+KaiTi" w:hAnsi="Ddylr05K+KaiTi" w:eastAsia="Ddylr05K+KaiTi"/>
          <w:color w:val="000000"/>
          <w:sz w:val="28"/>
        </w:rPr>
        <w:t>气</w:t>
      </w:r>
      <w:r>
        <w:rPr>
          <w:spacing w:val="8"/>
          <w:rFonts w:ascii="Ddylr05K+KaiTi" w:hAnsi="Ddylr05K+KaiTi" w:eastAsia="Ddylr05K+KaiTi"/>
          <w:color w:val="000000"/>
          <w:sz w:val="28"/>
        </w:rPr>
        <w:t>候</w:t>
      </w:r>
      <w:r>
        <w:rPr>
          <w:spacing w:val="6"/>
          <w:rFonts w:ascii="Ddylr05K+KaiTi" w:hAnsi="Ddylr05K+KaiTi" w:eastAsia="Ddylr05K+KaiTi"/>
          <w:color w:val="000000"/>
          <w:sz w:val="28"/>
        </w:rPr>
        <w:t>变</w:t>
      </w:r>
      <w:r>
        <w:rPr>
          <w:rFonts w:ascii="Ddylr05K+KaiTi" w:hAnsi="Ddylr05K+KaiTi" w:eastAsia="Ddylr05K+KaiTi"/>
          <w:color w:val="000000"/>
          <w:sz w:val="28"/>
        </w:rPr>
        <w:t>化</w:t>
      </w:r>
      <w:r>
        <w:rPr>
          <w:spacing w:val="-2"/>
          <w:rFonts w:ascii="Ddylr05K+KaiTi" w:hAnsi="Ddylr05K+KaiTi" w:eastAsia="Ddylr05K+KaiTi"/>
          <w:color w:val="000000"/>
          <w:sz w:val="28"/>
        </w:rPr>
        <w:t>专家</w:t>
      </w:r>
      <w:r>
        <w:rPr>
          <w:rFonts w:ascii="Ddylr05K+KaiTi" w:hAnsi="Ddylr05K+KaiTi" w:eastAsia="Ddylr05K+KaiTi"/>
          <w:color w:val="000000"/>
          <w:sz w:val="28"/>
        </w:rPr>
        <w:t>委员</w:t>
      </w:r>
      <w:r>
        <w:rPr>
          <w:spacing w:val="-2"/>
          <w:rFonts w:ascii="Ddylr05K+KaiTi" w:hAnsi="Ddylr05K+KaiTi" w:eastAsia="Ddylr05K+KaiTi"/>
          <w:color w:val="000000"/>
          <w:sz w:val="28"/>
        </w:rPr>
        <w:t>会</w:t>
      </w:r>
      <w:r>
        <w:rPr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I</w:t>
      </w:r>
      <w:r>
        <w:rPr>
          <w:spacing w:val="-2"/>
          <w:rFonts w:ascii="Ddylr05K+KaiTi" w:hAnsi="Ddylr05K+KaiTi" w:eastAsia="Ddylr05K+KaiTi"/>
          <w:color w:val="000000"/>
          <w:sz w:val="28"/>
        </w:rPr>
        <w:t>PC</w:t>
      </w:r>
      <w:r>
        <w:rPr>
          <w:rFonts w:ascii="Ddylr05K+KaiTi" w:hAnsi="Ddylr05K+KaiTi" w:eastAsia="Ddylr05K+KaiTi"/>
          <w:color w:val="000000"/>
          <w:sz w:val="28"/>
        </w:rPr>
        <w:t>C）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提</w:t>
      </w:r>
      <w:r>
        <w:rPr>
          <w:rFonts w:ascii="Ddylr05K+KaiTi" w:hAnsi="Ddylr05K+KaiTi" w:eastAsia="Ddylr05K+KaiTi"/>
          <w:color w:val="000000"/>
          <w:sz w:val="28"/>
        </w:rPr>
        <w:t>供的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值</w:t>
      </w:r>
      <w:r>
        <w:rPr>
          <w:rFonts w:ascii="Ddylr05K+KaiTi" w:hAnsi="Ddylr05K+KaiTi" w:eastAsia="Ddylr05K+KaiTi"/>
          <w:color w:val="000000"/>
          <w:sz w:val="28"/>
        </w:rPr>
        <w:t>，目</w:t>
      </w:r>
      <w:r>
        <w:rPr>
          <w:spacing w:val="-2"/>
          <w:rFonts w:ascii="Ddylr05K+KaiTi" w:hAnsi="Ddylr05K+KaiTi" w:eastAsia="Ddylr05K+KaiTi"/>
          <w:color w:val="000000"/>
          <w:sz w:val="28"/>
        </w:rPr>
        <w:t>前</w:t>
      </w:r>
      <w:r>
        <w:rPr>
          <w:rFonts w:ascii="Ddylr05K+KaiTi" w:hAnsi="Ddylr05K+KaiTi" w:eastAsia="Ddylr05K+KaiTi"/>
          <w:color w:val="000000"/>
          <w:sz w:val="28"/>
        </w:rPr>
        <w:t>这套</w:t>
      </w:r>
      <w:r>
        <w:rPr>
          <w:spacing w:val="-2"/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子被</w:t>
      </w:r>
      <w:r>
        <w:rPr>
          <w:spacing w:val="-2"/>
          <w:rFonts w:ascii="Ddylr05K+KaiTi" w:hAnsi="Ddylr05K+KaiTi" w:eastAsia="Ddylr05K+KaiTi"/>
          <w:color w:val="000000"/>
          <w:sz w:val="28"/>
        </w:rPr>
        <w:t>全</w:t>
      </w:r>
      <w:r>
        <w:rPr>
          <w:rFonts w:ascii="Ddylr05K+KaiTi" w:hAnsi="Ddylr05K+KaiTi" w:eastAsia="Ddylr05K+KaiTi"/>
          <w:color w:val="000000"/>
          <w:sz w:val="28"/>
        </w:rPr>
        <w:t>球范</w:t>
      </w:r>
      <w:r>
        <w:rPr>
          <w:spacing w:val="-2"/>
          <w:rFonts w:ascii="Ddylr05K+KaiTi" w:hAnsi="Ddylr05K+KaiTi" w:eastAsia="Ddylr05K+KaiTi"/>
          <w:color w:val="000000"/>
          <w:sz w:val="28"/>
        </w:rPr>
        <w:t>围</w:t>
      </w:r>
      <w:r>
        <w:rPr>
          <w:rFonts w:ascii="Ddylr05K+KaiTi" w:hAnsi="Ddylr05K+KaiTi" w:eastAsia="Ddylr05K+KaiTi"/>
          <w:color w:val="000000"/>
          <w:sz w:val="28"/>
        </w:rPr>
        <w:t>广泛</w:t>
      </w:r>
      <w:r>
        <w:rPr>
          <w:spacing w:val="-2"/>
          <w:rFonts w:ascii="Ddylr05K+KaiTi" w:hAnsi="Ddylr05K+KaiTi" w:eastAsia="Ddylr05K+KaiTi"/>
          <w:color w:val="000000"/>
          <w:sz w:val="28"/>
        </w:rPr>
        <w:t>使</w:t>
      </w:r>
      <w:r>
        <w:rPr>
          <w:rFonts w:ascii="Ddylr05K+KaiTi" w:hAnsi="Ddylr05K+KaiTi" w:eastAsia="Ddylr05K+KaiTi"/>
          <w:color w:val="000000"/>
          <w:sz w:val="28"/>
        </w:rPr>
        <w:t>用。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tab/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碳</w:t>
      </w:r>
      <w:r>
        <w:rPr>
          <w:spacing w:val="4"/>
          <w:rFonts w:ascii="Ddylr05K+KaiTi" w:hAnsi="Ddylr05K+KaiTi" w:eastAsia="Ddylr05K+KaiTi"/>
          <w:color w:val="000000"/>
          <w:sz w:val="28"/>
        </w:rPr>
        <w:t>足</w:t>
      </w:r>
      <w:r>
        <w:rPr>
          <w:rFonts w:ascii="Ddylr05K+KaiTi" w:hAnsi="Ddylr05K+KaiTi" w:eastAsia="Ddylr05K+KaiTi"/>
          <w:color w:val="000000"/>
          <w:sz w:val="28"/>
        </w:rPr>
        <w:t>迹计</w:t>
      </w:r>
      <w:r>
        <w:rPr>
          <w:spacing w:val="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指</w:t>
      </w:r>
      <w:r>
        <w:rPr>
          <w:spacing w:val="2"/>
          <w:rFonts w:ascii="Ddylr05K+KaiTi" w:hAnsi="Ddylr05K+KaiTi" w:eastAsia="Ddylr05K+KaiTi"/>
          <w:color w:val="000000"/>
          <w:sz w:val="28"/>
        </w:rPr>
        <w:t>包</w:t>
      </w:r>
      <w:r>
        <w:rPr>
          <w:rFonts w:ascii="Ddylr05K+KaiTi" w:hAnsi="Ddylr05K+KaiTi" w:eastAsia="Ddylr05K+KaiTi"/>
          <w:color w:val="000000"/>
          <w:sz w:val="28"/>
        </w:rPr>
        <w:t>含一</w:t>
      </w:r>
      <w:r>
        <w:rPr>
          <w:spacing w:val="2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完</w:t>
      </w:r>
      <w:r>
        <w:rPr>
          <w:spacing w:val="2"/>
          <w:rFonts w:ascii="Ddylr05K+KaiTi" w:hAnsi="Ddylr05K+KaiTi" w:eastAsia="Ddylr05K+KaiTi"/>
          <w:color w:val="000000"/>
          <w:sz w:val="28"/>
        </w:rPr>
        <w:t>整</w:t>
      </w:r>
      <w:r>
        <w:rPr>
          <w:rFonts w:ascii="Ddylr05K+KaiTi" w:hAnsi="Ddylr05K+KaiTi" w:eastAsia="Ddylr05K+KaiTi"/>
          <w:color w:val="000000"/>
          <w:sz w:val="28"/>
        </w:rPr>
        <w:t>生命</w:t>
      </w:r>
      <w:r>
        <w:rPr>
          <w:spacing w:val="2"/>
          <w:rFonts w:ascii="Ddylr05K+KaiTi" w:hAnsi="Ddylr05K+KaiTi" w:eastAsia="Ddylr05K+KaiTi"/>
          <w:color w:val="000000"/>
          <w:sz w:val="28"/>
        </w:rPr>
        <w:t>周</w:t>
      </w:r>
      <w:r>
        <w:rPr>
          <w:rFonts w:ascii="Ddylr05K+KaiTi" w:hAnsi="Ddylr05K+KaiTi" w:eastAsia="Ddylr05K+KaiTi"/>
          <w:color w:val="000000"/>
          <w:sz w:val="28"/>
        </w:rPr>
        <w:t>期</w:t>
      </w:r>
      <w:r>
        <w:rPr>
          <w:spacing w:val="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估</w:t>
      </w:r>
      <w:r>
        <w:rPr>
          <w:spacing w:val="2"/>
          <w:rFonts w:ascii="Ddylr05K+KaiTi" w:hAnsi="Ddylr05K+KaiTi" w:eastAsia="Ddylr05K+KaiTi"/>
          <w:color w:val="000000"/>
          <w:sz w:val="28"/>
        </w:rPr>
        <w:t>（L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A）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温</w:t>
      </w:r>
      <w:r>
        <w:rPr>
          <w:spacing w:val="2"/>
          <w:rFonts w:ascii="Ddylr05K+KaiTi" w:hAnsi="Ddylr05K+KaiTi" w:eastAsia="Ddylr05K+KaiTi"/>
          <w:color w:val="000000"/>
          <w:sz w:val="28"/>
        </w:rPr>
        <w:t>室</w:t>
      </w:r>
      <w:r>
        <w:rPr>
          <w:rFonts w:ascii="Ddylr05K+KaiTi" w:hAnsi="Ddylr05K+KaiTi" w:eastAsia="Ddylr05K+KaiTi"/>
          <w:color w:val="000000"/>
          <w:sz w:val="28"/>
        </w:rPr>
        <w:t>气</w:t>
      </w:r>
      <w:r>
        <w:rPr>
          <w:spacing w:val="6"/>
          <w:rFonts w:ascii="Ddylr05K+KaiTi" w:hAnsi="Ddylr05K+KaiTi" w:eastAsia="Ddylr05K+KaiTi"/>
          <w:color w:val="000000"/>
          <w:sz w:val="28"/>
        </w:rPr>
        <w:t>体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部</w:t>
      </w:r>
      <w:r>
        <w:rPr>
          <w:spacing w:val="6"/>
          <w:rFonts w:ascii="Ddylr05K+KaiTi" w:hAnsi="Ddylr05K+KaiTi" w:eastAsia="Ddylr05K+KaiTi"/>
          <w:color w:val="000000"/>
          <w:sz w:val="28"/>
        </w:rPr>
        <w:t>分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基</w:t>
      </w:r>
      <w:r>
        <w:rPr>
          <w:spacing w:val="76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L</w:t>
      </w:r>
      <w:r>
        <w:rPr>
          <w:rFonts w:ascii="Ddylr05K+KaiTi" w:hAnsi="Ddylr05K+KaiTi" w:eastAsia="Ddylr05K+KaiTi"/>
          <w:color w:val="000000"/>
          <w:sz w:val="28"/>
        </w:rPr>
        <w:t>C</w:t>
      </w:r>
      <w:r>
        <w:rPr>
          <w:spacing w:val="76"/>
          <w:rFonts w:ascii="Ddylr05K+KaiTi" w:hAnsi="Ddylr05K+KaiTi" w:eastAsia="Ddylr05K+KaiTi"/>
          <w:color w:val="000000"/>
          <w:sz w:val="28"/>
        </w:rPr>
        <w:t>A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法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国</w:t>
      </w:r>
      <w:r>
        <w:rPr>
          <w:spacing w:val="6"/>
          <w:rFonts w:ascii="Ddylr05K+KaiTi" w:hAnsi="Ddylr05K+KaiTi" w:eastAsia="Ddylr05K+KaiTi"/>
          <w:color w:val="000000"/>
          <w:sz w:val="28"/>
        </w:rPr>
        <w:t>际</w:t>
      </w:r>
      <w:r>
        <w:rPr>
          <w:spacing w:val="8"/>
          <w:rFonts w:ascii="Ddylr05K+KaiTi" w:hAnsi="Ddylr05K+KaiTi" w:eastAsia="Ddylr05K+KaiTi"/>
          <w:color w:val="000000"/>
          <w:sz w:val="28"/>
        </w:rPr>
        <w:t>上</w:t>
      </w:r>
      <w:r>
        <w:rPr>
          <w:spacing w:val="6"/>
          <w:rFonts w:ascii="Ddylr05K+KaiTi" w:hAnsi="Ddylr05K+KaiTi" w:eastAsia="Ddylr05K+KaiTi"/>
          <w:color w:val="000000"/>
          <w:sz w:val="28"/>
        </w:rPr>
        <w:t>已</w:t>
      </w:r>
      <w:r>
        <w:rPr>
          <w:spacing w:val="8"/>
          <w:rFonts w:ascii="Ddylr05K+KaiTi" w:hAnsi="Ddylr05K+KaiTi" w:eastAsia="Ddylr05K+KaiTi"/>
          <w:color w:val="000000"/>
          <w:sz w:val="28"/>
        </w:rPr>
        <w:t>建</w:t>
      </w:r>
      <w:r>
        <w:rPr>
          <w:spacing w:val="4"/>
          <w:rFonts w:ascii="Ddylr05K+KaiTi" w:hAnsi="Ddylr05K+KaiTi" w:eastAsia="Ddylr05K+KaiTi"/>
          <w:color w:val="000000"/>
          <w:sz w:val="28"/>
        </w:rPr>
        <w:t>立</w:t>
      </w:r>
      <w:r>
        <w:rPr>
          <w:spacing w:val="6"/>
          <w:rFonts w:ascii="Ddylr05K+KaiTi" w:hAnsi="Ddylr05K+KaiTi" w:eastAsia="Ddylr05K+KaiTi"/>
          <w:color w:val="000000"/>
          <w:sz w:val="28"/>
        </w:rPr>
        <w:t>起多</w:t>
      </w:r>
      <w:r>
        <w:rPr>
          <w:spacing w:val="4"/>
          <w:rFonts w:ascii="Ddylr05K+KaiTi" w:hAnsi="Ddylr05K+KaiTi" w:eastAsia="Ddylr05K+KaiTi"/>
          <w:color w:val="000000"/>
          <w:sz w:val="28"/>
        </w:rPr>
        <w:t>种</w:t>
      </w:r>
      <w:r>
        <w:rPr>
          <w:spacing w:val="6"/>
          <w:rFonts w:ascii="Ddylr05K+KaiTi" w:hAnsi="Ddylr05K+KaiTi" w:eastAsia="Ddylr05K+KaiTi"/>
          <w:color w:val="000000"/>
          <w:sz w:val="28"/>
        </w:rPr>
        <w:t>碳</w:t>
      </w:r>
      <w:r>
        <w:rPr>
          <w:spacing w:val="4"/>
          <w:rFonts w:ascii="Ddylr05K+KaiTi" w:hAnsi="Ddylr05K+KaiTi" w:eastAsia="Ddylr05K+KaiTi"/>
          <w:color w:val="000000"/>
          <w:sz w:val="28"/>
        </w:rPr>
        <w:t>足</w:t>
      </w:r>
      <w:r>
        <w:rPr>
          <w:spacing w:val="8"/>
          <w:rFonts w:ascii="Ddylr05K+KaiTi" w:hAnsi="Ddylr05K+KaiTi" w:eastAsia="Ddylr05K+KaiTi"/>
          <w:color w:val="000000"/>
          <w:sz w:val="28"/>
        </w:rPr>
        <w:t>迹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估</w:t>
      </w:r>
      <w:r>
        <w:rPr>
          <w:spacing w:val="4"/>
          <w:rFonts w:ascii="Ddylr05K+KaiTi" w:hAnsi="Ddylr05K+KaiTi" w:eastAsia="Ddylr05K+KaiTi"/>
          <w:color w:val="000000"/>
          <w:sz w:val="28"/>
        </w:rPr>
        <w:t>指</w:t>
      </w:r>
      <w:r>
        <w:rPr>
          <w:spacing w:val="8"/>
          <w:rFonts w:ascii="Ddylr05K+KaiTi" w:hAnsi="Ddylr05K+KaiTi" w:eastAsia="Ddylr05K+KaiTi"/>
          <w:color w:val="000000"/>
          <w:sz w:val="28"/>
        </w:rPr>
        <w:t>南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要</w:t>
      </w:r>
      <w:r>
        <w:rPr>
          <w:spacing w:val="4"/>
          <w:rFonts w:ascii="Ddylr05K+KaiTi" w:hAnsi="Ddylr05K+KaiTi" w:eastAsia="Ddylr05K+KaiTi"/>
          <w:color w:val="000000"/>
          <w:sz w:val="28"/>
        </w:rPr>
        <w:t>求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用于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足</w:t>
      </w:r>
      <w:r>
        <w:rPr>
          <w:spacing w:val="8"/>
          <w:rFonts w:ascii="Ddylr05K+KaiTi" w:hAnsi="Ddylr05K+KaiTi" w:eastAsia="Ddylr05K+KaiTi"/>
          <w:color w:val="000000"/>
          <w:sz w:val="28"/>
        </w:rPr>
        <w:t>迹</w:t>
      </w:r>
      <w:r>
        <w:rPr>
          <w:spacing w:val="4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证</w:t>
      </w:r>
      <w:r>
        <w:rPr>
          <w:spacing w:val="4"/>
          <w:rFonts w:ascii="Ddylr05K+KaiTi" w:hAnsi="Ddylr05K+KaiTi" w:eastAsia="Ddylr05K+KaiTi"/>
          <w:color w:val="000000"/>
          <w:sz w:val="28"/>
        </w:rPr>
        <w:t>，目</w:t>
      </w:r>
      <w:r>
        <w:rPr>
          <w:spacing w:val="8"/>
          <w:rFonts w:ascii="Ddylr05K+KaiTi" w:hAnsi="Ddylr05K+KaiTi" w:eastAsia="Ddylr05K+KaiTi"/>
          <w:color w:val="000000"/>
          <w:sz w:val="28"/>
        </w:rPr>
        <w:t>前</w:t>
      </w:r>
      <w:r>
        <w:rPr>
          <w:spacing w:val="6"/>
          <w:rFonts w:ascii="Ddylr05K+KaiTi" w:hAnsi="Ddylr05K+KaiTi" w:eastAsia="Ddylr05K+KaiTi"/>
          <w:color w:val="000000"/>
          <w:sz w:val="28"/>
        </w:rPr>
        <w:t>广</w:t>
      </w:r>
      <w:r>
        <w:rPr>
          <w:spacing w:val="8"/>
          <w:rFonts w:ascii="Ddylr05K+KaiTi" w:hAnsi="Ddylr05K+KaiTi" w:eastAsia="Ddylr05K+KaiTi"/>
          <w:color w:val="000000"/>
          <w:sz w:val="28"/>
        </w:rPr>
        <w:t>泛</w:t>
      </w:r>
      <w:r>
        <w:rPr>
          <w:spacing w:val="6"/>
          <w:rFonts w:ascii="Ddylr05K+KaiTi" w:hAnsi="Ddylr05K+KaiTi" w:eastAsia="Ddylr05K+KaiTi"/>
          <w:color w:val="000000"/>
          <w:sz w:val="28"/>
        </w:rPr>
        <w:t>使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4"/>
          <w:rFonts w:ascii="Ddylr05K+KaiTi" w:hAnsi="Ddylr05K+KaiTi" w:eastAsia="Ddylr05K+KaiTi"/>
          <w:color w:val="000000"/>
          <w:sz w:val="28"/>
        </w:rPr>
        <w:t>的碳</w:t>
      </w:r>
      <w:r>
        <w:rPr>
          <w:spacing w:val="6"/>
          <w:rFonts w:ascii="Ddylr05K+KaiTi" w:hAnsi="Ddylr05K+KaiTi" w:eastAsia="Ddylr05K+KaiTi"/>
          <w:color w:val="000000"/>
          <w:sz w:val="28"/>
        </w:rPr>
        <w:t>足</w:t>
      </w:r>
      <w:r>
        <w:rPr>
          <w:spacing w:val="4"/>
          <w:rFonts w:ascii="Ddylr05K+KaiTi" w:hAnsi="Ddylr05K+KaiTi" w:eastAsia="Ddylr05K+KaiTi"/>
          <w:color w:val="000000"/>
          <w:sz w:val="28"/>
        </w:rPr>
        <w:t>迹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估</w:t>
      </w:r>
      <w:r>
        <w:rPr>
          <w:rFonts w:ascii="Ddylr05K+KaiTi" w:hAnsi="Ddylr05K+KaiTi" w:eastAsia="Ddylr05K+KaiTi"/>
          <w:color w:val="000000"/>
          <w:sz w:val="28"/>
        </w:rPr>
        <w:t>标</w:t>
      </w:r>
      <w:r>
        <w:rPr>
          <w:spacing w:val="-2"/>
          <w:rFonts w:ascii="Ddylr05K+KaiTi" w:hAnsi="Ddylr05K+KaiTi" w:eastAsia="Ddylr05K+KaiTi"/>
          <w:color w:val="000000"/>
          <w:sz w:val="28"/>
        </w:rPr>
        <w:t>准有</w:t>
      </w:r>
      <w:r>
        <w:rPr>
          <w:rFonts w:ascii="Ddylr05K+KaiTi" w:hAnsi="Ddylr05K+KaiTi" w:eastAsia="Ddylr05K+KaiTi"/>
          <w:color w:val="000000"/>
          <w:sz w:val="28"/>
        </w:rPr>
        <w:t>三种：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（1）</w:t>
      </w:r>
      <w:r>
        <w:rPr>
          <w:spacing w:val="2"/>
          <w:rFonts w:ascii="Ddylr05K+KaiTi" w:hAnsi="Ddylr05K+KaiTi" w:eastAsia="Ddylr05K+KaiTi"/>
          <w:color w:val="000000"/>
          <w:sz w:val="28"/>
        </w:rPr>
        <w:t>P</w:t>
      </w:r>
      <w:r>
        <w:rPr>
          <w:spacing w:val="-2"/>
          <w:rFonts w:ascii="Ddylr05K+KaiTi" w:hAnsi="Ddylr05K+KaiTi" w:eastAsia="Ddylr05K+KaiTi"/>
          <w:color w:val="000000"/>
          <w:sz w:val="28"/>
        </w:rPr>
        <w:t>A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spacing w:val="68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5</w:t>
      </w:r>
      <w:r>
        <w:rPr>
          <w:rFonts w:ascii="Ddylr05K+KaiTi" w:hAnsi="Ddylr05K+KaiTi" w:eastAsia="Ddylr05K+KaiTi"/>
          <w:color w:val="000000"/>
          <w:sz w:val="28"/>
        </w:rPr>
        <w:t>0: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01</w:t>
      </w:r>
      <w:r>
        <w:rPr>
          <w:spacing w:val="8"/>
          <w:rFonts w:ascii="Ddylr05K+KaiTi" w:hAnsi="Ddylr05K+KaiTi" w:eastAsia="Ddylr05K+KaiTi"/>
          <w:color w:val="000000"/>
          <w:sz w:val="28"/>
        </w:rPr>
        <w:t>1《</w:t>
      </w:r>
      <w:r>
        <w:rPr>
          <w:spacing w:val="6"/>
          <w:rFonts w:ascii="Ddylr05K+KaiTi" w:hAnsi="Ddylr05K+KaiTi" w:eastAsia="Ddylr05K+KaiTi"/>
          <w:color w:val="000000"/>
          <w:sz w:val="28"/>
        </w:rPr>
        <w:t>商</w:t>
      </w:r>
      <w:r>
        <w:rPr>
          <w:spacing w:val="10"/>
          <w:rFonts w:ascii="Ddylr05K+KaiTi" w:hAnsi="Ddylr05K+KaiTi" w:eastAsia="Ddylr05K+KaiTi"/>
          <w:color w:val="000000"/>
          <w:sz w:val="28"/>
        </w:rPr>
        <w:t>品和服</w:t>
      </w:r>
      <w:r>
        <w:rPr>
          <w:spacing w:val="8"/>
          <w:rFonts w:ascii="Ddylr05K+KaiTi" w:hAnsi="Ddylr05K+KaiTi" w:eastAsia="Ddylr05K+KaiTi"/>
          <w:color w:val="000000"/>
          <w:sz w:val="28"/>
        </w:rPr>
        <w:t>务</w:t>
      </w:r>
      <w:r>
        <w:rPr>
          <w:spacing w:val="10"/>
          <w:rFonts w:ascii="Ddylr05K+KaiTi" w:hAnsi="Ddylr05K+KaiTi" w:eastAsia="Ddylr05K+KaiTi"/>
          <w:color w:val="000000"/>
          <w:sz w:val="28"/>
        </w:rPr>
        <w:t>在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10"/>
          <w:rFonts w:ascii="Ddylr05K+KaiTi" w:hAnsi="Ddylr05K+KaiTi" w:eastAsia="Ddylr05K+KaiTi"/>
          <w:color w:val="000000"/>
          <w:sz w:val="28"/>
        </w:rPr>
        <w:t>命</w:t>
      </w:r>
      <w:r>
        <w:rPr>
          <w:spacing w:val="8"/>
          <w:rFonts w:ascii="Ddylr05K+KaiTi" w:hAnsi="Ddylr05K+KaiTi" w:eastAsia="Ddylr05K+KaiTi"/>
          <w:color w:val="000000"/>
          <w:sz w:val="28"/>
        </w:rPr>
        <w:t>周</w:t>
      </w:r>
      <w:r>
        <w:rPr>
          <w:spacing w:val="10"/>
          <w:rFonts w:ascii="Ddylr05K+KaiTi" w:hAnsi="Ddylr05K+KaiTi" w:eastAsia="Ddylr05K+KaiTi"/>
          <w:color w:val="000000"/>
          <w:sz w:val="28"/>
        </w:rPr>
        <w:t>期内的</w:t>
      </w:r>
      <w:r>
        <w:rPr>
          <w:spacing w:val="6"/>
          <w:rFonts w:ascii="Ddylr05K+KaiTi" w:hAnsi="Ddylr05K+KaiTi" w:eastAsia="Ddylr05K+KaiTi"/>
          <w:color w:val="000000"/>
          <w:sz w:val="28"/>
        </w:rPr>
        <w:t>温</w:t>
      </w:r>
      <w:r>
        <w:rPr>
          <w:spacing w:val="8"/>
          <w:rFonts w:ascii="Ddylr05K+KaiTi" w:hAnsi="Ddylr05K+KaiTi" w:eastAsia="Ddylr05K+KaiTi"/>
          <w:color w:val="000000"/>
          <w:sz w:val="28"/>
        </w:rPr>
        <w:t>室</w:t>
      </w:r>
      <w:r>
        <w:rPr>
          <w:spacing w:val="10"/>
          <w:rFonts w:ascii="Ddylr05K+KaiTi" w:hAnsi="Ddylr05K+KaiTi" w:eastAsia="Ddylr05K+KaiTi"/>
          <w:color w:val="000000"/>
          <w:sz w:val="28"/>
        </w:rPr>
        <w:t>气体</w:t>
      </w:r>
      <w:r>
        <w:rPr>
          <w:rFonts w:ascii="Ddylr05K+KaiTi" w:hAnsi="Ddylr05K+KaiTi" w:eastAsia="Ddylr05K+KaiTi"/>
          <w:color w:val="000000"/>
          <w:sz w:val="28"/>
        </w:rPr>
        <w:t>排</w:t>
      </w:r>
      <w:r>
        <w:rPr>
          <w:spacing w:val="20"/>
          <w:rFonts w:ascii="Ddylr05K+KaiTi" w:hAnsi="Ddylr05K+KaiTi" w:eastAsia="Ddylr05K+KaiTi"/>
          <w:color w:val="000000"/>
          <w:sz w:val="28"/>
        </w:rPr>
        <w:t>放</w:t>
      </w:r>
      <w:r>
        <w:rPr>
          <w:spacing w:val="24"/>
          <w:rFonts w:ascii="Ddylr05K+KaiTi" w:hAnsi="Ddylr05K+KaiTi" w:eastAsia="Ddylr05K+KaiTi"/>
          <w:color w:val="000000"/>
          <w:sz w:val="28"/>
        </w:rPr>
        <w:t>评</w:t>
      </w:r>
      <w:r>
        <w:rPr>
          <w:spacing w:val="22"/>
          <w:rFonts w:ascii="Ddylr05K+KaiTi" w:hAnsi="Ddylr05K+KaiTi" w:eastAsia="Ddylr05K+KaiTi"/>
          <w:color w:val="000000"/>
          <w:sz w:val="28"/>
        </w:rPr>
        <w:t>价</w:t>
      </w:r>
      <w:r>
        <w:rPr>
          <w:spacing w:val="24"/>
          <w:rFonts w:ascii="Ddylr05K+KaiTi" w:hAnsi="Ddylr05K+KaiTi" w:eastAsia="Ddylr05K+KaiTi"/>
          <w:color w:val="000000"/>
          <w:sz w:val="28"/>
        </w:rPr>
        <w:t>规</w:t>
      </w:r>
      <w:r>
        <w:rPr>
          <w:spacing w:val="20"/>
          <w:rFonts w:ascii="Ddylr05K+KaiTi" w:hAnsi="Ddylr05K+KaiTi" w:eastAsia="Ddylr05K+KaiTi"/>
          <w:color w:val="000000"/>
          <w:sz w:val="28"/>
        </w:rPr>
        <w:t>范</w:t>
      </w:r>
      <w:r>
        <w:rPr>
          <w:spacing w:val="22"/>
          <w:rFonts w:ascii="Ddylr05K+KaiTi" w:hAnsi="Ddylr05K+KaiTi" w:eastAsia="Ddylr05K+KaiTi"/>
          <w:color w:val="000000"/>
          <w:sz w:val="28"/>
        </w:rPr>
        <w:t>》</w:t>
      </w:r>
      <w:r>
        <w:rPr>
          <w:spacing w:val="24"/>
          <w:rFonts w:ascii="Ddylr05K+KaiTi" w:hAnsi="Ddylr05K+KaiTi" w:eastAsia="Ddylr05K+KaiTi"/>
          <w:color w:val="000000"/>
          <w:sz w:val="28"/>
        </w:rPr>
        <w:t>，</w:t>
      </w:r>
      <w:r>
        <w:rPr>
          <w:spacing w:val="22"/>
          <w:rFonts w:ascii="Ddylr05K+KaiTi" w:hAnsi="Ddylr05K+KaiTi" w:eastAsia="Ddylr05K+KaiTi"/>
          <w:color w:val="000000"/>
          <w:sz w:val="28"/>
        </w:rPr>
        <w:t>此</w:t>
      </w:r>
      <w:r>
        <w:rPr>
          <w:spacing w:val="20"/>
          <w:rFonts w:ascii="Ddylr05K+KaiTi" w:hAnsi="Ddylr05K+KaiTi" w:eastAsia="Ddylr05K+KaiTi"/>
          <w:color w:val="000000"/>
          <w:sz w:val="28"/>
        </w:rPr>
        <w:t>标</w:t>
      </w:r>
      <w:r>
        <w:rPr>
          <w:spacing w:val="24"/>
          <w:rFonts w:ascii="Ddylr05K+KaiTi" w:hAnsi="Ddylr05K+KaiTi" w:eastAsia="Ddylr05K+KaiTi"/>
          <w:color w:val="000000"/>
          <w:sz w:val="28"/>
        </w:rPr>
        <w:t>准</w:t>
      </w:r>
      <w:r>
        <w:rPr>
          <w:spacing w:val="22"/>
          <w:rFonts w:ascii="Ddylr05K+KaiTi" w:hAnsi="Ddylr05K+KaiTi" w:eastAsia="Ddylr05K+KaiTi"/>
          <w:color w:val="000000"/>
          <w:sz w:val="28"/>
        </w:rPr>
        <w:t>是</w:t>
      </w:r>
      <w:r>
        <w:rPr>
          <w:spacing w:val="24"/>
          <w:rFonts w:ascii="Ddylr05K+KaiTi" w:hAnsi="Ddylr05K+KaiTi" w:eastAsia="Ddylr05K+KaiTi"/>
          <w:color w:val="000000"/>
          <w:sz w:val="28"/>
        </w:rPr>
        <w:t>由</w:t>
      </w:r>
      <w:r>
        <w:rPr>
          <w:spacing w:val="22"/>
          <w:rFonts w:ascii="Ddylr05K+KaiTi" w:hAnsi="Ddylr05K+KaiTi" w:eastAsia="Ddylr05K+KaiTi"/>
          <w:color w:val="000000"/>
          <w:sz w:val="28"/>
        </w:rPr>
        <w:t>英国</w:t>
      </w:r>
      <w:r>
        <w:rPr>
          <w:spacing w:val="24"/>
          <w:rFonts w:ascii="Ddylr05K+KaiTi" w:hAnsi="Ddylr05K+KaiTi" w:eastAsia="Ddylr05K+KaiTi"/>
          <w:color w:val="000000"/>
          <w:sz w:val="28"/>
        </w:rPr>
        <w:t>标</w:t>
      </w:r>
      <w:r>
        <w:rPr>
          <w:spacing w:val="20"/>
          <w:rFonts w:ascii="Ddylr05K+KaiTi" w:hAnsi="Ddylr05K+KaiTi" w:eastAsia="Ddylr05K+KaiTi"/>
          <w:color w:val="000000"/>
          <w:sz w:val="28"/>
        </w:rPr>
        <w:t>准</w:t>
      </w:r>
      <w:r>
        <w:rPr>
          <w:spacing w:val="22"/>
          <w:rFonts w:ascii="Ddylr05K+KaiTi" w:hAnsi="Ddylr05K+KaiTi" w:eastAsia="Ddylr05K+KaiTi"/>
          <w:color w:val="000000"/>
          <w:sz w:val="28"/>
        </w:rPr>
        <w:t>协</w:t>
      </w:r>
      <w:r>
        <w:rPr>
          <w:spacing w:val="24"/>
          <w:rFonts w:ascii="Ddylr05K+KaiTi" w:hAnsi="Ddylr05K+KaiTi" w:eastAsia="Ddylr05K+KaiTi"/>
          <w:color w:val="000000"/>
          <w:sz w:val="28"/>
        </w:rPr>
        <w:t>会</w:t>
      </w:r>
      <w:r>
        <w:rPr>
          <w:spacing w:val="22"/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B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spacing w:val="22"/>
          <w:rFonts w:ascii="Ddylr05K+KaiTi" w:hAnsi="Ddylr05K+KaiTi" w:eastAsia="Ddylr05K+KaiTi"/>
          <w:color w:val="000000"/>
          <w:sz w:val="28"/>
        </w:rPr>
        <w:t>I</w:t>
      </w:r>
      <w:r>
        <w:rPr>
          <w:spacing w:val="20"/>
          <w:rFonts w:ascii="Ddylr05K+KaiTi" w:hAnsi="Ddylr05K+KaiTi" w:eastAsia="Ddylr05K+KaiTi"/>
          <w:color w:val="000000"/>
          <w:sz w:val="28"/>
        </w:rPr>
        <w:t>）</w:t>
      </w:r>
      <w:r>
        <w:rPr>
          <w:spacing w:val="24"/>
          <w:rFonts w:ascii="Ddylr05K+KaiTi" w:hAnsi="Ddylr05K+KaiTi" w:eastAsia="Ddylr05K+KaiTi"/>
          <w:color w:val="000000"/>
          <w:sz w:val="28"/>
        </w:rPr>
        <w:t>与</w:t>
      </w:r>
      <w:r>
        <w:rPr>
          <w:spacing w:val="22"/>
          <w:rFonts w:ascii="Ddylr05K+KaiTi" w:hAnsi="Ddylr05K+KaiTi" w:eastAsia="Ddylr05K+KaiTi"/>
          <w:color w:val="000000"/>
          <w:sz w:val="28"/>
        </w:rPr>
        <w:t>碳</w:t>
      </w:r>
      <w:r>
        <w:rPr>
          <w:spacing w:val="24"/>
          <w:rFonts w:ascii="Ddylr05K+KaiTi" w:hAnsi="Ddylr05K+KaiTi" w:eastAsia="Ddylr05K+KaiTi"/>
          <w:color w:val="000000"/>
          <w:sz w:val="28"/>
        </w:rPr>
        <w:t>信</w:t>
      </w:r>
      <w:r>
        <w:rPr>
          <w:spacing w:val="22"/>
          <w:rFonts w:ascii="Ddylr05K+KaiTi" w:hAnsi="Ddylr05K+KaiTi" w:eastAsia="Ddylr05K+KaiTi"/>
          <w:color w:val="000000"/>
          <w:sz w:val="28"/>
        </w:rPr>
        <w:t>托公</w:t>
      </w:r>
      <w:r>
        <w:rPr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C</w:t>
      </w:r>
      <w:r>
        <w:rPr>
          <w:spacing w:val="-2"/>
          <w:rFonts w:ascii="Ddylr05K+KaiTi" w:hAnsi="Ddylr05K+KaiTi" w:eastAsia="Ddylr05K+KaiTi"/>
          <w:color w:val="000000"/>
          <w:sz w:val="28"/>
        </w:rPr>
        <w:t>ar</w:t>
      </w:r>
      <w:r>
        <w:rPr>
          <w:spacing w:val="2"/>
          <w:rFonts w:ascii="Ddylr05K+KaiTi" w:hAnsi="Ddylr05K+KaiTi" w:eastAsia="Ddylr05K+KaiTi"/>
          <w:color w:val="000000"/>
          <w:sz w:val="28"/>
        </w:rPr>
        <w:t>b</w:t>
      </w:r>
      <w:r>
        <w:rPr>
          <w:spacing w:val="-2"/>
          <w:rFonts w:ascii="Ddylr05K+KaiTi" w:hAnsi="Ddylr05K+KaiTi" w:eastAsia="Ddylr05K+KaiTi"/>
          <w:color w:val="000000"/>
          <w:sz w:val="28"/>
        </w:rPr>
        <w:t>on</w:t>
      </w:r>
      <w:r>
        <w:rPr>
          <w:spacing w:val="2"/>
          <w:rFonts w:ascii="Ddylr05K+KaiTi" w:hAnsi="Ddylr05K+KaiTi" w:eastAsia="Ddylr05K+KaiTi"/>
          <w:color w:val="000000"/>
          <w:sz w:val="28"/>
        </w:rPr>
        <w:t>T</w:t>
      </w:r>
      <w:r>
        <w:rPr>
          <w:spacing w:val="-2"/>
          <w:rFonts w:ascii="Ddylr05K+KaiTi" w:hAnsi="Ddylr05K+KaiTi" w:eastAsia="Ddylr05K+KaiTi"/>
          <w:color w:val="000000"/>
          <w:sz w:val="28"/>
        </w:rPr>
        <w:t>ru</w:t>
      </w:r>
      <w:r>
        <w:rPr>
          <w:spacing w:val="2"/>
          <w:rFonts w:ascii="Ddylr05K+KaiTi" w:hAnsi="Ddylr05K+KaiTi" w:eastAsia="Ddylr05K+KaiTi"/>
          <w:color w:val="000000"/>
          <w:sz w:val="28"/>
        </w:rPr>
        <w:t>s</w:t>
      </w:r>
      <w:r>
        <w:rPr>
          <w:spacing w:val="6"/>
          <w:rFonts w:ascii="Ddylr05K+KaiTi" w:hAnsi="Ddylr05K+KaiTi" w:eastAsia="Ddylr05K+KaiTi"/>
          <w:color w:val="000000"/>
          <w:sz w:val="28"/>
        </w:rPr>
        <w:t>t）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10"/>
          <w:rFonts w:ascii="Ddylr05K+KaiTi" w:hAnsi="Ddylr05K+KaiTi" w:eastAsia="Ddylr05K+KaiTi"/>
          <w:color w:val="000000"/>
          <w:sz w:val="28"/>
        </w:rPr>
        <w:t>英</w:t>
      </w:r>
      <w:r>
        <w:rPr>
          <w:spacing w:val="6"/>
          <w:rFonts w:ascii="Ddylr05K+KaiTi" w:hAnsi="Ddylr05K+KaiTi" w:eastAsia="Ddylr05K+KaiTi"/>
          <w:color w:val="000000"/>
          <w:sz w:val="28"/>
        </w:rPr>
        <w:t>国食品和</w:t>
      </w:r>
      <w:r>
        <w:rPr>
          <w:spacing w:val="8"/>
          <w:rFonts w:ascii="Ddylr05K+KaiTi" w:hAnsi="Ddylr05K+KaiTi" w:eastAsia="Ddylr05K+KaiTi"/>
          <w:color w:val="000000"/>
          <w:sz w:val="28"/>
        </w:rPr>
        <w:t>乡</w:t>
      </w:r>
      <w:r>
        <w:rPr>
          <w:spacing w:val="6"/>
          <w:rFonts w:ascii="Ddylr05K+KaiTi" w:hAnsi="Ddylr05K+KaiTi" w:eastAsia="Ddylr05K+KaiTi"/>
          <w:color w:val="000000"/>
          <w:sz w:val="28"/>
        </w:rPr>
        <w:t>村事务部（</w:t>
      </w:r>
      <w:r>
        <w:rPr>
          <w:rFonts w:ascii="Ddylr05K+KaiTi" w:hAnsi="Ddylr05K+KaiTi" w:eastAsia="Ddylr05K+KaiTi"/>
          <w:color w:val="000000"/>
          <w:sz w:val="28"/>
        </w:rPr>
        <w:t>De</w:t>
      </w:r>
      <w:r>
        <w:rPr>
          <w:spacing w:val="-2"/>
          <w:rFonts w:ascii="Ddylr05K+KaiTi" w:hAnsi="Ddylr05K+KaiTi" w:eastAsia="Ddylr05K+KaiTi"/>
          <w:color w:val="000000"/>
          <w:sz w:val="28"/>
        </w:rPr>
        <w:t>f</w:t>
      </w:r>
      <w:r>
        <w:rPr>
          <w:rFonts w:ascii="Ddylr05K+KaiTi" w:hAnsi="Ddylr05K+KaiTi" w:eastAsia="Ddylr05K+KaiTi"/>
          <w:color w:val="000000"/>
          <w:sz w:val="28"/>
        </w:rPr>
        <w:t>r</w:t>
      </w:r>
      <w:r>
        <w:rPr>
          <w:spacing w:val="10"/>
          <w:rFonts w:ascii="Ddylr05K+KaiTi" w:hAnsi="Ddylr05K+KaiTi" w:eastAsia="Ddylr05K+KaiTi"/>
          <w:color w:val="000000"/>
          <w:sz w:val="28"/>
        </w:rPr>
        <w:t>a</w:t>
      </w:r>
      <w:r>
        <w:rPr>
          <w:spacing w:val="8"/>
          <w:rFonts w:ascii="Ddylr05K+KaiTi" w:hAnsi="Ddylr05K+KaiTi" w:eastAsia="Ddylr05K+KaiTi"/>
          <w:color w:val="000000"/>
          <w:sz w:val="28"/>
        </w:rPr>
        <w:t>）联</w:t>
      </w:r>
      <w:r>
        <w:rPr>
          <w:spacing w:val="10"/>
          <w:rFonts w:ascii="Ddylr05K+KaiTi" w:hAnsi="Ddylr05K+KaiTi" w:eastAsia="Ddylr05K+KaiTi"/>
          <w:color w:val="000000"/>
          <w:sz w:val="28"/>
        </w:rPr>
        <w:t>合</w:t>
      </w:r>
      <w:r>
        <w:rPr>
          <w:spacing w:val="8"/>
          <w:rFonts w:ascii="Ddylr05K+KaiTi" w:hAnsi="Ddylr05K+KaiTi" w:eastAsia="Ddylr05K+KaiTi"/>
          <w:color w:val="000000"/>
          <w:sz w:val="28"/>
        </w:rPr>
        <w:t>发布，</w:t>
      </w:r>
      <w:r>
        <w:rPr>
          <w:rFonts w:ascii="Ddylr05K+KaiTi" w:hAnsi="Ddylr05K+KaiTi" w:eastAsia="Ddylr05K+KaiTi"/>
          <w:color w:val="000000"/>
          <w:sz w:val="28"/>
        </w:rPr>
        <w:t>是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tabs>
          <w:tab w:pos="920" w:val="left"/>
          <w:tab w:pos="976" w:val="left"/>
        </w:tabs>
        <w:autoSpaceDE w:val="0"/>
        <w:widowControl/>
        <w:spacing w:line="592" w:lineRule="exact" w:before="0" w:after="0"/>
        <w:ind w:left="360" w:right="288" w:firstLine="0"/>
        <w:jc w:val="left"/>
      </w:pPr>
      <w:r>
        <w:rPr>
          <w:spacing w:val="4"/>
          <w:rFonts w:ascii="Ddylr05K+KaiTi" w:hAnsi="Ddylr05K+KaiTi" w:eastAsia="Ddylr05K+KaiTi"/>
          <w:color w:val="000000"/>
          <w:sz w:val="28"/>
        </w:rPr>
        <w:t>国</w:t>
      </w:r>
      <w:r>
        <w:rPr>
          <w:spacing w:val="8"/>
          <w:rFonts w:ascii="Ddylr05K+KaiTi" w:hAnsi="Ddylr05K+KaiTi" w:eastAsia="Ddylr05K+KaiTi"/>
          <w:color w:val="000000"/>
          <w:sz w:val="28"/>
        </w:rPr>
        <w:t>际</w:t>
      </w:r>
      <w:r>
        <w:rPr>
          <w:spacing w:val="6"/>
          <w:rFonts w:ascii="Ddylr05K+KaiTi" w:hAnsi="Ddylr05K+KaiTi" w:eastAsia="Ddylr05K+KaiTi"/>
          <w:color w:val="000000"/>
          <w:sz w:val="28"/>
        </w:rPr>
        <w:t>上</w:t>
      </w:r>
      <w:r>
        <w:rPr>
          <w:spacing w:val="8"/>
          <w:rFonts w:ascii="Ddylr05K+KaiTi" w:hAnsi="Ddylr05K+KaiTi" w:eastAsia="Ddylr05K+KaiTi"/>
          <w:color w:val="000000"/>
          <w:sz w:val="28"/>
        </w:rPr>
        <w:t>最</w:t>
      </w:r>
      <w:r>
        <w:rPr>
          <w:spacing w:val="4"/>
          <w:rFonts w:ascii="Ddylr05K+KaiTi" w:hAnsi="Ddylr05K+KaiTi" w:eastAsia="Ddylr05K+KaiTi"/>
          <w:color w:val="000000"/>
          <w:sz w:val="28"/>
        </w:rPr>
        <w:t>早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、具</w:t>
      </w:r>
      <w:r>
        <w:rPr>
          <w:spacing w:val="8"/>
          <w:rFonts w:ascii="Ddylr05K+KaiTi" w:hAnsi="Ddylr05K+KaiTi" w:eastAsia="Ddylr05K+KaiTi"/>
          <w:color w:val="000000"/>
          <w:sz w:val="28"/>
        </w:rPr>
        <w:t>有</w:t>
      </w:r>
      <w:r>
        <w:rPr>
          <w:spacing w:val="6"/>
          <w:rFonts w:ascii="Ddylr05K+KaiTi" w:hAnsi="Ddylr05K+KaiTi" w:eastAsia="Ddylr05K+KaiTi"/>
          <w:color w:val="000000"/>
          <w:sz w:val="28"/>
        </w:rPr>
        <w:t>具</w:t>
      </w:r>
      <w:r>
        <w:rPr>
          <w:spacing w:val="8"/>
          <w:rFonts w:ascii="Ddylr05K+KaiTi" w:hAnsi="Ddylr05K+KaiTi" w:eastAsia="Ddylr05K+KaiTi"/>
          <w:color w:val="000000"/>
          <w:sz w:val="28"/>
        </w:rPr>
        <w:t>体</w:t>
      </w:r>
      <w:r>
        <w:rPr>
          <w:spacing w:val="6"/>
          <w:rFonts w:ascii="Ddylr05K+KaiTi" w:hAnsi="Ddylr05K+KaiTi" w:eastAsia="Ddylr05K+KaiTi"/>
          <w:color w:val="000000"/>
          <w:sz w:val="28"/>
        </w:rPr>
        <w:t>计</w:t>
      </w:r>
      <w:r>
        <w:rPr>
          <w:spacing w:val="8"/>
          <w:rFonts w:ascii="Ddylr05K+KaiTi" w:hAnsi="Ddylr05K+KaiTi" w:eastAsia="Ddylr05K+KaiTi"/>
          <w:color w:val="000000"/>
          <w:sz w:val="28"/>
        </w:rPr>
        <w:t>算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法</w:t>
      </w:r>
      <w:r>
        <w:rPr>
          <w:spacing w:val="4"/>
          <w:rFonts w:ascii="Ddylr05K+KaiTi" w:hAnsi="Ddylr05K+KaiTi" w:eastAsia="Ddylr05K+KaiTi"/>
          <w:color w:val="000000"/>
          <w:sz w:val="28"/>
        </w:rPr>
        <w:t>的标</w:t>
      </w:r>
      <w:r>
        <w:rPr>
          <w:spacing w:val="8"/>
          <w:rFonts w:ascii="Ddylr05K+KaiTi" w:hAnsi="Ddylr05K+KaiTi" w:eastAsia="Ddylr05K+KaiTi"/>
          <w:color w:val="000000"/>
          <w:sz w:val="28"/>
        </w:rPr>
        <w:t>准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也</w:t>
      </w:r>
      <w:r>
        <w:rPr>
          <w:spacing w:val="6"/>
          <w:rFonts w:ascii="Ddylr05K+KaiTi" w:hAnsi="Ddylr05K+KaiTi" w:eastAsia="Ddylr05K+KaiTi"/>
          <w:color w:val="000000"/>
          <w:sz w:val="28"/>
        </w:rPr>
        <w:t>是</w:t>
      </w:r>
      <w:r>
        <w:rPr>
          <w:spacing w:val="8"/>
          <w:rFonts w:ascii="Ddylr05K+KaiTi" w:hAnsi="Ddylr05K+KaiTi" w:eastAsia="Ddylr05K+KaiTi"/>
          <w:color w:val="000000"/>
          <w:sz w:val="28"/>
        </w:rPr>
        <w:t>目</w:t>
      </w:r>
      <w:r>
        <w:rPr>
          <w:spacing w:val="4"/>
          <w:rFonts w:ascii="Ddylr05K+KaiTi" w:hAnsi="Ddylr05K+KaiTi" w:eastAsia="Ddylr05K+KaiTi"/>
          <w:color w:val="000000"/>
          <w:sz w:val="28"/>
        </w:rPr>
        <w:t>前使</w:t>
      </w:r>
      <w:r>
        <w:rPr>
          <w:spacing w:val="6"/>
          <w:rFonts w:ascii="Ddylr05K+KaiTi" w:hAnsi="Ddylr05K+KaiTi" w:eastAsia="Ddylr05K+KaiTi"/>
          <w:color w:val="000000"/>
          <w:sz w:val="28"/>
        </w:rPr>
        <w:t>用</w:t>
      </w:r>
      <w:r>
        <w:rPr>
          <w:spacing w:val="4"/>
          <w:rFonts w:ascii="Ddylr05K+KaiTi" w:hAnsi="Ddylr05K+KaiTi" w:eastAsia="Ddylr05K+KaiTi"/>
          <w:color w:val="000000"/>
          <w:sz w:val="28"/>
        </w:rPr>
        <w:t>较</w:t>
      </w:r>
      <w:r>
        <w:rPr>
          <w:spacing w:val="8"/>
          <w:rFonts w:ascii="Ddylr05K+KaiTi" w:hAnsi="Ddylr05K+KaiTi" w:eastAsia="Ddylr05K+KaiTi"/>
          <w:color w:val="000000"/>
          <w:sz w:val="28"/>
        </w:rPr>
        <w:t>多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品碳</w:t>
      </w:r>
      <w:r>
        <w:rPr>
          <w:rFonts w:ascii="Ddylr05K+KaiTi" w:hAnsi="Ddylr05K+KaiTi" w:eastAsia="Ddylr05K+KaiTi"/>
          <w:color w:val="000000"/>
          <w:sz w:val="28"/>
        </w:rPr>
        <w:t>足迹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价标</w:t>
      </w:r>
      <w:r>
        <w:rPr>
          <w:spacing w:val="-2"/>
          <w:rFonts w:ascii="Ddylr05K+KaiTi" w:hAnsi="Ddylr05K+KaiTi" w:eastAsia="Ddylr05K+KaiTi"/>
          <w:color w:val="000000"/>
          <w:sz w:val="28"/>
        </w:rPr>
        <w:t>准</w:t>
      </w:r>
      <w:r>
        <w:rPr>
          <w:rFonts w:ascii="Ddylr05K+KaiTi" w:hAnsi="Ddylr05K+KaiTi" w:eastAsia="Ddylr05K+KaiTi"/>
          <w:color w:val="000000"/>
          <w:sz w:val="28"/>
        </w:rPr>
        <w:t>；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（2）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《</w:t>
      </w:r>
      <w:r>
        <w:rPr>
          <w:spacing w:val="2"/>
          <w:rFonts w:ascii="Ddylr05K+KaiTi" w:hAnsi="Ddylr05K+KaiTi" w:eastAsia="Ddylr05K+KaiTi"/>
          <w:color w:val="000000"/>
          <w:sz w:val="28"/>
        </w:rPr>
        <w:t>温</w:t>
      </w:r>
      <w:r>
        <w:rPr>
          <w:rFonts w:ascii="Ddylr05K+KaiTi" w:hAnsi="Ddylr05K+KaiTi" w:eastAsia="Ddylr05K+KaiTi"/>
          <w:color w:val="000000"/>
          <w:sz w:val="28"/>
        </w:rPr>
        <w:t>室</w:t>
      </w:r>
      <w:r>
        <w:rPr>
          <w:spacing w:val="2"/>
          <w:rFonts w:ascii="Ddylr05K+KaiTi" w:hAnsi="Ddylr05K+KaiTi" w:eastAsia="Ddylr05K+KaiTi"/>
          <w:color w:val="000000"/>
          <w:sz w:val="28"/>
        </w:rPr>
        <w:t>气</w:t>
      </w:r>
      <w:r>
        <w:rPr>
          <w:rFonts w:ascii="Ddylr05K+KaiTi" w:hAnsi="Ddylr05K+KaiTi" w:eastAsia="Ddylr05K+KaiTi"/>
          <w:color w:val="000000"/>
          <w:sz w:val="28"/>
        </w:rPr>
        <w:t>体</w:t>
      </w:r>
      <w:r>
        <w:rPr>
          <w:spacing w:val="2"/>
          <w:rFonts w:ascii="Ddylr05K+KaiTi" w:hAnsi="Ddylr05K+KaiTi" w:eastAsia="Ddylr05K+KaiTi"/>
          <w:color w:val="000000"/>
          <w:sz w:val="28"/>
        </w:rPr>
        <w:t>核</w:t>
      </w:r>
      <w:r>
        <w:rPr>
          <w:rFonts w:ascii="Ddylr05K+KaiTi" w:hAnsi="Ddylr05K+KaiTi" w:eastAsia="Ddylr05K+KaiTi"/>
          <w:color w:val="000000"/>
          <w:sz w:val="28"/>
        </w:rPr>
        <w:t>算</w:t>
      </w:r>
      <w:r>
        <w:rPr>
          <w:spacing w:val="2"/>
          <w:rFonts w:ascii="Ddylr05K+KaiTi" w:hAnsi="Ddylr05K+KaiTi" w:eastAsia="Ddylr05K+KaiTi"/>
          <w:color w:val="000000"/>
          <w:sz w:val="28"/>
        </w:rPr>
        <w:t>体</w:t>
      </w:r>
      <w:r>
        <w:rPr>
          <w:rFonts w:ascii="Ddylr05K+KaiTi" w:hAnsi="Ddylr05K+KaiTi" w:eastAsia="Ddylr05K+KaiTi"/>
          <w:color w:val="000000"/>
          <w:sz w:val="28"/>
        </w:rPr>
        <w:t>系</w:t>
      </w:r>
      <w:r>
        <w:rPr>
          <w:spacing w:val="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生</w:t>
      </w:r>
      <w:r>
        <w:rPr>
          <w:spacing w:val="2"/>
          <w:rFonts w:ascii="Ddylr05K+KaiTi" w:hAnsi="Ddylr05K+KaiTi" w:eastAsia="Ddylr05K+KaiTi"/>
          <w:color w:val="000000"/>
          <w:sz w:val="28"/>
        </w:rPr>
        <w:t>命</w:t>
      </w:r>
      <w:r>
        <w:rPr>
          <w:rFonts w:ascii="Ddylr05K+KaiTi" w:hAnsi="Ddylr05K+KaiTi" w:eastAsia="Ddylr05K+KaiTi"/>
          <w:color w:val="000000"/>
          <w:sz w:val="28"/>
        </w:rPr>
        <w:t>周期</w:t>
      </w:r>
      <w:r>
        <w:rPr>
          <w:spacing w:val="2"/>
          <w:rFonts w:ascii="Ddylr05K+KaiTi" w:hAnsi="Ddylr05K+KaiTi" w:eastAsia="Ddylr05K+KaiTi"/>
          <w:color w:val="000000"/>
          <w:sz w:val="28"/>
        </w:rPr>
        <w:t>核</w:t>
      </w:r>
      <w:r>
        <w:rPr>
          <w:rFonts w:ascii="Ddylr05K+KaiTi" w:hAnsi="Ddylr05K+KaiTi" w:eastAsia="Ddylr05K+KaiTi"/>
          <w:color w:val="000000"/>
          <w:sz w:val="28"/>
        </w:rPr>
        <w:t>算</w:t>
      </w:r>
      <w:r>
        <w:rPr>
          <w:spacing w:val="2"/>
          <w:rFonts w:ascii="Ddylr05K+KaiTi" w:hAnsi="Ddylr05K+KaiTi" w:eastAsia="Ddylr05K+KaiTi"/>
          <w:color w:val="000000"/>
          <w:sz w:val="28"/>
        </w:rPr>
        <w:t>与</w:t>
      </w:r>
      <w:r>
        <w:rPr>
          <w:rFonts w:ascii="Ddylr05K+KaiTi" w:hAnsi="Ddylr05K+KaiTi" w:eastAsia="Ddylr05K+KaiTi"/>
          <w:color w:val="000000"/>
          <w:sz w:val="28"/>
        </w:rPr>
        <w:t>报</w:t>
      </w:r>
      <w:r>
        <w:rPr>
          <w:spacing w:val="2"/>
          <w:rFonts w:ascii="Ddylr05K+KaiTi" w:hAnsi="Ddylr05K+KaiTi" w:eastAsia="Ddylr05K+KaiTi"/>
          <w:color w:val="000000"/>
          <w:sz w:val="28"/>
        </w:rPr>
        <w:t>告</w:t>
      </w:r>
      <w:r>
        <w:rPr>
          <w:rFonts w:ascii="Ddylr05K+KaiTi" w:hAnsi="Ddylr05K+KaiTi" w:eastAsia="Ddylr05K+KaiTi"/>
          <w:color w:val="000000"/>
          <w:sz w:val="28"/>
        </w:rPr>
        <w:t>标</w:t>
      </w:r>
      <w:r>
        <w:rPr>
          <w:spacing w:val="2"/>
          <w:rFonts w:ascii="Ddylr05K+KaiTi" w:hAnsi="Ddylr05K+KaiTi" w:eastAsia="Ddylr05K+KaiTi"/>
          <w:color w:val="000000"/>
          <w:sz w:val="28"/>
        </w:rPr>
        <w:t>准</w:t>
      </w:r>
      <w:r>
        <w:rPr>
          <w:rFonts w:ascii="Ddylr05K+KaiTi" w:hAnsi="Ddylr05K+KaiTi" w:eastAsia="Ddylr05K+KaiTi"/>
          <w:color w:val="000000"/>
          <w:sz w:val="28"/>
        </w:rPr>
        <w:t>》，</w:t>
      </w:r>
      <w:r>
        <w:rPr>
          <w:spacing w:val="16"/>
          <w:rFonts w:ascii="Ddylr05K+KaiTi" w:hAnsi="Ddylr05K+KaiTi" w:eastAsia="Ddylr05K+KaiTi"/>
          <w:color w:val="000000"/>
          <w:sz w:val="28"/>
        </w:rPr>
        <w:t>此</w:t>
      </w:r>
      <w:r>
        <w:rPr>
          <w:spacing w:val="18"/>
          <w:rFonts w:ascii="Ddylr05K+KaiTi" w:hAnsi="Ddylr05K+KaiTi" w:eastAsia="Ddylr05K+KaiTi"/>
          <w:color w:val="000000"/>
          <w:sz w:val="28"/>
        </w:rPr>
        <w:t>标</w:t>
      </w:r>
      <w:r>
        <w:rPr>
          <w:spacing w:val="20"/>
          <w:rFonts w:ascii="Ddylr05K+KaiTi" w:hAnsi="Ddylr05K+KaiTi" w:eastAsia="Ddylr05K+KaiTi"/>
          <w:color w:val="000000"/>
          <w:sz w:val="28"/>
        </w:rPr>
        <w:t>准</w:t>
      </w:r>
      <w:r>
        <w:rPr>
          <w:spacing w:val="16"/>
          <w:rFonts w:ascii="Ddylr05K+KaiTi" w:hAnsi="Ddylr05K+KaiTi" w:eastAsia="Ddylr05K+KaiTi"/>
          <w:color w:val="000000"/>
          <w:sz w:val="28"/>
        </w:rPr>
        <w:t>是由世</w:t>
      </w:r>
      <w:r>
        <w:rPr>
          <w:spacing w:val="18"/>
          <w:rFonts w:ascii="Ddylr05K+KaiTi" w:hAnsi="Ddylr05K+KaiTi" w:eastAsia="Ddylr05K+KaiTi"/>
          <w:color w:val="000000"/>
          <w:sz w:val="28"/>
        </w:rPr>
        <w:t>界</w:t>
      </w:r>
      <w:r>
        <w:rPr>
          <w:spacing w:val="20"/>
          <w:rFonts w:ascii="Ddylr05K+KaiTi" w:hAnsi="Ddylr05K+KaiTi" w:eastAsia="Ddylr05K+KaiTi"/>
          <w:color w:val="000000"/>
          <w:sz w:val="28"/>
        </w:rPr>
        <w:t>资</w:t>
      </w:r>
      <w:r>
        <w:rPr>
          <w:spacing w:val="18"/>
          <w:rFonts w:ascii="Ddylr05K+KaiTi" w:hAnsi="Ddylr05K+KaiTi" w:eastAsia="Ddylr05K+KaiTi"/>
          <w:color w:val="000000"/>
          <w:sz w:val="28"/>
        </w:rPr>
        <w:t>源</w:t>
      </w:r>
      <w:r>
        <w:rPr>
          <w:spacing w:val="16"/>
          <w:rFonts w:ascii="Ddylr05K+KaiTi" w:hAnsi="Ddylr05K+KaiTi" w:eastAsia="Ddylr05K+KaiTi"/>
          <w:color w:val="000000"/>
          <w:sz w:val="28"/>
        </w:rPr>
        <w:t>研究</w:t>
      </w:r>
      <w:r>
        <w:rPr>
          <w:spacing w:val="18"/>
          <w:rFonts w:ascii="Ddylr05K+KaiTi" w:hAnsi="Ddylr05K+KaiTi" w:eastAsia="Ddylr05K+KaiTi"/>
          <w:color w:val="000000"/>
          <w:sz w:val="28"/>
        </w:rPr>
        <w:t>所</w:t>
      </w:r>
      <w:r>
        <w:rPr>
          <w:spacing w:val="16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Wo</w:t>
      </w:r>
      <w:r>
        <w:rPr>
          <w:spacing w:val="-2"/>
          <w:rFonts w:ascii="Ddylr05K+KaiTi" w:hAnsi="Ddylr05K+KaiTi" w:eastAsia="Ddylr05K+KaiTi"/>
          <w:color w:val="000000"/>
          <w:sz w:val="28"/>
        </w:rPr>
        <w:t>r</w:t>
      </w:r>
      <w:r>
        <w:rPr>
          <w:rFonts w:ascii="Ddylr05K+KaiTi" w:hAnsi="Ddylr05K+KaiTi" w:eastAsia="Ddylr05K+KaiTi"/>
          <w:color w:val="000000"/>
          <w:sz w:val="28"/>
        </w:rPr>
        <w:t>l</w:t>
      </w:r>
      <w:r>
        <w:rPr>
          <w:rFonts w:ascii="Ddylr05K+KaiTi" w:hAnsi="Ddylr05K+KaiTi" w:eastAsia="Ddylr05K+KaiTi"/>
          <w:color w:val="000000"/>
          <w:sz w:val="28"/>
        </w:rPr>
        <w:t>d</w:t>
      </w:r>
      <w:r>
        <w:rPr>
          <w:spacing w:val="78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Re</w:t>
      </w:r>
      <w:r>
        <w:rPr>
          <w:spacing w:val="-2"/>
          <w:rFonts w:ascii="Ddylr05K+KaiTi" w:hAnsi="Ddylr05K+KaiTi" w:eastAsia="Ddylr05K+KaiTi"/>
          <w:color w:val="000000"/>
          <w:sz w:val="28"/>
        </w:rPr>
        <w:t>s</w:t>
      </w:r>
      <w:r>
        <w:rPr>
          <w:rFonts w:ascii="Ddylr05K+KaiTi" w:hAnsi="Ddylr05K+KaiTi" w:eastAsia="Ddylr05K+KaiTi"/>
          <w:color w:val="000000"/>
          <w:sz w:val="28"/>
        </w:rPr>
        <w:t>ou</w:t>
      </w:r>
      <w:r>
        <w:rPr>
          <w:spacing w:val="-2"/>
          <w:rFonts w:ascii="Ddylr05K+KaiTi" w:hAnsi="Ddylr05K+KaiTi" w:eastAsia="Ddylr05K+KaiTi"/>
          <w:color w:val="000000"/>
          <w:sz w:val="28"/>
        </w:rPr>
        <w:t>r</w:t>
      </w:r>
      <w:r>
        <w:rPr>
          <w:rFonts w:ascii="Ddylr05K+KaiTi" w:hAnsi="Ddylr05K+KaiTi" w:eastAsia="Ddylr05K+KaiTi"/>
          <w:color w:val="000000"/>
          <w:sz w:val="28"/>
        </w:rPr>
        <w:t>ce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spacing w:val="8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I</w:t>
      </w:r>
      <w:r>
        <w:rPr>
          <w:spacing w:val="-2"/>
          <w:rFonts w:ascii="Ddylr05K+KaiTi" w:hAnsi="Ddylr05K+KaiTi" w:eastAsia="Ddylr05K+KaiTi"/>
          <w:color w:val="000000"/>
          <w:sz w:val="28"/>
        </w:rPr>
        <w:t>n</w:t>
      </w:r>
      <w:r>
        <w:rPr>
          <w:rFonts w:ascii="Ddylr05K+KaiTi" w:hAnsi="Ddylr05K+KaiTi" w:eastAsia="Ddylr05K+KaiTi"/>
          <w:color w:val="000000"/>
          <w:sz w:val="28"/>
        </w:rPr>
        <w:t>st</w:t>
      </w:r>
      <w:r>
        <w:rPr>
          <w:spacing w:val="-2"/>
          <w:rFonts w:ascii="Ddylr05K+KaiTi" w:hAnsi="Ddylr05K+KaiTi" w:eastAsia="Ddylr05K+KaiTi"/>
          <w:color w:val="000000"/>
          <w:sz w:val="28"/>
        </w:rPr>
        <w:t>i</w:t>
      </w:r>
      <w:r>
        <w:rPr>
          <w:rFonts w:ascii="Ddylr05K+KaiTi" w:hAnsi="Ddylr05K+KaiTi" w:eastAsia="Ddylr05K+KaiTi"/>
          <w:color w:val="000000"/>
          <w:sz w:val="28"/>
        </w:rPr>
        <w:t>tu</w:t>
      </w:r>
      <w:r>
        <w:rPr>
          <w:spacing w:val="-2"/>
          <w:rFonts w:ascii="Ddylr05K+KaiTi" w:hAnsi="Ddylr05K+KaiTi" w:eastAsia="Ddylr05K+KaiTi"/>
          <w:color w:val="000000"/>
          <w:sz w:val="28"/>
        </w:rPr>
        <w:t>t</w:t>
      </w:r>
      <w:r>
        <w:rPr>
          <w:spacing w:val="16"/>
          <w:rFonts w:ascii="Ddylr05K+KaiTi" w:hAnsi="Ddylr05K+KaiTi" w:eastAsia="Ddylr05K+KaiTi"/>
          <w:color w:val="000000"/>
          <w:sz w:val="28"/>
        </w:rPr>
        <w:t>e</w:t>
      </w:r>
      <w:r>
        <w:rPr>
          <w:spacing w:val="18"/>
          <w:rFonts w:ascii="Ddylr05K+KaiTi" w:hAnsi="Ddylr05K+KaiTi" w:eastAsia="Ddylr05K+KaiTi"/>
          <w:color w:val="000000"/>
          <w:sz w:val="28"/>
        </w:rPr>
        <w:t>，</w:t>
      </w:r>
      <w:r>
        <w:rPr>
          <w:spacing w:val="20"/>
          <w:rFonts w:ascii="Ddylr05K+KaiTi" w:hAnsi="Ddylr05K+KaiTi" w:eastAsia="Ddylr05K+KaiTi"/>
          <w:color w:val="000000"/>
          <w:sz w:val="28"/>
        </w:rPr>
        <w:t>简</w:t>
      </w:r>
      <w:r>
        <w:rPr>
          <w:rFonts w:ascii="Ddylr05K+KaiTi" w:hAnsi="Ddylr05K+KaiTi" w:eastAsia="Ddylr05K+KaiTi"/>
          <w:color w:val="000000"/>
          <w:sz w:val="28"/>
        </w:rPr>
        <w:t>称</w:t>
      </w:r>
      <w:r>
        <w:rPr>
          <w:spacing w:val="2"/>
          <w:rFonts w:ascii="Ddylr05K+KaiTi" w:hAnsi="Ddylr05K+KaiTi" w:eastAsia="Ddylr05K+KaiTi"/>
          <w:color w:val="000000"/>
          <w:sz w:val="28"/>
        </w:rPr>
        <w:t>W</w:t>
      </w:r>
      <w:r>
        <w:rPr>
          <w:spacing w:val="-2"/>
          <w:rFonts w:ascii="Ddylr05K+KaiTi" w:hAnsi="Ddylr05K+KaiTi" w:eastAsia="Ddylr05K+KaiTi"/>
          <w:color w:val="000000"/>
          <w:sz w:val="28"/>
        </w:rPr>
        <w:t>R</w:t>
      </w:r>
      <w:r>
        <w:rPr>
          <w:rFonts w:ascii="Ddylr05K+KaiTi" w:hAnsi="Ddylr05K+KaiTi" w:eastAsia="Ddylr05K+KaiTi"/>
          <w:color w:val="000000"/>
          <w:sz w:val="28"/>
        </w:rPr>
        <w:t>I</w:t>
      </w:r>
      <w:r>
        <w:rPr>
          <w:spacing w:val="2"/>
          <w:rFonts w:ascii="Ddylr05K+KaiTi" w:hAnsi="Ddylr05K+KaiTi" w:eastAsia="Ddylr05K+KaiTi"/>
          <w:color w:val="000000"/>
          <w:sz w:val="28"/>
        </w:rPr>
        <w:t>）</w:t>
      </w:r>
      <w:r>
        <w:rPr>
          <w:rFonts w:ascii="Ddylr05K+KaiTi" w:hAnsi="Ddylr05K+KaiTi" w:eastAsia="Ddylr05K+KaiTi"/>
          <w:color w:val="000000"/>
          <w:sz w:val="28"/>
        </w:rPr>
        <w:t>和</w:t>
      </w:r>
      <w:r>
        <w:rPr>
          <w:spacing w:val="2"/>
          <w:rFonts w:ascii="Ddylr05K+KaiTi" w:hAnsi="Ddylr05K+KaiTi" w:eastAsia="Ddylr05K+KaiTi"/>
          <w:color w:val="000000"/>
          <w:sz w:val="28"/>
        </w:rPr>
        <w:t>世界</w:t>
      </w:r>
      <w:r>
        <w:rPr>
          <w:rFonts w:ascii="Ddylr05K+KaiTi" w:hAnsi="Ddylr05K+KaiTi" w:eastAsia="Ddylr05K+KaiTi"/>
          <w:color w:val="000000"/>
          <w:sz w:val="28"/>
        </w:rPr>
        <w:t>可</w:t>
      </w:r>
      <w:r>
        <w:rPr>
          <w:spacing w:val="2"/>
          <w:rFonts w:ascii="Ddylr05K+KaiTi" w:hAnsi="Ddylr05K+KaiTi" w:eastAsia="Ddylr05K+KaiTi"/>
          <w:color w:val="000000"/>
          <w:sz w:val="28"/>
        </w:rPr>
        <w:t>持续</w:t>
      </w:r>
      <w:r>
        <w:rPr>
          <w:rFonts w:ascii="Ddylr05K+KaiTi" w:hAnsi="Ddylr05K+KaiTi" w:eastAsia="Ddylr05K+KaiTi"/>
          <w:color w:val="000000"/>
          <w:sz w:val="28"/>
        </w:rPr>
        <w:t>发</w:t>
      </w:r>
      <w:r>
        <w:rPr>
          <w:spacing w:val="2"/>
          <w:rFonts w:ascii="Ddylr05K+KaiTi" w:hAnsi="Ddylr05K+KaiTi" w:eastAsia="Ddylr05K+KaiTi"/>
          <w:color w:val="000000"/>
          <w:sz w:val="28"/>
        </w:rPr>
        <w:t>展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商</w:t>
      </w:r>
      <w:r>
        <w:rPr>
          <w:spacing w:val="4"/>
          <w:rFonts w:ascii="Ddylr05K+KaiTi" w:hAnsi="Ddylr05K+KaiTi" w:eastAsia="Ddylr05K+KaiTi"/>
          <w:color w:val="000000"/>
          <w:sz w:val="28"/>
        </w:rPr>
        <w:t>理</w:t>
      </w:r>
      <w:r>
        <w:rPr>
          <w:spacing w:val="2"/>
          <w:rFonts w:ascii="Ddylr05K+KaiTi" w:hAnsi="Ddylr05K+KaiTi" w:eastAsia="Ddylr05K+KaiTi"/>
          <w:color w:val="000000"/>
          <w:sz w:val="28"/>
        </w:rPr>
        <w:t>事</w:t>
      </w:r>
      <w:r>
        <w:rPr>
          <w:rFonts w:ascii="Ddylr05K+KaiTi" w:hAnsi="Ddylr05K+KaiTi" w:eastAsia="Ddylr05K+KaiTi"/>
          <w:color w:val="000000"/>
          <w:sz w:val="28"/>
        </w:rPr>
        <w:t>会</w:t>
      </w:r>
      <w:r>
        <w:rPr>
          <w:spacing w:val="2"/>
          <w:rFonts w:ascii="Ddylr05K+KaiTi" w:hAnsi="Ddylr05K+KaiTi" w:eastAsia="Ddylr05K+KaiTi"/>
          <w:color w:val="000000"/>
          <w:sz w:val="28"/>
        </w:rPr>
        <w:t>（W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spacing w:val="-2"/>
          <w:rFonts w:ascii="Ddylr05K+KaiTi" w:hAnsi="Ddylr05K+KaiTi" w:eastAsia="Ddylr05K+KaiTi"/>
          <w:color w:val="000000"/>
          <w:sz w:val="28"/>
        </w:rPr>
        <w:t>r</w:t>
      </w:r>
      <w:r>
        <w:rPr>
          <w:spacing w:val="2"/>
          <w:rFonts w:ascii="Ddylr05K+KaiTi" w:hAnsi="Ddylr05K+KaiTi" w:eastAsia="Ddylr05K+KaiTi"/>
          <w:color w:val="000000"/>
          <w:sz w:val="28"/>
        </w:rPr>
        <w:t>l</w:t>
      </w:r>
      <w:r>
        <w:rPr>
          <w:rFonts w:ascii="Ddylr05K+KaiTi" w:hAnsi="Ddylr05K+KaiTi" w:eastAsia="Ddylr05K+KaiTi"/>
          <w:color w:val="000000"/>
          <w:sz w:val="28"/>
        </w:rPr>
        <w:t>d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Bu</w:t>
      </w:r>
      <w:r>
        <w:rPr>
          <w:spacing w:val="-2"/>
          <w:rFonts w:ascii="Ddylr05K+KaiTi" w:hAnsi="Ddylr05K+KaiTi" w:eastAsia="Ddylr05K+KaiTi"/>
          <w:color w:val="000000"/>
          <w:sz w:val="28"/>
        </w:rPr>
        <w:t>s</w:t>
      </w:r>
      <w:r>
        <w:rPr>
          <w:rFonts w:ascii="Ddylr05K+KaiTi" w:hAnsi="Ddylr05K+KaiTi" w:eastAsia="Ddylr05K+KaiTi"/>
          <w:color w:val="000000"/>
          <w:sz w:val="28"/>
        </w:rPr>
        <w:t>in</w:t>
      </w:r>
      <w:r>
        <w:rPr>
          <w:spacing w:val="-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spacing w:val="64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C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un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i</w:t>
      </w:r>
      <w:r>
        <w:rPr>
          <w:rFonts w:ascii="Ddylr05K+KaiTi" w:hAnsi="Ddylr05K+KaiTi" w:eastAsia="Ddylr05K+KaiTi"/>
          <w:color w:val="000000"/>
          <w:sz w:val="28"/>
        </w:rPr>
        <w:t>l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f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 xml:space="preserve">r </w:t>
      </w:r>
      <w:r>
        <w:rPr>
          <w:spacing w:val="2"/>
          <w:rFonts w:ascii="Ddylr05K+KaiTi" w:hAnsi="Ddylr05K+KaiTi" w:eastAsia="Ddylr05K+KaiTi"/>
          <w:color w:val="000000"/>
          <w:sz w:val="28"/>
        </w:rPr>
        <w:t>S</w:t>
      </w:r>
      <w:r>
        <w:rPr>
          <w:spacing w:val="-2"/>
          <w:rFonts w:ascii="Ddylr05K+KaiTi" w:hAnsi="Ddylr05K+KaiTi" w:eastAsia="Ddylr05K+KaiTi"/>
          <w:color w:val="000000"/>
          <w:sz w:val="28"/>
        </w:rPr>
        <w:t>us</w:t>
      </w:r>
      <w:r>
        <w:rPr>
          <w:spacing w:val="2"/>
          <w:rFonts w:ascii="Ddylr05K+KaiTi" w:hAnsi="Ddylr05K+KaiTi" w:eastAsia="Ddylr05K+KaiTi"/>
          <w:color w:val="000000"/>
          <w:sz w:val="28"/>
        </w:rPr>
        <w:t>t</w:t>
      </w:r>
      <w:r>
        <w:rPr>
          <w:spacing w:val="-2"/>
          <w:rFonts w:ascii="Ddylr05K+KaiTi" w:hAnsi="Ddylr05K+KaiTi" w:eastAsia="Ddylr05K+KaiTi"/>
          <w:color w:val="000000"/>
          <w:sz w:val="28"/>
        </w:rPr>
        <w:t>ai</w:t>
      </w:r>
      <w:r>
        <w:rPr>
          <w:spacing w:val="2"/>
          <w:rFonts w:ascii="Ddylr05K+KaiTi" w:hAnsi="Ddylr05K+KaiTi" w:eastAsia="Ddylr05K+KaiTi"/>
          <w:color w:val="000000"/>
          <w:sz w:val="28"/>
        </w:rPr>
        <w:t>n</w:t>
      </w:r>
      <w:r>
        <w:rPr>
          <w:spacing w:val="-2"/>
          <w:rFonts w:ascii="Ddylr05K+KaiTi" w:hAnsi="Ddylr05K+KaiTi" w:eastAsia="Ddylr05K+KaiTi"/>
          <w:color w:val="000000"/>
          <w:sz w:val="28"/>
        </w:rPr>
        <w:t>ab</w:t>
      </w:r>
      <w:r>
        <w:rPr>
          <w:spacing w:val="2"/>
          <w:rFonts w:ascii="Ddylr05K+KaiTi" w:hAnsi="Ddylr05K+KaiTi" w:eastAsia="Ddylr05K+KaiTi"/>
          <w:color w:val="000000"/>
          <w:sz w:val="28"/>
        </w:rPr>
        <w:t>l</w:t>
      </w:r>
      <w:r>
        <w:rPr>
          <w:rFonts w:ascii="Ddylr05K+KaiTi" w:hAnsi="Ddylr05K+KaiTi" w:eastAsia="Ddylr05K+KaiTi"/>
          <w:color w:val="000000"/>
          <w:sz w:val="28"/>
        </w:rPr>
        <w:t>e</w:t>
      </w:r>
      <w:r>
        <w:rPr>
          <w:spacing w:val="68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D</w:t>
      </w:r>
      <w:r>
        <w:rPr>
          <w:spacing w:val="-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ve</w:t>
      </w:r>
      <w:r>
        <w:rPr>
          <w:spacing w:val="-2"/>
          <w:rFonts w:ascii="Ddylr05K+KaiTi" w:hAnsi="Ddylr05K+KaiTi" w:eastAsia="Ddylr05K+KaiTi"/>
          <w:color w:val="000000"/>
          <w:sz w:val="28"/>
        </w:rPr>
        <w:t>l</w:t>
      </w:r>
      <w:r>
        <w:rPr>
          <w:rFonts w:ascii="Ddylr05K+KaiTi" w:hAnsi="Ddylr05K+KaiTi" w:eastAsia="Ddylr05K+KaiTi"/>
          <w:color w:val="000000"/>
          <w:sz w:val="28"/>
        </w:rPr>
        <w:t>op</w:t>
      </w:r>
      <w:r>
        <w:rPr>
          <w:spacing w:val="-2"/>
          <w:rFonts w:ascii="Ddylr05K+KaiTi" w:hAnsi="Ddylr05K+KaiTi" w:eastAsia="Ddylr05K+KaiTi"/>
          <w:color w:val="000000"/>
          <w:sz w:val="28"/>
        </w:rPr>
        <w:t>m</w:t>
      </w:r>
      <w:r>
        <w:rPr>
          <w:rFonts w:ascii="Ddylr05K+KaiTi" w:hAnsi="Ddylr05K+KaiTi" w:eastAsia="Ddylr05K+KaiTi"/>
          <w:color w:val="000000"/>
          <w:sz w:val="28"/>
        </w:rPr>
        <w:t>en</w:t>
      </w:r>
      <w:r>
        <w:rPr>
          <w:spacing w:val="6"/>
          <w:rFonts w:ascii="Ddylr05K+KaiTi" w:hAnsi="Ddylr05K+KaiTi" w:eastAsia="Ddylr05K+KaiTi"/>
          <w:color w:val="000000"/>
          <w:sz w:val="28"/>
        </w:rPr>
        <w:t>t</w:t>
      </w:r>
      <w:r>
        <w:rPr>
          <w:spacing w:val="8"/>
          <w:rFonts w:ascii="Ddylr05K+KaiTi" w:hAnsi="Ddylr05K+KaiTi" w:eastAsia="Ddylr05K+KaiTi"/>
          <w:color w:val="000000"/>
          <w:sz w:val="28"/>
        </w:rPr>
        <w:t>，简</w:t>
      </w:r>
      <w:r>
        <w:rPr>
          <w:spacing w:val="76"/>
          <w:rFonts w:ascii="Ddylr05K+KaiTi" w:hAnsi="Ddylr05K+KaiTi" w:eastAsia="Ddylr05K+KaiTi"/>
          <w:color w:val="000000"/>
          <w:sz w:val="28"/>
        </w:rPr>
        <w:t>称</w:t>
      </w:r>
      <w:r>
        <w:rPr>
          <w:spacing w:val="-2"/>
          <w:rFonts w:ascii="Ddylr05K+KaiTi" w:hAnsi="Ddylr05K+KaiTi" w:eastAsia="Ddylr05K+KaiTi"/>
          <w:color w:val="000000"/>
          <w:sz w:val="28"/>
        </w:rPr>
        <w:t>W</w:t>
      </w:r>
      <w:r>
        <w:rPr>
          <w:spacing w:val="2"/>
          <w:rFonts w:ascii="Ddylr05K+KaiTi" w:hAnsi="Ddylr05K+KaiTi" w:eastAsia="Ddylr05K+KaiTi"/>
          <w:color w:val="000000"/>
          <w:sz w:val="28"/>
        </w:rPr>
        <w:t>B</w:t>
      </w:r>
      <w:r>
        <w:rPr>
          <w:spacing w:val="-2"/>
          <w:rFonts w:ascii="Ddylr05K+KaiTi" w:hAnsi="Ddylr05K+KaiTi" w:eastAsia="Ddylr05K+KaiTi"/>
          <w:color w:val="000000"/>
          <w:sz w:val="28"/>
        </w:rPr>
        <w:t>CS</w:t>
      </w:r>
      <w:r>
        <w:rPr>
          <w:spacing w:val="8"/>
          <w:rFonts w:ascii="Ddylr05K+KaiTi" w:hAnsi="Ddylr05K+KaiTi" w:eastAsia="Ddylr05K+KaiTi"/>
          <w:color w:val="000000"/>
          <w:sz w:val="28"/>
        </w:rPr>
        <w:t>D</w:t>
      </w:r>
      <w:r>
        <w:rPr>
          <w:spacing w:val="6"/>
          <w:rFonts w:ascii="Ddylr05K+KaiTi" w:hAnsi="Ddylr05K+KaiTi" w:eastAsia="Ddylr05K+KaiTi"/>
          <w:color w:val="000000"/>
          <w:sz w:val="28"/>
        </w:rPr>
        <w:t>）</w:t>
      </w:r>
      <w:r>
        <w:rPr>
          <w:spacing w:val="74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01</w:t>
      </w:r>
      <w:r>
        <w:rPr>
          <w:spacing w:val="78"/>
          <w:rFonts w:ascii="Ddylr05K+KaiTi" w:hAnsi="Ddylr05K+KaiTi" w:eastAsia="Ddylr05K+KaiTi"/>
          <w:color w:val="000000"/>
          <w:sz w:val="28"/>
        </w:rPr>
        <w:t>1</w:t>
      </w:r>
      <w:r>
        <w:rPr>
          <w:spacing w:val="76"/>
          <w:rFonts w:ascii="Ddylr05K+KaiTi" w:hAnsi="Ddylr05K+KaiTi" w:eastAsia="Ddylr05K+KaiTi"/>
          <w:color w:val="000000"/>
          <w:sz w:val="28"/>
        </w:rPr>
        <w:t>年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78"/>
          <w:rFonts w:ascii="Ddylr05K+KaiTi" w:hAnsi="Ddylr05K+KaiTi" w:eastAsia="Ddylr05K+KaiTi"/>
          <w:color w:val="000000"/>
          <w:sz w:val="28"/>
        </w:rPr>
        <w:t>0</w:t>
      </w:r>
      <w:r>
        <w:rPr>
          <w:spacing w:val="8"/>
          <w:rFonts w:ascii="Ddylr05K+KaiTi" w:hAnsi="Ddylr05K+KaiTi" w:eastAsia="Ddylr05K+KaiTi"/>
          <w:color w:val="000000"/>
          <w:sz w:val="28"/>
        </w:rPr>
        <w:t>月正式发</w:t>
      </w:r>
      <w:r>
        <w:rPr>
          <w:rFonts w:ascii="Ddylr05K+KaiTi" w:hAnsi="Ddylr05K+KaiTi" w:eastAsia="Ddylr05K+KaiTi"/>
          <w:color w:val="000000"/>
          <w:sz w:val="28"/>
        </w:rPr>
        <w:t>布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的产</w:t>
      </w:r>
      <w:r>
        <w:rPr>
          <w:rFonts w:ascii="Ddylr05K+KaiTi" w:hAnsi="Ddylr05K+KaiTi" w:eastAsia="Ddylr05K+KaiTi"/>
          <w:color w:val="000000"/>
          <w:sz w:val="28"/>
        </w:rPr>
        <w:t>品和</w:t>
      </w:r>
      <w:r>
        <w:rPr>
          <w:spacing w:val="-2"/>
          <w:rFonts w:ascii="Ddylr05K+KaiTi" w:hAnsi="Ddylr05K+KaiTi" w:eastAsia="Ddylr05K+KaiTi"/>
          <w:color w:val="000000"/>
          <w:sz w:val="28"/>
        </w:rPr>
        <w:t>供</w:t>
      </w:r>
      <w:r>
        <w:rPr>
          <w:rFonts w:ascii="Ddylr05K+KaiTi" w:hAnsi="Ddylr05K+KaiTi" w:eastAsia="Ddylr05K+KaiTi"/>
          <w:color w:val="000000"/>
          <w:sz w:val="28"/>
        </w:rPr>
        <w:t>应链</w:t>
      </w:r>
      <w:r>
        <w:rPr>
          <w:spacing w:val="-2"/>
          <w:rFonts w:ascii="Ddylr05K+KaiTi" w:hAnsi="Ddylr05K+KaiTi" w:eastAsia="Ddylr05K+KaiTi"/>
          <w:color w:val="000000"/>
          <w:sz w:val="28"/>
        </w:rPr>
        <w:t>标</w:t>
      </w:r>
      <w:r>
        <w:rPr>
          <w:rFonts w:ascii="Ddylr05K+KaiTi" w:hAnsi="Ddylr05K+KaiTi" w:eastAsia="Ddylr05K+KaiTi"/>
          <w:color w:val="000000"/>
          <w:sz w:val="28"/>
        </w:rPr>
        <w:t>准；</w:t>
      </w:r>
      <w:r>
        <w:br/>
      </w: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）</w:t>
      </w:r>
      <w:r>
        <w:rPr>
          <w:spacing w:val="8"/>
          <w:rFonts w:ascii="Ddylr05K+KaiTi" w:hAnsi="Ddylr05K+KaiTi" w:eastAsia="Ddylr05K+KaiTi"/>
          <w:color w:val="000000"/>
          <w:sz w:val="29"/>
        </w:rPr>
        <w:t>IS</w:t>
      </w:r>
      <w:r>
        <w:rPr>
          <w:rFonts w:ascii="Ddylr05K+KaiTi" w:hAnsi="Ddylr05K+KaiTi" w:eastAsia="Ddylr05K+KaiTi"/>
          <w:color w:val="000000"/>
          <w:sz w:val="29"/>
        </w:rPr>
        <w:t>O</w:t>
      </w:r>
      <w:r>
        <w:rPr>
          <w:spacing w:val="87"/>
          <w:rFonts w:ascii="Arial" w:hAnsi="Arial" w:eastAsia="Arial"/>
          <w:color w:val="000000"/>
          <w:sz w:val="29"/>
        </w:rPr>
        <w:t xml:space="preserve"> </w:t>
      </w:r>
      <w:r>
        <w:rPr>
          <w:spacing w:val="8"/>
          <w:rFonts w:ascii="Ddylr05K+KaiTi" w:hAnsi="Ddylr05K+KaiTi" w:eastAsia="Ddylr05K+KaiTi"/>
          <w:color w:val="000000"/>
          <w:sz w:val="29"/>
        </w:rPr>
        <w:t>14067:</w:t>
      </w:r>
      <w:r>
        <w:rPr>
          <w:spacing w:val="10"/>
          <w:rFonts w:ascii="Ddylr05K+KaiTi" w:hAnsi="Ddylr05K+KaiTi" w:eastAsia="Ddylr05K+KaiTi"/>
          <w:color w:val="000000"/>
          <w:sz w:val="29"/>
        </w:rPr>
        <w:t>2</w:t>
      </w:r>
      <w:r>
        <w:rPr>
          <w:spacing w:val="8"/>
          <w:rFonts w:ascii="Ddylr05K+KaiTi" w:hAnsi="Ddylr05K+KaiTi" w:eastAsia="Ddylr05K+KaiTi"/>
          <w:color w:val="000000"/>
          <w:sz w:val="29"/>
        </w:rPr>
        <w:t>018(E</w:t>
      </w:r>
      <w:r>
        <w:rPr>
          <w:spacing w:val="16"/>
          <w:rFonts w:ascii="Ddylr05K+KaiTi" w:hAnsi="Ddylr05K+KaiTi" w:eastAsia="Ddylr05K+KaiTi"/>
          <w:color w:val="000000"/>
          <w:sz w:val="29"/>
        </w:rPr>
        <w:t>)</w:t>
      </w:r>
      <w:r>
        <w:rPr>
          <w:spacing w:val="22"/>
          <w:rFonts w:ascii="Ddylr05K+KaiTi" w:hAnsi="Ddylr05K+KaiTi" w:eastAsia="Ddylr05K+KaiTi"/>
          <w:color w:val="000000"/>
          <w:sz w:val="29"/>
        </w:rPr>
        <w:t>《温室气</w:t>
      </w:r>
      <w:r>
        <w:rPr>
          <w:spacing w:val="18"/>
          <w:rFonts w:ascii="Ddylr05K+KaiTi" w:hAnsi="Ddylr05K+KaiTi" w:eastAsia="Ddylr05K+KaiTi"/>
          <w:color w:val="000000"/>
          <w:sz w:val="29"/>
        </w:rPr>
        <w:t>体</w:t>
      </w:r>
      <w:r>
        <w:rPr>
          <w:spacing w:val="16"/>
          <w:rFonts w:ascii="Ddylr05K+KaiTi" w:hAnsi="Ddylr05K+KaiTi" w:eastAsia="Ddylr05K+KaiTi"/>
          <w:color w:val="000000"/>
          <w:sz w:val="29"/>
        </w:rPr>
        <w:t>-</w:t>
      </w:r>
      <w:r>
        <w:rPr>
          <w:spacing w:val="20"/>
          <w:rFonts w:ascii="Ddylr05K+KaiTi" w:hAnsi="Ddylr05K+KaiTi" w:eastAsia="Ddylr05K+KaiTi"/>
          <w:color w:val="000000"/>
          <w:sz w:val="29"/>
        </w:rPr>
        <w:t>产</w:t>
      </w:r>
      <w:r>
        <w:rPr>
          <w:spacing w:val="18"/>
          <w:rFonts w:ascii="Ddylr05K+KaiTi" w:hAnsi="Ddylr05K+KaiTi" w:eastAsia="Ddylr05K+KaiTi"/>
          <w:color w:val="000000"/>
          <w:sz w:val="29"/>
        </w:rPr>
        <w:t>品</w:t>
      </w:r>
      <w:r>
        <w:rPr>
          <w:spacing w:val="22"/>
          <w:rFonts w:ascii="Ddylr05K+KaiTi" w:hAnsi="Ddylr05K+KaiTi" w:eastAsia="Ddylr05K+KaiTi"/>
          <w:color w:val="000000"/>
          <w:sz w:val="29"/>
        </w:rPr>
        <w:t>碳足</w:t>
      </w:r>
      <w:r>
        <w:rPr>
          <w:spacing w:val="18"/>
          <w:rFonts w:ascii="Ddylr05K+KaiTi" w:hAnsi="Ddylr05K+KaiTi" w:eastAsia="Ddylr05K+KaiTi"/>
          <w:color w:val="000000"/>
          <w:sz w:val="29"/>
        </w:rPr>
        <w:t>迹</w:t>
      </w:r>
      <w:r>
        <w:rPr>
          <w:spacing w:val="16"/>
          <w:rFonts w:ascii="Ddylr05K+KaiTi" w:hAnsi="Ddylr05K+KaiTi" w:eastAsia="Ddylr05K+KaiTi"/>
          <w:color w:val="000000"/>
          <w:sz w:val="29"/>
        </w:rPr>
        <w:t>-</w:t>
      </w:r>
      <w:r>
        <w:rPr>
          <w:spacing w:val="20"/>
          <w:rFonts w:ascii="Ddylr05K+KaiTi" w:hAnsi="Ddylr05K+KaiTi" w:eastAsia="Ddylr05K+KaiTi"/>
          <w:color w:val="000000"/>
          <w:sz w:val="29"/>
        </w:rPr>
        <w:t>量</w:t>
      </w:r>
      <w:r>
        <w:rPr>
          <w:spacing w:val="18"/>
          <w:rFonts w:ascii="Ddylr05K+KaiTi" w:hAnsi="Ddylr05K+KaiTi" w:eastAsia="Ddylr05K+KaiTi"/>
          <w:color w:val="000000"/>
          <w:sz w:val="29"/>
        </w:rPr>
        <w:t>化</w:t>
      </w:r>
      <w:r>
        <w:rPr>
          <w:spacing w:val="12"/>
          <w:rFonts w:ascii="Ddylr05K+KaiTi" w:hAnsi="Ddylr05K+KaiTi" w:eastAsia="Ddylr05K+KaiTi"/>
          <w:color w:val="000000"/>
          <w:sz w:val="29"/>
        </w:rPr>
        <w:t>的</w:t>
      </w:r>
      <w:r>
        <w:rPr>
          <w:spacing w:val="20"/>
          <w:rFonts w:ascii="Ddylr05K+KaiTi" w:hAnsi="Ddylr05K+KaiTi" w:eastAsia="Ddylr05K+KaiTi"/>
          <w:color w:val="000000"/>
          <w:sz w:val="29"/>
        </w:rPr>
        <w:t>要</w:t>
      </w:r>
      <w:r>
        <w:rPr>
          <w:spacing w:val="22"/>
          <w:rFonts w:ascii="Ddylr05K+KaiTi" w:hAnsi="Ddylr05K+KaiTi" w:eastAsia="Ddylr05K+KaiTi"/>
          <w:color w:val="000000"/>
          <w:sz w:val="29"/>
        </w:rPr>
        <w:t>求</w:t>
      </w:r>
      <w:r>
        <w:rPr>
          <w:spacing w:val="20"/>
          <w:rFonts w:ascii="Ddylr05K+KaiTi" w:hAnsi="Ddylr05K+KaiTi" w:eastAsia="Ddylr05K+KaiTi"/>
          <w:color w:val="000000"/>
          <w:sz w:val="29"/>
        </w:rPr>
        <w:t>和</w:t>
      </w:r>
      <w:r>
        <w:rPr>
          <w:spacing w:val="22"/>
          <w:rFonts w:ascii="Ddylr05K+KaiTi" w:hAnsi="Ddylr05K+KaiTi" w:eastAsia="Ddylr05K+KaiTi"/>
          <w:color w:val="000000"/>
          <w:sz w:val="29"/>
        </w:rPr>
        <w:t>指</w:t>
      </w:r>
      <w:r>
        <w:rPr>
          <w:spacing w:val="20"/>
          <w:rFonts w:ascii="Ddylr05K+KaiTi" w:hAnsi="Ddylr05K+KaiTi" w:eastAsia="Ddylr05K+KaiTi"/>
          <w:color w:val="000000"/>
          <w:sz w:val="29"/>
        </w:rPr>
        <w:t>南</w:t>
      </w:r>
      <w:r>
        <w:rPr>
          <w:spacing w:val="24"/>
          <w:rFonts w:ascii="Ddylr05K+KaiTi" w:hAnsi="Ddylr05K+KaiTi" w:eastAsia="Ddylr05K+KaiTi"/>
          <w:color w:val="000000"/>
          <w:sz w:val="29"/>
        </w:rPr>
        <w:t>》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此</w:t>
      </w:r>
      <w:r>
        <w:rPr>
          <w:spacing w:val="4"/>
          <w:rFonts w:ascii="Ddylr05K+KaiTi" w:hAnsi="Ddylr05K+KaiTi" w:eastAsia="Ddylr05K+KaiTi"/>
          <w:color w:val="000000"/>
          <w:sz w:val="28"/>
        </w:rPr>
        <w:t>标</w:t>
      </w:r>
      <w:r>
        <w:rPr>
          <w:spacing w:val="6"/>
          <w:rFonts w:ascii="Ddylr05K+KaiTi" w:hAnsi="Ddylr05K+KaiTi" w:eastAsia="Ddylr05K+KaiTi"/>
          <w:color w:val="000000"/>
          <w:sz w:val="28"/>
        </w:rPr>
        <w:t>准</w:t>
      </w:r>
      <w:r>
        <w:rPr>
          <w:spacing w:val="74"/>
          <w:rFonts w:ascii="Ddylr05K+KaiTi" w:hAnsi="Ddylr05K+KaiTi" w:eastAsia="Ddylr05K+KaiTi"/>
          <w:color w:val="000000"/>
          <w:sz w:val="28"/>
        </w:rPr>
        <w:t>以</w:t>
      </w:r>
      <w:r>
        <w:rPr>
          <w:spacing w:val="2"/>
          <w:rFonts w:ascii="Ddylr05K+KaiTi" w:hAnsi="Ddylr05K+KaiTi" w:eastAsia="Ddylr05K+KaiTi"/>
          <w:color w:val="000000"/>
          <w:sz w:val="28"/>
        </w:rPr>
        <w:t>P</w:t>
      </w:r>
      <w:r>
        <w:rPr>
          <w:spacing w:val="-2"/>
          <w:rFonts w:ascii="Ddylr05K+KaiTi" w:hAnsi="Ddylr05K+KaiTi" w:eastAsia="Ddylr05K+KaiTi"/>
          <w:color w:val="000000"/>
          <w:sz w:val="28"/>
        </w:rPr>
        <w:t>A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spacing w:val="68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05</w:t>
      </w:r>
      <w:r>
        <w:rPr>
          <w:spacing w:val="78"/>
          <w:rFonts w:ascii="Ddylr05K+KaiTi" w:hAnsi="Ddylr05K+KaiTi" w:eastAsia="Ddylr05K+KaiTi"/>
          <w:color w:val="000000"/>
          <w:sz w:val="28"/>
        </w:rPr>
        <w:t>0</w:t>
      </w:r>
      <w:r>
        <w:rPr>
          <w:spacing w:val="4"/>
          <w:rFonts w:ascii="Ddylr05K+KaiTi" w:hAnsi="Ddylr05K+KaiTi" w:eastAsia="Ddylr05K+KaiTi"/>
          <w:color w:val="000000"/>
          <w:sz w:val="28"/>
        </w:rPr>
        <w:t>为</w:t>
      </w:r>
      <w:r>
        <w:rPr>
          <w:spacing w:val="8"/>
          <w:rFonts w:ascii="Ddylr05K+KaiTi" w:hAnsi="Ddylr05K+KaiTi" w:eastAsia="Ddylr05K+KaiTi"/>
          <w:color w:val="000000"/>
          <w:sz w:val="28"/>
        </w:rPr>
        <w:t>种</w:t>
      </w:r>
      <w:r>
        <w:rPr>
          <w:spacing w:val="6"/>
          <w:rFonts w:ascii="Ddylr05K+KaiTi" w:hAnsi="Ddylr05K+KaiTi" w:eastAsia="Ddylr05K+KaiTi"/>
          <w:color w:val="000000"/>
          <w:sz w:val="28"/>
        </w:rPr>
        <w:t>子</w:t>
      </w:r>
      <w:r>
        <w:rPr>
          <w:spacing w:val="8"/>
          <w:rFonts w:ascii="Ddylr05K+KaiTi" w:hAnsi="Ddylr05K+KaiTi" w:eastAsia="Ddylr05K+KaiTi"/>
          <w:color w:val="000000"/>
          <w:sz w:val="28"/>
        </w:rPr>
        <w:t>文</w:t>
      </w:r>
      <w:r>
        <w:rPr>
          <w:spacing w:val="6"/>
          <w:rFonts w:ascii="Ddylr05K+KaiTi" w:hAnsi="Ddylr05K+KaiTi" w:eastAsia="Ddylr05K+KaiTi"/>
          <w:color w:val="000000"/>
          <w:sz w:val="28"/>
        </w:rPr>
        <w:t>件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由</w:t>
      </w:r>
      <w:r>
        <w:rPr>
          <w:spacing w:val="6"/>
          <w:rFonts w:ascii="Ddylr05K+KaiTi" w:hAnsi="Ddylr05K+KaiTi" w:eastAsia="Ddylr05K+KaiTi"/>
          <w:color w:val="000000"/>
          <w:sz w:val="28"/>
        </w:rPr>
        <w:t>国</w:t>
      </w:r>
      <w:r>
        <w:rPr>
          <w:spacing w:val="4"/>
          <w:rFonts w:ascii="Ddylr05K+KaiTi" w:hAnsi="Ddylr05K+KaiTi" w:eastAsia="Ddylr05K+KaiTi"/>
          <w:color w:val="000000"/>
          <w:sz w:val="28"/>
        </w:rPr>
        <w:t>际标</w:t>
      </w:r>
      <w:r>
        <w:rPr>
          <w:spacing w:val="8"/>
          <w:rFonts w:ascii="Ddylr05K+KaiTi" w:hAnsi="Ddylr05K+KaiTi" w:eastAsia="Ddylr05K+KaiTi"/>
          <w:color w:val="000000"/>
          <w:sz w:val="28"/>
        </w:rPr>
        <w:t>准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rFonts w:ascii="Ddylr05K+KaiTi" w:hAnsi="Ddylr05K+KaiTi" w:eastAsia="Ddylr05K+KaiTi"/>
          <w:color w:val="000000"/>
          <w:sz w:val="28"/>
        </w:rPr>
        <w:t>组</w:t>
      </w:r>
      <w:r>
        <w:rPr>
          <w:spacing w:val="-2"/>
          <w:rFonts w:ascii="Ddylr05K+KaiTi" w:hAnsi="Ddylr05K+KaiTi" w:eastAsia="Ddylr05K+KaiTi"/>
          <w:color w:val="000000"/>
          <w:sz w:val="28"/>
        </w:rPr>
        <w:t>织</w:t>
      </w:r>
      <w:r>
        <w:rPr>
          <w:spacing w:val="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IS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2"/>
          <w:rFonts w:ascii="Ddylr05K+KaiTi" w:hAnsi="Ddylr05K+KaiTi" w:eastAsia="Ddylr05K+KaiTi"/>
          <w:color w:val="000000"/>
          <w:sz w:val="28"/>
        </w:rPr>
        <w:t>编</w:t>
      </w:r>
      <w:r>
        <w:rPr>
          <w:rFonts w:ascii="Ddylr05K+KaiTi" w:hAnsi="Ddylr05K+KaiTi" w:eastAsia="Ddylr05K+KaiTi"/>
          <w:color w:val="000000"/>
          <w:sz w:val="28"/>
        </w:rPr>
        <w:t>制发</w:t>
      </w:r>
      <w:r>
        <w:rPr>
          <w:spacing w:val="2"/>
          <w:rFonts w:ascii="Ddylr05K+KaiTi" w:hAnsi="Ddylr05K+KaiTi" w:eastAsia="Ddylr05K+KaiTi"/>
          <w:color w:val="000000"/>
          <w:sz w:val="28"/>
        </w:rPr>
        <w:t>布</w:t>
      </w:r>
      <w:r>
        <w:rPr>
          <w:rFonts w:ascii="Ddylr05K+KaiTi" w:hAnsi="Ddylr05K+KaiTi" w:eastAsia="Ddylr05K+KaiTi"/>
          <w:color w:val="000000"/>
          <w:sz w:val="28"/>
        </w:rPr>
        <w:t>。产</w:t>
      </w:r>
      <w:r>
        <w:rPr>
          <w:spacing w:val="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碳</w:t>
      </w:r>
      <w:r>
        <w:rPr>
          <w:spacing w:val="2"/>
          <w:rFonts w:ascii="Ddylr05K+KaiTi" w:hAnsi="Ddylr05K+KaiTi" w:eastAsia="Ddylr05K+KaiTi"/>
          <w:color w:val="000000"/>
          <w:sz w:val="28"/>
        </w:rPr>
        <w:t>足</w:t>
      </w:r>
      <w:r>
        <w:rPr>
          <w:rFonts w:ascii="Ddylr05K+KaiTi" w:hAnsi="Ddylr05K+KaiTi" w:eastAsia="Ddylr05K+KaiTi"/>
          <w:color w:val="000000"/>
          <w:sz w:val="28"/>
        </w:rPr>
        <w:t>迹核</w:t>
      </w:r>
      <w:r>
        <w:rPr>
          <w:spacing w:val="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标准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出现</w:t>
      </w:r>
      <w:r>
        <w:rPr>
          <w:spacing w:val="2"/>
          <w:rFonts w:ascii="Ddylr05K+KaiTi" w:hAnsi="Ddylr05K+KaiTi" w:eastAsia="Ddylr05K+KaiTi"/>
          <w:color w:val="000000"/>
          <w:sz w:val="28"/>
        </w:rPr>
        <w:t>目</w:t>
      </w:r>
      <w:r>
        <w:rPr>
          <w:rFonts w:ascii="Ddylr05K+KaiTi" w:hAnsi="Ddylr05K+KaiTi" w:eastAsia="Ddylr05K+KaiTi"/>
          <w:color w:val="000000"/>
          <w:sz w:val="28"/>
        </w:rPr>
        <w:t>的是</w:t>
      </w:r>
      <w:r>
        <w:rPr>
          <w:spacing w:val="2"/>
          <w:rFonts w:ascii="Ddylr05K+KaiTi" w:hAnsi="Ddylr05K+KaiTi" w:eastAsia="Ddylr05K+KaiTi"/>
          <w:color w:val="000000"/>
          <w:sz w:val="28"/>
        </w:rPr>
        <w:t>建</w:t>
      </w:r>
      <w:r>
        <w:rPr>
          <w:rFonts w:ascii="Ddylr05K+KaiTi" w:hAnsi="Ddylr05K+KaiTi" w:eastAsia="Ddylr05K+KaiTi"/>
          <w:color w:val="000000"/>
          <w:sz w:val="28"/>
        </w:rPr>
        <w:t>立一</w:t>
      </w:r>
      <w:r>
        <w:rPr>
          <w:spacing w:val="2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一</w:t>
      </w:r>
      <w:r>
        <w:rPr>
          <w:spacing w:val="-2"/>
          <w:rFonts w:ascii="Ddylr05K+KaiTi" w:hAnsi="Ddylr05K+KaiTi" w:eastAsia="Ddylr05K+KaiTi"/>
          <w:color w:val="000000"/>
          <w:sz w:val="28"/>
        </w:rPr>
        <w:t>致的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国际</w:t>
      </w:r>
      <w:r>
        <w:rPr>
          <w:rFonts w:ascii="Ddylr05K+KaiTi" w:hAnsi="Ddylr05K+KaiTi" w:eastAsia="Ddylr05K+KaiTi"/>
          <w:color w:val="000000"/>
          <w:sz w:val="28"/>
        </w:rPr>
        <w:t>认</w:t>
      </w:r>
      <w:r>
        <w:rPr>
          <w:spacing w:val="-2"/>
          <w:rFonts w:ascii="Ddylr05K+KaiTi" w:hAnsi="Ddylr05K+KaiTi" w:eastAsia="Ddylr05K+KaiTi"/>
          <w:color w:val="000000"/>
          <w:sz w:val="28"/>
        </w:rPr>
        <w:t>可</w:t>
      </w:r>
      <w:r>
        <w:rPr>
          <w:rFonts w:ascii="Ddylr05K+KaiTi" w:hAnsi="Ddylr05K+KaiTi" w:eastAsia="Ddylr05K+KaiTi"/>
          <w:color w:val="000000"/>
          <w:sz w:val="28"/>
        </w:rPr>
        <w:t>的评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估</w:t>
      </w:r>
      <w:r>
        <w:rPr>
          <w:rFonts w:ascii="Ddylr05K+KaiTi" w:hAnsi="Ddylr05K+KaiTi" w:eastAsia="Ddylr05K+KaiTi"/>
          <w:color w:val="000000"/>
          <w:sz w:val="28"/>
        </w:rPr>
        <w:t>产品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足迹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方法。</w:t>
      </w:r>
    </w:p>
    <w:p>
      <w:pPr>
        <w:autoSpaceDN w:val="0"/>
        <w:tabs>
          <w:tab w:pos="920" w:val="left"/>
        </w:tabs>
        <w:autoSpaceDE w:val="0"/>
        <w:widowControl/>
        <w:spacing w:line="622" w:lineRule="exact" w:before="20" w:after="0"/>
        <w:ind w:left="360" w:right="144" w:firstLine="0"/>
        <w:jc w:val="left"/>
      </w:pPr>
      <w:r>
        <w:rPr>
          <w:spacing w:val="2"/>
          <w:rFonts w:ascii="GdJYNGgr+TimesNewRomanPS" w:hAnsi="GdJYNGgr+TimesNewRomanPS" w:eastAsia="GdJYNGgr+TimesNewRomanPS"/>
          <w:color w:val="000000"/>
          <w:sz w:val="28"/>
        </w:rPr>
        <w:t>1</w:t>
      </w:r>
      <w:r>
        <w:rPr>
          <w:rFonts w:ascii="GdJYNGgr+TimesNewRomanPS" w:hAnsi="GdJYNGgr+TimesNewRomanPS" w:eastAsia="GdJYNGgr+TimesNewRomanPS"/>
          <w:color w:val="000000"/>
          <w:sz w:val="28"/>
        </w:rPr>
        <w:t>.</w:t>
      </w:r>
      <w:r>
        <w:rPr>
          <w:rFonts w:ascii="GdJYNGgr+TimesNewRomanPS" w:hAnsi="GdJYNGgr+TimesNewRomanPS" w:eastAsia="GdJYNGgr+TimesNewRomanPS"/>
          <w:color w:val="000000"/>
          <w:sz w:val="28"/>
        </w:rPr>
        <w:t>2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评价目的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及</w:t>
      </w:r>
      <w:r>
        <w:rPr>
          <w:rFonts w:ascii="Ddylr05K+KaiTi" w:hAnsi="Ddylr05K+KaiTi" w:eastAsia="Ddylr05K+KaiTi"/>
          <w:b/>
          <w:color w:val="000000"/>
          <w:sz w:val="28"/>
        </w:rPr>
        <w:t>基本信息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受山</w:t>
      </w:r>
      <w:r>
        <w:rPr>
          <w:spacing w:val="4"/>
          <w:rFonts w:ascii="Ddylr05K+KaiTi" w:hAnsi="Ddylr05K+KaiTi" w:eastAsia="Ddylr05K+KaiTi"/>
          <w:color w:val="000000"/>
          <w:sz w:val="28"/>
        </w:rPr>
        <w:t>东</w:t>
      </w:r>
      <w:r>
        <w:rPr>
          <w:spacing w:val="6"/>
          <w:rFonts w:ascii="Ddylr05K+KaiTi" w:hAnsi="Ddylr05K+KaiTi" w:eastAsia="Ddylr05K+KaiTi"/>
          <w:color w:val="000000"/>
          <w:sz w:val="28"/>
        </w:rPr>
        <w:t>国众</w:t>
      </w:r>
      <w:r>
        <w:rPr>
          <w:spacing w:val="4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械科</w:t>
      </w:r>
      <w:r>
        <w:rPr>
          <w:spacing w:val="4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有</w:t>
      </w:r>
      <w:r>
        <w:rPr>
          <w:spacing w:val="6"/>
          <w:rFonts w:ascii="Ddylr05K+KaiTi" w:hAnsi="Ddylr05K+KaiTi" w:eastAsia="Ddylr05K+KaiTi"/>
          <w:color w:val="000000"/>
          <w:sz w:val="28"/>
        </w:rPr>
        <w:t>限</w:t>
      </w:r>
      <w:r>
        <w:rPr>
          <w:spacing w:val="8"/>
          <w:rFonts w:ascii="Ddylr05K+KaiTi" w:hAnsi="Ddylr05K+KaiTi" w:eastAsia="Ddylr05K+KaiTi"/>
          <w:color w:val="000000"/>
          <w:sz w:val="28"/>
        </w:rPr>
        <w:t>公</w:t>
      </w:r>
      <w:r>
        <w:rPr>
          <w:spacing w:val="6"/>
          <w:rFonts w:ascii="Ddylr05K+KaiTi" w:hAnsi="Ddylr05K+KaiTi" w:eastAsia="Ddylr05K+KaiTi"/>
          <w:color w:val="000000"/>
          <w:sz w:val="28"/>
        </w:rPr>
        <w:t>司</w:t>
      </w:r>
      <w:r>
        <w:rPr>
          <w:spacing w:val="8"/>
          <w:rFonts w:ascii="Ddylr05K+KaiTi" w:hAnsi="Ddylr05K+KaiTi" w:eastAsia="Ddylr05K+KaiTi"/>
          <w:color w:val="000000"/>
          <w:sz w:val="28"/>
        </w:rPr>
        <w:t>（</w:t>
      </w:r>
      <w:r>
        <w:rPr>
          <w:spacing w:val="4"/>
          <w:rFonts w:ascii="Ddylr05K+KaiTi" w:hAnsi="Ddylr05K+KaiTi" w:eastAsia="Ddylr05K+KaiTi"/>
          <w:color w:val="000000"/>
          <w:sz w:val="28"/>
        </w:rPr>
        <w:t>以</w:t>
      </w:r>
      <w:r>
        <w:rPr>
          <w:spacing w:val="6"/>
          <w:rFonts w:ascii="Ddylr05K+KaiTi" w:hAnsi="Ddylr05K+KaiTi" w:eastAsia="Ddylr05K+KaiTi"/>
          <w:color w:val="000000"/>
          <w:sz w:val="28"/>
        </w:rPr>
        <w:t>下简称</w:t>
      </w:r>
      <w:r>
        <w:rPr>
          <w:spacing w:val="4"/>
          <w:rFonts w:ascii="Ddylr05K+KaiTi" w:hAnsi="Ddylr05K+KaiTi" w:eastAsia="Ddylr05K+KaiTi"/>
          <w:color w:val="000000"/>
          <w:sz w:val="28"/>
        </w:rPr>
        <w:t>“</w:t>
      </w:r>
      <w:r>
        <w:rPr>
          <w:spacing w:val="6"/>
          <w:rFonts w:ascii="Ddylr05K+KaiTi" w:hAnsi="Ddylr05K+KaiTi" w:eastAsia="Ddylr05K+KaiTi"/>
          <w:color w:val="000000"/>
          <w:sz w:val="28"/>
        </w:rPr>
        <w:t>委</w:t>
      </w:r>
      <w:r>
        <w:rPr>
          <w:spacing w:val="4"/>
          <w:rFonts w:ascii="Ddylr05K+KaiTi" w:hAnsi="Ddylr05K+KaiTi" w:eastAsia="Ddylr05K+KaiTi"/>
          <w:color w:val="000000"/>
          <w:sz w:val="28"/>
        </w:rPr>
        <w:t>托</w:t>
      </w:r>
      <w:r>
        <w:rPr>
          <w:spacing w:val="8"/>
          <w:rFonts w:ascii="Ddylr05K+KaiTi" w:hAnsi="Ddylr05K+KaiTi" w:eastAsia="Ddylr05K+KaiTi"/>
          <w:color w:val="000000"/>
          <w:sz w:val="28"/>
        </w:rPr>
        <w:t>方”）</w:t>
      </w:r>
      <w:r>
        <w:rPr>
          <w:spacing w:val="6"/>
          <w:rFonts w:ascii="Ddylr05K+KaiTi" w:hAnsi="Ddylr05K+KaiTi" w:eastAsia="Ddylr05K+KaiTi"/>
          <w:color w:val="000000"/>
          <w:sz w:val="28"/>
        </w:rPr>
        <w:t>委</w:t>
      </w:r>
      <w:r>
        <w:rPr>
          <w:spacing w:val="8"/>
          <w:rFonts w:ascii="Ddylr05K+KaiTi" w:hAnsi="Ddylr05K+KaiTi" w:eastAsia="Ddylr05K+KaiTi"/>
          <w:color w:val="000000"/>
          <w:sz w:val="28"/>
        </w:rPr>
        <w:t>托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山东</w:t>
      </w:r>
      <w:r>
        <w:rPr>
          <w:rFonts w:ascii="Ddylr05K+KaiTi" w:hAnsi="Ddylr05K+KaiTi" w:eastAsia="Ddylr05K+KaiTi"/>
          <w:color w:val="000000"/>
          <w:sz w:val="28"/>
        </w:rPr>
        <w:t>质联</w:t>
      </w:r>
      <w:r>
        <w:rPr>
          <w:spacing w:val="-2"/>
          <w:rFonts w:ascii="Ddylr05K+KaiTi" w:hAnsi="Ddylr05K+KaiTi" w:eastAsia="Ddylr05K+KaiTi"/>
          <w:color w:val="000000"/>
          <w:sz w:val="28"/>
        </w:rPr>
        <w:t>认</w:t>
      </w:r>
      <w:r>
        <w:rPr>
          <w:rFonts w:ascii="Ddylr05K+KaiTi" w:hAnsi="Ddylr05K+KaiTi" w:eastAsia="Ddylr05K+KaiTi"/>
          <w:color w:val="000000"/>
          <w:sz w:val="28"/>
        </w:rPr>
        <w:t>证有</w:t>
      </w:r>
      <w:r>
        <w:rPr>
          <w:spacing w:val="-2"/>
          <w:rFonts w:ascii="Ddylr05K+KaiTi" w:hAnsi="Ddylr05K+KaiTi" w:eastAsia="Ddylr05K+KaiTi"/>
          <w:color w:val="000000"/>
          <w:sz w:val="28"/>
        </w:rPr>
        <w:t>限</w:t>
      </w:r>
      <w:r>
        <w:rPr>
          <w:rFonts w:ascii="Ddylr05K+KaiTi" w:hAnsi="Ddylr05K+KaiTi" w:eastAsia="Ddylr05K+KaiTi"/>
          <w:color w:val="000000"/>
          <w:sz w:val="28"/>
        </w:rPr>
        <w:t>公司（</w:t>
      </w:r>
      <w:r>
        <w:rPr>
          <w:spacing w:val="-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下简</w:t>
      </w:r>
      <w:r>
        <w:rPr>
          <w:spacing w:val="-2"/>
          <w:rFonts w:ascii="Ddylr05K+KaiTi" w:hAnsi="Ddylr05K+KaiTi" w:eastAsia="Ddylr05K+KaiTi"/>
          <w:color w:val="000000"/>
          <w:sz w:val="28"/>
        </w:rPr>
        <w:t>称</w:t>
      </w:r>
      <w:r>
        <w:rPr>
          <w:rFonts w:ascii="Ddylr05K+KaiTi" w:hAnsi="Ddylr05K+KaiTi" w:eastAsia="Ddylr05K+KaiTi"/>
          <w:color w:val="000000"/>
          <w:sz w:val="28"/>
        </w:rPr>
        <w:t>“评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”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依</w:t>
      </w:r>
      <w:r>
        <w:rPr>
          <w:rFonts w:ascii="Ddylr05K+KaiTi" w:hAnsi="Ddylr05K+KaiTi" w:eastAsia="Ddylr05K+KaiTi"/>
          <w:color w:val="000000"/>
          <w:sz w:val="28"/>
        </w:rPr>
        <w:t>据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《</w:t>
      </w:r>
      <w:r>
        <w:rPr>
          <w:rFonts w:ascii="Ddylr05K+KaiTi" w:hAnsi="Ddylr05K+KaiTi" w:eastAsia="Ddylr05K+KaiTi"/>
          <w:color w:val="000000"/>
          <w:sz w:val="28"/>
        </w:rPr>
        <w:t>I</w:t>
      </w:r>
      <w:r>
        <w:rPr>
          <w:spacing w:val="-2"/>
          <w:rFonts w:ascii="Ddylr05K+KaiTi" w:hAnsi="Ddylr05K+KaiTi" w:eastAsia="Ddylr05K+KaiTi"/>
          <w:color w:val="000000"/>
          <w:sz w:val="28"/>
        </w:rPr>
        <w:t>S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spacing w:val="2"/>
          <w:rFonts w:ascii="Ddylr05K+KaiTi" w:hAnsi="Ddylr05K+KaiTi" w:eastAsia="Ddylr05K+KaiTi"/>
          <w:color w:val="000000"/>
          <w:sz w:val="28"/>
        </w:rPr>
        <w:t>4</w:t>
      </w:r>
      <w:r>
        <w:rPr>
          <w:spacing w:val="-2"/>
          <w:rFonts w:ascii="Ddylr05K+KaiTi" w:hAnsi="Ddylr05K+KaiTi" w:eastAsia="Ddylr05K+KaiTi"/>
          <w:color w:val="000000"/>
          <w:sz w:val="28"/>
        </w:rPr>
        <w:t>06</w:t>
      </w:r>
      <w:r>
        <w:rPr>
          <w:rFonts w:ascii="Ddylr05K+KaiTi" w:hAnsi="Ddylr05K+KaiTi" w:eastAsia="Ddylr05K+KaiTi"/>
          <w:color w:val="000000"/>
          <w:sz w:val="28"/>
        </w:rPr>
        <w:t>7：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01</w:t>
      </w:r>
      <w:r>
        <w:rPr>
          <w:rFonts w:ascii="Ddylr05K+KaiTi" w:hAnsi="Ddylr05K+KaiTi" w:eastAsia="Ddylr05K+KaiTi"/>
          <w:color w:val="000000"/>
          <w:sz w:val="28"/>
        </w:rPr>
        <w:t>8</w:t>
      </w:r>
      <w:r>
        <w:rPr>
          <w:spacing w:val="80"/>
          <w:rFonts w:ascii="Arial" w:hAnsi="Arial" w:eastAsia="Arial"/>
          <w:color w:val="000000"/>
          <w:sz w:val="28"/>
        </w:rPr>
        <w:t xml:space="preserve"> </w:t>
      </w:r>
      <w:r>
        <w:rPr>
          <w:spacing w:val="18"/>
          <w:rFonts w:ascii="Ddylr05K+KaiTi" w:hAnsi="Ddylr05K+KaiTi" w:eastAsia="Ddylr05K+KaiTi"/>
          <w:color w:val="000000"/>
          <w:sz w:val="28"/>
        </w:rPr>
        <w:t>温</w:t>
      </w:r>
      <w:r>
        <w:rPr>
          <w:spacing w:val="20"/>
          <w:rFonts w:ascii="Ddylr05K+KaiTi" w:hAnsi="Ddylr05K+KaiTi" w:eastAsia="Ddylr05K+KaiTi"/>
          <w:color w:val="000000"/>
          <w:sz w:val="28"/>
        </w:rPr>
        <w:t>室</w:t>
      </w:r>
      <w:r>
        <w:rPr>
          <w:spacing w:val="16"/>
          <w:rFonts w:ascii="Ddylr05K+KaiTi" w:hAnsi="Ddylr05K+KaiTi" w:eastAsia="Ddylr05K+KaiTi"/>
          <w:color w:val="000000"/>
          <w:sz w:val="28"/>
        </w:rPr>
        <w:t>气</w:t>
      </w:r>
      <w:r>
        <w:rPr>
          <w:spacing w:val="18"/>
          <w:rFonts w:ascii="Ddylr05K+KaiTi" w:hAnsi="Ddylr05K+KaiTi" w:eastAsia="Ddylr05K+KaiTi"/>
          <w:color w:val="000000"/>
          <w:sz w:val="28"/>
        </w:rPr>
        <w:t>体</w:t>
      </w:r>
      <w:r>
        <w:rPr>
          <w:spacing w:val="16"/>
          <w:rFonts w:ascii="Ddylr05K+KaiTi" w:hAnsi="Ddylr05K+KaiTi" w:eastAsia="Ddylr05K+KaiTi"/>
          <w:color w:val="000000"/>
          <w:sz w:val="28"/>
        </w:rPr>
        <w:t>产</w:t>
      </w:r>
      <w:r>
        <w:rPr>
          <w:spacing w:val="18"/>
          <w:rFonts w:ascii="Ddylr05K+KaiTi" w:hAnsi="Ddylr05K+KaiTi" w:eastAsia="Ddylr05K+KaiTi"/>
          <w:color w:val="000000"/>
          <w:sz w:val="28"/>
        </w:rPr>
        <w:t>品</w:t>
      </w:r>
      <w:r>
        <w:rPr>
          <w:spacing w:val="16"/>
          <w:rFonts w:ascii="Ddylr05K+KaiTi" w:hAnsi="Ddylr05K+KaiTi" w:eastAsia="Ddylr05K+KaiTi"/>
          <w:color w:val="000000"/>
          <w:sz w:val="28"/>
        </w:rPr>
        <w:t>的</w:t>
      </w:r>
      <w:r>
        <w:rPr>
          <w:spacing w:val="18"/>
          <w:rFonts w:ascii="Ddylr05K+KaiTi" w:hAnsi="Ddylr05K+KaiTi" w:eastAsia="Ddylr05K+KaiTi"/>
          <w:color w:val="000000"/>
          <w:sz w:val="28"/>
        </w:rPr>
        <w:t>碳</w:t>
      </w:r>
      <w:r>
        <w:rPr>
          <w:spacing w:val="20"/>
          <w:rFonts w:ascii="Ddylr05K+KaiTi" w:hAnsi="Ddylr05K+KaiTi" w:eastAsia="Ddylr05K+KaiTi"/>
          <w:color w:val="000000"/>
          <w:sz w:val="28"/>
        </w:rPr>
        <w:t>排</w:t>
      </w:r>
      <w:r>
        <w:rPr>
          <w:spacing w:val="18"/>
          <w:rFonts w:ascii="Ddylr05K+KaiTi" w:hAnsi="Ddylr05K+KaiTi" w:eastAsia="Ddylr05K+KaiTi"/>
          <w:color w:val="000000"/>
          <w:sz w:val="28"/>
        </w:rPr>
        <w:t>放</w:t>
      </w:r>
      <w:r>
        <w:rPr>
          <w:spacing w:val="20"/>
          <w:rFonts w:ascii="Ddylr05K+KaiTi" w:hAnsi="Ddylr05K+KaiTi" w:eastAsia="Ddylr05K+KaiTi"/>
          <w:color w:val="000000"/>
          <w:sz w:val="28"/>
        </w:rPr>
        <w:t>量</w:t>
      </w:r>
      <w:r>
        <w:rPr>
          <w:spacing w:val="16"/>
          <w:rFonts w:ascii="Ddylr05K+KaiTi" w:hAnsi="Ddylr05K+KaiTi" w:eastAsia="Ddylr05K+KaiTi"/>
          <w:color w:val="000000"/>
          <w:sz w:val="28"/>
        </w:rPr>
        <w:t>化</w:t>
      </w:r>
      <w:r>
        <w:rPr>
          <w:spacing w:val="18"/>
          <w:rFonts w:ascii="Ddylr05K+KaiTi" w:hAnsi="Ddylr05K+KaiTi" w:eastAsia="Ddylr05K+KaiTi"/>
          <w:color w:val="000000"/>
          <w:sz w:val="28"/>
        </w:rPr>
        <w:t>和</w:t>
      </w:r>
      <w:r>
        <w:rPr>
          <w:spacing w:val="16"/>
          <w:rFonts w:ascii="Ddylr05K+KaiTi" w:hAnsi="Ddylr05K+KaiTi" w:eastAsia="Ddylr05K+KaiTi"/>
          <w:color w:val="000000"/>
          <w:sz w:val="28"/>
        </w:rPr>
        <w:t>交</w:t>
      </w:r>
      <w:r>
        <w:rPr>
          <w:spacing w:val="18"/>
          <w:rFonts w:ascii="Ddylr05K+KaiTi" w:hAnsi="Ddylr05K+KaiTi" w:eastAsia="Ddylr05K+KaiTi"/>
          <w:color w:val="000000"/>
          <w:sz w:val="28"/>
        </w:rPr>
        <w:t>流</w:t>
      </w:r>
      <w:r>
        <w:rPr>
          <w:spacing w:val="16"/>
          <w:rFonts w:ascii="Ddylr05K+KaiTi" w:hAnsi="Ddylr05K+KaiTi" w:eastAsia="Ddylr05K+KaiTi"/>
          <w:color w:val="000000"/>
          <w:sz w:val="28"/>
        </w:rPr>
        <w:t>的</w:t>
      </w:r>
      <w:r>
        <w:rPr>
          <w:spacing w:val="18"/>
          <w:rFonts w:ascii="Ddylr05K+KaiTi" w:hAnsi="Ddylr05K+KaiTi" w:eastAsia="Ddylr05K+KaiTi"/>
          <w:color w:val="000000"/>
          <w:sz w:val="28"/>
        </w:rPr>
        <w:t>要</w:t>
      </w:r>
      <w:r>
        <w:rPr>
          <w:spacing w:val="20"/>
          <w:rFonts w:ascii="Ddylr05K+KaiTi" w:hAnsi="Ddylr05K+KaiTi" w:eastAsia="Ddylr05K+KaiTi"/>
          <w:color w:val="000000"/>
          <w:sz w:val="28"/>
        </w:rPr>
        <w:t>求</w:t>
      </w:r>
      <w:r>
        <w:rPr>
          <w:spacing w:val="18"/>
          <w:rFonts w:ascii="Ddylr05K+KaiTi" w:hAnsi="Ddylr05K+KaiTi" w:eastAsia="Ddylr05K+KaiTi"/>
          <w:color w:val="000000"/>
          <w:sz w:val="28"/>
        </w:rPr>
        <w:t>和</w:t>
      </w:r>
      <w:r>
        <w:rPr>
          <w:spacing w:val="20"/>
          <w:rFonts w:ascii="Ddylr05K+KaiTi" w:hAnsi="Ddylr05K+KaiTi" w:eastAsia="Ddylr05K+KaiTi"/>
          <w:color w:val="000000"/>
          <w:sz w:val="28"/>
        </w:rPr>
        <w:t>指</w:t>
      </w:r>
      <w:r>
        <w:rPr>
          <w:spacing w:val="16"/>
          <w:rFonts w:ascii="Ddylr05K+KaiTi" w:hAnsi="Ddylr05K+KaiTi" w:eastAsia="Ddylr05K+KaiTi"/>
          <w:color w:val="000000"/>
          <w:sz w:val="28"/>
        </w:rPr>
        <w:t>南</w:t>
      </w:r>
      <w:r>
        <w:rPr>
          <w:spacing w:val="18"/>
          <w:rFonts w:ascii="Ddylr05K+KaiTi" w:hAnsi="Ddylr05K+KaiTi" w:eastAsia="Ddylr05K+KaiTi"/>
          <w:color w:val="000000"/>
          <w:sz w:val="28"/>
        </w:rPr>
        <w:t>》</w:t>
      </w:r>
      <w:r>
        <w:rPr>
          <w:spacing w:val="16"/>
          <w:rFonts w:ascii="Ddylr05K+KaiTi" w:hAnsi="Ddylr05K+KaiTi" w:eastAsia="Ddylr05K+KaiTi"/>
          <w:color w:val="000000"/>
          <w:sz w:val="28"/>
        </w:rPr>
        <w:t>、</w:t>
      </w:r>
      <w:r>
        <w:rPr>
          <w:spacing w:val="18"/>
          <w:rFonts w:ascii="Ddylr05K+KaiTi" w:hAnsi="Ddylr05K+KaiTi" w:eastAsia="Ddylr05K+KaiTi"/>
          <w:color w:val="000000"/>
          <w:sz w:val="28"/>
        </w:rPr>
        <w:t>《</w:t>
      </w:r>
      <w:r>
        <w:rPr>
          <w:spacing w:val="2"/>
          <w:rFonts w:ascii="Ddylr05K+KaiTi" w:hAnsi="Ddylr05K+KaiTi" w:eastAsia="Ddylr05K+KaiTi"/>
          <w:color w:val="000000"/>
          <w:sz w:val="28"/>
        </w:rPr>
        <w:t>P</w:t>
      </w:r>
      <w:r>
        <w:rPr>
          <w:rFonts w:ascii="Ddylr05K+KaiTi" w:hAnsi="Ddylr05K+KaiTi" w:eastAsia="Ddylr05K+KaiTi"/>
          <w:color w:val="000000"/>
          <w:sz w:val="28"/>
        </w:rPr>
        <w:t xml:space="preserve">AS 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05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：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66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和</w:t>
      </w:r>
      <w:r>
        <w:rPr>
          <w:spacing w:val="2"/>
          <w:rFonts w:ascii="Ddylr05K+KaiTi" w:hAnsi="Ddylr05K+KaiTi" w:eastAsia="Ddylr05K+KaiTi"/>
          <w:color w:val="000000"/>
          <w:sz w:val="28"/>
        </w:rPr>
        <w:t>服</w:t>
      </w:r>
      <w:r>
        <w:rPr>
          <w:rFonts w:ascii="Ddylr05K+KaiTi" w:hAnsi="Ddylr05K+KaiTi" w:eastAsia="Ddylr05K+KaiTi"/>
          <w:color w:val="000000"/>
          <w:sz w:val="28"/>
        </w:rPr>
        <w:t>务在</w:t>
      </w:r>
      <w:r>
        <w:rPr>
          <w:spacing w:val="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命</w:t>
      </w:r>
      <w:r>
        <w:rPr>
          <w:spacing w:val="2"/>
          <w:rFonts w:ascii="Ddylr05K+KaiTi" w:hAnsi="Ddylr05K+KaiTi" w:eastAsia="Ddylr05K+KaiTi"/>
          <w:color w:val="000000"/>
          <w:sz w:val="28"/>
        </w:rPr>
        <w:t>周</w:t>
      </w:r>
      <w:r>
        <w:rPr>
          <w:rFonts w:ascii="Ddylr05K+KaiTi" w:hAnsi="Ddylr05K+KaiTi" w:eastAsia="Ddylr05K+KaiTi"/>
          <w:color w:val="000000"/>
          <w:sz w:val="28"/>
        </w:rPr>
        <w:t>期内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温</w:t>
      </w:r>
      <w:r>
        <w:rPr>
          <w:spacing w:val="4"/>
          <w:rFonts w:ascii="Ddylr05K+KaiTi" w:hAnsi="Ddylr05K+KaiTi" w:eastAsia="Ddylr05K+KaiTi"/>
          <w:color w:val="000000"/>
          <w:sz w:val="28"/>
        </w:rPr>
        <w:t>室</w:t>
      </w:r>
      <w:r>
        <w:rPr>
          <w:rFonts w:ascii="Ddylr05K+KaiTi" w:hAnsi="Ddylr05K+KaiTi" w:eastAsia="Ddylr05K+KaiTi"/>
          <w:color w:val="000000"/>
          <w:sz w:val="28"/>
        </w:rPr>
        <w:t>气体</w:t>
      </w:r>
      <w:r>
        <w:rPr>
          <w:spacing w:val="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</w:t>
      </w:r>
      <w:r>
        <w:rPr>
          <w:spacing w:val="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价规</w:t>
      </w:r>
      <w:r>
        <w:rPr>
          <w:spacing w:val="2"/>
          <w:rFonts w:ascii="Ddylr05K+KaiTi" w:hAnsi="Ddylr05K+KaiTi" w:eastAsia="Ddylr05K+KaiTi"/>
          <w:color w:val="000000"/>
          <w:sz w:val="28"/>
        </w:rPr>
        <w:t>范</w:t>
      </w:r>
      <w:r>
        <w:rPr>
          <w:rFonts w:ascii="Ddylr05K+KaiTi" w:hAnsi="Ddylr05K+KaiTi" w:eastAsia="Ddylr05K+KaiTi"/>
          <w:color w:val="000000"/>
          <w:sz w:val="28"/>
        </w:rPr>
        <w:t>》、</w:t>
      </w:r>
      <w:r>
        <w:rPr>
          <w:spacing w:val="20"/>
          <w:rFonts w:ascii="Ddylr05K+KaiTi" w:hAnsi="Ddylr05K+KaiTi" w:eastAsia="Ddylr05K+KaiTi"/>
          <w:color w:val="000000"/>
          <w:sz w:val="28"/>
        </w:rPr>
        <w:t>《</w:t>
      </w:r>
      <w:r>
        <w:rPr>
          <w:spacing w:val="2"/>
          <w:rFonts w:ascii="Ddylr05K+KaiTi" w:hAnsi="Ddylr05K+KaiTi" w:eastAsia="Ddylr05K+KaiTi"/>
          <w:color w:val="000000"/>
          <w:sz w:val="28"/>
        </w:rPr>
        <w:t>I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4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2"/>
          <w:rFonts w:ascii="Ddylr05K+KaiTi" w:hAnsi="Ddylr05K+KaiTi" w:eastAsia="Ddylr05K+KaiTi"/>
          <w:color w:val="000000"/>
          <w:sz w:val="28"/>
        </w:rPr>
        <w:t>6</w:t>
      </w:r>
      <w:r>
        <w:rPr>
          <w:rFonts w:ascii="Ddylr05K+KaiTi" w:hAnsi="Ddylr05K+KaiTi" w:eastAsia="Ddylr05K+KaiTi"/>
          <w:color w:val="000000"/>
          <w:sz w:val="28"/>
        </w:rPr>
        <w:t>4</w:t>
      </w:r>
      <w:r>
        <w:rPr>
          <w:spacing w:val="-2"/>
          <w:rFonts w:ascii="Ddylr05K+KaiTi" w:hAnsi="Ddylr05K+KaiTi" w:eastAsia="Ddylr05K+KaiTi"/>
          <w:color w:val="000000"/>
          <w:sz w:val="28"/>
        </w:rPr>
        <w:t>-</w:t>
      </w: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: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9</w:t>
      </w:r>
      <w:r>
        <w:rPr>
          <w:spacing w:val="84"/>
          <w:rFonts w:ascii="Arial" w:hAnsi="Arial" w:eastAsia="Arial"/>
          <w:color w:val="000000"/>
          <w:sz w:val="28"/>
        </w:rPr>
        <w:t xml:space="preserve"> </w:t>
      </w:r>
      <w:r>
        <w:rPr>
          <w:spacing w:val="22"/>
          <w:rFonts w:ascii="Ddylr05K+KaiTi" w:hAnsi="Ddylr05K+KaiTi" w:eastAsia="Ddylr05K+KaiTi"/>
          <w:color w:val="000000"/>
          <w:sz w:val="28"/>
        </w:rPr>
        <w:t>对</w:t>
      </w:r>
      <w:r>
        <w:rPr>
          <w:spacing w:val="24"/>
          <w:rFonts w:ascii="Ddylr05K+KaiTi" w:hAnsi="Ddylr05K+KaiTi" w:eastAsia="Ddylr05K+KaiTi"/>
          <w:color w:val="000000"/>
          <w:sz w:val="28"/>
        </w:rPr>
        <w:t>温</w:t>
      </w:r>
      <w:r>
        <w:rPr>
          <w:spacing w:val="22"/>
          <w:rFonts w:ascii="Ddylr05K+KaiTi" w:hAnsi="Ddylr05K+KaiTi" w:eastAsia="Ddylr05K+KaiTi"/>
          <w:color w:val="000000"/>
          <w:sz w:val="28"/>
        </w:rPr>
        <w:t>室气</w:t>
      </w:r>
      <w:r>
        <w:rPr>
          <w:spacing w:val="24"/>
          <w:rFonts w:ascii="Ddylr05K+KaiTi" w:hAnsi="Ddylr05K+KaiTi" w:eastAsia="Ddylr05K+KaiTi"/>
          <w:color w:val="000000"/>
          <w:sz w:val="28"/>
        </w:rPr>
        <w:t>体</w:t>
      </w:r>
      <w:r>
        <w:rPr>
          <w:spacing w:val="20"/>
          <w:rFonts w:ascii="Ddylr05K+KaiTi" w:hAnsi="Ddylr05K+KaiTi" w:eastAsia="Ddylr05K+KaiTi"/>
          <w:color w:val="000000"/>
          <w:sz w:val="28"/>
        </w:rPr>
        <w:t>声</w:t>
      </w:r>
      <w:r>
        <w:rPr>
          <w:spacing w:val="24"/>
          <w:rFonts w:ascii="Ddylr05K+KaiTi" w:hAnsi="Ddylr05K+KaiTi" w:eastAsia="Ddylr05K+KaiTi"/>
          <w:color w:val="000000"/>
          <w:sz w:val="28"/>
        </w:rPr>
        <w:t>明</w:t>
      </w:r>
      <w:r>
        <w:rPr>
          <w:spacing w:val="22"/>
          <w:rFonts w:ascii="Ddylr05K+KaiTi" w:hAnsi="Ddylr05K+KaiTi" w:eastAsia="Ddylr05K+KaiTi"/>
          <w:color w:val="000000"/>
          <w:sz w:val="28"/>
        </w:rPr>
        <w:t>进行</w:t>
      </w:r>
      <w:r>
        <w:rPr>
          <w:spacing w:val="24"/>
          <w:rFonts w:ascii="Ddylr05K+KaiTi" w:hAnsi="Ddylr05K+KaiTi" w:eastAsia="Ddylr05K+KaiTi"/>
          <w:color w:val="000000"/>
          <w:sz w:val="28"/>
        </w:rPr>
        <w:t>审</w:t>
      </w:r>
      <w:r>
        <w:rPr>
          <w:spacing w:val="22"/>
          <w:rFonts w:ascii="Ddylr05K+KaiTi" w:hAnsi="Ddylr05K+KaiTi" w:eastAsia="Ddylr05K+KaiTi"/>
          <w:color w:val="000000"/>
          <w:sz w:val="28"/>
        </w:rPr>
        <w:t>定和</w:t>
      </w:r>
      <w:r>
        <w:rPr>
          <w:spacing w:val="24"/>
          <w:rFonts w:ascii="Ddylr05K+KaiTi" w:hAnsi="Ddylr05K+KaiTi" w:eastAsia="Ddylr05K+KaiTi"/>
          <w:color w:val="000000"/>
          <w:sz w:val="28"/>
        </w:rPr>
        <w:t>评</w:t>
      </w:r>
      <w:r>
        <w:rPr>
          <w:spacing w:val="22"/>
          <w:rFonts w:ascii="Ddylr05K+KaiTi" w:hAnsi="Ddylr05K+KaiTi" w:eastAsia="Ddylr05K+KaiTi"/>
          <w:color w:val="000000"/>
          <w:sz w:val="28"/>
        </w:rPr>
        <w:t>价</w:t>
      </w:r>
      <w:r>
        <w:rPr>
          <w:spacing w:val="24"/>
          <w:rFonts w:ascii="Ddylr05K+KaiTi" w:hAnsi="Ddylr05K+KaiTi" w:eastAsia="Ddylr05K+KaiTi"/>
          <w:color w:val="000000"/>
          <w:sz w:val="28"/>
        </w:rPr>
        <w:t>的</w:t>
      </w:r>
      <w:r>
        <w:rPr>
          <w:spacing w:val="22"/>
          <w:rFonts w:ascii="Ddylr05K+KaiTi" w:hAnsi="Ddylr05K+KaiTi" w:eastAsia="Ddylr05K+KaiTi"/>
          <w:color w:val="000000"/>
          <w:sz w:val="28"/>
        </w:rPr>
        <w:t>指</w:t>
      </w:r>
      <w:r>
        <w:rPr>
          <w:spacing w:val="20"/>
          <w:rFonts w:ascii="Ddylr05K+KaiTi" w:hAnsi="Ddylr05K+KaiTi" w:eastAsia="Ddylr05K+KaiTi"/>
          <w:color w:val="000000"/>
          <w:sz w:val="28"/>
        </w:rPr>
        <w:t>南</w:t>
      </w:r>
      <w:r>
        <w:rPr>
          <w:spacing w:val="24"/>
          <w:rFonts w:ascii="Ddylr05K+KaiTi" w:hAnsi="Ddylr05K+KaiTi" w:eastAsia="Ddylr05K+KaiTi"/>
          <w:color w:val="000000"/>
          <w:sz w:val="28"/>
        </w:rPr>
        <w:t>性</w:t>
      </w:r>
      <w:r>
        <w:rPr>
          <w:rFonts w:ascii="Ddylr05K+KaiTi" w:hAnsi="Ddylr05K+KaiTi" w:eastAsia="Ddylr05K+KaiTi"/>
          <w:color w:val="000000"/>
          <w:sz w:val="28"/>
        </w:rPr>
        <w:t>规</w:t>
      </w:r>
      <w:r>
        <w:rPr>
          <w:spacing w:val="4"/>
          <w:rFonts w:ascii="Ddylr05K+KaiTi" w:hAnsi="Ddylr05K+KaiTi" w:eastAsia="Ddylr05K+KaiTi"/>
          <w:color w:val="000000"/>
          <w:sz w:val="28"/>
        </w:rPr>
        <w:t>范</w:t>
      </w:r>
      <w:r>
        <w:rPr>
          <w:spacing w:val="8"/>
          <w:rFonts w:ascii="Ddylr05K+KaiTi" w:hAnsi="Ddylr05K+KaiTi" w:eastAsia="Ddylr05K+KaiTi"/>
          <w:color w:val="000000"/>
          <w:sz w:val="28"/>
        </w:rPr>
        <w:t>》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《</w:t>
      </w:r>
      <w:r>
        <w:rPr>
          <w:spacing w:val="4"/>
          <w:rFonts w:ascii="Ddylr05K+KaiTi" w:hAnsi="Ddylr05K+KaiTi" w:eastAsia="Ddylr05K+KaiTi"/>
          <w:color w:val="000000"/>
          <w:sz w:val="28"/>
        </w:rPr>
        <w:t>山</w:t>
      </w:r>
      <w:r>
        <w:rPr>
          <w:spacing w:val="6"/>
          <w:rFonts w:ascii="Ddylr05K+KaiTi" w:hAnsi="Ddylr05K+KaiTi" w:eastAsia="Ddylr05K+KaiTi"/>
          <w:color w:val="000000"/>
          <w:sz w:val="28"/>
        </w:rPr>
        <w:t>东</w:t>
      </w:r>
      <w:r>
        <w:rPr>
          <w:spacing w:val="4"/>
          <w:rFonts w:ascii="Ddylr05K+KaiTi" w:hAnsi="Ddylr05K+KaiTi" w:eastAsia="Ddylr05K+KaiTi"/>
          <w:color w:val="000000"/>
          <w:sz w:val="28"/>
        </w:rPr>
        <w:t>省产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碳</w:t>
      </w:r>
      <w:r>
        <w:rPr>
          <w:spacing w:val="8"/>
          <w:rFonts w:ascii="Ddylr05K+KaiTi" w:hAnsi="Ddylr05K+KaiTi" w:eastAsia="Ddylr05K+KaiTi"/>
          <w:color w:val="000000"/>
          <w:sz w:val="28"/>
        </w:rPr>
        <w:t>足</w:t>
      </w:r>
      <w:r>
        <w:rPr>
          <w:spacing w:val="6"/>
          <w:rFonts w:ascii="Ddylr05K+KaiTi" w:hAnsi="Ddylr05K+KaiTi" w:eastAsia="Ddylr05K+KaiTi"/>
          <w:color w:val="000000"/>
          <w:sz w:val="28"/>
        </w:rPr>
        <w:t>迹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</w:t>
      </w:r>
      <w:r>
        <w:rPr>
          <w:spacing w:val="6"/>
          <w:rFonts w:ascii="Ddylr05K+KaiTi" w:hAnsi="Ddylr05K+KaiTi" w:eastAsia="Ddylr05K+KaiTi"/>
          <w:color w:val="000000"/>
          <w:sz w:val="28"/>
        </w:rPr>
        <w:t>通</w:t>
      </w:r>
      <w:r>
        <w:rPr>
          <w:spacing w:val="4"/>
          <w:rFonts w:ascii="Ddylr05K+KaiTi" w:hAnsi="Ddylr05K+KaiTi" w:eastAsia="Ddylr05K+KaiTi"/>
          <w:color w:val="000000"/>
          <w:sz w:val="28"/>
        </w:rPr>
        <w:t>则》</w:t>
      </w:r>
      <w:r>
        <w:rPr>
          <w:spacing w:val="8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其</w:t>
      </w:r>
      <w:r>
        <w:rPr>
          <w:spacing w:val="8"/>
          <w:rFonts w:ascii="Ddylr05K+KaiTi" w:hAnsi="Ddylr05K+KaiTi" w:eastAsia="Ddylr05K+KaiTi"/>
          <w:color w:val="000000"/>
          <w:sz w:val="28"/>
        </w:rPr>
        <w:t>他</w:t>
      </w:r>
      <w:r>
        <w:rPr>
          <w:spacing w:val="6"/>
          <w:rFonts w:ascii="Ddylr05K+KaiTi" w:hAnsi="Ddylr05K+KaiTi" w:eastAsia="Ddylr05K+KaiTi"/>
          <w:color w:val="000000"/>
          <w:sz w:val="28"/>
        </w:rPr>
        <w:t>适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4"/>
          <w:rFonts w:ascii="Ddylr05K+KaiTi" w:hAnsi="Ddylr05K+KaiTi" w:eastAsia="Ddylr05K+KaiTi"/>
          <w:color w:val="000000"/>
          <w:sz w:val="28"/>
        </w:rPr>
        <w:t>的法</w:t>
      </w:r>
      <w:r>
        <w:rPr>
          <w:spacing w:val="6"/>
          <w:rFonts w:ascii="Ddylr05K+KaiTi" w:hAnsi="Ddylr05K+KaiTi" w:eastAsia="Ddylr05K+KaiTi"/>
          <w:color w:val="000000"/>
          <w:sz w:val="28"/>
        </w:rPr>
        <w:t>律</w:t>
      </w:r>
      <w:r>
        <w:rPr>
          <w:spacing w:val="4"/>
          <w:rFonts w:ascii="Ddylr05K+KaiTi" w:hAnsi="Ddylr05K+KaiTi" w:eastAsia="Ddylr05K+KaiTi"/>
          <w:color w:val="000000"/>
          <w:sz w:val="28"/>
        </w:rPr>
        <w:t>法</w:t>
      </w:r>
      <w:r>
        <w:rPr>
          <w:spacing w:val="8"/>
          <w:rFonts w:ascii="Ddylr05K+KaiTi" w:hAnsi="Ddylr05K+KaiTi" w:eastAsia="Ddylr05K+KaiTi"/>
          <w:color w:val="000000"/>
          <w:sz w:val="28"/>
        </w:rPr>
        <w:t>规</w:t>
      </w:r>
      <w:r>
        <w:rPr>
          <w:spacing w:val="6"/>
          <w:rFonts w:ascii="Ddylr05K+KaiTi" w:hAnsi="Ddylr05K+KaiTi" w:eastAsia="Ddylr05K+KaiTi"/>
          <w:color w:val="000000"/>
          <w:sz w:val="28"/>
        </w:rPr>
        <w:t>及</w:t>
      </w:r>
      <w:r>
        <w:rPr>
          <w:rFonts w:ascii="Ddylr05K+KaiTi" w:hAnsi="Ddylr05K+KaiTi" w:eastAsia="Ddylr05K+KaiTi"/>
          <w:color w:val="000000"/>
          <w:sz w:val="28"/>
        </w:rPr>
        <w:t>相</w:t>
      </w:r>
      <w:r>
        <w:rPr>
          <w:spacing w:val="6"/>
          <w:rFonts w:ascii="Ddylr05K+KaiTi" w:hAnsi="Ddylr05K+KaiTi" w:eastAsia="Ddylr05K+KaiTi"/>
          <w:color w:val="000000"/>
          <w:sz w:val="28"/>
        </w:rPr>
        <w:t>关</w:t>
      </w:r>
      <w:r>
        <w:rPr>
          <w:spacing w:val="4"/>
          <w:rFonts w:ascii="Ddylr05K+KaiTi" w:hAnsi="Ddylr05K+KaiTi" w:eastAsia="Ddylr05K+KaiTi"/>
          <w:color w:val="000000"/>
          <w:sz w:val="28"/>
        </w:rPr>
        <w:t>标</w:t>
      </w:r>
      <w:r>
        <w:rPr>
          <w:spacing w:val="8"/>
          <w:rFonts w:ascii="Ddylr05K+KaiTi" w:hAnsi="Ddylr05K+KaiTi" w:eastAsia="Ddylr05K+KaiTi"/>
          <w:color w:val="000000"/>
          <w:sz w:val="28"/>
        </w:rPr>
        <w:t>准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对</w:t>
      </w:r>
      <w:r>
        <w:rPr>
          <w:spacing w:val="4"/>
          <w:rFonts w:ascii="Ddylr05K+KaiTi" w:hAnsi="Ddylr05K+KaiTi" w:eastAsia="Ddylr05K+KaiTi"/>
          <w:color w:val="000000"/>
          <w:sz w:val="28"/>
        </w:rPr>
        <w:t>位</w:t>
      </w:r>
      <w:r>
        <w:rPr>
          <w:spacing w:val="6"/>
          <w:rFonts w:ascii="Ddylr05K+KaiTi" w:hAnsi="Ddylr05K+KaiTi" w:eastAsia="Ddylr05K+KaiTi"/>
          <w:color w:val="000000"/>
          <w:sz w:val="28"/>
        </w:rPr>
        <w:t>于临</w:t>
      </w:r>
      <w:r>
        <w:rPr>
          <w:spacing w:val="4"/>
          <w:rFonts w:ascii="Ddylr05K+KaiTi" w:hAnsi="Ddylr05K+KaiTi" w:eastAsia="Ddylr05K+KaiTi"/>
          <w:color w:val="000000"/>
          <w:sz w:val="28"/>
        </w:rPr>
        <w:t>沂</w:t>
      </w:r>
      <w:r>
        <w:rPr>
          <w:spacing w:val="6"/>
          <w:rFonts w:ascii="Ddylr05K+KaiTi" w:hAnsi="Ddylr05K+KaiTi" w:eastAsia="Ddylr05K+KaiTi"/>
          <w:color w:val="000000"/>
          <w:sz w:val="28"/>
        </w:rPr>
        <w:t>经</w:t>
      </w:r>
      <w:r>
        <w:rPr>
          <w:spacing w:val="4"/>
          <w:rFonts w:ascii="Ddylr05K+KaiTi" w:hAnsi="Ddylr05K+KaiTi" w:eastAsia="Ddylr05K+KaiTi"/>
          <w:color w:val="000000"/>
          <w:sz w:val="28"/>
        </w:rPr>
        <w:t>济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8"/>
          <w:rFonts w:ascii="Ddylr05K+KaiTi" w:hAnsi="Ddylr05K+KaiTi" w:eastAsia="Ddylr05K+KaiTi"/>
          <w:color w:val="000000"/>
          <w:sz w:val="28"/>
        </w:rPr>
        <w:t>开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spacing w:val="8"/>
          <w:rFonts w:ascii="Ddylr05K+KaiTi" w:hAnsi="Ddylr05K+KaiTi" w:eastAsia="Ddylr05K+KaiTi"/>
          <w:color w:val="000000"/>
          <w:sz w:val="28"/>
        </w:rPr>
        <w:t>区</w:t>
      </w:r>
      <w:r>
        <w:rPr>
          <w:spacing w:val="4"/>
          <w:rFonts w:ascii="Ddylr05K+KaiTi" w:hAnsi="Ddylr05K+KaiTi" w:eastAsia="Ddylr05K+KaiTi"/>
          <w:color w:val="000000"/>
          <w:sz w:val="28"/>
        </w:rPr>
        <w:t>梅</w:t>
      </w:r>
      <w:r>
        <w:rPr>
          <w:spacing w:val="6"/>
          <w:rFonts w:ascii="Ddylr05K+KaiTi" w:hAnsi="Ddylr05K+KaiTi" w:eastAsia="Ddylr05K+KaiTi"/>
          <w:color w:val="000000"/>
          <w:sz w:val="28"/>
        </w:rPr>
        <w:t>埠</w:t>
      </w:r>
      <w:r>
        <w:rPr>
          <w:spacing w:val="4"/>
          <w:rFonts w:ascii="Ddylr05K+KaiTi" w:hAnsi="Ddylr05K+KaiTi" w:eastAsia="Ddylr05K+KaiTi"/>
          <w:color w:val="000000"/>
          <w:sz w:val="28"/>
        </w:rPr>
        <w:t>办</w:t>
      </w:r>
      <w:r>
        <w:rPr>
          <w:spacing w:val="6"/>
          <w:rFonts w:ascii="Ddylr05K+KaiTi" w:hAnsi="Ddylr05K+KaiTi" w:eastAsia="Ddylr05K+KaiTi"/>
          <w:color w:val="000000"/>
          <w:sz w:val="28"/>
        </w:rPr>
        <w:t>事处</w:t>
      </w:r>
      <w:r>
        <w:rPr>
          <w:spacing w:val="4"/>
          <w:rFonts w:ascii="Ddylr05K+KaiTi" w:hAnsi="Ddylr05K+KaiTi" w:eastAsia="Ddylr05K+KaiTi"/>
          <w:color w:val="000000"/>
          <w:sz w:val="28"/>
        </w:rPr>
        <w:t>金</w:t>
      </w:r>
      <w:r>
        <w:rPr>
          <w:spacing w:val="8"/>
          <w:rFonts w:ascii="Ddylr05K+KaiTi" w:hAnsi="Ddylr05K+KaiTi" w:eastAsia="Ddylr05K+KaiTi"/>
          <w:color w:val="000000"/>
          <w:sz w:val="28"/>
        </w:rPr>
        <w:t>升</w:t>
      </w:r>
      <w:r>
        <w:rPr>
          <w:spacing w:val="76"/>
          <w:rFonts w:ascii="Ddylr05K+KaiTi" w:hAnsi="Ddylr05K+KaiTi" w:eastAsia="Ddylr05K+KaiTi"/>
          <w:color w:val="000000"/>
          <w:sz w:val="28"/>
        </w:rPr>
        <w:t>路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6"/>
          <w:rFonts w:ascii="Ddylr05K+KaiTi" w:hAnsi="Ddylr05K+KaiTi" w:eastAsia="Ddylr05K+KaiTi"/>
          <w:color w:val="000000"/>
          <w:sz w:val="28"/>
        </w:rPr>
        <w:t>9</w:t>
      </w:r>
      <w:r>
        <w:rPr>
          <w:spacing w:val="8"/>
          <w:rFonts w:ascii="Ddylr05K+KaiTi" w:hAnsi="Ddylr05K+KaiTi" w:eastAsia="Ddylr05K+KaiTi"/>
          <w:color w:val="000000"/>
          <w:sz w:val="28"/>
        </w:rPr>
        <w:t>号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山</w:t>
      </w:r>
      <w:r>
        <w:rPr>
          <w:spacing w:val="-2"/>
          <w:rFonts w:ascii="Ddylr05K+KaiTi" w:hAnsi="Ddylr05K+KaiTi" w:eastAsia="Ddylr05K+KaiTi"/>
          <w:color w:val="000000"/>
          <w:sz w:val="28"/>
        </w:rPr>
        <w:t>东</w:t>
      </w:r>
      <w:r>
        <w:rPr>
          <w:spacing w:val="2"/>
          <w:rFonts w:ascii="Ddylr05K+KaiTi" w:hAnsi="Ddylr05K+KaiTi" w:eastAsia="Ddylr05K+KaiTi"/>
          <w:color w:val="000000"/>
          <w:sz w:val="28"/>
        </w:rPr>
        <w:t>国</w:t>
      </w:r>
      <w:r>
        <w:rPr>
          <w:rFonts w:ascii="Ddylr05K+KaiTi" w:hAnsi="Ddylr05K+KaiTi" w:eastAsia="Ddylr05K+KaiTi"/>
          <w:color w:val="000000"/>
          <w:sz w:val="28"/>
        </w:rPr>
        <w:t>众机</w:t>
      </w:r>
      <w:r>
        <w:rPr>
          <w:spacing w:val="2"/>
          <w:rFonts w:ascii="Ddylr05K+KaiTi" w:hAnsi="Ddylr05K+KaiTi" w:eastAsia="Ddylr05K+KaiTi"/>
          <w:color w:val="000000"/>
          <w:sz w:val="28"/>
        </w:rPr>
        <w:t>械</w:t>
      </w:r>
      <w:r>
        <w:rPr>
          <w:rFonts w:ascii="Ddylr05K+KaiTi" w:hAnsi="Ddylr05K+KaiTi" w:eastAsia="Ddylr05K+KaiTi"/>
          <w:color w:val="000000"/>
          <w:sz w:val="28"/>
        </w:rPr>
        <w:t>科技</w:t>
      </w:r>
      <w:r>
        <w:rPr>
          <w:spacing w:val="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限公司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下简</w:t>
      </w:r>
      <w:r>
        <w:rPr>
          <w:rFonts w:ascii="Ddylr05K+KaiTi" w:hAnsi="Ddylr05K+KaiTi" w:eastAsia="Ddylr05K+KaiTi"/>
          <w:color w:val="000000"/>
          <w:sz w:val="28"/>
        </w:rPr>
        <w:t>称</w:t>
      </w:r>
      <w:r>
        <w:rPr>
          <w:spacing w:val="66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“受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价方</w:t>
      </w:r>
      <w:r>
        <w:rPr>
          <w:spacing w:val="2"/>
          <w:rFonts w:ascii="Ddylr05K+KaiTi" w:hAnsi="Ddylr05K+KaiTi" w:eastAsia="Ddylr05K+KaiTi"/>
          <w:color w:val="000000"/>
          <w:sz w:val="28"/>
        </w:rPr>
        <w:t>”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产的</w:t>
      </w:r>
      <w:r>
        <w:rPr>
          <w:spacing w:val="2"/>
          <w:rFonts w:ascii="Ddylr05K+KaiTi" w:hAnsi="Ddylr05K+KaiTi" w:eastAsia="Ddylr05K+KaiTi"/>
          <w:color w:val="000000"/>
          <w:sz w:val="28"/>
        </w:rPr>
        <w:t>“</w:t>
      </w:r>
      <w:r>
        <w:rPr>
          <w:rFonts w:ascii="Ddylr05K+KaiTi" w:hAnsi="Ddylr05K+KaiTi" w:eastAsia="Ddylr05K+KaiTi"/>
          <w:color w:val="000000"/>
          <w:sz w:val="28"/>
        </w:rPr>
        <w:t>车辆</w:t>
      </w:r>
      <w:r>
        <w:rPr>
          <w:spacing w:val="-2"/>
          <w:rFonts w:ascii="Ddylr05K+KaiTi" w:hAnsi="Ddylr05K+KaiTi" w:eastAsia="Ddylr05K+KaiTi"/>
          <w:color w:val="000000"/>
          <w:sz w:val="28"/>
        </w:rPr>
        <w:t>变速</w:t>
      </w:r>
      <w:r>
        <w:rPr>
          <w:rFonts w:ascii="Ddylr05K+KaiTi" w:hAnsi="Ddylr05K+KaiTi" w:eastAsia="Ddylr05K+KaiTi"/>
          <w:color w:val="000000"/>
          <w:sz w:val="28"/>
        </w:rPr>
        <w:t>箱、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驱</w:t>
      </w:r>
      <w:r>
        <w:rPr>
          <w:rFonts w:ascii="Ddylr05K+KaiTi" w:hAnsi="Ddylr05K+KaiTi" w:eastAsia="Ddylr05K+KaiTi"/>
          <w:color w:val="000000"/>
          <w:sz w:val="28"/>
        </w:rPr>
        <w:t>动桥</w:t>
      </w:r>
      <w:r>
        <w:rPr>
          <w:spacing w:val="-2"/>
          <w:rFonts w:ascii="Ddylr05K+KaiTi" w:hAnsi="Ddylr05K+KaiTi" w:eastAsia="Ddylr05K+KaiTi"/>
          <w:color w:val="000000"/>
          <w:sz w:val="28"/>
        </w:rPr>
        <w:t>齿</w:t>
      </w:r>
      <w:r>
        <w:rPr>
          <w:rFonts w:ascii="Ddylr05K+KaiTi" w:hAnsi="Ddylr05K+KaiTi" w:eastAsia="Ddylr05K+KaiTi"/>
          <w:color w:val="000000"/>
          <w:sz w:val="28"/>
        </w:rPr>
        <w:t>轮</w:t>
      </w:r>
      <w:r>
        <w:rPr>
          <w:spacing w:val="-2"/>
          <w:rFonts w:ascii="Ddylr05K+KaiTi" w:hAnsi="Ddylr05K+KaiTi" w:eastAsia="Ddylr05K+KaiTi"/>
          <w:color w:val="000000"/>
          <w:sz w:val="28"/>
        </w:rPr>
        <w:t>”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的碳</w:t>
      </w:r>
      <w:r>
        <w:rPr>
          <w:spacing w:val="-2"/>
          <w:rFonts w:ascii="Ddylr05K+KaiTi" w:hAnsi="Ddylr05K+KaiTi" w:eastAsia="Ddylr05K+KaiTi"/>
          <w:color w:val="000000"/>
          <w:sz w:val="28"/>
        </w:rPr>
        <w:t>足</w:t>
      </w:r>
      <w:r>
        <w:rPr>
          <w:rFonts w:ascii="Ddylr05K+KaiTi" w:hAnsi="Ddylr05K+KaiTi" w:eastAsia="Ddylr05K+KaiTi"/>
          <w:color w:val="000000"/>
          <w:sz w:val="28"/>
        </w:rPr>
        <w:t>迹排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量进</w:t>
      </w:r>
      <w:r>
        <w:rPr>
          <w:spacing w:val="-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评价。</w:t>
      </w:r>
    </w:p>
    <w:p>
      <w:pPr>
        <w:autoSpaceDN w:val="0"/>
        <w:autoSpaceDE w:val="0"/>
        <w:widowControl/>
        <w:spacing w:line="312" w:lineRule="exact" w:before="330" w:after="0"/>
        <w:ind w:left="360" w:right="0" w:firstLine="0"/>
        <w:jc w:val="left"/>
      </w:pPr>
      <w:r>
        <w:rPr>
          <w:spacing w:val="2"/>
          <w:rFonts w:ascii="GdJYNGgr+TimesNewRomanPS" w:hAnsi="GdJYNGgr+TimesNewRomanPS" w:eastAsia="GdJYNGgr+TimesNewRomanPS"/>
          <w:color w:val="000000"/>
          <w:sz w:val="28"/>
        </w:rPr>
        <w:t>1</w:t>
      </w:r>
      <w:r>
        <w:rPr>
          <w:rFonts w:ascii="GdJYNGgr+TimesNewRomanPS" w:hAnsi="GdJYNGgr+TimesNewRomanPS" w:eastAsia="GdJYNGgr+TimesNewRomanPS"/>
          <w:color w:val="000000"/>
          <w:sz w:val="28"/>
        </w:rPr>
        <w:t>.</w:t>
      </w:r>
      <w:r>
        <w:rPr>
          <w:spacing w:val="-2"/>
          <w:rFonts w:ascii="GdJYNGgr+TimesNewRomanPS" w:hAnsi="GdJYNGgr+TimesNewRomanPS" w:eastAsia="GdJYNGgr+TimesNewRomanPS"/>
          <w:color w:val="000000"/>
          <w:sz w:val="28"/>
        </w:rPr>
        <w:t>2</w:t>
      </w:r>
      <w:r>
        <w:rPr>
          <w:rFonts w:ascii="GdJYNGgr+TimesNewRomanPS" w:hAnsi="GdJYNGgr+TimesNewRomanPS" w:eastAsia="GdJYNGgr+TimesNewRomanPS"/>
          <w:color w:val="000000"/>
          <w:sz w:val="28"/>
        </w:rPr>
        <w:t>.</w:t>
      </w:r>
      <w:r>
        <w:rPr>
          <w:rFonts w:ascii="GdJYNGgr+TimesNewRomanPS" w:hAnsi="GdJYNGgr+TimesNewRomanPS" w:eastAsia="GdJYNGgr+TimesNewRomanPS"/>
          <w:color w:val="000000"/>
          <w:sz w:val="28"/>
        </w:rPr>
        <w:t>1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委托方简介</w:t>
      </w:r>
    </w:p>
    <w:p>
      <w:pPr>
        <w:autoSpaceDN w:val="0"/>
        <w:autoSpaceDE w:val="0"/>
        <w:widowControl/>
        <w:spacing w:line="220" w:lineRule="exact" w:before="610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282" w:lineRule="exact" w:before="0" w:after="0"/>
        <w:ind w:left="36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(一)企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基本</w:t>
      </w:r>
      <w:r>
        <w:rPr>
          <w:spacing w:val="-2"/>
          <w:rFonts w:ascii="Ddylr05K+KaiTi" w:hAnsi="Ddylr05K+KaiTi" w:eastAsia="Ddylr05K+KaiTi"/>
          <w:color w:val="000000"/>
          <w:sz w:val="28"/>
        </w:rPr>
        <w:t>情</w:t>
      </w:r>
      <w:r>
        <w:rPr>
          <w:rFonts w:ascii="Ddylr05K+KaiTi" w:hAnsi="Ddylr05K+KaiTi" w:eastAsia="Ddylr05K+KaiTi"/>
          <w:color w:val="000000"/>
          <w:sz w:val="28"/>
        </w:rPr>
        <w:t>况</w:t>
      </w:r>
    </w:p>
    <w:p>
      <w:pPr>
        <w:autoSpaceDN w:val="0"/>
        <w:tabs>
          <w:tab w:pos="640" w:val="left"/>
        </w:tabs>
        <w:autoSpaceDE w:val="0"/>
        <w:widowControl/>
        <w:spacing w:line="624" w:lineRule="exact" w:before="0" w:after="0"/>
        <w:ind w:left="360" w:right="144" w:firstLine="0"/>
        <w:jc w:val="left"/>
      </w:pP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.企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基本</w:t>
      </w:r>
      <w:r>
        <w:rPr>
          <w:spacing w:val="-2"/>
          <w:rFonts w:ascii="Ddylr05K+KaiTi" w:hAnsi="Ddylr05K+KaiTi" w:eastAsia="Ddylr05K+KaiTi"/>
          <w:color w:val="000000"/>
          <w:sz w:val="28"/>
        </w:rPr>
        <w:t>情</w:t>
      </w:r>
      <w:r>
        <w:rPr>
          <w:rFonts w:ascii="Ddylr05K+KaiTi" w:hAnsi="Ddylr05K+KaiTi" w:eastAsia="Ddylr05K+KaiTi"/>
          <w:color w:val="000000"/>
          <w:sz w:val="28"/>
        </w:rPr>
        <w:t>况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山</w:t>
      </w:r>
      <w:r>
        <w:rPr>
          <w:spacing w:val="-2"/>
          <w:rFonts w:ascii="Ddylr05K+KaiTi" w:hAnsi="Ddylr05K+KaiTi" w:eastAsia="Ddylr05K+KaiTi"/>
          <w:color w:val="000000"/>
          <w:sz w:val="28"/>
        </w:rPr>
        <w:t>东</w:t>
      </w:r>
      <w:r>
        <w:rPr>
          <w:rFonts w:ascii="Ddylr05K+KaiTi" w:hAnsi="Ddylr05K+KaiTi" w:eastAsia="Ddylr05K+KaiTi"/>
          <w:color w:val="000000"/>
          <w:sz w:val="28"/>
        </w:rPr>
        <w:t>国众</w:t>
      </w:r>
      <w:r>
        <w:rPr>
          <w:spacing w:val="-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械科</w:t>
      </w:r>
      <w:r>
        <w:rPr>
          <w:spacing w:val="-2"/>
          <w:rFonts w:ascii="Ddylr05K+KaiTi" w:hAnsi="Ddylr05K+KaiTi" w:eastAsia="Ddylr05K+KaiTi"/>
          <w:color w:val="000000"/>
          <w:sz w:val="28"/>
        </w:rPr>
        <w:t>技</w:t>
      </w:r>
      <w:r>
        <w:rPr>
          <w:rFonts w:ascii="Ddylr05K+KaiTi" w:hAnsi="Ddylr05K+KaiTi" w:eastAsia="Ddylr05K+KaiTi"/>
          <w:color w:val="000000"/>
          <w:sz w:val="28"/>
        </w:rPr>
        <w:t>有限</w:t>
      </w:r>
      <w:r>
        <w:rPr>
          <w:spacing w:val="-2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司</w:t>
      </w:r>
      <w:r>
        <w:rPr>
          <w:spacing w:val="-2"/>
          <w:rFonts w:ascii="Ddylr05K+KaiTi" w:hAnsi="Ddylr05K+KaiTi" w:eastAsia="Ddylr05K+KaiTi"/>
          <w:color w:val="000000"/>
          <w:sz w:val="28"/>
        </w:rPr>
        <w:t>(</w:t>
      </w:r>
      <w:r>
        <w:rPr>
          <w:rFonts w:ascii="Ddylr05K+KaiTi" w:hAnsi="Ddylr05K+KaiTi" w:eastAsia="Ddylr05K+KaiTi"/>
          <w:color w:val="000000"/>
          <w:sz w:val="28"/>
        </w:rPr>
        <w:t>以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简称</w:t>
      </w:r>
      <w:r>
        <w:rPr>
          <w:spacing w:val="-2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司)是</w:t>
      </w:r>
      <w:r>
        <w:rPr>
          <w:spacing w:val="-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高中</w:t>
      </w:r>
      <w:r>
        <w:rPr>
          <w:spacing w:val="-2"/>
          <w:rFonts w:ascii="Ddylr05K+KaiTi" w:hAnsi="Ddylr05K+KaiTi" w:eastAsia="Ddylr05K+KaiTi"/>
          <w:color w:val="000000"/>
          <w:sz w:val="28"/>
        </w:rPr>
        <w:t>端</w:t>
      </w:r>
      <w:r>
        <w:rPr>
          <w:rFonts w:ascii="Ddylr05K+KaiTi" w:hAnsi="Ddylr05K+KaiTi" w:eastAsia="Ddylr05K+KaiTi"/>
          <w:color w:val="000000"/>
          <w:sz w:val="28"/>
        </w:rPr>
        <w:t>工程</w:t>
      </w:r>
      <w:r>
        <w:rPr>
          <w:spacing w:val="-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械、</w:t>
      </w:r>
      <w:r>
        <w:rPr>
          <w:spacing w:val="4"/>
          <w:rFonts w:ascii="Ddylr05K+KaiTi" w:hAnsi="Ddylr05K+KaiTi" w:eastAsia="Ddylr05K+KaiTi"/>
          <w:color w:val="000000"/>
          <w:sz w:val="28"/>
        </w:rPr>
        <w:t>军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装</w:t>
      </w:r>
      <w:r>
        <w:rPr>
          <w:spacing w:val="8"/>
          <w:rFonts w:ascii="Ddylr05K+KaiTi" w:hAnsi="Ddylr05K+KaiTi" w:eastAsia="Ddylr05K+KaiTi"/>
          <w:color w:val="000000"/>
          <w:sz w:val="28"/>
        </w:rPr>
        <w:t>备</w:t>
      </w:r>
      <w:r>
        <w:rPr>
          <w:spacing w:val="4"/>
          <w:rFonts w:ascii="Ddylr05K+KaiTi" w:hAnsi="Ddylr05K+KaiTi" w:eastAsia="Ddylr05K+KaiTi"/>
          <w:color w:val="000000"/>
          <w:sz w:val="28"/>
        </w:rPr>
        <w:t>齿</w:t>
      </w:r>
      <w:r>
        <w:rPr>
          <w:spacing w:val="6"/>
          <w:rFonts w:ascii="Ddylr05K+KaiTi" w:hAnsi="Ddylr05K+KaiTi" w:eastAsia="Ddylr05K+KaiTi"/>
          <w:color w:val="000000"/>
          <w:sz w:val="28"/>
        </w:rPr>
        <w:t>轮</w:t>
      </w:r>
      <w:r>
        <w:rPr>
          <w:spacing w:val="4"/>
          <w:rFonts w:ascii="Ddylr05K+KaiTi" w:hAnsi="Ddylr05K+KaiTi" w:eastAsia="Ddylr05K+KaiTi"/>
          <w:color w:val="000000"/>
          <w:sz w:val="28"/>
        </w:rPr>
        <w:t>、箱</w:t>
      </w:r>
      <w:r>
        <w:rPr>
          <w:spacing w:val="8"/>
          <w:rFonts w:ascii="Ddylr05K+KaiTi" w:hAnsi="Ddylr05K+KaiTi" w:eastAsia="Ddylr05K+KaiTi"/>
          <w:color w:val="000000"/>
          <w:sz w:val="28"/>
        </w:rPr>
        <w:t>等</w:t>
      </w:r>
      <w:r>
        <w:rPr>
          <w:spacing w:val="6"/>
          <w:rFonts w:ascii="Ddylr05K+KaiTi" w:hAnsi="Ddylr05K+KaiTi" w:eastAsia="Ddylr05K+KaiTi"/>
          <w:color w:val="000000"/>
          <w:sz w:val="28"/>
        </w:rPr>
        <w:t>系</w:t>
      </w:r>
      <w:r>
        <w:rPr>
          <w:spacing w:val="8"/>
          <w:rFonts w:ascii="Ddylr05K+KaiTi" w:hAnsi="Ddylr05K+KaiTi" w:eastAsia="Ddylr05K+KaiTi"/>
          <w:color w:val="000000"/>
          <w:sz w:val="28"/>
        </w:rPr>
        <w:t>列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为</w:t>
      </w:r>
      <w:r>
        <w:rPr>
          <w:spacing w:val="6"/>
          <w:rFonts w:ascii="Ddylr05K+KaiTi" w:hAnsi="Ddylr05K+KaiTi" w:eastAsia="Ddylr05K+KaiTi"/>
          <w:color w:val="000000"/>
          <w:sz w:val="28"/>
        </w:rPr>
        <w:t>主</w:t>
      </w:r>
      <w:r>
        <w:rPr>
          <w:spacing w:val="4"/>
          <w:rFonts w:ascii="Ddylr05K+KaiTi" w:hAnsi="Ddylr05K+KaiTi" w:eastAsia="Ddylr05K+KaiTi"/>
          <w:color w:val="000000"/>
          <w:sz w:val="28"/>
        </w:rPr>
        <w:t>的研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销售</w:t>
      </w:r>
      <w:r>
        <w:rPr>
          <w:spacing w:val="6"/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一</w:t>
      </w:r>
      <w:r>
        <w:rPr>
          <w:spacing w:val="8"/>
          <w:rFonts w:ascii="Ddylr05K+KaiTi" w:hAnsi="Ddylr05K+KaiTi" w:eastAsia="Ddylr05K+KaiTi"/>
          <w:color w:val="000000"/>
          <w:sz w:val="28"/>
        </w:rPr>
        <w:t>体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国</w:t>
      </w:r>
      <w:r>
        <w:rPr>
          <w:spacing w:val="4"/>
          <w:rFonts w:ascii="Ddylr05K+KaiTi" w:hAnsi="Ddylr05K+KaiTi" w:eastAsia="Ddylr05K+KaiTi"/>
          <w:color w:val="000000"/>
          <w:sz w:val="28"/>
        </w:rPr>
        <w:t>家</w:t>
      </w:r>
      <w:r>
        <w:rPr>
          <w:spacing w:val="8"/>
          <w:rFonts w:ascii="Ddylr05K+KaiTi" w:hAnsi="Ddylr05K+KaiTi" w:eastAsia="Ddylr05K+KaiTi"/>
          <w:color w:val="000000"/>
          <w:sz w:val="28"/>
        </w:rPr>
        <w:t>高</w:t>
      </w:r>
      <w:r>
        <w:rPr>
          <w:spacing w:val="6"/>
          <w:rFonts w:ascii="Ddylr05K+KaiTi" w:hAnsi="Ddylr05K+KaiTi" w:eastAsia="Ddylr05K+KaiTi"/>
          <w:color w:val="000000"/>
          <w:sz w:val="28"/>
        </w:rPr>
        <w:t>新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企</w:t>
      </w:r>
      <w:r>
        <w:rPr>
          <w:spacing w:val="4"/>
          <w:rFonts w:ascii="Ddylr05K+KaiTi" w:hAnsi="Ddylr05K+KaiTi" w:eastAsia="Ddylr05K+KaiTi"/>
          <w:color w:val="000000"/>
          <w:sz w:val="28"/>
        </w:rPr>
        <w:t>业，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是</w:t>
      </w:r>
      <w:r>
        <w:rPr>
          <w:spacing w:val="6"/>
          <w:rFonts w:ascii="Ddylr05K+KaiTi" w:hAnsi="Ddylr05K+KaiTi" w:eastAsia="Ddylr05K+KaiTi"/>
          <w:color w:val="000000"/>
          <w:sz w:val="28"/>
        </w:rPr>
        <w:t>重</w:t>
      </w:r>
      <w:r>
        <w:rPr>
          <w:spacing w:val="8"/>
          <w:rFonts w:ascii="Ddylr05K+KaiTi" w:hAnsi="Ddylr05K+KaiTi" w:eastAsia="Ddylr05K+KaiTi"/>
          <w:color w:val="000000"/>
          <w:sz w:val="28"/>
        </w:rPr>
        <w:t>点</w:t>
      </w:r>
      <w:r>
        <w:rPr>
          <w:spacing w:val="6"/>
          <w:rFonts w:ascii="Ddylr05K+KaiTi" w:hAnsi="Ddylr05K+KaiTi" w:eastAsia="Ddylr05K+KaiTi"/>
          <w:color w:val="000000"/>
          <w:sz w:val="28"/>
        </w:rPr>
        <w:t>骨</w:t>
      </w:r>
      <w:r>
        <w:rPr>
          <w:spacing w:val="8"/>
          <w:rFonts w:ascii="Ddylr05K+KaiTi" w:hAnsi="Ddylr05K+KaiTi" w:eastAsia="Ddylr05K+KaiTi"/>
          <w:color w:val="000000"/>
          <w:sz w:val="28"/>
        </w:rPr>
        <w:t>干</w:t>
      </w:r>
      <w:r>
        <w:rPr>
          <w:spacing w:val="4"/>
          <w:rFonts w:ascii="Ddylr05K+KaiTi" w:hAnsi="Ddylr05K+KaiTi" w:eastAsia="Ddylr05K+KaiTi"/>
          <w:color w:val="000000"/>
          <w:sz w:val="28"/>
        </w:rPr>
        <w:t>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和临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集</w:t>
      </w:r>
      <w:r>
        <w:rPr>
          <w:spacing w:val="8"/>
          <w:rFonts w:ascii="Ddylr05K+KaiTi" w:hAnsi="Ddylr05K+KaiTi" w:eastAsia="Ddylr05K+KaiTi"/>
          <w:color w:val="000000"/>
          <w:sz w:val="28"/>
        </w:rPr>
        <w:t>团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spacing w:val="8"/>
          <w:rFonts w:ascii="Ddylr05K+KaiTi" w:hAnsi="Ddylr05K+KaiTi" w:eastAsia="Ddylr05K+KaiTi"/>
          <w:color w:val="000000"/>
          <w:sz w:val="28"/>
        </w:rPr>
        <w:t>心</w:t>
      </w:r>
      <w:r>
        <w:rPr>
          <w:spacing w:val="4"/>
          <w:rFonts w:ascii="Ddylr05K+KaiTi" w:hAnsi="Ddylr05K+KaiTi" w:eastAsia="Ddylr05K+KaiTi"/>
          <w:color w:val="000000"/>
          <w:sz w:val="28"/>
        </w:rPr>
        <w:t>成员</w:t>
      </w:r>
      <w:r>
        <w:rPr>
          <w:spacing w:val="6"/>
          <w:rFonts w:ascii="Ddylr05K+KaiTi" w:hAnsi="Ddylr05K+KaiTi" w:eastAsia="Ddylr05K+KaiTi"/>
          <w:color w:val="000000"/>
          <w:sz w:val="28"/>
        </w:rPr>
        <w:t>企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司</w:t>
      </w:r>
      <w:r>
        <w:rPr>
          <w:spacing w:val="-2"/>
          <w:rFonts w:ascii="Ddylr05K+KaiTi" w:hAnsi="Ddylr05K+KaiTi" w:eastAsia="Ddylr05K+KaiTi"/>
          <w:color w:val="000000"/>
          <w:sz w:val="28"/>
        </w:rPr>
        <w:t>前</w:t>
      </w:r>
      <w:r>
        <w:rPr>
          <w:spacing w:val="2"/>
          <w:rFonts w:ascii="Ddylr05K+KaiTi" w:hAnsi="Ddylr05K+KaiTi" w:eastAsia="Ddylr05K+KaiTi"/>
          <w:color w:val="000000"/>
          <w:sz w:val="28"/>
        </w:rPr>
        <w:t>身</w:t>
      </w:r>
      <w:r>
        <w:rPr>
          <w:rFonts w:ascii="Ddylr05K+KaiTi" w:hAnsi="Ddylr05K+KaiTi" w:eastAsia="Ddylr05K+KaiTi"/>
          <w:color w:val="000000"/>
          <w:sz w:val="28"/>
        </w:rPr>
        <w:t>(临</w:t>
      </w:r>
      <w:r>
        <w:rPr>
          <w:spacing w:val="4"/>
          <w:rFonts w:ascii="Ddylr05K+KaiTi" w:hAnsi="Ddylr05K+KaiTi" w:eastAsia="Ddylr05K+KaiTi"/>
          <w:color w:val="000000"/>
          <w:sz w:val="28"/>
        </w:rPr>
        <w:t>沂</w:t>
      </w:r>
      <w:r>
        <w:rPr>
          <w:rFonts w:ascii="Ddylr05K+KaiTi" w:hAnsi="Ddylr05K+KaiTi" w:eastAsia="Ddylr05K+KaiTi"/>
          <w:color w:val="000000"/>
          <w:sz w:val="28"/>
        </w:rPr>
        <w:t>齿轮</w:t>
      </w:r>
      <w:r>
        <w:rPr>
          <w:spacing w:val="2"/>
          <w:rFonts w:ascii="Ddylr05K+KaiTi" w:hAnsi="Ddylr05K+KaiTi" w:eastAsia="Ddylr05K+KaiTi"/>
          <w:color w:val="000000"/>
          <w:sz w:val="28"/>
        </w:rPr>
        <w:t>厂)</w:t>
      </w:r>
      <w:r>
        <w:rPr>
          <w:rFonts w:ascii="Ddylr05K+KaiTi" w:hAnsi="Ddylr05K+KaiTi" w:eastAsia="Ddylr05K+KaiTi"/>
          <w:color w:val="000000"/>
          <w:sz w:val="28"/>
        </w:rPr>
        <w:t>始</w:t>
      </w:r>
      <w:r>
        <w:rPr>
          <w:spacing w:val="2"/>
          <w:rFonts w:ascii="Ddylr05K+KaiTi" w:hAnsi="Ddylr05K+KaiTi" w:eastAsia="Ddylr05K+KaiTi"/>
          <w:color w:val="000000"/>
          <w:sz w:val="28"/>
        </w:rPr>
        <w:t>建</w:t>
      </w:r>
      <w:r>
        <w:rPr>
          <w:spacing w:val="70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97</w:t>
      </w:r>
      <w:r>
        <w:rPr>
          <w:spacing w:val="74"/>
          <w:rFonts w:ascii="Ddylr05K+KaiTi" w:hAnsi="Ddylr05K+KaiTi" w:eastAsia="Ddylr05K+KaiTi"/>
          <w:color w:val="000000"/>
          <w:sz w:val="28"/>
        </w:rPr>
        <w:t>7</w:t>
      </w:r>
      <w:r>
        <w:rPr>
          <w:spacing w:val="70"/>
          <w:rFonts w:ascii="Ddylr05K+KaiTi" w:hAnsi="Ddylr05K+KaiTi" w:eastAsia="Ddylr05K+KaiTi"/>
          <w:color w:val="000000"/>
          <w:sz w:val="28"/>
        </w:rPr>
        <w:t>年</w:t>
      </w:r>
      <w:r>
        <w:rPr>
          <w:spacing w:val="72"/>
          <w:rFonts w:ascii="Ddylr05K+KaiTi" w:hAnsi="Ddylr05K+KaiTi" w:eastAsia="Ddylr05K+KaiTi"/>
          <w:color w:val="000000"/>
          <w:sz w:val="28"/>
        </w:rPr>
        <w:t>5月4</w:t>
      </w:r>
      <w:r>
        <w:rPr>
          <w:rFonts w:ascii="Ddylr05K+KaiTi" w:hAnsi="Ddylr05K+KaiTi" w:eastAsia="Ddylr05K+KaiTi"/>
          <w:color w:val="000000"/>
          <w:sz w:val="28"/>
        </w:rPr>
        <w:t>日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为市</w:t>
      </w:r>
      <w:r>
        <w:rPr>
          <w:spacing w:val="2"/>
          <w:rFonts w:ascii="Ddylr05K+KaiTi" w:hAnsi="Ddylr05K+KaiTi" w:eastAsia="Ddylr05K+KaiTi"/>
          <w:color w:val="000000"/>
          <w:sz w:val="28"/>
        </w:rPr>
        <w:t>直</w:t>
      </w:r>
      <w:r>
        <w:rPr>
          <w:rFonts w:ascii="Ddylr05K+KaiTi" w:hAnsi="Ddylr05K+KaiTi" w:eastAsia="Ddylr05K+KaiTi"/>
          <w:color w:val="000000"/>
          <w:sz w:val="28"/>
        </w:rPr>
        <w:t>国有</w:t>
      </w:r>
      <w:r>
        <w:rPr>
          <w:spacing w:val="2"/>
          <w:rFonts w:ascii="Ddylr05K+KaiTi" w:hAnsi="Ddylr05K+KaiTi" w:eastAsia="Ddylr05K+KaiTi"/>
          <w:color w:val="000000"/>
          <w:sz w:val="28"/>
        </w:rPr>
        <w:t>中</w:t>
      </w:r>
      <w:r>
        <w:rPr>
          <w:rFonts w:ascii="Ddylr05K+KaiTi" w:hAnsi="Ddylr05K+KaiTi" w:eastAsia="Ddylr05K+KaiTi"/>
          <w:color w:val="000000"/>
          <w:sz w:val="28"/>
        </w:rPr>
        <w:t>型</w:t>
      </w:r>
      <w:r>
        <w:rPr>
          <w:spacing w:val="2"/>
          <w:rFonts w:ascii="Ddylr05K+KaiTi" w:hAnsi="Ddylr05K+KaiTi" w:eastAsia="Ddylr05K+KaiTi"/>
          <w:color w:val="000000"/>
          <w:sz w:val="28"/>
        </w:rPr>
        <w:t>企</w:t>
      </w:r>
      <w:r>
        <w:rPr>
          <w:rFonts w:ascii="Ddylr05K+KaiTi" w:hAnsi="Ddylr05K+KaiTi" w:eastAsia="Ddylr05K+KaiTi"/>
          <w:color w:val="000000"/>
          <w:sz w:val="28"/>
        </w:rPr>
        <w:t>业，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99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2"/>
          <w:rFonts w:ascii="Arial" w:hAnsi="Arial" w:eastAsia="Arial"/>
          <w:color w:val="000000"/>
          <w:sz w:val="28"/>
        </w:rPr>
        <w:t xml:space="preserve"> </w:t>
      </w:r>
      <w:r>
        <w:rPr>
          <w:spacing w:val="8"/>
          <w:rFonts w:ascii="Ddylr05K+KaiTi" w:hAnsi="Ddylr05K+KaiTi" w:eastAsia="Ddylr05K+KaiTi"/>
          <w:color w:val="000000"/>
          <w:sz w:val="28"/>
        </w:rPr>
        <w:t>年</w:t>
      </w:r>
      <w:r>
        <w:rPr>
          <w:spacing w:val="10"/>
          <w:rFonts w:ascii="Ddylr05K+KaiTi" w:hAnsi="Ddylr05K+KaiTi" w:eastAsia="Ddylr05K+KaiTi"/>
          <w:color w:val="000000"/>
          <w:sz w:val="28"/>
        </w:rPr>
        <w:t>创办中外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10"/>
          <w:rFonts w:ascii="Ddylr05K+KaiTi" w:hAnsi="Ddylr05K+KaiTi" w:eastAsia="Ddylr05K+KaiTi"/>
          <w:color w:val="000000"/>
          <w:sz w:val="28"/>
        </w:rPr>
        <w:t>作</w:t>
      </w:r>
      <w:r>
        <w:rPr>
          <w:spacing w:val="8"/>
          <w:rFonts w:ascii="Ddylr05K+KaiTi" w:hAnsi="Ddylr05K+KaiTi" w:eastAsia="Ddylr05K+KaiTi"/>
          <w:color w:val="000000"/>
          <w:sz w:val="28"/>
        </w:rPr>
        <w:t>临</w:t>
      </w:r>
      <w:r>
        <w:rPr>
          <w:spacing w:val="10"/>
          <w:rFonts w:ascii="Ddylr05K+KaiTi" w:hAnsi="Ddylr05K+KaiTi" w:eastAsia="Ddylr05K+KaiTi"/>
          <w:color w:val="000000"/>
          <w:sz w:val="28"/>
        </w:rPr>
        <w:t>沂鑫鑫</w:t>
      </w:r>
      <w:r>
        <w:rPr>
          <w:spacing w:val="8"/>
          <w:rFonts w:ascii="Ddylr05K+KaiTi" w:hAnsi="Ddylr05K+KaiTi" w:eastAsia="Ddylr05K+KaiTi"/>
          <w:color w:val="000000"/>
          <w:sz w:val="28"/>
        </w:rPr>
        <w:t>齿</w:t>
      </w:r>
      <w:r>
        <w:rPr>
          <w:spacing w:val="10"/>
          <w:rFonts w:ascii="Ddylr05K+KaiTi" w:hAnsi="Ddylr05K+KaiTi" w:eastAsia="Ddylr05K+KaiTi"/>
          <w:color w:val="000000"/>
          <w:sz w:val="28"/>
        </w:rPr>
        <w:t>轮有限公</w:t>
      </w:r>
      <w:r>
        <w:rPr>
          <w:spacing w:val="8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4</w:t>
      </w:r>
      <w:r>
        <w:rPr>
          <w:spacing w:val="2"/>
          <w:rFonts w:ascii="Arial" w:hAnsi="Arial" w:eastAsia="Arial"/>
          <w:color w:val="000000"/>
          <w:sz w:val="28"/>
        </w:rPr>
        <w:t xml:space="preserve"> </w:t>
      </w:r>
      <w:r>
        <w:rPr>
          <w:spacing w:val="10"/>
          <w:rFonts w:ascii="Ddylr05K+KaiTi" w:hAnsi="Ddylr05K+KaiTi" w:eastAsia="Ddylr05K+KaiTi"/>
          <w:color w:val="000000"/>
          <w:sz w:val="28"/>
        </w:rPr>
        <w:t>年改</w:t>
      </w:r>
      <w:r>
        <w:rPr>
          <w:spacing w:val="8"/>
          <w:rFonts w:ascii="Ddylr05K+KaiTi" w:hAnsi="Ddylr05K+KaiTi" w:eastAsia="Ddylr05K+KaiTi"/>
          <w:color w:val="000000"/>
          <w:sz w:val="28"/>
        </w:rPr>
        <w:t>制</w:t>
      </w:r>
      <w:r>
        <w:rPr>
          <w:spacing w:val="10"/>
          <w:rFonts w:ascii="Ddylr05K+KaiTi" w:hAnsi="Ddylr05K+KaiTi" w:eastAsia="Ddylr05K+KaiTi"/>
          <w:color w:val="000000"/>
          <w:sz w:val="28"/>
        </w:rPr>
        <w:t>为临</w:t>
      </w:r>
      <w:r>
        <w:rPr>
          <w:rFonts w:ascii="Ddylr05K+KaiTi" w:hAnsi="Ddylr05K+KaiTi" w:eastAsia="Ddylr05K+KaiTi"/>
          <w:color w:val="000000"/>
          <w:sz w:val="28"/>
        </w:rPr>
        <w:t>沂</w:t>
      </w:r>
      <w:r>
        <w:rPr>
          <w:spacing w:val="-2"/>
          <w:rFonts w:ascii="Ddylr05K+KaiTi" w:hAnsi="Ddylr05K+KaiTi" w:eastAsia="Ddylr05K+KaiTi"/>
          <w:color w:val="000000"/>
          <w:sz w:val="28"/>
        </w:rPr>
        <w:t>恒跃</w:t>
      </w:r>
      <w:r>
        <w:rPr>
          <w:rFonts w:ascii="Ddylr05K+KaiTi" w:hAnsi="Ddylr05K+KaiTi" w:eastAsia="Ddylr05K+KaiTi"/>
          <w:color w:val="000000"/>
          <w:sz w:val="28"/>
        </w:rPr>
        <w:t>齿轮</w:t>
      </w:r>
      <w:r>
        <w:rPr>
          <w:spacing w:val="-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限公</w:t>
      </w:r>
      <w:r>
        <w:rPr>
          <w:spacing w:val="-2"/>
          <w:rFonts w:ascii="Ddylr05K+KaiTi" w:hAnsi="Ddylr05K+KaiTi" w:eastAsia="Ddylr05K+KaiTi"/>
          <w:color w:val="000000"/>
          <w:sz w:val="28"/>
        </w:rPr>
        <w:t>司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01</w:t>
      </w:r>
      <w:r>
        <w:rPr>
          <w:spacing w:val="68"/>
          <w:rFonts w:ascii="Ddylr05K+KaiTi" w:hAnsi="Ddylr05K+KaiTi" w:eastAsia="Ddylr05K+KaiTi"/>
          <w:color w:val="000000"/>
          <w:sz w:val="28"/>
        </w:rPr>
        <w:t>5</w:t>
      </w:r>
      <w:r>
        <w:rPr>
          <w:rFonts w:ascii="Ddylr05K+KaiTi" w:hAnsi="Ddylr05K+KaiTi" w:eastAsia="Ddylr05K+KaiTi"/>
          <w:color w:val="000000"/>
          <w:sz w:val="28"/>
        </w:rPr>
        <w:t>年</w:t>
      </w:r>
      <w:r>
        <w:rPr>
          <w:spacing w:val="-2"/>
          <w:rFonts w:ascii="Ddylr05K+KaiTi" w:hAnsi="Ddylr05K+KaiTi" w:eastAsia="Ddylr05K+KaiTi"/>
          <w:color w:val="000000"/>
          <w:sz w:val="28"/>
        </w:rPr>
        <w:t>初</w:t>
      </w:r>
      <w:r>
        <w:rPr>
          <w:rFonts w:ascii="Ddylr05K+KaiTi" w:hAnsi="Ddylr05K+KaiTi" w:eastAsia="Ddylr05K+KaiTi"/>
          <w:color w:val="000000"/>
          <w:sz w:val="28"/>
        </w:rPr>
        <w:t>引进</w:t>
      </w:r>
      <w:r>
        <w:rPr>
          <w:spacing w:val="-2"/>
          <w:rFonts w:ascii="Ddylr05K+KaiTi" w:hAnsi="Ddylr05K+KaiTi" w:eastAsia="Ddylr05K+KaiTi"/>
          <w:color w:val="000000"/>
          <w:sz w:val="28"/>
        </w:rPr>
        <w:t>战</w:t>
      </w:r>
      <w:r>
        <w:rPr>
          <w:rFonts w:ascii="Ddylr05K+KaiTi" w:hAnsi="Ddylr05K+KaiTi" w:eastAsia="Ddylr05K+KaiTi"/>
          <w:color w:val="000000"/>
          <w:sz w:val="28"/>
        </w:rPr>
        <w:t>略投</w:t>
      </w:r>
      <w:r>
        <w:rPr>
          <w:spacing w:val="-2"/>
          <w:rFonts w:ascii="Ddylr05K+KaiTi" w:hAnsi="Ddylr05K+KaiTi" w:eastAsia="Ddylr05K+KaiTi"/>
          <w:color w:val="000000"/>
          <w:sz w:val="28"/>
        </w:rPr>
        <w:t>资</w:t>
      </w:r>
      <w:r>
        <w:rPr>
          <w:rFonts w:ascii="Ddylr05K+KaiTi" w:hAnsi="Ddylr05K+KaiTi" w:eastAsia="Ddylr05K+KaiTi"/>
          <w:color w:val="000000"/>
          <w:sz w:val="28"/>
        </w:rPr>
        <w:t>者改</w:t>
      </w:r>
      <w:r>
        <w:rPr>
          <w:spacing w:val="-2"/>
          <w:rFonts w:ascii="Ddylr05K+KaiTi" w:hAnsi="Ddylr05K+KaiTi" w:eastAsia="Ddylr05K+KaiTi"/>
          <w:color w:val="000000"/>
          <w:sz w:val="28"/>
        </w:rPr>
        <w:t>组</w:t>
      </w:r>
      <w:r>
        <w:rPr>
          <w:rFonts w:ascii="Ddylr05K+KaiTi" w:hAnsi="Ddylr05K+KaiTi" w:eastAsia="Ddylr05K+KaiTi"/>
          <w:color w:val="000000"/>
          <w:sz w:val="28"/>
        </w:rPr>
        <w:t>为山</w:t>
      </w:r>
      <w:r>
        <w:rPr>
          <w:spacing w:val="-2"/>
          <w:rFonts w:ascii="Ddylr05K+KaiTi" w:hAnsi="Ddylr05K+KaiTi" w:eastAsia="Ddylr05K+KaiTi"/>
          <w:color w:val="000000"/>
          <w:sz w:val="28"/>
        </w:rPr>
        <w:t>东</w:t>
      </w:r>
      <w:r>
        <w:rPr>
          <w:rFonts w:ascii="Ddylr05K+KaiTi" w:hAnsi="Ddylr05K+KaiTi" w:eastAsia="Ddylr05K+KaiTi"/>
          <w:color w:val="000000"/>
          <w:sz w:val="28"/>
        </w:rPr>
        <w:t>国众。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280"/>
        <w:jc w:val="both"/>
      </w:pPr>
      <w:r>
        <w:rPr>
          <w:spacing w:val="18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司</w:t>
      </w:r>
      <w:r>
        <w:rPr>
          <w:spacing w:val="10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spacing w:val="12"/>
          <w:rFonts w:ascii="Arial" w:hAnsi="Arial" w:eastAsia="Arial"/>
          <w:color w:val="000000"/>
          <w:sz w:val="28"/>
        </w:rPr>
        <w:t xml:space="preserve"> </w:t>
      </w:r>
      <w:r>
        <w:rPr>
          <w:spacing w:val="18"/>
          <w:rFonts w:ascii="Ddylr05K+KaiTi" w:hAnsi="Ddylr05K+KaiTi" w:eastAsia="Ddylr05K+KaiTi"/>
          <w:color w:val="000000"/>
          <w:sz w:val="28"/>
        </w:rPr>
        <w:t>年</w:t>
      </w:r>
      <w:r>
        <w:rPr>
          <w:spacing w:val="22"/>
          <w:rFonts w:ascii="Ddylr05K+KaiTi" w:hAnsi="Ddylr05K+KaiTi" w:eastAsia="Ddylr05K+KaiTi"/>
          <w:color w:val="000000"/>
          <w:sz w:val="28"/>
        </w:rPr>
        <w:t>资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14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9</w:t>
      </w:r>
      <w:r>
        <w:rPr>
          <w:rFonts w:ascii="Ddylr05K+KaiTi" w:hAnsi="Ddylr05K+KaiTi" w:eastAsia="Ddylr05K+KaiTi"/>
          <w:color w:val="000000"/>
          <w:sz w:val="28"/>
        </w:rPr>
        <w:t>92</w:t>
      </w:r>
      <w:r>
        <w:rPr>
          <w:spacing w:val="-2"/>
          <w:rFonts w:ascii="Ddylr05K+KaiTi" w:hAnsi="Ddylr05K+KaiTi" w:eastAsia="Ddylr05K+KaiTi"/>
          <w:color w:val="000000"/>
          <w:sz w:val="28"/>
        </w:rPr>
        <w:t>8</w:t>
      </w:r>
      <w:r>
        <w:rPr>
          <w:rFonts w:ascii="Ddylr05K+KaiTi" w:hAnsi="Ddylr05K+KaiTi" w:eastAsia="Ddylr05K+KaiTi"/>
          <w:color w:val="000000"/>
          <w:sz w:val="28"/>
        </w:rPr>
        <w:t>.8</w:t>
      </w:r>
      <w:r>
        <w:rPr>
          <w:rFonts w:ascii="Ddylr05K+KaiTi" w:hAnsi="Ddylr05K+KaiTi" w:eastAsia="Ddylr05K+KaiTi"/>
          <w:color w:val="000000"/>
          <w:sz w:val="28"/>
        </w:rPr>
        <w:t>4</w:t>
      </w:r>
      <w:r>
        <w:rPr>
          <w:spacing w:val="8"/>
          <w:rFonts w:ascii="Arial" w:hAnsi="Arial" w:eastAsia="Arial"/>
          <w:color w:val="000000"/>
          <w:sz w:val="28"/>
        </w:rPr>
        <w:t xml:space="preserve"> </w:t>
      </w:r>
      <w:r>
        <w:rPr>
          <w:spacing w:val="18"/>
          <w:rFonts w:ascii="Ddylr05K+KaiTi" w:hAnsi="Ddylr05K+KaiTi" w:eastAsia="Ddylr05K+KaiTi"/>
          <w:color w:val="000000"/>
          <w:sz w:val="28"/>
        </w:rPr>
        <w:t>万</w:t>
      </w:r>
      <w:r>
        <w:rPr>
          <w:spacing w:val="22"/>
          <w:rFonts w:ascii="Ddylr05K+KaiTi" w:hAnsi="Ddylr05K+KaiTi" w:eastAsia="Ddylr05K+KaiTi"/>
          <w:color w:val="000000"/>
          <w:sz w:val="28"/>
        </w:rPr>
        <w:t>元</w:t>
      </w:r>
      <w:r>
        <w:rPr>
          <w:spacing w:val="20"/>
          <w:rFonts w:ascii="Ddylr05K+KaiTi" w:hAnsi="Ddylr05K+KaiTi" w:eastAsia="Ddylr05K+KaiTi"/>
          <w:color w:val="000000"/>
          <w:sz w:val="28"/>
        </w:rPr>
        <w:t>,资</w:t>
      </w:r>
      <w:r>
        <w:rPr>
          <w:spacing w:val="22"/>
          <w:rFonts w:ascii="Ddylr05K+KaiTi" w:hAnsi="Ddylr05K+KaiTi" w:eastAsia="Ddylr05K+KaiTi"/>
          <w:color w:val="000000"/>
          <w:sz w:val="28"/>
        </w:rPr>
        <w:t>产</w:t>
      </w:r>
      <w:r>
        <w:rPr>
          <w:spacing w:val="18"/>
          <w:rFonts w:ascii="Ddylr05K+KaiTi" w:hAnsi="Ddylr05K+KaiTi" w:eastAsia="Ddylr05K+KaiTi"/>
          <w:color w:val="000000"/>
          <w:sz w:val="28"/>
        </w:rPr>
        <w:t>负债</w:t>
      </w:r>
      <w:r>
        <w:rPr>
          <w:rFonts w:ascii="Ddylr05K+KaiTi" w:hAnsi="Ddylr05K+KaiTi" w:eastAsia="Ddylr05K+KaiTi"/>
          <w:color w:val="000000"/>
          <w:sz w:val="28"/>
        </w:rPr>
        <w:t>率</w:t>
      </w:r>
      <w:r>
        <w:rPr>
          <w:spacing w:val="12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8</w:t>
      </w:r>
      <w:r>
        <w:rPr>
          <w:rFonts w:ascii="Ddylr05K+KaiTi" w:hAnsi="Ddylr05K+KaiTi" w:eastAsia="Ddylr05K+KaiTi"/>
          <w:color w:val="000000"/>
          <w:sz w:val="28"/>
        </w:rPr>
        <w:t>5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spacing w:val="2"/>
          <w:rFonts w:ascii="Ddylr05K+KaiTi" w:hAnsi="Ddylr05K+KaiTi" w:eastAsia="Ddylr05K+KaiTi"/>
          <w:color w:val="000000"/>
          <w:sz w:val="28"/>
        </w:rPr>
        <w:t>8</w:t>
      </w:r>
      <w:r>
        <w:rPr>
          <w:rFonts w:ascii="Ddylr05K+KaiTi" w:hAnsi="Ddylr05K+KaiTi" w:eastAsia="Ddylr05K+KaiTi"/>
          <w:color w:val="000000"/>
          <w:sz w:val="28"/>
        </w:rPr>
        <w:t>9</w:t>
      </w:r>
      <w:r>
        <w:rPr>
          <w:spacing w:val="-2"/>
          <w:rFonts w:ascii="Ddylr05K+KaiTi" w:hAnsi="Ddylr05K+KaiTi" w:eastAsia="Ddylr05K+KaiTi"/>
          <w:color w:val="000000"/>
          <w:sz w:val="28"/>
        </w:rPr>
        <w:t>%</w:t>
      </w:r>
      <w:r>
        <w:rPr>
          <w:spacing w:val="22"/>
          <w:rFonts w:ascii="Ddylr05K+KaiTi" w:hAnsi="Ddylr05K+KaiTi" w:eastAsia="Ddylr05K+KaiTi"/>
          <w:color w:val="000000"/>
          <w:sz w:val="28"/>
        </w:rPr>
        <w:t>;</w:t>
      </w:r>
      <w:r>
        <w:rPr>
          <w:spacing w:val="20"/>
          <w:rFonts w:ascii="Ddylr05K+KaiTi" w:hAnsi="Ddylr05K+KaiTi" w:eastAsia="Ddylr05K+KaiTi"/>
          <w:color w:val="000000"/>
          <w:sz w:val="28"/>
        </w:rPr>
        <w:t>营</w:t>
      </w:r>
      <w:r>
        <w:rPr>
          <w:spacing w:val="22"/>
          <w:rFonts w:ascii="Ddylr05K+KaiTi" w:hAnsi="Ddylr05K+KaiTi" w:eastAsia="Ddylr05K+KaiTi"/>
          <w:color w:val="000000"/>
          <w:sz w:val="28"/>
        </w:rPr>
        <w:t>业</w:t>
      </w:r>
      <w:r>
        <w:rPr>
          <w:spacing w:val="20"/>
          <w:rFonts w:ascii="Ddylr05K+KaiTi" w:hAnsi="Ddylr05K+KaiTi" w:eastAsia="Ddylr05K+KaiTi"/>
          <w:color w:val="000000"/>
          <w:sz w:val="28"/>
        </w:rPr>
        <w:t>收</w:t>
      </w:r>
      <w:r>
        <w:rPr>
          <w:rFonts w:ascii="Ddylr05K+KaiTi" w:hAnsi="Ddylr05K+KaiTi" w:eastAsia="Ddylr05K+KaiTi"/>
          <w:color w:val="000000"/>
          <w:sz w:val="28"/>
        </w:rPr>
        <w:t>入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31</w:t>
      </w:r>
      <w:r>
        <w:rPr>
          <w:spacing w:val="2"/>
          <w:rFonts w:ascii="Ddylr05K+KaiTi" w:hAnsi="Ddylr05K+KaiTi" w:eastAsia="Ddylr05K+KaiTi"/>
          <w:color w:val="000000"/>
          <w:sz w:val="28"/>
        </w:rPr>
        <w:t>8</w:t>
      </w:r>
      <w:r>
        <w:rPr>
          <w:spacing w:val="-2"/>
          <w:rFonts w:ascii="Ddylr05K+KaiTi" w:hAnsi="Ddylr05K+KaiTi" w:eastAsia="Ddylr05K+KaiTi"/>
          <w:color w:val="000000"/>
          <w:sz w:val="28"/>
        </w:rPr>
        <w:t>6.</w:t>
      </w:r>
      <w:r>
        <w:rPr>
          <w:spacing w:val="2"/>
          <w:rFonts w:ascii="Ddylr05K+KaiTi" w:hAnsi="Ddylr05K+KaiTi" w:eastAsia="Ddylr05K+KaiTi"/>
          <w:color w:val="000000"/>
          <w:sz w:val="28"/>
        </w:rPr>
        <w:t>6</w:t>
      </w:r>
      <w:r>
        <w:rPr>
          <w:rFonts w:ascii="Ddylr05K+KaiTi" w:hAnsi="Ddylr05K+KaiTi" w:eastAsia="Ddylr05K+KaiTi"/>
          <w:color w:val="000000"/>
          <w:sz w:val="28"/>
        </w:rPr>
        <w:t>6</w:t>
      </w:r>
      <w:r>
        <w:rPr>
          <w:spacing w:val="2"/>
          <w:rFonts w:ascii="Arial" w:hAnsi="Arial" w:eastAsia="Arial"/>
          <w:color w:val="000000"/>
          <w:sz w:val="28"/>
        </w:rPr>
        <w:t xml:space="preserve"> </w:t>
      </w:r>
      <w:r>
        <w:rPr>
          <w:spacing w:val="12"/>
          <w:rFonts w:ascii="Ddylr05K+KaiTi" w:hAnsi="Ddylr05K+KaiTi" w:eastAsia="Ddylr05K+KaiTi"/>
          <w:color w:val="000000"/>
          <w:sz w:val="28"/>
        </w:rPr>
        <w:t>万</w:t>
      </w:r>
      <w:r>
        <w:rPr>
          <w:spacing w:val="10"/>
          <w:rFonts w:ascii="Ddylr05K+KaiTi" w:hAnsi="Ddylr05K+KaiTi" w:eastAsia="Ddylr05K+KaiTi"/>
          <w:color w:val="000000"/>
          <w:sz w:val="28"/>
        </w:rPr>
        <w:t>元</w:t>
      </w:r>
      <w:r>
        <w:rPr>
          <w:spacing w:val="12"/>
          <w:rFonts w:ascii="Ddylr05K+KaiTi" w:hAnsi="Ddylr05K+KaiTi" w:eastAsia="Ddylr05K+KaiTi"/>
          <w:color w:val="000000"/>
          <w:sz w:val="28"/>
        </w:rPr>
        <w:t>，其中</w:t>
      </w:r>
      <w:r>
        <w:rPr>
          <w:spacing w:val="10"/>
          <w:rFonts w:ascii="Ddylr05K+KaiTi" w:hAnsi="Ddylr05K+KaiTi" w:eastAsia="Ddylr05K+KaiTi"/>
          <w:color w:val="000000"/>
          <w:sz w:val="28"/>
        </w:rPr>
        <w:t>主</w:t>
      </w:r>
      <w:r>
        <w:rPr>
          <w:spacing w:val="12"/>
          <w:rFonts w:ascii="Ddylr05K+KaiTi" w:hAnsi="Ddylr05K+KaiTi" w:eastAsia="Ddylr05K+KaiTi"/>
          <w:color w:val="000000"/>
          <w:sz w:val="28"/>
        </w:rPr>
        <w:t>营业收</w:t>
      </w:r>
      <w:r>
        <w:rPr>
          <w:spacing w:val="78"/>
          <w:rFonts w:ascii="Ddylr05K+KaiTi" w:hAnsi="Ddylr05K+KaiTi" w:eastAsia="Ddylr05K+KaiTi"/>
          <w:color w:val="000000"/>
          <w:sz w:val="28"/>
        </w:rPr>
        <w:t>入</w:t>
      </w:r>
      <w:r>
        <w:rPr>
          <w:rFonts w:ascii="Ddylr05K+KaiTi" w:hAnsi="Ddylr05K+KaiTi" w:eastAsia="Ddylr05K+KaiTi"/>
          <w:color w:val="000000"/>
          <w:sz w:val="28"/>
        </w:rPr>
        <w:t>12</w:t>
      </w:r>
      <w:r>
        <w:rPr>
          <w:spacing w:val="-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39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7</w:t>
      </w:r>
      <w:r>
        <w:rPr>
          <w:spacing w:val="4"/>
          <w:rFonts w:ascii="Arial" w:hAnsi="Arial" w:eastAsia="Arial"/>
          <w:color w:val="000000"/>
          <w:sz w:val="28"/>
        </w:rPr>
        <w:t xml:space="preserve"> </w:t>
      </w:r>
      <w:r>
        <w:rPr>
          <w:spacing w:val="12"/>
          <w:rFonts w:ascii="Ddylr05K+KaiTi" w:hAnsi="Ddylr05K+KaiTi" w:eastAsia="Ddylr05K+KaiTi"/>
          <w:color w:val="000000"/>
          <w:sz w:val="28"/>
        </w:rPr>
        <w:t>万</w:t>
      </w:r>
      <w:r>
        <w:rPr>
          <w:spacing w:val="10"/>
          <w:rFonts w:ascii="Ddylr05K+KaiTi" w:hAnsi="Ddylr05K+KaiTi" w:eastAsia="Ddylr05K+KaiTi"/>
          <w:color w:val="000000"/>
          <w:sz w:val="28"/>
        </w:rPr>
        <w:t>元</w:t>
      </w:r>
      <w:r>
        <w:rPr>
          <w:spacing w:val="12"/>
          <w:rFonts w:ascii="Ddylr05K+KaiTi" w:hAnsi="Ddylr05K+KaiTi" w:eastAsia="Ddylr05K+KaiTi"/>
          <w:color w:val="000000"/>
          <w:sz w:val="28"/>
        </w:rPr>
        <w:t>，营业</w:t>
      </w:r>
      <w:r>
        <w:rPr>
          <w:spacing w:val="10"/>
          <w:rFonts w:ascii="Ddylr05K+KaiTi" w:hAnsi="Ddylr05K+KaiTi" w:eastAsia="Ddylr05K+KaiTi"/>
          <w:color w:val="000000"/>
          <w:sz w:val="28"/>
        </w:rPr>
        <w:t>收</w:t>
      </w:r>
      <w:r>
        <w:rPr>
          <w:spacing w:val="12"/>
          <w:rFonts w:ascii="Ddylr05K+KaiTi" w:hAnsi="Ddylr05K+KaiTi" w:eastAsia="Ddylr05K+KaiTi"/>
          <w:color w:val="000000"/>
          <w:sz w:val="28"/>
        </w:rPr>
        <w:t>入占营</w:t>
      </w:r>
      <w:r>
        <w:rPr>
          <w:rFonts w:ascii="Ddylr05K+KaiTi" w:hAnsi="Ddylr05K+KaiTi" w:eastAsia="Ddylr05K+KaiTi"/>
          <w:color w:val="000000"/>
          <w:sz w:val="28"/>
        </w:rPr>
        <w:t>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收入</w:t>
      </w:r>
      <w:r>
        <w:rPr>
          <w:spacing w:val="70"/>
          <w:rFonts w:ascii="Ddylr05K+KaiTi" w:hAnsi="Ddylr05K+KaiTi" w:eastAsia="Ddylr05K+KaiTi"/>
          <w:color w:val="000000"/>
          <w:sz w:val="28"/>
        </w:rPr>
        <w:t>的</w:t>
      </w:r>
      <w:r>
        <w:rPr>
          <w:spacing w:val="2"/>
          <w:rFonts w:ascii="Ddylr05K+KaiTi" w:hAnsi="Ddylr05K+KaiTi" w:eastAsia="Ddylr05K+KaiTi"/>
          <w:color w:val="000000"/>
          <w:sz w:val="28"/>
        </w:rPr>
        <w:t>9</w:t>
      </w:r>
      <w:r>
        <w:rPr>
          <w:spacing w:val="-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.</w:t>
      </w:r>
      <w:r>
        <w:rPr>
          <w:spacing w:val="2"/>
          <w:rFonts w:ascii="Ddylr05K+KaiTi" w:hAnsi="Ddylr05K+KaiTi" w:eastAsia="Ddylr05K+KaiTi"/>
          <w:color w:val="000000"/>
          <w:sz w:val="28"/>
        </w:rPr>
        <w:t>5</w:t>
      </w:r>
      <w:r>
        <w:rPr>
          <w:spacing w:val="-2"/>
          <w:rFonts w:ascii="Ddylr05K+KaiTi" w:hAnsi="Ddylr05K+KaiTi" w:eastAsia="Ddylr05K+KaiTi"/>
          <w:color w:val="000000"/>
          <w:sz w:val="28"/>
        </w:rPr>
        <w:t>7</w:t>
      </w:r>
      <w:r>
        <w:rPr>
          <w:rFonts w:ascii="Ddylr05K+KaiTi" w:hAnsi="Ddylr05K+KaiTi" w:eastAsia="Ddylr05K+KaiTi"/>
          <w:color w:val="000000"/>
          <w:sz w:val="28"/>
        </w:rPr>
        <w:t>%</w:t>
      </w:r>
      <w:r>
        <w:rPr>
          <w:spacing w:val="-2"/>
          <w:rFonts w:ascii="Ddylr05K+KaiTi" w:hAnsi="Ddylr05K+KaiTi" w:eastAsia="Ddylr05K+KaiTi"/>
          <w:color w:val="000000"/>
          <w:sz w:val="28"/>
        </w:rPr>
        <w:t>;</w:t>
      </w:r>
      <w:r>
        <w:rPr>
          <w:rFonts w:ascii="Ddylr05K+KaiTi" w:hAnsi="Ddylr05K+KaiTi" w:eastAsia="Ddylr05K+KaiTi"/>
          <w:color w:val="000000"/>
          <w:sz w:val="28"/>
        </w:rPr>
        <w:t>利</w:t>
      </w:r>
      <w:r>
        <w:rPr>
          <w:spacing w:val="-2"/>
          <w:rFonts w:ascii="Ddylr05K+KaiTi" w:hAnsi="Ddylr05K+KaiTi" w:eastAsia="Ddylr05K+KaiTi"/>
          <w:color w:val="000000"/>
          <w:sz w:val="28"/>
        </w:rPr>
        <w:t>润</w:t>
      </w:r>
      <w:r>
        <w:rPr>
          <w:rFonts w:ascii="Ddylr05K+KaiTi" w:hAnsi="Ddylr05K+KaiTi" w:eastAsia="Ddylr05K+KaiTi"/>
          <w:color w:val="000000"/>
          <w:sz w:val="28"/>
        </w:rPr>
        <w:t>总</w:t>
      </w:r>
      <w:r>
        <w:rPr>
          <w:spacing w:val="70"/>
          <w:rFonts w:ascii="Ddylr05K+KaiTi" w:hAnsi="Ddylr05K+KaiTi" w:eastAsia="Ddylr05K+KaiTi"/>
          <w:color w:val="000000"/>
          <w:sz w:val="28"/>
        </w:rPr>
        <w:t>额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9</w:t>
      </w:r>
      <w:r>
        <w:rPr>
          <w:rFonts w:ascii="Ddylr05K+KaiTi" w:hAnsi="Ddylr05K+KaiTi" w:eastAsia="Ddylr05K+KaiTi"/>
          <w:color w:val="000000"/>
          <w:sz w:val="28"/>
        </w:rPr>
        <w:t>05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5</w:t>
      </w:r>
      <w:r>
        <w:rPr>
          <w:rFonts w:ascii="Ddylr05K+KaiTi" w:hAnsi="Ddylr05K+KaiTi" w:eastAsia="Ddylr05K+KaiTi"/>
          <w:color w:val="000000"/>
          <w:sz w:val="28"/>
        </w:rPr>
        <w:t>万</w:t>
      </w:r>
      <w:r>
        <w:rPr>
          <w:spacing w:val="-2"/>
          <w:rFonts w:ascii="Ddylr05K+KaiTi" w:hAnsi="Ddylr05K+KaiTi" w:eastAsia="Ddylr05K+KaiTi"/>
          <w:color w:val="000000"/>
          <w:sz w:val="28"/>
        </w:rPr>
        <w:t>元</w:t>
      </w:r>
      <w:r>
        <w:rPr>
          <w:rFonts w:ascii="Ddylr05K+KaiTi" w:hAnsi="Ddylr05K+KaiTi" w:eastAsia="Ddylr05K+KaiTi"/>
          <w:color w:val="000000"/>
          <w:sz w:val="28"/>
        </w:rPr>
        <w:t>，银</w:t>
      </w:r>
      <w:r>
        <w:rPr>
          <w:spacing w:val="-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信用</w:t>
      </w:r>
      <w:r>
        <w:rPr>
          <w:spacing w:val="-2"/>
          <w:rFonts w:ascii="Ddylr05K+KaiTi" w:hAnsi="Ddylr05K+KaiTi" w:eastAsia="Ddylr05K+KaiTi"/>
          <w:color w:val="000000"/>
          <w:sz w:val="28"/>
        </w:rPr>
        <w:t>等</w:t>
      </w:r>
      <w:r>
        <w:rPr>
          <w:rFonts w:ascii="Ddylr05K+KaiTi" w:hAnsi="Ddylr05K+KaiTi" w:eastAsia="Ddylr05K+KaiTi"/>
          <w:color w:val="000000"/>
          <w:sz w:val="28"/>
        </w:rPr>
        <w:t>级</w:t>
      </w:r>
      <w:r>
        <w:rPr>
          <w:spacing w:val="68"/>
          <w:rFonts w:ascii="Ddylr05K+KaiTi" w:hAnsi="Ddylr05K+KaiTi" w:eastAsia="Ddylr05K+KaiTi"/>
          <w:color w:val="000000"/>
          <w:sz w:val="28"/>
        </w:rPr>
        <w:t>为</w:t>
      </w:r>
      <w:r>
        <w:rPr>
          <w:spacing w:val="-2"/>
          <w:rFonts w:ascii="Ddylr05K+KaiTi" w:hAnsi="Ddylr05K+KaiTi" w:eastAsia="Ddylr05K+KaiTi"/>
          <w:color w:val="000000"/>
          <w:sz w:val="28"/>
        </w:rPr>
        <w:t>A</w:t>
      </w:r>
      <w:r>
        <w:rPr>
          <w:spacing w:val="2"/>
          <w:rFonts w:ascii="Ddylr05K+KaiTi" w:hAnsi="Ddylr05K+KaiTi" w:eastAsia="Ddylr05K+KaiTi"/>
          <w:color w:val="000000"/>
          <w:sz w:val="28"/>
        </w:rPr>
        <w:t>A</w:t>
      </w:r>
      <w:r>
        <w:rPr>
          <w:spacing w:val="68"/>
          <w:rFonts w:ascii="Ddylr05K+KaiTi" w:hAnsi="Ddylr05K+KaiTi" w:eastAsia="Ddylr05K+KaiTi"/>
          <w:color w:val="000000"/>
          <w:sz w:val="28"/>
        </w:rPr>
        <w:t>A</w:t>
      </w:r>
      <w:r>
        <w:rPr>
          <w:rFonts w:ascii="Ddylr05K+KaiTi" w:hAnsi="Ddylr05K+KaiTi" w:eastAsia="Ddylr05K+KaiTi"/>
          <w:color w:val="000000"/>
          <w:sz w:val="28"/>
        </w:rPr>
        <w:t>级。</w:t>
      </w:r>
    </w:p>
    <w:p>
      <w:pPr>
        <w:autoSpaceDN w:val="0"/>
        <w:tabs>
          <w:tab w:pos="64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.企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人员</w:t>
      </w:r>
      <w:r>
        <w:rPr>
          <w:spacing w:val="-2"/>
          <w:rFonts w:ascii="Ddylr05K+KaiTi" w:hAnsi="Ddylr05K+KaiTi" w:eastAsia="Ddylr05K+KaiTi"/>
          <w:color w:val="000000"/>
          <w:sz w:val="28"/>
        </w:rPr>
        <w:t>情</w:t>
      </w:r>
      <w:r>
        <w:rPr>
          <w:rFonts w:ascii="Ddylr05K+KaiTi" w:hAnsi="Ddylr05K+KaiTi" w:eastAsia="Ddylr05K+KaiTi"/>
          <w:color w:val="000000"/>
          <w:sz w:val="28"/>
        </w:rPr>
        <w:t>况</w:t>
      </w:r>
      <w:r>
        <w:br/>
      </w:r>
      <w:r>
        <w:tab/>
      </w: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74"/>
          <w:rFonts w:ascii="Ddylr05K+KaiTi" w:hAnsi="Ddylr05K+KaiTi" w:eastAsia="Ddylr05K+KaiTi"/>
          <w:color w:val="000000"/>
          <w:sz w:val="28"/>
        </w:rPr>
        <w:t>司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02</w:t>
      </w:r>
      <w:r>
        <w:rPr>
          <w:spacing w:val="78"/>
          <w:rFonts w:ascii="Ddylr05K+KaiTi" w:hAnsi="Ddylr05K+KaiTi" w:eastAsia="Ddylr05K+KaiTi"/>
          <w:color w:val="000000"/>
          <w:sz w:val="28"/>
        </w:rPr>
        <w:t>3</w:t>
      </w:r>
      <w:r>
        <w:rPr>
          <w:spacing w:val="6"/>
          <w:rFonts w:ascii="Ddylr05K+KaiTi" w:hAnsi="Ddylr05K+KaiTi" w:eastAsia="Ddylr05K+KaiTi"/>
          <w:color w:val="000000"/>
          <w:sz w:val="28"/>
        </w:rPr>
        <w:t>年末从业</w:t>
      </w:r>
      <w:r>
        <w:rPr>
          <w:spacing w:val="4"/>
          <w:rFonts w:ascii="Ddylr05K+KaiTi" w:hAnsi="Ddylr05K+KaiTi" w:eastAsia="Ddylr05K+KaiTi"/>
          <w:color w:val="000000"/>
          <w:sz w:val="28"/>
        </w:rPr>
        <w:t>人</w:t>
      </w:r>
      <w:r>
        <w:rPr>
          <w:spacing w:val="8"/>
          <w:rFonts w:ascii="Ddylr05K+KaiTi" w:hAnsi="Ddylr05K+KaiTi" w:eastAsia="Ddylr05K+KaiTi"/>
          <w:color w:val="000000"/>
          <w:sz w:val="28"/>
        </w:rPr>
        <w:t>员</w:t>
      </w:r>
      <w:r>
        <w:rPr>
          <w:rFonts w:ascii="Ddylr05K+KaiTi" w:hAnsi="Ddylr05K+KaiTi" w:eastAsia="Ddylr05K+KaiTi"/>
          <w:color w:val="000000"/>
          <w:sz w:val="28"/>
        </w:rPr>
        <w:t>共</w:t>
      </w:r>
      <w:r>
        <w:rPr>
          <w:spacing w:val="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21</w:t>
      </w:r>
      <w:r>
        <w:rPr>
          <w:spacing w:val="74"/>
          <w:rFonts w:ascii="Ddylr05K+KaiTi" w:hAnsi="Ddylr05K+KaiTi" w:eastAsia="Ddylr05K+KaiTi"/>
          <w:color w:val="000000"/>
          <w:sz w:val="28"/>
        </w:rPr>
        <w:t>3</w:t>
      </w:r>
      <w:r>
        <w:rPr>
          <w:spacing w:val="6"/>
          <w:rFonts w:ascii="Ddylr05K+KaiTi" w:hAnsi="Ddylr05K+KaiTi" w:eastAsia="Ddylr05K+KaiTi"/>
          <w:color w:val="000000"/>
          <w:sz w:val="28"/>
        </w:rPr>
        <w:t>人，现有</w:t>
      </w:r>
      <w:r>
        <w:rPr>
          <w:spacing w:val="4"/>
          <w:rFonts w:ascii="Ddylr05K+KaiTi" w:hAnsi="Ddylr05K+KaiTi" w:eastAsia="Ddylr05K+KaiTi"/>
          <w:color w:val="000000"/>
          <w:sz w:val="28"/>
        </w:rPr>
        <w:t>科</w:t>
      </w:r>
      <w:r>
        <w:rPr>
          <w:spacing w:val="6"/>
          <w:rFonts w:ascii="Ddylr05K+KaiTi" w:hAnsi="Ddylr05K+KaiTi" w:eastAsia="Ddylr05K+KaiTi"/>
          <w:color w:val="000000"/>
          <w:sz w:val="28"/>
        </w:rPr>
        <w:t>技人</w:t>
      </w:r>
      <w:r>
        <w:rPr>
          <w:spacing w:val="76"/>
          <w:rFonts w:ascii="Ddylr05K+KaiTi" w:hAnsi="Ddylr05K+KaiTi" w:eastAsia="Ddylr05K+KaiTi"/>
          <w:color w:val="000000"/>
          <w:sz w:val="28"/>
        </w:rPr>
        <w:t>员</w:t>
      </w: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spacing w:val="78"/>
          <w:rFonts w:ascii="Ddylr05K+KaiTi" w:hAnsi="Ddylr05K+KaiTi" w:eastAsia="Ddylr05K+KaiTi"/>
          <w:color w:val="000000"/>
          <w:sz w:val="28"/>
        </w:rPr>
        <w:t>5</w:t>
      </w:r>
      <w:r>
        <w:rPr>
          <w:spacing w:val="8"/>
          <w:rFonts w:ascii="Ddylr05K+KaiTi" w:hAnsi="Ddylr05K+KaiTi" w:eastAsia="Ddylr05K+KaiTi"/>
          <w:color w:val="000000"/>
          <w:sz w:val="28"/>
        </w:rPr>
        <w:t>人，其中</w:t>
      </w:r>
      <w:r>
        <w:rPr>
          <w:rFonts w:ascii="Ddylr05K+KaiTi" w:hAnsi="Ddylr05K+KaiTi" w:eastAsia="Ddylr05K+KaiTi"/>
          <w:color w:val="000000"/>
          <w:sz w:val="28"/>
        </w:rPr>
        <w:t>硕</w:t>
      </w:r>
      <w:r>
        <w:rPr>
          <w:spacing w:val="-2"/>
          <w:rFonts w:ascii="Ddylr05K+KaiTi" w:hAnsi="Ddylr05K+KaiTi" w:eastAsia="Ddylr05K+KaiTi"/>
          <w:color w:val="000000"/>
          <w:sz w:val="28"/>
        </w:rPr>
        <w:t>士</w:t>
      </w:r>
      <w:r>
        <w:rPr>
          <w:spacing w:val="2"/>
          <w:rFonts w:ascii="Ddylr05K+KaiTi" w:hAnsi="Ddylr05K+KaiTi" w:eastAsia="Ddylr05K+KaiTi"/>
          <w:color w:val="000000"/>
          <w:sz w:val="28"/>
        </w:rPr>
        <w:t>研</w:t>
      </w:r>
      <w:r>
        <w:rPr>
          <w:rFonts w:ascii="Ddylr05K+KaiTi" w:hAnsi="Ddylr05K+KaiTi" w:eastAsia="Ddylr05K+KaiTi"/>
          <w:color w:val="000000"/>
          <w:sz w:val="28"/>
        </w:rPr>
        <w:t>究生</w:t>
      </w:r>
      <w:r>
        <w:rPr>
          <w:spacing w:val="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上学</w:t>
      </w:r>
      <w:r>
        <w:rPr>
          <w:spacing w:val="2"/>
          <w:rFonts w:ascii="Ddylr05K+KaiTi" w:hAnsi="Ddylr05K+KaiTi" w:eastAsia="Ddylr05K+KaiTi"/>
          <w:color w:val="000000"/>
          <w:sz w:val="28"/>
        </w:rPr>
        <w:t>历</w:t>
      </w:r>
      <w:r>
        <w:rPr>
          <w:rFonts w:ascii="Ddylr05K+KaiTi" w:hAnsi="Ddylr05K+KaiTi" w:eastAsia="Ddylr05K+KaiTi"/>
          <w:color w:val="000000"/>
          <w:sz w:val="28"/>
        </w:rPr>
        <w:t>及</w:t>
      </w:r>
      <w:r>
        <w:rPr>
          <w:spacing w:val="2"/>
          <w:rFonts w:ascii="Ddylr05K+KaiTi" w:hAnsi="Ddylr05K+KaiTi" w:eastAsia="Ddylr05K+KaiTi"/>
          <w:color w:val="000000"/>
          <w:sz w:val="28"/>
        </w:rPr>
        <w:t>高</w:t>
      </w:r>
      <w:r>
        <w:rPr>
          <w:rFonts w:ascii="Ddylr05K+KaiTi" w:hAnsi="Ddylr05K+KaiTi" w:eastAsia="Ddylr05K+KaiTi"/>
          <w:color w:val="000000"/>
          <w:sz w:val="28"/>
        </w:rPr>
        <w:t>级工</w:t>
      </w:r>
      <w:r>
        <w:rPr>
          <w:spacing w:val="2"/>
          <w:rFonts w:ascii="Ddylr05K+KaiTi" w:hAnsi="Ddylr05K+KaiTi" w:eastAsia="Ddylr05K+KaiTi"/>
          <w:color w:val="000000"/>
          <w:sz w:val="28"/>
        </w:rPr>
        <w:t>程</w:t>
      </w:r>
      <w:r>
        <w:rPr>
          <w:spacing w:val="68"/>
          <w:rFonts w:ascii="Ddylr05K+KaiTi" w:hAnsi="Ddylr05K+KaiTi" w:eastAsia="Ddylr05K+KaiTi"/>
          <w:color w:val="000000"/>
          <w:sz w:val="28"/>
        </w:rPr>
        <w:t>师</w:t>
      </w:r>
      <w:r>
        <w:rPr>
          <w:spacing w:val="70"/>
          <w:rFonts w:ascii="Ddylr05K+KaiTi" w:hAnsi="Ddylr05K+KaiTi" w:eastAsia="Ddylr05K+KaiTi"/>
          <w:color w:val="000000"/>
          <w:sz w:val="28"/>
        </w:rPr>
        <w:t>6</w:t>
      </w:r>
      <w:r>
        <w:rPr>
          <w:rFonts w:ascii="Ddylr05K+KaiTi" w:hAnsi="Ddylr05K+KaiTi" w:eastAsia="Ddylr05K+KaiTi"/>
          <w:color w:val="000000"/>
          <w:sz w:val="28"/>
        </w:rPr>
        <w:t>人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本科</w:t>
      </w:r>
      <w:r>
        <w:rPr>
          <w:spacing w:val="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上学</w:t>
      </w:r>
      <w:r>
        <w:rPr>
          <w:spacing w:val="72"/>
          <w:rFonts w:ascii="Ddylr05K+KaiTi" w:hAnsi="Ddylr05K+KaiTi" w:eastAsia="Ddylr05K+KaiTi"/>
          <w:color w:val="000000"/>
          <w:sz w:val="28"/>
        </w:rPr>
        <w:t>历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70"/>
          <w:rFonts w:ascii="Ddylr05K+KaiTi" w:hAnsi="Ddylr05K+KaiTi" w:eastAsia="Ddylr05K+KaiTi"/>
          <w:color w:val="000000"/>
          <w:sz w:val="28"/>
        </w:rPr>
        <w:t>6</w:t>
      </w:r>
      <w:r>
        <w:rPr>
          <w:rFonts w:ascii="Ddylr05K+KaiTi" w:hAnsi="Ddylr05K+KaiTi" w:eastAsia="Ddylr05K+KaiTi"/>
          <w:color w:val="000000"/>
          <w:sz w:val="28"/>
        </w:rPr>
        <w:t>人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外聘专</w:t>
      </w:r>
      <w:r>
        <w:rPr>
          <w:spacing w:val="68"/>
          <w:rFonts w:ascii="Ddylr05K+KaiTi" w:hAnsi="Ddylr05K+KaiTi" w:eastAsia="Ddylr05K+KaiTi"/>
          <w:color w:val="000000"/>
          <w:sz w:val="28"/>
        </w:rPr>
        <w:t>家</w:t>
      </w:r>
      <w:r>
        <w:rPr>
          <w:spacing w:val="70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人</w:t>
      </w:r>
      <w:r>
        <w:rPr>
          <w:spacing w:val="-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均为</w:t>
      </w:r>
      <w:r>
        <w:rPr>
          <w:spacing w:val="-2"/>
          <w:rFonts w:ascii="Ddylr05K+KaiTi" w:hAnsi="Ddylr05K+KaiTi" w:eastAsia="Ddylr05K+KaiTi"/>
          <w:color w:val="000000"/>
          <w:sz w:val="28"/>
        </w:rPr>
        <w:t>硕</w:t>
      </w:r>
      <w:r>
        <w:rPr>
          <w:rFonts w:ascii="Ddylr05K+KaiTi" w:hAnsi="Ddylr05K+KaiTi" w:eastAsia="Ddylr05K+KaiTi"/>
          <w:color w:val="000000"/>
          <w:sz w:val="28"/>
        </w:rPr>
        <w:t>士以</w:t>
      </w:r>
      <w:r>
        <w:rPr>
          <w:spacing w:val="-2"/>
          <w:rFonts w:ascii="Ddylr05K+KaiTi" w:hAnsi="Ddylr05K+KaiTi" w:eastAsia="Ddylr05K+KaiTi"/>
          <w:color w:val="000000"/>
          <w:sz w:val="28"/>
        </w:rPr>
        <w:t>上</w:t>
      </w:r>
      <w:r>
        <w:rPr>
          <w:rFonts w:ascii="Ddylr05K+KaiTi" w:hAnsi="Ddylr05K+KaiTi" w:eastAsia="Ddylr05K+KaiTi"/>
          <w:color w:val="000000"/>
          <w:sz w:val="28"/>
        </w:rPr>
        <w:t>学</w:t>
      </w:r>
      <w:r>
        <w:rPr>
          <w:spacing w:val="70"/>
          <w:rFonts w:ascii="Ddylr05K+KaiTi" w:hAnsi="Ddylr05K+KaiTi" w:eastAsia="Ddylr05K+KaiTi"/>
          <w:color w:val="000000"/>
          <w:sz w:val="28"/>
        </w:rPr>
        <w:t>历2</w:t>
      </w:r>
      <w:r>
        <w:rPr>
          <w:rFonts w:ascii="Ddylr05K+KaiTi" w:hAnsi="Ddylr05K+KaiTi" w:eastAsia="Ddylr05K+KaiTi"/>
          <w:color w:val="000000"/>
          <w:sz w:val="28"/>
        </w:rPr>
        <w:t>人。</w:t>
      </w:r>
    </w:p>
    <w:p>
      <w:pPr>
        <w:autoSpaceDN w:val="0"/>
        <w:tabs>
          <w:tab w:pos="64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.主</w:t>
      </w:r>
      <w:r>
        <w:rPr>
          <w:spacing w:val="-2"/>
          <w:rFonts w:ascii="Ddylr05K+KaiTi" w:hAnsi="Ddylr05K+KaiTi" w:eastAsia="Ddylr05K+KaiTi"/>
          <w:color w:val="000000"/>
          <w:sz w:val="28"/>
        </w:rPr>
        <w:t>导</w:t>
      </w:r>
      <w:r>
        <w:rPr>
          <w:rFonts w:ascii="Ddylr05K+KaiTi" w:hAnsi="Ddylr05K+KaiTi" w:eastAsia="Ddylr05K+KaiTi"/>
          <w:color w:val="000000"/>
          <w:sz w:val="28"/>
        </w:rPr>
        <w:t>产品</w:t>
      </w:r>
      <w:r>
        <w:rPr>
          <w:spacing w:val="-2"/>
          <w:rFonts w:ascii="Ddylr05K+KaiTi" w:hAnsi="Ddylr05K+KaiTi" w:eastAsia="Ddylr05K+KaiTi"/>
          <w:color w:val="000000"/>
          <w:sz w:val="28"/>
        </w:rPr>
        <w:t>情</w:t>
      </w:r>
      <w:r>
        <w:rPr>
          <w:rFonts w:ascii="Ddylr05K+KaiTi" w:hAnsi="Ddylr05K+KaiTi" w:eastAsia="Ddylr05K+KaiTi"/>
          <w:color w:val="000000"/>
          <w:sz w:val="28"/>
        </w:rPr>
        <w:t>况</w:t>
      </w:r>
      <w:r>
        <w:br/>
      </w:r>
      <w:r>
        <w:tab/>
      </w: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主</w:t>
      </w:r>
      <w:r>
        <w:rPr>
          <w:spacing w:val="4"/>
          <w:rFonts w:ascii="Ddylr05K+KaiTi" w:hAnsi="Ddylr05K+KaiTi" w:eastAsia="Ddylr05K+KaiTi"/>
          <w:color w:val="000000"/>
          <w:sz w:val="28"/>
        </w:rPr>
        <w:t>要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装</w:t>
      </w:r>
      <w:r>
        <w:rPr>
          <w:spacing w:val="6"/>
          <w:rFonts w:ascii="Ddylr05K+KaiTi" w:hAnsi="Ddylr05K+KaiTi" w:eastAsia="Ddylr05K+KaiTi"/>
          <w:color w:val="000000"/>
          <w:sz w:val="28"/>
        </w:rPr>
        <w:t>载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推</w:t>
      </w:r>
      <w:r>
        <w:rPr>
          <w:spacing w:val="4"/>
          <w:rFonts w:ascii="Ddylr05K+KaiTi" w:hAnsi="Ddylr05K+KaiTi" w:eastAsia="Ddylr05K+KaiTi"/>
          <w:color w:val="000000"/>
          <w:sz w:val="28"/>
        </w:rPr>
        <w:t>土</w:t>
      </w:r>
      <w:r>
        <w:rPr>
          <w:spacing w:val="6"/>
          <w:rFonts w:ascii="Ddylr05K+KaiTi" w:hAnsi="Ddylr05K+KaiTi" w:eastAsia="Ddylr05K+KaiTi"/>
          <w:color w:val="000000"/>
          <w:sz w:val="28"/>
        </w:rPr>
        <w:t>机、</w:t>
      </w:r>
      <w:r>
        <w:rPr>
          <w:spacing w:val="4"/>
          <w:rFonts w:ascii="Ddylr05K+KaiTi" w:hAnsi="Ddylr05K+KaiTi" w:eastAsia="Ddylr05K+KaiTi"/>
          <w:color w:val="000000"/>
          <w:sz w:val="28"/>
        </w:rPr>
        <w:t>叉</w:t>
      </w:r>
      <w:r>
        <w:rPr>
          <w:spacing w:val="8"/>
          <w:rFonts w:ascii="Ddylr05K+KaiTi" w:hAnsi="Ddylr05K+KaiTi" w:eastAsia="Ddylr05K+KaiTi"/>
          <w:color w:val="000000"/>
          <w:sz w:val="28"/>
        </w:rPr>
        <w:t>车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械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4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及</w:t>
      </w:r>
      <w:r>
        <w:rPr>
          <w:spacing w:val="4"/>
          <w:rFonts w:ascii="Ddylr05K+KaiTi" w:hAnsi="Ddylr05K+KaiTi" w:eastAsia="Ddylr05K+KaiTi"/>
          <w:color w:val="000000"/>
          <w:sz w:val="28"/>
        </w:rPr>
        <w:t>组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6"/>
          <w:rFonts w:ascii="Ddylr05K+KaiTi" w:hAnsi="Ddylr05K+KaiTi" w:eastAsia="Ddylr05K+KaiTi"/>
          <w:color w:val="000000"/>
          <w:sz w:val="28"/>
        </w:rPr>
        <w:t>部</w:t>
      </w:r>
      <w:r>
        <w:rPr>
          <w:rFonts w:ascii="Ddylr05K+KaiTi" w:hAnsi="Ddylr05K+KaiTi" w:eastAsia="Ddylr05K+KaiTi"/>
          <w:color w:val="000000"/>
          <w:sz w:val="28"/>
        </w:rPr>
        <w:t>件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服</w:t>
      </w:r>
      <w:r>
        <w:rPr>
          <w:spacing w:val="4"/>
          <w:rFonts w:ascii="Ddylr05K+KaiTi" w:hAnsi="Ddylr05K+KaiTi" w:eastAsia="Ddylr05K+KaiTi"/>
          <w:color w:val="000000"/>
          <w:sz w:val="28"/>
        </w:rPr>
        <w:t>务形</w:t>
      </w:r>
      <w:r>
        <w:rPr>
          <w:spacing w:val="8"/>
          <w:rFonts w:ascii="Ddylr05K+KaiTi" w:hAnsi="Ddylr05K+KaiTi" w:eastAsia="Ddylr05K+KaiTi"/>
          <w:color w:val="000000"/>
          <w:sz w:val="28"/>
        </w:rPr>
        <w:t>式</w:t>
      </w:r>
      <w:r>
        <w:rPr>
          <w:spacing w:val="6"/>
          <w:rFonts w:ascii="Ddylr05K+KaiTi" w:hAnsi="Ddylr05K+KaiTi" w:eastAsia="Ddylr05K+KaiTi"/>
          <w:color w:val="000000"/>
          <w:sz w:val="28"/>
        </w:rPr>
        <w:t>分</w:t>
      </w:r>
      <w:r>
        <w:rPr>
          <w:spacing w:val="8"/>
          <w:rFonts w:ascii="Ddylr05K+KaiTi" w:hAnsi="Ddylr05K+KaiTi" w:eastAsia="Ddylr05K+KaiTi"/>
          <w:color w:val="000000"/>
          <w:sz w:val="28"/>
        </w:rPr>
        <w:t>为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改</w:t>
      </w:r>
      <w:r>
        <w:rPr>
          <w:spacing w:val="4"/>
          <w:rFonts w:ascii="Ddylr05K+KaiTi" w:hAnsi="Ddylr05K+KaiTi" w:eastAsia="Ddylr05K+KaiTi"/>
          <w:color w:val="000000"/>
          <w:sz w:val="28"/>
        </w:rPr>
        <w:t>造和</w:t>
      </w:r>
      <w:r>
        <w:rPr>
          <w:spacing w:val="8"/>
          <w:rFonts w:ascii="Ddylr05K+KaiTi" w:hAnsi="Ddylr05K+KaiTi" w:eastAsia="Ddylr05K+KaiTi"/>
          <w:color w:val="000000"/>
          <w:sz w:val="28"/>
        </w:rPr>
        <w:t>来</w:t>
      </w:r>
      <w:r>
        <w:rPr>
          <w:spacing w:val="6"/>
          <w:rFonts w:ascii="Ddylr05K+KaiTi" w:hAnsi="Ddylr05K+KaiTi" w:eastAsia="Ddylr05K+KaiTi"/>
          <w:color w:val="000000"/>
          <w:sz w:val="28"/>
        </w:rPr>
        <w:t>图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建设</w:t>
      </w:r>
      <w:r>
        <w:rPr>
          <w:spacing w:val="6"/>
          <w:rFonts w:ascii="Ddylr05K+KaiTi" w:hAnsi="Ddylr05K+KaiTi" w:eastAsia="Ddylr05K+KaiTi"/>
          <w:color w:val="000000"/>
          <w:sz w:val="28"/>
        </w:rPr>
        <w:t>现</w:t>
      </w:r>
      <w:r>
        <w:rPr>
          <w:spacing w:val="4"/>
          <w:rFonts w:ascii="Ddylr05K+KaiTi" w:hAnsi="Ddylr05K+KaiTi" w:eastAsia="Ddylr05K+KaiTi"/>
          <w:color w:val="000000"/>
          <w:sz w:val="28"/>
        </w:rPr>
        <w:t>代</w:t>
      </w:r>
      <w:r>
        <w:rPr>
          <w:spacing w:val="8"/>
          <w:rFonts w:ascii="Ddylr05K+KaiTi" w:hAnsi="Ddylr05K+KaiTi" w:eastAsia="Ddylr05K+KaiTi"/>
          <w:color w:val="000000"/>
          <w:sz w:val="28"/>
        </w:rPr>
        <w:t>化</w:t>
      </w:r>
      <w:r>
        <w:rPr>
          <w:spacing w:val="6"/>
          <w:rFonts w:ascii="Ddylr05K+KaiTi" w:hAnsi="Ddylr05K+KaiTi" w:eastAsia="Ddylr05K+KaiTi"/>
          <w:color w:val="000000"/>
          <w:sz w:val="28"/>
        </w:rPr>
        <w:t>厂</w:t>
      </w:r>
      <w:r>
        <w:rPr>
          <w:rFonts w:ascii="Ddylr05K+KaiTi" w:hAnsi="Ddylr05K+KaiTi" w:eastAsia="Ddylr05K+KaiTi"/>
          <w:color w:val="000000"/>
          <w:sz w:val="28"/>
        </w:rPr>
        <w:t>房</w:t>
      </w: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spacing w:val="78"/>
          <w:rFonts w:ascii="Ddylr05K+KaiTi" w:hAnsi="Ddylr05K+KaiTi" w:eastAsia="Ddylr05K+KaiTi"/>
          <w:color w:val="000000"/>
          <w:sz w:val="28"/>
        </w:rPr>
        <w:t>1</w:t>
      </w:r>
      <w:r>
        <w:rPr>
          <w:spacing w:val="8"/>
          <w:rFonts w:ascii="Ddylr05K+KaiTi" w:hAnsi="Ddylr05K+KaiTi" w:eastAsia="Ddylr05K+KaiTi"/>
          <w:color w:val="000000"/>
          <w:sz w:val="28"/>
        </w:rPr>
        <w:t>万</w:t>
      </w:r>
      <w:r>
        <w:rPr>
          <w:spacing w:val="10"/>
          <w:rFonts w:ascii="Ddylr05K+KaiTi" w:hAnsi="Ddylr05K+KaiTi" w:eastAsia="Ddylr05K+KaiTi"/>
          <w:color w:val="000000"/>
          <w:sz w:val="28"/>
        </w:rPr>
        <w:t>平</w:t>
      </w:r>
      <w:r>
        <w:rPr>
          <w:spacing w:val="8"/>
          <w:rFonts w:ascii="Ddylr05K+KaiTi" w:hAnsi="Ddylr05K+KaiTi" w:eastAsia="Ddylr05K+KaiTi"/>
          <w:color w:val="000000"/>
          <w:sz w:val="28"/>
        </w:rPr>
        <w:t>方</w:t>
      </w:r>
      <w:r>
        <w:rPr>
          <w:spacing w:val="10"/>
          <w:rFonts w:ascii="Ddylr05K+KaiTi" w:hAnsi="Ddylr05K+KaiTi" w:eastAsia="Ddylr05K+KaiTi"/>
          <w:color w:val="000000"/>
          <w:sz w:val="28"/>
        </w:rPr>
        <w:t>米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配</w:t>
      </w:r>
      <w:r>
        <w:rPr>
          <w:spacing w:val="6"/>
          <w:rFonts w:ascii="Ddylr05K+KaiTi" w:hAnsi="Ddylr05K+KaiTi" w:eastAsia="Ddylr05K+KaiTi"/>
          <w:color w:val="000000"/>
          <w:sz w:val="28"/>
        </w:rPr>
        <w:t>置</w:t>
      </w:r>
      <w:r>
        <w:rPr>
          <w:spacing w:val="8"/>
          <w:rFonts w:ascii="Ddylr05K+KaiTi" w:hAnsi="Ddylr05K+KaiTi" w:eastAsia="Ddylr05K+KaiTi"/>
          <w:color w:val="000000"/>
          <w:sz w:val="28"/>
        </w:rPr>
        <w:t>直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10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斜</w:t>
      </w:r>
      <w:r>
        <w:rPr>
          <w:spacing w:val="10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10"/>
          <w:rFonts w:ascii="Ddylr05K+KaiTi" w:hAnsi="Ddylr05K+KaiTi" w:eastAsia="Ddylr05K+KaiTi"/>
          <w:color w:val="000000"/>
          <w:sz w:val="28"/>
        </w:rPr>
        <w:t>锥</w:t>
      </w:r>
      <w:r>
        <w:rPr>
          <w:spacing w:val="8"/>
          <w:rFonts w:ascii="Ddylr05K+KaiTi" w:hAnsi="Ddylr05K+KaiTi" w:eastAsia="Ddylr05K+KaiTi"/>
          <w:color w:val="000000"/>
          <w:sz w:val="28"/>
        </w:rPr>
        <w:t>齿</w:t>
      </w:r>
      <w:r>
        <w:rPr>
          <w:spacing w:val="10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螺</w:t>
      </w:r>
      <w:r>
        <w:rPr>
          <w:spacing w:val="8"/>
          <w:rFonts w:ascii="Ddylr05K+KaiTi" w:hAnsi="Ddylr05K+KaiTi" w:eastAsia="Ddylr05K+KaiTi"/>
          <w:color w:val="000000"/>
          <w:sz w:val="28"/>
        </w:rPr>
        <w:t>旋</w:t>
      </w:r>
      <w:r>
        <w:rPr>
          <w:spacing w:val="6"/>
          <w:rFonts w:ascii="Ddylr05K+KaiTi" w:hAnsi="Ddylr05K+KaiTi" w:eastAsia="Ddylr05K+KaiTi"/>
          <w:color w:val="000000"/>
          <w:sz w:val="28"/>
        </w:rPr>
        <w:t>伞</w:t>
      </w:r>
      <w:r>
        <w:rPr>
          <w:spacing w:val="10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等各</w:t>
      </w:r>
      <w:r>
        <w:rPr>
          <w:spacing w:val="10"/>
          <w:rFonts w:ascii="Ddylr05K+KaiTi" w:hAnsi="Ddylr05K+KaiTi" w:eastAsia="Ddylr05K+KaiTi"/>
          <w:color w:val="000000"/>
          <w:sz w:val="28"/>
        </w:rPr>
        <w:t>类</w:t>
      </w:r>
      <w:r>
        <w:rPr>
          <w:spacing w:val="8"/>
          <w:rFonts w:ascii="Ddylr05K+KaiTi" w:hAnsi="Ddylr05K+KaiTi" w:eastAsia="Ddylr05K+KaiTi"/>
          <w:color w:val="000000"/>
          <w:sz w:val="28"/>
        </w:rPr>
        <w:t>齿</w:t>
      </w:r>
      <w:r>
        <w:rPr>
          <w:spacing w:val="10"/>
          <w:rFonts w:ascii="Ddylr05K+KaiTi" w:hAnsi="Ddylr05K+KaiTi" w:eastAsia="Ddylr05K+KaiTi"/>
          <w:color w:val="000000"/>
          <w:sz w:val="28"/>
        </w:rPr>
        <w:t>轮</w:t>
      </w:r>
      <w:r>
        <w:rPr>
          <w:spacing w:val="8"/>
          <w:rFonts w:ascii="Ddylr05K+KaiTi" w:hAnsi="Ddylr05K+KaiTi" w:eastAsia="Ddylr05K+KaiTi"/>
          <w:color w:val="000000"/>
          <w:sz w:val="28"/>
        </w:rPr>
        <w:t>(</w:t>
      </w:r>
      <w:r>
        <w:rPr>
          <w:spacing w:val="6"/>
          <w:rFonts w:ascii="Ddylr05K+KaiTi" w:hAnsi="Ddylr05K+KaiTi" w:eastAsia="Ddylr05K+KaiTi"/>
          <w:color w:val="000000"/>
          <w:sz w:val="28"/>
        </w:rPr>
        <w:t>轴</w:t>
      </w:r>
      <w:r>
        <w:rPr>
          <w:rFonts w:ascii="Ddylr05K+KaiTi" w:hAnsi="Ddylr05K+KaiTi" w:eastAsia="Ddylr05K+KaiTi"/>
          <w:color w:val="000000"/>
          <w:sz w:val="28"/>
        </w:rPr>
        <w:t>)</w:t>
      </w:r>
      <w:r>
        <w:rPr>
          <w:spacing w:val="-2"/>
          <w:rFonts w:ascii="Ddylr05K+KaiTi" w:hAnsi="Ddylr05K+KaiTi" w:eastAsia="Ddylr05K+KaiTi"/>
          <w:color w:val="000000"/>
          <w:sz w:val="28"/>
        </w:rPr>
        <w:t>加</w:t>
      </w:r>
      <w:r>
        <w:rPr>
          <w:spacing w:val="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设</w:t>
      </w:r>
      <w:r>
        <w:rPr>
          <w:spacing w:val="70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8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台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检</w:t>
      </w:r>
      <w:r>
        <w:rPr>
          <w:spacing w:val="4"/>
          <w:rFonts w:ascii="Ddylr05K+KaiTi" w:hAnsi="Ddylr05K+KaiTi" w:eastAsia="Ddylr05K+KaiTi"/>
          <w:color w:val="000000"/>
          <w:sz w:val="28"/>
        </w:rPr>
        <w:t>测</w:t>
      </w:r>
      <w:r>
        <w:rPr>
          <w:rFonts w:ascii="Ddylr05K+KaiTi" w:hAnsi="Ddylr05K+KaiTi" w:eastAsia="Ddylr05K+KaiTi"/>
          <w:color w:val="000000"/>
          <w:sz w:val="28"/>
        </w:rPr>
        <w:t>设备</w:t>
      </w:r>
      <w:r>
        <w:rPr>
          <w:spacing w:val="2"/>
          <w:rFonts w:ascii="Ddylr05K+KaiTi" w:hAnsi="Ddylr05K+KaiTi" w:eastAsia="Ddylr05K+KaiTi"/>
          <w:color w:val="000000"/>
          <w:sz w:val="28"/>
        </w:rPr>
        <w:t>仪</w:t>
      </w:r>
      <w:r>
        <w:rPr>
          <w:spacing w:val="72"/>
          <w:rFonts w:ascii="Ddylr05K+KaiTi" w:hAnsi="Ddylr05K+KaiTi" w:eastAsia="Ddylr05K+KaiTi"/>
          <w:color w:val="000000"/>
          <w:sz w:val="28"/>
        </w:rPr>
        <w:t>器</w:t>
      </w:r>
      <w:r>
        <w:rPr>
          <w:spacing w:val="-2"/>
          <w:rFonts w:ascii="Ddylr05K+KaiTi" w:hAnsi="Ddylr05K+KaiTi" w:eastAsia="Ddylr05K+KaiTi"/>
          <w:color w:val="000000"/>
          <w:sz w:val="28"/>
        </w:rPr>
        <w:t>9</w:t>
      </w:r>
      <w:r>
        <w:rPr>
          <w:spacing w:val="7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台</w:t>
      </w:r>
      <w:r>
        <w:rPr>
          <w:spacing w:val="4"/>
          <w:rFonts w:ascii="Ddylr05K+KaiTi" w:hAnsi="Ddylr05K+KaiTi" w:eastAsia="Ddylr05K+KaiTi"/>
          <w:color w:val="000000"/>
          <w:sz w:val="28"/>
        </w:rPr>
        <w:t>。</w:t>
      </w:r>
      <w:r>
        <w:rPr>
          <w:rFonts w:ascii="Ddylr05K+KaiTi" w:hAnsi="Ddylr05K+KaiTi" w:eastAsia="Ddylr05K+KaiTi"/>
          <w:color w:val="000000"/>
          <w:sz w:val="28"/>
        </w:rPr>
        <w:t>其</w:t>
      </w:r>
      <w:r>
        <w:rPr>
          <w:spacing w:val="4"/>
          <w:rFonts w:ascii="Ddylr05K+KaiTi" w:hAnsi="Ddylr05K+KaiTi" w:eastAsia="Ddylr05K+KaiTi"/>
          <w:color w:val="000000"/>
          <w:sz w:val="28"/>
        </w:rPr>
        <w:t>中</w:t>
      </w:r>
      <w:r>
        <w:rPr>
          <w:rFonts w:ascii="Ddylr05K+KaiTi" w:hAnsi="Ddylr05K+KaiTi" w:eastAsia="Ddylr05K+KaiTi"/>
          <w:color w:val="000000"/>
          <w:sz w:val="28"/>
        </w:rPr>
        <w:t>拥有</w:t>
      </w:r>
      <w:r>
        <w:rPr>
          <w:spacing w:val="2"/>
          <w:rFonts w:ascii="Ddylr05K+KaiTi" w:hAnsi="Ddylr05K+KaiTi" w:eastAsia="Ddylr05K+KaiTi"/>
          <w:color w:val="000000"/>
          <w:sz w:val="28"/>
        </w:rPr>
        <w:t>德</w:t>
      </w:r>
      <w:r>
        <w:rPr>
          <w:rFonts w:ascii="Ddylr05K+KaiTi" w:hAnsi="Ddylr05K+KaiTi" w:eastAsia="Ddylr05K+KaiTi"/>
          <w:color w:val="000000"/>
          <w:sz w:val="28"/>
        </w:rPr>
        <w:t>、美</w:t>
      </w:r>
      <w:r>
        <w:rPr>
          <w:spacing w:val="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英</w:t>
      </w:r>
      <w:r>
        <w:rPr>
          <w:spacing w:val="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日、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奥</w:t>
      </w:r>
      <w:r>
        <w:rPr>
          <w:spacing w:val="4"/>
          <w:rFonts w:ascii="Ddylr05K+KaiTi" w:hAnsi="Ddylr05K+KaiTi" w:eastAsia="Ddylr05K+KaiTi"/>
          <w:color w:val="000000"/>
          <w:sz w:val="28"/>
        </w:rPr>
        <w:t>地</w:t>
      </w:r>
      <w:r>
        <w:rPr>
          <w:spacing w:val="8"/>
          <w:rFonts w:ascii="Ddylr05K+KaiTi" w:hAnsi="Ddylr05K+KaiTi" w:eastAsia="Ddylr05K+KaiTi"/>
          <w:color w:val="000000"/>
          <w:sz w:val="28"/>
        </w:rPr>
        <w:t>利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国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先</w:t>
      </w:r>
      <w:r>
        <w:rPr>
          <w:spacing w:val="4"/>
          <w:rFonts w:ascii="Ddylr05K+KaiTi" w:hAnsi="Ddylr05K+KaiTi" w:eastAsia="Ddylr05K+KaiTi"/>
          <w:color w:val="000000"/>
          <w:sz w:val="28"/>
        </w:rPr>
        <w:t>进</w:t>
      </w:r>
      <w:r>
        <w:rPr>
          <w:spacing w:val="6"/>
          <w:rFonts w:ascii="Ddylr05K+KaiTi" w:hAnsi="Ddylr05K+KaiTi" w:eastAsia="Ddylr05K+KaiTi"/>
          <w:color w:val="000000"/>
          <w:sz w:val="28"/>
        </w:rPr>
        <w:t>数</w:t>
      </w:r>
      <w:r>
        <w:rPr>
          <w:spacing w:val="4"/>
          <w:rFonts w:ascii="Ddylr05K+KaiTi" w:hAnsi="Ddylr05K+KaiTi" w:eastAsia="Ddylr05K+KaiTi"/>
          <w:color w:val="000000"/>
          <w:sz w:val="28"/>
        </w:rPr>
        <w:t>控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设备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检</w:t>
      </w:r>
      <w:r>
        <w:rPr>
          <w:spacing w:val="4"/>
          <w:rFonts w:ascii="Ddylr05K+KaiTi" w:hAnsi="Ddylr05K+KaiTi" w:eastAsia="Ddylr05K+KaiTi"/>
          <w:color w:val="000000"/>
          <w:sz w:val="28"/>
        </w:rPr>
        <w:t>测</w:t>
      </w:r>
      <w:r>
        <w:rPr>
          <w:spacing w:val="6"/>
          <w:rFonts w:ascii="Ddylr05K+KaiTi" w:hAnsi="Ddylr05K+KaiTi" w:eastAsia="Ddylr05K+KaiTi"/>
          <w:color w:val="000000"/>
          <w:sz w:val="28"/>
        </w:rPr>
        <w:t>设</w:t>
      </w:r>
      <w:r>
        <w:rPr>
          <w:spacing w:val="74"/>
          <w:rFonts w:ascii="Ddylr05K+KaiTi" w:hAnsi="Ddylr05K+KaiTi" w:eastAsia="Ddylr05K+KaiTi"/>
          <w:color w:val="000000"/>
          <w:sz w:val="28"/>
        </w:rPr>
        <w:t>备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4"/>
          <w:rFonts w:ascii="Ddylr05K+KaiTi" w:hAnsi="Ddylr05K+KaiTi" w:eastAsia="Ddylr05K+KaiTi"/>
          <w:color w:val="000000"/>
          <w:sz w:val="28"/>
        </w:rPr>
        <w:t>0</w:t>
      </w:r>
      <w:r>
        <w:rPr>
          <w:spacing w:val="6"/>
          <w:rFonts w:ascii="Ddylr05K+KaiTi" w:hAnsi="Ddylr05K+KaiTi" w:eastAsia="Ddylr05K+KaiTi"/>
          <w:color w:val="000000"/>
          <w:sz w:val="28"/>
        </w:rPr>
        <w:t>多</w:t>
      </w:r>
      <w:r>
        <w:rPr>
          <w:spacing w:val="4"/>
          <w:rFonts w:ascii="Ddylr05K+KaiTi" w:hAnsi="Ddylr05K+KaiTi" w:eastAsia="Ddylr05K+KaiTi"/>
          <w:color w:val="000000"/>
          <w:sz w:val="28"/>
        </w:rPr>
        <w:t>台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公</w:t>
      </w:r>
      <w:r>
        <w:rPr>
          <w:spacing w:val="8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与</w:t>
      </w:r>
      <w:r>
        <w:rPr>
          <w:spacing w:val="8"/>
          <w:rFonts w:ascii="Ddylr05K+KaiTi" w:hAnsi="Ddylr05K+KaiTi" w:eastAsia="Ddylr05K+KaiTi"/>
          <w:color w:val="000000"/>
          <w:sz w:val="28"/>
        </w:rPr>
        <w:t>山</w:t>
      </w:r>
      <w:r>
        <w:rPr>
          <w:rFonts w:ascii="Ddylr05K+KaiTi" w:hAnsi="Ddylr05K+KaiTi" w:eastAsia="Ddylr05K+KaiTi"/>
          <w:color w:val="000000"/>
          <w:sz w:val="28"/>
        </w:rPr>
        <w:t>东</w:t>
      </w:r>
      <w:r>
        <w:rPr>
          <w:spacing w:val="4"/>
          <w:rFonts w:ascii="Ddylr05K+KaiTi" w:hAnsi="Ddylr05K+KaiTi" w:eastAsia="Ddylr05K+KaiTi"/>
          <w:color w:val="000000"/>
          <w:sz w:val="28"/>
        </w:rPr>
        <w:t>临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徐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科</w:t>
      </w:r>
      <w:r>
        <w:rPr>
          <w:spacing w:val="4"/>
          <w:rFonts w:ascii="Ddylr05K+KaiTi" w:hAnsi="Ddylr05K+KaiTi" w:eastAsia="Ddylr05K+KaiTi"/>
          <w:color w:val="000000"/>
          <w:sz w:val="28"/>
        </w:rPr>
        <w:t>技、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山</w:t>
      </w:r>
      <w:r>
        <w:rPr>
          <w:spacing w:val="6"/>
          <w:rFonts w:ascii="Ddylr05K+KaiTi" w:hAnsi="Ddylr05K+KaiTi" w:eastAsia="Ddylr05K+KaiTi"/>
          <w:color w:val="000000"/>
          <w:sz w:val="28"/>
        </w:rPr>
        <w:t>推</w:t>
      </w:r>
      <w:r>
        <w:rPr>
          <w:spacing w:val="8"/>
          <w:rFonts w:ascii="Ddylr05K+KaiTi" w:hAnsi="Ddylr05K+KaiTi" w:eastAsia="Ddylr05K+KaiTi"/>
          <w:color w:val="000000"/>
          <w:sz w:val="28"/>
        </w:rPr>
        <w:t>股</w:t>
      </w:r>
      <w:r>
        <w:rPr>
          <w:spacing w:val="6"/>
          <w:rFonts w:ascii="Ddylr05K+KaiTi" w:hAnsi="Ddylr05K+KaiTi" w:eastAsia="Ddylr05K+KaiTi"/>
          <w:color w:val="000000"/>
          <w:sz w:val="28"/>
        </w:rPr>
        <w:t>份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安</w:t>
      </w:r>
      <w:r>
        <w:rPr>
          <w:spacing w:val="6"/>
          <w:rFonts w:ascii="Ddylr05K+KaiTi" w:hAnsi="Ddylr05K+KaiTi" w:eastAsia="Ddylr05K+KaiTi"/>
          <w:color w:val="000000"/>
          <w:sz w:val="28"/>
        </w:rPr>
        <w:t>徽</w:t>
      </w:r>
      <w:r>
        <w:rPr>
          <w:spacing w:val="4"/>
          <w:rFonts w:ascii="Ddylr05K+KaiTi" w:hAnsi="Ddylr05K+KaiTi" w:eastAsia="Ddylr05K+KaiTi"/>
          <w:color w:val="000000"/>
          <w:sz w:val="28"/>
        </w:rPr>
        <w:t>合力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龙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天</w:t>
      </w:r>
      <w:r>
        <w:rPr>
          <w:spacing w:val="4"/>
          <w:rFonts w:ascii="Ddylr05K+KaiTi" w:hAnsi="Ddylr05K+KaiTi" w:eastAsia="Ddylr05K+KaiTi"/>
          <w:color w:val="000000"/>
          <w:sz w:val="28"/>
        </w:rPr>
        <w:t>津鼎</w:t>
      </w:r>
      <w:r>
        <w:rPr>
          <w:spacing w:val="6"/>
          <w:rFonts w:ascii="Ddylr05K+KaiTi" w:hAnsi="Ddylr05K+KaiTi" w:eastAsia="Ddylr05K+KaiTi"/>
          <w:color w:val="000000"/>
          <w:sz w:val="28"/>
        </w:rPr>
        <w:t>盛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航</w:t>
      </w:r>
      <w:r>
        <w:rPr>
          <w:spacing w:val="6"/>
          <w:rFonts w:ascii="Ddylr05K+KaiTi" w:hAnsi="Ddylr05K+KaiTi" w:eastAsia="Ddylr05K+KaiTi"/>
          <w:color w:val="000000"/>
          <w:sz w:val="28"/>
        </w:rPr>
        <w:t>天</w:t>
      </w:r>
      <w:r>
        <w:rPr>
          <w:rFonts w:ascii="Ddylr05K+KaiTi" w:hAnsi="Ddylr05K+KaiTi" w:eastAsia="Ddylr05K+KaiTi"/>
          <w:color w:val="000000"/>
          <w:sz w:val="28"/>
        </w:rPr>
        <w:t>动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510" w:lineRule="exact" w:before="0" w:after="0"/>
        <w:ind w:left="360" w:right="360" w:firstLine="0"/>
        <w:jc w:val="both"/>
      </w:pPr>
      <w:r>
        <w:rPr>
          <w:spacing w:val="4"/>
          <w:rFonts w:ascii="Ddylr05K+KaiTi" w:hAnsi="Ddylr05K+KaiTi" w:eastAsia="Ddylr05K+KaiTi"/>
          <w:color w:val="000000"/>
          <w:sz w:val="28"/>
        </w:rPr>
        <w:t>力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某</w:t>
      </w:r>
      <w:r>
        <w:rPr>
          <w:spacing w:val="8"/>
          <w:rFonts w:ascii="Ddylr05K+KaiTi" w:hAnsi="Ddylr05K+KaiTi" w:eastAsia="Ddylr05K+KaiTi"/>
          <w:color w:val="000000"/>
          <w:sz w:val="28"/>
        </w:rPr>
        <w:t>军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单</w:t>
      </w:r>
      <w:r>
        <w:rPr>
          <w:spacing w:val="4"/>
          <w:rFonts w:ascii="Ddylr05K+KaiTi" w:hAnsi="Ddylr05K+KaiTi" w:eastAsia="Ddylr05K+KaiTi"/>
          <w:color w:val="000000"/>
          <w:sz w:val="28"/>
        </w:rPr>
        <w:t>位、</w:t>
      </w:r>
      <w:r>
        <w:rPr>
          <w:spacing w:val="8"/>
          <w:rFonts w:ascii="Ddylr05K+KaiTi" w:hAnsi="Ddylr05K+KaiTi" w:eastAsia="Ddylr05K+KaiTi"/>
          <w:color w:val="000000"/>
          <w:sz w:val="28"/>
        </w:rPr>
        <w:t>福</w:t>
      </w:r>
      <w:r>
        <w:rPr>
          <w:spacing w:val="6"/>
          <w:rFonts w:ascii="Ddylr05K+KaiTi" w:hAnsi="Ddylr05K+KaiTi" w:eastAsia="Ddylr05K+KaiTi"/>
          <w:color w:val="000000"/>
          <w:sz w:val="28"/>
        </w:rPr>
        <w:t>建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械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4"/>
          <w:rFonts w:ascii="Ddylr05K+KaiTi" w:hAnsi="Ddylr05K+KaiTi" w:eastAsia="Ddylr05K+KaiTi"/>
          <w:color w:val="000000"/>
          <w:sz w:val="28"/>
        </w:rPr>
        <w:t>企业</w:t>
      </w:r>
      <w:r>
        <w:rPr>
          <w:spacing w:val="8"/>
          <w:rFonts w:ascii="Ddylr05K+KaiTi" w:hAnsi="Ddylr05K+KaiTi" w:eastAsia="Ddylr05K+KaiTi"/>
          <w:color w:val="000000"/>
          <w:sz w:val="28"/>
        </w:rPr>
        <w:t>常</w:t>
      </w:r>
      <w:r>
        <w:rPr>
          <w:spacing w:val="6"/>
          <w:rFonts w:ascii="Ddylr05K+KaiTi" w:hAnsi="Ddylr05K+KaiTi" w:eastAsia="Ddylr05K+KaiTi"/>
          <w:color w:val="000000"/>
          <w:sz w:val="28"/>
        </w:rPr>
        <w:t>年</w:t>
      </w:r>
      <w:r>
        <w:rPr>
          <w:spacing w:val="8"/>
          <w:rFonts w:ascii="Ddylr05K+KaiTi" w:hAnsi="Ddylr05K+KaiTi" w:eastAsia="Ddylr05K+KaiTi"/>
          <w:color w:val="000000"/>
          <w:sz w:val="28"/>
        </w:rPr>
        <w:t>配</w:t>
      </w:r>
      <w:r>
        <w:rPr>
          <w:spacing w:val="6"/>
          <w:rFonts w:ascii="Ddylr05K+KaiTi" w:hAnsi="Ddylr05K+KaiTi" w:eastAsia="Ddylr05K+KaiTi"/>
          <w:color w:val="000000"/>
          <w:sz w:val="28"/>
        </w:rPr>
        <w:t>套</w:t>
      </w:r>
      <w:r>
        <w:rPr>
          <w:spacing w:val="8"/>
          <w:rFonts w:ascii="Ddylr05K+KaiTi" w:hAnsi="Ddylr05K+KaiTi" w:eastAsia="Ddylr05K+KaiTi"/>
          <w:color w:val="000000"/>
          <w:sz w:val="28"/>
        </w:rPr>
        <w:t>协</w:t>
      </w:r>
      <w:r>
        <w:rPr>
          <w:spacing w:val="4"/>
          <w:rFonts w:ascii="Ddylr05K+KaiTi" w:hAnsi="Ddylr05K+KaiTi" w:eastAsia="Ddylr05K+KaiTi"/>
          <w:color w:val="000000"/>
          <w:sz w:val="28"/>
        </w:rPr>
        <w:t>作，</w:t>
      </w:r>
      <w:r>
        <w:rPr>
          <w:spacing w:val="6"/>
          <w:rFonts w:ascii="Ddylr05K+KaiTi" w:hAnsi="Ddylr05K+KaiTi" w:eastAsia="Ddylr05K+KaiTi"/>
          <w:color w:val="000000"/>
          <w:sz w:val="28"/>
        </w:rPr>
        <w:t>部</w:t>
      </w:r>
      <w:r>
        <w:rPr>
          <w:spacing w:val="4"/>
          <w:rFonts w:ascii="Ddylr05K+KaiTi" w:hAnsi="Ddylr05K+KaiTi" w:eastAsia="Ddylr05K+KaiTi"/>
          <w:color w:val="000000"/>
          <w:sz w:val="28"/>
        </w:rPr>
        <w:t>分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出</w:t>
      </w:r>
      <w:r>
        <w:rPr>
          <w:spacing w:val="-2"/>
          <w:rFonts w:ascii="Ddylr05K+KaiTi" w:hAnsi="Ddylr05K+KaiTi" w:eastAsia="Ddylr05K+KaiTi"/>
          <w:color w:val="000000"/>
          <w:sz w:val="28"/>
        </w:rPr>
        <w:t>口</w:t>
      </w:r>
      <w:r>
        <w:rPr>
          <w:spacing w:val="2"/>
          <w:rFonts w:ascii="Ddylr05K+KaiTi" w:hAnsi="Ddylr05K+KaiTi" w:eastAsia="Ddylr05K+KaiTi"/>
          <w:color w:val="000000"/>
          <w:sz w:val="28"/>
        </w:rPr>
        <w:t>北</w:t>
      </w:r>
      <w:r>
        <w:rPr>
          <w:rFonts w:ascii="Ddylr05K+KaiTi" w:hAnsi="Ddylr05K+KaiTi" w:eastAsia="Ddylr05K+KaiTi"/>
          <w:color w:val="000000"/>
          <w:sz w:val="28"/>
        </w:rPr>
        <w:t>美</w:t>
      </w:r>
      <w:r>
        <w:rPr>
          <w:spacing w:val="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东</w:t>
      </w:r>
      <w:r>
        <w:rPr>
          <w:spacing w:val="2"/>
          <w:rFonts w:ascii="Ddylr05K+KaiTi" w:hAnsi="Ddylr05K+KaiTi" w:eastAsia="Ddylr05K+KaiTi"/>
          <w:color w:val="000000"/>
          <w:sz w:val="28"/>
        </w:rPr>
        <w:t>南</w:t>
      </w:r>
      <w:r>
        <w:rPr>
          <w:rFonts w:ascii="Ddylr05K+KaiTi" w:hAnsi="Ddylr05K+KaiTi" w:eastAsia="Ddylr05K+KaiTi"/>
          <w:color w:val="000000"/>
          <w:sz w:val="28"/>
        </w:rPr>
        <w:t>亚市</w:t>
      </w:r>
      <w:r>
        <w:rPr>
          <w:spacing w:val="2"/>
          <w:rFonts w:ascii="Ddylr05K+KaiTi" w:hAnsi="Ddylr05K+KaiTi" w:eastAsia="Ddylr05K+KaiTi"/>
          <w:color w:val="000000"/>
          <w:sz w:val="28"/>
        </w:rPr>
        <w:t>场</w:t>
      </w:r>
      <w:r>
        <w:rPr>
          <w:rFonts w:ascii="Ddylr05K+KaiTi" w:hAnsi="Ddylr05K+KaiTi" w:eastAsia="Ddylr05K+KaiTi"/>
          <w:color w:val="000000"/>
          <w:sz w:val="28"/>
        </w:rPr>
        <w:t>。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年</w:t>
      </w:r>
      <w:r>
        <w:rPr>
          <w:spacing w:val="2"/>
          <w:rFonts w:ascii="Ddylr05K+KaiTi" w:hAnsi="Ddylr05K+KaiTi" w:eastAsia="Ddylr05K+KaiTi"/>
          <w:color w:val="000000"/>
          <w:sz w:val="28"/>
        </w:rPr>
        <w:t>国</w:t>
      </w:r>
      <w:r>
        <w:rPr>
          <w:rFonts w:ascii="Ddylr05K+KaiTi" w:hAnsi="Ddylr05K+KaiTi" w:eastAsia="Ddylr05K+KaiTi"/>
          <w:color w:val="000000"/>
          <w:sz w:val="28"/>
        </w:rPr>
        <w:t>内</w:t>
      </w:r>
      <w:r>
        <w:rPr>
          <w:spacing w:val="2"/>
          <w:rFonts w:ascii="Ddylr05K+KaiTi" w:hAnsi="Ddylr05K+KaiTi" w:eastAsia="Ddylr05K+KaiTi"/>
          <w:color w:val="000000"/>
          <w:sz w:val="28"/>
        </w:rPr>
        <w:t>市</w:t>
      </w:r>
      <w:r>
        <w:rPr>
          <w:rFonts w:ascii="Ddylr05K+KaiTi" w:hAnsi="Ddylr05K+KaiTi" w:eastAsia="Ddylr05K+KaiTi"/>
          <w:color w:val="000000"/>
          <w:sz w:val="28"/>
        </w:rPr>
        <w:t>场</w:t>
      </w:r>
      <w:r>
        <w:rPr>
          <w:spacing w:val="2"/>
          <w:rFonts w:ascii="Ddylr05K+KaiTi" w:hAnsi="Ddylr05K+KaiTi" w:eastAsia="Ddylr05K+KaiTi"/>
          <w:color w:val="000000"/>
          <w:sz w:val="28"/>
        </w:rPr>
        <w:t>占</w:t>
      </w:r>
      <w:r>
        <w:rPr>
          <w:rFonts w:ascii="Ddylr05K+KaiTi" w:hAnsi="Ddylr05K+KaiTi" w:eastAsia="Ddylr05K+KaiTi"/>
          <w:color w:val="000000"/>
          <w:sz w:val="28"/>
        </w:rPr>
        <w:t>有</w:t>
      </w:r>
      <w:r>
        <w:rPr>
          <w:spacing w:val="72"/>
          <w:rFonts w:ascii="Ddylr05K+KaiTi" w:hAnsi="Ddylr05K+KaiTi" w:eastAsia="Ddylr05K+KaiTi"/>
          <w:color w:val="000000"/>
          <w:sz w:val="28"/>
        </w:rPr>
        <w:t>率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6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2%，</w:t>
      </w:r>
      <w:r>
        <w:rPr>
          <w:spacing w:val="2"/>
          <w:rFonts w:ascii="Ddylr05K+KaiTi" w:hAnsi="Ddylr05K+KaiTi" w:eastAsia="Ddylr05K+KaiTi"/>
          <w:color w:val="000000"/>
          <w:sz w:val="28"/>
        </w:rPr>
        <w:t>山</w:t>
      </w:r>
      <w:r>
        <w:rPr>
          <w:rFonts w:ascii="Ddylr05K+KaiTi" w:hAnsi="Ddylr05K+KaiTi" w:eastAsia="Ddylr05K+KaiTi"/>
          <w:color w:val="000000"/>
          <w:sz w:val="28"/>
        </w:rPr>
        <w:t>东</w:t>
      </w:r>
      <w:r>
        <w:rPr>
          <w:spacing w:val="2"/>
          <w:rFonts w:ascii="Ddylr05K+KaiTi" w:hAnsi="Ddylr05K+KaiTi" w:eastAsia="Ddylr05K+KaiTi"/>
          <w:color w:val="000000"/>
          <w:sz w:val="28"/>
        </w:rPr>
        <w:t>省</w:t>
      </w:r>
      <w:r>
        <w:rPr>
          <w:rFonts w:ascii="Ddylr05K+KaiTi" w:hAnsi="Ddylr05K+KaiTi" w:eastAsia="Ddylr05K+KaiTi"/>
          <w:color w:val="000000"/>
          <w:sz w:val="28"/>
        </w:rPr>
        <w:t>同类</w:t>
      </w:r>
      <w:r>
        <w:rPr>
          <w:spacing w:val="-2"/>
          <w:rFonts w:ascii="Ddylr05K+KaiTi" w:hAnsi="Ddylr05K+KaiTi" w:eastAsia="Ddylr05K+KaiTi"/>
          <w:color w:val="000000"/>
          <w:sz w:val="28"/>
        </w:rPr>
        <w:t>行业</w:t>
      </w:r>
      <w:r>
        <w:rPr>
          <w:rFonts w:ascii="Ddylr05K+KaiTi" w:hAnsi="Ddylr05K+KaiTi" w:eastAsia="Ddylr05K+KaiTi"/>
          <w:color w:val="000000"/>
          <w:sz w:val="28"/>
        </w:rPr>
        <w:t>排名</w:t>
      </w:r>
      <w:r>
        <w:rPr>
          <w:spacing w:val="-2"/>
          <w:rFonts w:ascii="Ddylr05K+KaiTi" w:hAnsi="Ddylr05K+KaiTi" w:eastAsia="Ddylr05K+KaiTi"/>
          <w:color w:val="000000"/>
          <w:sz w:val="28"/>
        </w:rPr>
        <w:t>第</w:t>
      </w:r>
      <w:r>
        <w:rPr>
          <w:rFonts w:ascii="Ddylr05K+KaiTi" w:hAnsi="Ddylr05K+KaiTi" w:eastAsia="Ddylr05K+KaiTi"/>
          <w:color w:val="000000"/>
          <w:sz w:val="28"/>
        </w:rPr>
        <w:t>一。</w:t>
      </w:r>
    </w:p>
    <w:p>
      <w:pPr>
        <w:autoSpaceDN w:val="0"/>
        <w:autoSpaceDE w:val="0"/>
        <w:widowControl/>
        <w:spacing w:line="282" w:lineRule="exact" w:before="342" w:after="0"/>
        <w:ind w:left="64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(二)企业</w:t>
      </w:r>
      <w:r>
        <w:rPr>
          <w:rFonts w:ascii="Ddylr05K+KaiTi" w:hAnsi="Ddylr05K+KaiTi" w:eastAsia="Ddylr05K+KaiTi"/>
          <w:color w:val="000000"/>
          <w:sz w:val="28"/>
        </w:rPr>
        <w:t>的行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地位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竞争力</w:t>
      </w:r>
    </w:p>
    <w:p>
      <w:pPr>
        <w:autoSpaceDN w:val="0"/>
        <w:tabs>
          <w:tab w:pos="64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.区</w:t>
      </w:r>
      <w:r>
        <w:rPr>
          <w:spacing w:val="-2"/>
          <w:rFonts w:ascii="Ddylr05K+KaiTi" w:hAnsi="Ddylr05K+KaiTi" w:eastAsia="Ddylr05K+KaiTi"/>
          <w:color w:val="000000"/>
          <w:sz w:val="28"/>
        </w:rPr>
        <w:t>域</w:t>
      </w:r>
      <w:r>
        <w:rPr>
          <w:rFonts w:ascii="Ddylr05K+KaiTi" w:hAnsi="Ddylr05K+KaiTi" w:eastAsia="Ddylr05K+KaiTi"/>
          <w:color w:val="000000"/>
          <w:sz w:val="28"/>
        </w:rPr>
        <w:t>行业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集</w:t>
      </w:r>
      <w:r>
        <w:rPr>
          <w:rFonts w:ascii="Ddylr05K+KaiTi" w:hAnsi="Ddylr05K+KaiTi" w:eastAsia="Ddylr05K+KaiTi"/>
          <w:color w:val="000000"/>
          <w:sz w:val="28"/>
        </w:rPr>
        <w:t>中情况</w:t>
      </w:r>
      <w:r>
        <w:br/>
      </w:r>
      <w:r>
        <w:tab/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4"/>
          <w:rFonts w:ascii="Ddylr05K+KaiTi" w:hAnsi="Ddylr05K+KaiTi" w:eastAsia="Ddylr05K+KaiTi"/>
          <w:color w:val="000000"/>
          <w:sz w:val="28"/>
        </w:rPr>
        <w:t>东</w:t>
      </w:r>
      <w:r>
        <w:rPr>
          <w:spacing w:val="6"/>
          <w:rFonts w:ascii="Ddylr05K+KaiTi" w:hAnsi="Ddylr05K+KaiTi" w:eastAsia="Ddylr05K+KaiTi"/>
          <w:color w:val="000000"/>
          <w:sz w:val="28"/>
        </w:rPr>
        <w:t>是</w:t>
      </w:r>
      <w:r>
        <w:rPr>
          <w:spacing w:val="4"/>
          <w:rFonts w:ascii="Ddylr05K+KaiTi" w:hAnsi="Ddylr05K+KaiTi" w:eastAsia="Ddylr05K+KaiTi"/>
          <w:color w:val="000000"/>
          <w:sz w:val="28"/>
        </w:rPr>
        <w:t>中</w:t>
      </w:r>
      <w:r>
        <w:rPr>
          <w:spacing w:val="8"/>
          <w:rFonts w:ascii="Ddylr05K+KaiTi" w:hAnsi="Ddylr05K+KaiTi" w:eastAsia="Ddylr05K+KaiTi"/>
          <w:color w:val="000000"/>
          <w:sz w:val="28"/>
        </w:rPr>
        <w:t>国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第一</w:t>
      </w:r>
      <w:r>
        <w:rPr>
          <w:spacing w:val="4"/>
          <w:rFonts w:ascii="Ddylr05K+KaiTi" w:hAnsi="Ddylr05K+KaiTi" w:eastAsia="Ddylr05K+KaiTi"/>
          <w:color w:val="000000"/>
          <w:sz w:val="28"/>
        </w:rPr>
        <w:t>制</w:t>
      </w:r>
      <w:r>
        <w:rPr>
          <w:spacing w:val="8"/>
          <w:rFonts w:ascii="Ddylr05K+KaiTi" w:hAnsi="Ddylr05K+KaiTi" w:eastAsia="Ddylr05K+KaiTi"/>
          <w:color w:val="000000"/>
          <w:sz w:val="28"/>
        </w:rPr>
        <w:t>造</w:t>
      </w:r>
      <w:r>
        <w:rPr>
          <w:spacing w:val="6"/>
          <w:rFonts w:ascii="Ddylr05K+KaiTi" w:hAnsi="Ddylr05K+KaiTi" w:eastAsia="Ddylr05K+KaiTi"/>
          <w:color w:val="000000"/>
          <w:sz w:val="28"/>
        </w:rPr>
        <w:t>大</w:t>
      </w:r>
      <w:r>
        <w:rPr>
          <w:spacing w:val="8"/>
          <w:rFonts w:ascii="Ddylr05K+KaiTi" w:hAnsi="Ddylr05K+KaiTi" w:eastAsia="Ddylr05K+KaiTi"/>
          <w:color w:val="000000"/>
          <w:sz w:val="28"/>
        </w:rPr>
        <w:t>省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第</w:t>
      </w:r>
      <w:r>
        <w:rPr>
          <w:spacing w:val="4"/>
          <w:rFonts w:ascii="Ddylr05K+KaiTi" w:hAnsi="Ddylr05K+KaiTi" w:eastAsia="Ddylr05K+KaiTi"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color w:val="000000"/>
          <w:sz w:val="28"/>
        </w:rPr>
        <w:t>消</w:t>
      </w:r>
      <w:r>
        <w:rPr>
          <w:spacing w:val="4"/>
          <w:rFonts w:ascii="Ddylr05K+KaiTi" w:hAnsi="Ddylr05K+KaiTi" w:eastAsia="Ddylr05K+KaiTi"/>
          <w:color w:val="000000"/>
          <w:sz w:val="28"/>
        </w:rPr>
        <w:t>费</w:t>
      </w:r>
      <w:r>
        <w:rPr>
          <w:spacing w:val="6"/>
          <w:rFonts w:ascii="Ddylr05K+KaiTi" w:hAnsi="Ddylr05K+KaiTi" w:eastAsia="Ddylr05K+KaiTi"/>
          <w:color w:val="000000"/>
          <w:sz w:val="28"/>
        </w:rPr>
        <w:t>大</w:t>
      </w:r>
      <w:r>
        <w:rPr>
          <w:spacing w:val="4"/>
          <w:rFonts w:ascii="Ddylr05K+KaiTi" w:hAnsi="Ddylr05K+KaiTi" w:eastAsia="Ddylr05K+KaiTi"/>
          <w:color w:val="000000"/>
          <w:sz w:val="28"/>
        </w:rPr>
        <w:t>省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临</w:t>
      </w:r>
      <w:r>
        <w:rPr>
          <w:rFonts w:ascii="Ddylr05K+KaiTi" w:hAnsi="Ddylr05K+KaiTi" w:eastAsia="Ddylr05K+KaiTi"/>
          <w:color w:val="000000"/>
          <w:sz w:val="28"/>
        </w:rPr>
        <w:t>沂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地</w:t>
      </w:r>
      <w:r>
        <w:rPr>
          <w:spacing w:val="6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位</w:t>
      </w:r>
      <w:r>
        <w:rPr>
          <w:spacing w:val="4"/>
          <w:rFonts w:ascii="Ddylr05K+KaiTi" w:hAnsi="Ddylr05K+KaiTi" w:eastAsia="Ddylr05K+KaiTi"/>
          <w:color w:val="000000"/>
          <w:sz w:val="28"/>
        </w:rPr>
        <w:t>置</w:t>
      </w:r>
      <w:r>
        <w:rPr>
          <w:spacing w:val="6"/>
          <w:rFonts w:ascii="Ddylr05K+KaiTi" w:hAnsi="Ddylr05K+KaiTi" w:eastAsia="Ddylr05K+KaiTi"/>
          <w:color w:val="000000"/>
          <w:sz w:val="28"/>
        </w:rPr>
        <w:t>恰</w:t>
      </w:r>
      <w:r>
        <w:rPr>
          <w:spacing w:val="4"/>
          <w:rFonts w:ascii="Ddylr05K+KaiTi" w:hAnsi="Ddylr05K+KaiTi" w:eastAsia="Ddylr05K+KaiTi"/>
          <w:color w:val="000000"/>
          <w:sz w:val="28"/>
        </w:rPr>
        <w:t>到好</w:t>
      </w:r>
      <w:r>
        <w:rPr>
          <w:spacing w:val="8"/>
          <w:rFonts w:ascii="Ddylr05K+KaiTi" w:hAnsi="Ddylr05K+KaiTi" w:eastAsia="Ddylr05K+KaiTi"/>
          <w:color w:val="000000"/>
          <w:sz w:val="28"/>
        </w:rPr>
        <w:t>处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与</w:t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8"/>
          <w:rFonts w:ascii="Ddylr05K+KaiTi" w:hAnsi="Ddylr05K+KaiTi" w:eastAsia="Ddylr05K+KaiTi"/>
          <w:color w:val="000000"/>
          <w:sz w:val="28"/>
        </w:rPr>
        <w:t>东</w:t>
      </w:r>
      <w:r>
        <w:rPr>
          <w:spacing w:val="4"/>
          <w:rFonts w:ascii="Ddylr05K+KaiTi" w:hAnsi="Ddylr05K+KaiTi" w:eastAsia="Ddylr05K+KaiTi"/>
          <w:color w:val="000000"/>
          <w:sz w:val="28"/>
        </w:rPr>
        <w:t>济</w:t>
      </w:r>
      <w:r>
        <w:rPr>
          <w:spacing w:val="6"/>
          <w:rFonts w:ascii="Ddylr05K+KaiTi" w:hAnsi="Ddylr05K+KaiTi" w:eastAsia="Ddylr05K+KaiTi"/>
          <w:color w:val="000000"/>
          <w:sz w:val="28"/>
        </w:rPr>
        <w:t>宁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、江</w:t>
      </w:r>
      <w:r>
        <w:rPr>
          <w:spacing w:val="8"/>
          <w:rFonts w:ascii="Ddylr05K+KaiTi" w:hAnsi="Ddylr05K+KaiTi" w:eastAsia="Ddylr05K+KaiTi"/>
          <w:color w:val="000000"/>
          <w:sz w:val="28"/>
        </w:rPr>
        <w:t>苏</w:t>
      </w:r>
      <w:r>
        <w:rPr>
          <w:spacing w:val="6"/>
          <w:rFonts w:ascii="Ddylr05K+KaiTi" w:hAnsi="Ddylr05K+KaiTi" w:eastAsia="Ddylr05K+KaiTi"/>
          <w:color w:val="000000"/>
          <w:sz w:val="28"/>
        </w:rPr>
        <w:t>徐</w:t>
      </w:r>
      <w:r>
        <w:rPr>
          <w:spacing w:val="8"/>
          <w:rFonts w:ascii="Ddylr05K+KaiTi" w:hAnsi="Ddylr05K+KaiTi" w:eastAsia="Ddylr05K+KaiTi"/>
          <w:color w:val="000000"/>
          <w:sz w:val="28"/>
        </w:rPr>
        <w:t>州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程机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基</w:t>
      </w:r>
      <w:r>
        <w:rPr>
          <w:rFonts w:ascii="Ddylr05K+KaiTi" w:hAnsi="Ddylr05K+KaiTi" w:eastAsia="Ddylr05K+KaiTi"/>
          <w:color w:val="000000"/>
          <w:sz w:val="28"/>
        </w:rPr>
        <w:t>地</w:t>
      </w:r>
      <w:r>
        <w:rPr>
          <w:spacing w:val="4"/>
          <w:rFonts w:ascii="Ddylr05K+KaiTi" w:hAnsi="Ddylr05K+KaiTi" w:eastAsia="Ddylr05K+KaiTi"/>
          <w:color w:val="000000"/>
          <w:sz w:val="28"/>
        </w:rPr>
        <w:t>距</w:t>
      </w:r>
      <w:r>
        <w:rPr>
          <w:spacing w:val="8"/>
          <w:rFonts w:ascii="Ddylr05K+KaiTi" w:hAnsi="Ddylr05K+KaiTi" w:eastAsia="Ddylr05K+KaiTi"/>
          <w:color w:val="000000"/>
          <w:sz w:val="28"/>
        </w:rPr>
        <w:t>离</w:t>
      </w:r>
      <w:r>
        <w:rPr>
          <w:spacing w:val="6"/>
          <w:rFonts w:ascii="Ddylr05K+KaiTi" w:hAnsi="Ddylr05K+KaiTi" w:eastAsia="Ddylr05K+KaiTi"/>
          <w:color w:val="000000"/>
          <w:sz w:val="28"/>
        </w:rPr>
        <w:t>较</w:t>
      </w:r>
      <w:r>
        <w:rPr>
          <w:spacing w:val="8"/>
          <w:rFonts w:ascii="Ddylr05K+KaiTi" w:hAnsi="Ddylr05K+KaiTi" w:eastAsia="Ddylr05K+KaiTi"/>
          <w:color w:val="000000"/>
          <w:sz w:val="28"/>
        </w:rPr>
        <w:t>近</w:t>
      </w:r>
      <w:r>
        <w:rPr>
          <w:spacing w:val="4"/>
          <w:rFonts w:ascii="Ddylr05K+KaiTi" w:hAnsi="Ddylr05K+KaiTi" w:eastAsia="Ddylr05K+KaiTi"/>
          <w:color w:val="000000"/>
          <w:sz w:val="28"/>
        </w:rPr>
        <w:t>且</w:t>
      </w:r>
      <w:r>
        <w:rPr>
          <w:spacing w:val="6"/>
          <w:rFonts w:ascii="Ddylr05K+KaiTi" w:hAnsi="Ddylr05K+KaiTi" w:eastAsia="Ddylr05K+KaiTi"/>
          <w:color w:val="000000"/>
          <w:sz w:val="28"/>
        </w:rPr>
        <w:t>均</w:t>
      </w:r>
      <w:r>
        <w:rPr>
          <w:spacing w:val="4"/>
          <w:rFonts w:ascii="Ddylr05K+KaiTi" w:hAnsi="Ddylr05K+KaiTi" w:eastAsia="Ddylr05K+KaiTi"/>
          <w:color w:val="000000"/>
          <w:sz w:val="28"/>
        </w:rPr>
        <w:t>等，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成</w:t>
      </w:r>
      <w:r>
        <w:rPr>
          <w:spacing w:val="6"/>
          <w:rFonts w:ascii="Ddylr05K+KaiTi" w:hAnsi="Ddylr05K+KaiTi" w:eastAsia="Ddylr05K+KaiTi"/>
          <w:color w:val="000000"/>
          <w:sz w:val="28"/>
        </w:rPr>
        <w:t>三</w:t>
      </w:r>
      <w:r>
        <w:rPr>
          <w:spacing w:val="8"/>
          <w:rFonts w:ascii="Ddylr05K+KaiTi" w:hAnsi="Ddylr05K+KaiTi" w:eastAsia="Ddylr05K+KaiTi"/>
          <w:color w:val="000000"/>
          <w:sz w:val="28"/>
        </w:rPr>
        <w:t>角</w:t>
      </w:r>
      <w:r>
        <w:rPr>
          <w:spacing w:val="6"/>
          <w:rFonts w:ascii="Ddylr05K+KaiTi" w:hAnsi="Ddylr05K+KaiTi" w:eastAsia="Ddylr05K+KaiTi"/>
          <w:color w:val="000000"/>
          <w:sz w:val="28"/>
        </w:rPr>
        <w:t>稳</w:t>
      </w:r>
      <w:r>
        <w:rPr>
          <w:spacing w:val="8"/>
          <w:rFonts w:ascii="Ddylr05K+KaiTi" w:hAnsi="Ddylr05K+KaiTi" w:eastAsia="Ddylr05K+KaiTi"/>
          <w:color w:val="000000"/>
          <w:sz w:val="28"/>
        </w:rPr>
        <w:t>固</w:t>
      </w:r>
      <w:r>
        <w:rPr>
          <w:spacing w:val="4"/>
          <w:rFonts w:ascii="Ddylr05K+KaiTi" w:hAnsi="Ddylr05K+KaiTi" w:eastAsia="Ddylr05K+KaiTi"/>
          <w:color w:val="000000"/>
          <w:sz w:val="28"/>
        </w:rPr>
        <w:t>之</w:t>
      </w:r>
      <w:r>
        <w:rPr>
          <w:spacing w:val="6"/>
          <w:rFonts w:ascii="Ddylr05K+KaiTi" w:hAnsi="Ddylr05K+KaiTi" w:eastAsia="Ddylr05K+KaiTi"/>
          <w:color w:val="000000"/>
          <w:sz w:val="28"/>
        </w:rPr>
        <w:t>势</w:t>
      </w:r>
      <w:r>
        <w:rPr>
          <w:spacing w:val="4"/>
          <w:rFonts w:ascii="Ddylr05K+KaiTi" w:hAnsi="Ddylr05K+KaiTi" w:eastAsia="Ddylr05K+KaiTi"/>
          <w:color w:val="000000"/>
          <w:sz w:val="28"/>
        </w:rPr>
        <w:t>，是</w:t>
      </w:r>
      <w:r>
        <w:rPr>
          <w:spacing w:val="8"/>
          <w:rFonts w:ascii="Ddylr05K+KaiTi" w:hAnsi="Ddylr05K+KaiTi" w:eastAsia="Ddylr05K+KaiTi"/>
          <w:color w:val="000000"/>
          <w:sz w:val="28"/>
        </w:rPr>
        <w:t>中</w:t>
      </w:r>
      <w:r>
        <w:rPr>
          <w:spacing w:val="6"/>
          <w:rFonts w:ascii="Ddylr05K+KaiTi" w:hAnsi="Ddylr05K+KaiTi" w:eastAsia="Ddylr05K+KaiTi"/>
          <w:color w:val="000000"/>
          <w:sz w:val="28"/>
        </w:rPr>
        <w:t>国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械产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南</w:t>
      </w:r>
      <w:r>
        <w:rPr>
          <w:spacing w:val="8"/>
          <w:rFonts w:ascii="Ddylr05K+KaiTi" w:hAnsi="Ddylr05K+KaiTi" w:eastAsia="Ddylr05K+KaiTi"/>
          <w:color w:val="000000"/>
          <w:sz w:val="28"/>
        </w:rPr>
        <w:t>北</w:t>
      </w:r>
      <w:r>
        <w:rPr>
          <w:spacing w:val="6"/>
          <w:rFonts w:ascii="Ddylr05K+KaiTi" w:hAnsi="Ddylr05K+KaiTi" w:eastAsia="Ddylr05K+KaiTi"/>
          <w:color w:val="000000"/>
          <w:sz w:val="28"/>
        </w:rPr>
        <w:t>相</w:t>
      </w:r>
      <w:r>
        <w:rPr>
          <w:rFonts w:ascii="Ddylr05K+KaiTi" w:hAnsi="Ddylr05K+KaiTi" w:eastAsia="Ddylr05K+KaiTi"/>
          <w:color w:val="000000"/>
          <w:sz w:val="28"/>
        </w:rPr>
        <w:t>连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重</w:t>
      </w:r>
      <w:r>
        <w:rPr>
          <w:spacing w:val="6"/>
          <w:rFonts w:ascii="Ddylr05K+KaiTi" w:hAnsi="Ddylr05K+KaiTi" w:eastAsia="Ddylr05K+KaiTi"/>
          <w:color w:val="000000"/>
          <w:sz w:val="28"/>
        </w:rPr>
        <w:t>要</w:t>
      </w:r>
      <w:r>
        <w:rPr>
          <w:spacing w:val="8"/>
          <w:rFonts w:ascii="Ddylr05K+KaiTi" w:hAnsi="Ddylr05K+KaiTi" w:eastAsia="Ddylr05K+KaiTi"/>
          <w:color w:val="000000"/>
          <w:sz w:val="28"/>
        </w:rPr>
        <w:t>接</w:t>
      </w:r>
      <w:r>
        <w:rPr>
          <w:spacing w:val="4"/>
          <w:rFonts w:ascii="Ddylr05K+KaiTi" w:hAnsi="Ddylr05K+KaiTi" w:eastAsia="Ddylr05K+KaiTi"/>
          <w:color w:val="000000"/>
          <w:sz w:val="28"/>
        </w:rPr>
        <w:t>点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临沂</w:t>
      </w:r>
      <w:r>
        <w:rPr>
          <w:spacing w:val="8"/>
          <w:rFonts w:ascii="Ddylr05K+KaiTi" w:hAnsi="Ddylr05K+KaiTi" w:eastAsia="Ddylr05K+KaiTi"/>
          <w:color w:val="000000"/>
          <w:sz w:val="28"/>
        </w:rPr>
        <w:t>市</w:t>
      </w:r>
      <w:r>
        <w:rPr>
          <w:spacing w:val="6"/>
          <w:rFonts w:ascii="Ddylr05K+KaiTi" w:hAnsi="Ddylr05K+KaiTi" w:eastAsia="Ddylr05K+KaiTi"/>
          <w:color w:val="000000"/>
          <w:sz w:val="28"/>
        </w:rPr>
        <w:t>委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市</w:t>
      </w:r>
      <w:r>
        <w:rPr>
          <w:spacing w:val="8"/>
          <w:rFonts w:ascii="Ddylr05K+KaiTi" w:hAnsi="Ddylr05K+KaiTi" w:eastAsia="Ddylr05K+KaiTi"/>
          <w:color w:val="000000"/>
          <w:sz w:val="28"/>
        </w:rPr>
        <w:t>政</w:t>
      </w:r>
      <w:r>
        <w:rPr>
          <w:spacing w:val="4"/>
          <w:rFonts w:ascii="Ddylr05K+KaiTi" w:hAnsi="Ddylr05K+KaiTi" w:eastAsia="Ddylr05K+KaiTi"/>
          <w:color w:val="000000"/>
          <w:sz w:val="28"/>
        </w:rPr>
        <w:t>府</w:t>
      </w:r>
      <w:r>
        <w:rPr>
          <w:spacing w:val="6"/>
          <w:rFonts w:ascii="Ddylr05K+KaiTi" w:hAnsi="Ddylr05K+KaiTi" w:eastAsia="Ddylr05K+KaiTi"/>
          <w:color w:val="000000"/>
          <w:sz w:val="28"/>
        </w:rPr>
        <w:t>高</w:t>
      </w:r>
      <w:r>
        <w:rPr>
          <w:spacing w:val="4"/>
          <w:rFonts w:ascii="Ddylr05K+KaiTi" w:hAnsi="Ddylr05K+KaiTi" w:eastAsia="Ddylr05K+KaiTi"/>
          <w:color w:val="000000"/>
          <w:sz w:val="28"/>
        </w:rPr>
        <w:t>度重</w:t>
      </w:r>
      <w:r>
        <w:rPr>
          <w:spacing w:val="8"/>
          <w:rFonts w:ascii="Ddylr05K+KaiTi" w:hAnsi="Ddylr05K+KaiTi" w:eastAsia="Ddylr05K+KaiTi"/>
          <w:color w:val="000000"/>
          <w:sz w:val="28"/>
        </w:rPr>
        <w:t>视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产业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展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围</w:t>
      </w:r>
      <w:r>
        <w:rPr>
          <w:rFonts w:ascii="Ddylr05K+KaiTi" w:hAnsi="Ddylr05K+KaiTi" w:eastAsia="Ddylr05K+KaiTi"/>
          <w:color w:val="000000"/>
          <w:sz w:val="28"/>
        </w:rPr>
        <w:t>绕</w:t>
      </w:r>
      <w:r>
        <w:rPr>
          <w:spacing w:val="4"/>
          <w:rFonts w:ascii="Ddylr05K+KaiTi" w:hAnsi="Ddylr05K+KaiTi" w:eastAsia="Ddylr05K+KaiTi"/>
          <w:color w:val="000000"/>
          <w:sz w:val="28"/>
        </w:rPr>
        <w:t>做</w:t>
      </w:r>
      <w:r>
        <w:rPr>
          <w:spacing w:val="8"/>
          <w:rFonts w:ascii="Ddylr05K+KaiTi" w:hAnsi="Ddylr05K+KaiTi" w:eastAsia="Ddylr05K+KaiTi"/>
          <w:color w:val="000000"/>
          <w:sz w:val="28"/>
        </w:rPr>
        <w:t>大</w:t>
      </w:r>
      <w:r>
        <w:rPr>
          <w:spacing w:val="6"/>
          <w:rFonts w:ascii="Ddylr05K+KaiTi" w:hAnsi="Ddylr05K+KaiTi" w:eastAsia="Ddylr05K+KaiTi"/>
          <w:color w:val="000000"/>
          <w:sz w:val="28"/>
        </w:rPr>
        <w:t>做</w:t>
      </w:r>
      <w:r>
        <w:rPr>
          <w:spacing w:val="8"/>
          <w:rFonts w:ascii="Ddylr05K+KaiTi" w:hAnsi="Ddylr05K+KaiTi" w:eastAsia="Ddylr05K+KaiTi"/>
          <w:color w:val="000000"/>
          <w:sz w:val="28"/>
        </w:rPr>
        <w:t>强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4"/>
          <w:rFonts w:ascii="Ddylr05K+KaiTi" w:hAnsi="Ddylr05K+KaiTi" w:eastAsia="Ddylr05K+KaiTi"/>
          <w:color w:val="000000"/>
          <w:sz w:val="28"/>
        </w:rPr>
        <w:t>机械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先</w:t>
      </w:r>
      <w:r>
        <w:rPr>
          <w:spacing w:val="8"/>
          <w:rFonts w:ascii="Ddylr05K+KaiTi" w:hAnsi="Ddylr05K+KaiTi" w:eastAsia="Ddylr05K+KaiTi"/>
          <w:color w:val="000000"/>
          <w:sz w:val="28"/>
        </w:rPr>
        <w:t>后</w:t>
      </w:r>
      <w:r>
        <w:rPr>
          <w:spacing w:val="4"/>
          <w:rFonts w:ascii="Ddylr05K+KaiTi" w:hAnsi="Ddylr05K+KaiTi" w:eastAsia="Ddylr05K+KaiTi"/>
          <w:color w:val="000000"/>
          <w:sz w:val="28"/>
        </w:rPr>
        <w:t>出</w:t>
      </w:r>
      <w:r>
        <w:rPr>
          <w:spacing w:val="6"/>
          <w:rFonts w:ascii="Ddylr05K+KaiTi" w:hAnsi="Ddylr05K+KaiTi" w:eastAsia="Ddylr05K+KaiTi"/>
          <w:color w:val="000000"/>
          <w:sz w:val="28"/>
        </w:rPr>
        <w:t>台</w:t>
      </w:r>
      <w:r>
        <w:rPr>
          <w:spacing w:val="4"/>
          <w:rFonts w:ascii="Ddylr05K+KaiTi" w:hAnsi="Ddylr05K+KaiTi" w:eastAsia="Ddylr05K+KaiTi"/>
          <w:color w:val="000000"/>
          <w:sz w:val="28"/>
        </w:rPr>
        <w:t>了行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规</w:t>
      </w:r>
      <w:r>
        <w:rPr>
          <w:spacing w:val="8"/>
          <w:rFonts w:ascii="Ddylr05K+KaiTi" w:hAnsi="Ddylr05K+KaiTi" w:eastAsia="Ddylr05K+KaiTi"/>
          <w:color w:val="000000"/>
          <w:sz w:val="28"/>
        </w:rPr>
        <w:t>划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资</w:t>
      </w:r>
      <w:r>
        <w:rPr>
          <w:spacing w:val="4"/>
          <w:rFonts w:ascii="Ddylr05K+KaiTi" w:hAnsi="Ddylr05K+KaiTi" w:eastAsia="Ddylr05K+KaiTi"/>
          <w:color w:val="000000"/>
          <w:sz w:val="28"/>
        </w:rPr>
        <w:t>源整</w:t>
      </w:r>
      <w:r>
        <w:rPr>
          <w:spacing w:val="6"/>
          <w:rFonts w:ascii="Ddylr05K+KaiTi" w:hAnsi="Ddylr05K+KaiTi" w:eastAsia="Ddylr05K+KaiTi"/>
          <w:color w:val="000000"/>
          <w:sz w:val="28"/>
        </w:rPr>
        <w:t>合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rFonts w:ascii="Ddylr05K+KaiTi" w:hAnsi="Ddylr05K+KaiTi" w:eastAsia="Ddylr05K+KaiTi"/>
          <w:color w:val="000000"/>
          <w:sz w:val="28"/>
        </w:rPr>
        <w:t>创</w:t>
      </w:r>
      <w:r>
        <w:rPr>
          <w:spacing w:val="4"/>
          <w:rFonts w:ascii="Ddylr05K+KaiTi" w:hAnsi="Ddylr05K+KaiTi" w:eastAsia="Ddylr05K+KaiTi"/>
          <w:color w:val="000000"/>
          <w:sz w:val="28"/>
        </w:rPr>
        <w:t>新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金</w:t>
      </w:r>
      <w:r>
        <w:rPr>
          <w:spacing w:val="8"/>
          <w:rFonts w:ascii="Ddylr05K+KaiTi" w:hAnsi="Ddylr05K+KaiTi" w:eastAsia="Ddylr05K+KaiTi"/>
          <w:color w:val="000000"/>
          <w:sz w:val="28"/>
        </w:rPr>
        <w:t>融</w:t>
      </w:r>
      <w:r>
        <w:rPr>
          <w:spacing w:val="4"/>
          <w:rFonts w:ascii="Ddylr05K+KaiTi" w:hAnsi="Ddylr05K+KaiTi" w:eastAsia="Ddylr05K+KaiTi"/>
          <w:color w:val="000000"/>
          <w:sz w:val="28"/>
        </w:rPr>
        <w:t>服</w:t>
      </w:r>
      <w:r>
        <w:rPr>
          <w:spacing w:val="6"/>
          <w:rFonts w:ascii="Ddylr05K+KaiTi" w:hAnsi="Ddylr05K+KaiTi" w:eastAsia="Ddylr05K+KaiTi"/>
          <w:color w:val="000000"/>
          <w:sz w:val="28"/>
        </w:rPr>
        <w:t>务</w:t>
      </w:r>
      <w:r>
        <w:rPr>
          <w:spacing w:val="4"/>
          <w:rFonts w:ascii="Ddylr05K+KaiTi" w:hAnsi="Ddylr05K+KaiTi" w:eastAsia="Ddylr05K+KaiTi"/>
          <w:color w:val="000000"/>
          <w:sz w:val="28"/>
        </w:rPr>
        <w:t>、融</w:t>
      </w:r>
      <w:r>
        <w:rPr>
          <w:spacing w:val="8"/>
          <w:rFonts w:ascii="Ddylr05K+KaiTi" w:hAnsi="Ddylr05K+KaiTi" w:eastAsia="Ddylr05K+KaiTi"/>
          <w:color w:val="000000"/>
          <w:sz w:val="28"/>
        </w:rPr>
        <w:t>资</w:t>
      </w:r>
      <w:r>
        <w:rPr>
          <w:spacing w:val="6"/>
          <w:rFonts w:ascii="Ddylr05K+KaiTi" w:hAnsi="Ddylr05K+KaiTi" w:eastAsia="Ddylr05K+KaiTi"/>
          <w:color w:val="000000"/>
          <w:sz w:val="28"/>
        </w:rPr>
        <w:t>上</w:t>
      </w:r>
      <w:r>
        <w:rPr>
          <w:spacing w:val="8"/>
          <w:rFonts w:ascii="Ddylr05K+KaiTi" w:hAnsi="Ddylr05K+KaiTi" w:eastAsia="Ddylr05K+KaiTi"/>
          <w:color w:val="000000"/>
          <w:sz w:val="28"/>
        </w:rPr>
        <w:t>市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土</w:t>
      </w:r>
      <w:r>
        <w:rPr>
          <w:spacing w:val="4"/>
          <w:rFonts w:ascii="Ddylr05K+KaiTi" w:hAnsi="Ddylr05K+KaiTi" w:eastAsia="Ddylr05K+KaiTi"/>
          <w:color w:val="000000"/>
          <w:sz w:val="28"/>
        </w:rPr>
        <w:t>地</w:t>
      </w:r>
      <w:r>
        <w:rPr>
          <w:spacing w:val="6"/>
          <w:rFonts w:ascii="Ddylr05K+KaiTi" w:hAnsi="Ddylr05K+KaiTi" w:eastAsia="Ddylr05K+KaiTi"/>
          <w:color w:val="000000"/>
          <w:sz w:val="28"/>
        </w:rPr>
        <w:t>供</w:t>
      </w:r>
      <w:r>
        <w:rPr>
          <w:spacing w:val="4"/>
          <w:rFonts w:ascii="Ddylr05K+KaiTi" w:hAnsi="Ddylr05K+KaiTi" w:eastAsia="Ddylr05K+KaiTi"/>
          <w:color w:val="000000"/>
          <w:sz w:val="28"/>
        </w:rPr>
        <w:t>应、</w:t>
      </w:r>
      <w:r>
        <w:rPr>
          <w:spacing w:val="8"/>
          <w:rFonts w:ascii="Ddylr05K+KaiTi" w:hAnsi="Ddylr05K+KaiTi" w:eastAsia="Ddylr05K+KaiTi"/>
          <w:color w:val="000000"/>
          <w:sz w:val="28"/>
        </w:rPr>
        <w:t>人</w:t>
      </w:r>
      <w:r>
        <w:rPr>
          <w:spacing w:val="6"/>
          <w:rFonts w:ascii="Ddylr05K+KaiTi" w:hAnsi="Ddylr05K+KaiTi" w:eastAsia="Ddylr05K+KaiTi"/>
          <w:color w:val="000000"/>
          <w:sz w:val="28"/>
        </w:rPr>
        <w:t>才</w:t>
      </w:r>
      <w:r>
        <w:rPr>
          <w:spacing w:val="8"/>
          <w:rFonts w:ascii="Ddylr05K+KaiTi" w:hAnsi="Ddylr05K+KaiTi" w:eastAsia="Ddylr05K+KaiTi"/>
          <w:color w:val="000000"/>
          <w:sz w:val="28"/>
        </w:rPr>
        <w:t>引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等</w:t>
      </w:r>
      <w:r>
        <w:rPr>
          <w:spacing w:val="4"/>
          <w:rFonts w:ascii="Ddylr05K+KaiTi" w:hAnsi="Ddylr05K+KaiTi" w:eastAsia="Ddylr05K+KaiTi"/>
          <w:color w:val="000000"/>
          <w:sz w:val="28"/>
        </w:rPr>
        <w:t>一系</w:t>
      </w:r>
      <w:r>
        <w:rPr>
          <w:spacing w:val="6"/>
          <w:rFonts w:ascii="Ddylr05K+KaiTi" w:hAnsi="Ddylr05K+KaiTi" w:eastAsia="Ddylr05K+KaiTi"/>
          <w:color w:val="000000"/>
          <w:sz w:val="28"/>
        </w:rPr>
        <w:t>列</w:t>
      </w:r>
      <w:r>
        <w:rPr>
          <w:spacing w:val="4"/>
          <w:rFonts w:ascii="Ddylr05K+KaiTi" w:hAnsi="Ddylr05K+KaiTi" w:eastAsia="Ddylr05K+KaiTi"/>
          <w:color w:val="000000"/>
          <w:sz w:val="28"/>
        </w:rPr>
        <w:t>文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6"/>
          <w:rFonts w:ascii="Ddylr05K+KaiTi" w:hAnsi="Ddylr05K+KaiTi" w:eastAsia="Ddylr05K+KaiTi"/>
          <w:color w:val="000000"/>
          <w:sz w:val="28"/>
        </w:rPr>
        <w:t>给</w:t>
      </w:r>
      <w:r>
        <w:rPr>
          <w:rFonts w:ascii="Ddylr05K+KaiTi" w:hAnsi="Ddylr05K+KaiTi" w:eastAsia="Ddylr05K+KaiTi"/>
          <w:color w:val="000000"/>
          <w:sz w:val="28"/>
        </w:rPr>
        <w:t>予</w:t>
      </w:r>
      <w:r>
        <w:rPr>
          <w:spacing w:val="4"/>
          <w:rFonts w:ascii="Ddylr05K+KaiTi" w:hAnsi="Ddylr05K+KaiTi" w:eastAsia="Ddylr05K+KaiTi"/>
          <w:color w:val="000000"/>
          <w:sz w:val="28"/>
        </w:rPr>
        <w:t>全</w:t>
      </w:r>
      <w:r>
        <w:rPr>
          <w:spacing w:val="8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位</w:t>
      </w:r>
      <w:r>
        <w:rPr>
          <w:spacing w:val="8"/>
          <w:rFonts w:ascii="Ddylr05K+KaiTi" w:hAnsi="Ddylr05K+KaiTi" w:eastAsia="Ddylr05K+KaiTi"/>
          <w:color w:val="000000"/>
          <w:sz w:val="28"/>
        </w:rPr>
        <w:t>重</w:t>
      </w:r>
      <w:r>
        <w:rPr>
          <w:spacing w:val="4"/>
          <w:rFonts w:ascii="Ddylr05K+KaiTi" w:hAnsi="Ddylr05K+KaiTi" w:eastAsia="Ddylr05K+KaiTi"/>
          <w:color w:val="000000"/>
          <w:sz w:val="28"/>
        </w:rPr>
        <w:t>点</w:t>
      </w:r>
      <w:r>
        <w:rPr>
          <w:spacing w:val="6"/>
          <w:rFonts w:ascii="Ddylr05K+KaiTi" w:hAnsi="Ddylr05K+KaiTi" w:eastAsia="Ddylr05K+KaiTi"/>
          <w:color w:val="000000"/>
          <w:sz w:val="28"/>
        </w:rPr>
        <w:t>扶</w:t>
      </w:r>
      <w:r>
        <w:rPr>
          <w:spacing w:val="4"/>
          <w:rFonts w:ascii="Ddylr05K+KaiTi" w:hAnsi="Ddylr05K+KaiTi" w:eastAsia="Ddylr05K+KaiTi"/>
          <w:color w:val="000000"/>
          <w:sz w:val="28"/>
        </w:rPr>
        <w:t>持。</w:t>
      </w:r>
      <w:r>
        <w:rPr>
          <w:spacing w:val="8"/>
          <w:rFonts w:ascii="Ddylr05K+KaiTi" w:hAnsi="Ddylr05K+KaiTi" w:eastAsia="Ddylr05K+KaiTi"/>
          <w:color w:val="000000"/>
          <w:sz w:val="28"/>
        </w:rPr>
        <w:t>目</w:t>
      </w:r>
      <w:r>
        <w:rPr>
          <w:spacing w:val="6"/>
          <w:rFonts w:ascii="Ddylr05K+KaiTi" w:hAnsi="Ddylr05K+KaiTi" w:eastAsia="Ddylr05K+KaiTi"/>
          <w:color w:val="000000"/>
          <w:sz w:val="28"/>
        </w:rPr>
        <w:t>前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临</w:t>
      </w:r>
      <w:r>
        <w:rPr>
          <w:spacing w:val="8"/>
          <w:rFonts w:ascii="Ddylr05K+KaiTi" w:hAnsi="Ddylr05K+KaiTi" w:eastAsia="Ddylr05K+KaiTi"/>
          <w:color w:val="000000"/>
          <w:sz w:val="28"/>
        </w:rPr>
        <w:t>沂</w:t>
      </w:r>
      <w:r>
        <w:rPr>
          <w:spacing w:val="4"/>
          <w:rFonts w:ascii="Ddylr05K+KaiTi" w:hAnsi="Ddylr05K+KaiTi" w:eastAsia="Ddylr05K+KaiTi"/>
          <w:color w:val="000000"/>
          <w:sz w:val="28"/>
        </w:rPr>
        <w:t>初</w:t>
      </w:r>
      <w:r>
        <w:rPr>
          <w:spacing w:val="6"/>
          <w:rFonts w:ascii="Ddylr05K+KaiTi" w:hAnsi="Ddylr05K+KaiTi" w:eastAsia="Ddylr05K+KaiTi"/>
          <w:color w:val="000000"/>
          <w:sz w:val="28"/>
        </w:rPr>
        <w:t>步</w:t>
      </w:r>
      <w:r>
        <w:rPr>
          <w:spacing w:val="4"/>
          <w:rFonts w:ascii="Ddylr05K+KaiTi" w:hAnsi="Ddylr05K+KaiTi" w:eastAsia="Ddylr05K+KaiTi"/>
          <w:color w:val="000000"/>
          <w:sz w:val="28"/>
        </w:rPr>
        <w:t>形成</w:t>
      </w:r>
      <w:r>
        <w:rPr>
          <w:spacing w:val="8"/>
          <w:rFonts w:ascii="Ddylr05K+KaiTi" w:hAnsi="Ddylr05K+KaiTi" w:eastAsia="Ddylr05K+KaiTi"/>
          <w:color w:val="000000"/>
          <w:sz w:val="28"/>
        </w:rPr>
        <w:t>了</w:t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8"/>
          <w:rFonts w:ascii="Ddylr05K+KaiTi" w:hAnsi="Ddylr05K+KaiTi" w:eastAsia="Ddylr05K+KaiTi"/>
          <w:color w:val="000000"/>
          <w:sz w:val="28"/>
        </w:rPr>
        <w:t>东</w:t>
      </w:r>
      <w:r>
        <w:rPr>
          <w:spacing w:val="6"/>
          <w:rFonts w:ascii="Ddylr05K+KaiTi" w:hAnsi="Ddylr05K+KaiTi" w:eastAsia="Ddylr05K+KaiTi"/>
          <w:color w:val="000000"/>
          <w:sz w:val="28"/>
        </w:rPr>
        <w:t>临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、沃</w:t>
      </w:r>
      <w:r>
        <w:rPr>
          <w:spacing w:val="6"/>
          <w:rFonts w:ascii="Ddylr05K+KaiTi" w:hAnsi="Ddylr05K+KaiTi" w:eastAsia="Ddylr05K+KaiTi"/>
          <w:color w:val="000000"/>
          <w:sz w:val="28"/>
        </w:rPr>
        <w:t>尔</w:t>
      </w:r>
      <w:r>
        <w:rPr>
          <w:spacing w:val="4"/>
          <w:rFonts w:ascii="Ddylr05K+KaiTi" w:hAnsi="Ddylr05K+KaiTi" w:eastAsia="Ddylr05K+KaiTi"/>
          <w:color w:val="000000"/>
          <w:sz w:val="28"/>
        </w:rPr>
        <w:t>沃</w:t>
      </w:r>
      <w:r>
        <w:rPr>
          <w:spacing w:val="8"/>
          <w:rFonts w:ascii="Ddylr05K+KaiTi" w:hAnsi="Ddylr05K+KaiTi" w:eastAsia="Ddylr05K+KaiTi"/>
          <w:color w:val="000000"/>
          <w:sz w:val="28"/>
        </w:rPr>
        <w:t>建</w:t>
      </w:r>
      <w:r>
        <w:rPr>
          <w:spacing w:val="6"/>
          <w:rFonts w:ascii="Ddylr05K+KaiTi" w:hAnsi="Ddylr05K+KaiTi" w:eastAsia="Ddylr05K+KaiTi"/>
          <w:color w:val="000000"/>
          <w:sz w:val="28"/>
        </w:rPr>
        <w:t>筑</w:t>
      </w:r>
      <w:r>
        <w:rPr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械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8"/>
          <w:rFonts w:ascii="Ddylr05K+KaiTi" w:hAnsi="Ddylr05K+KaiTi" w:eastAsia="Ddylr05K+KaiTi"/>
          <w:color w:val="000000"/>
          <w:sz w:val="28"/>
        </w:rPr>
        <w:t>重</w:t>
      </w:r>
      <w:r>
        <w:rPr>
          <w:spacing w:val="4"/>
          <w:rFonts w:ascii="Ddylr05K+KaiTi" w:hAnsi="Ddylr05K+KaiTi" w:eastAsia="Ddylr05K+KaiTi"/>
          <w:color w:val="000000"/>
          <w:sz w:val="28"/>
        </w:rPr>
        <w:t>建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、柳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华</w:t>
      </w:r>
      <w:r>
        <w:rPr>
          <w:spacing w:val="4"/>
          <w:rFonts w:ascii="Ddylr05K+KaiTi" w:hAnsi="Ddylr05K+KaiTi" w:eastAsia="Ddylr05K+KaiTi"/>
          <w:color w:val="000000"/>
          <w:sz w:val="28"/>
        </w:rPr>
        <w:t>夏</w:t>
      </w:r>
      <w:r>
        <w:rPr>
          <w:spacing w:val="6"/>
          <w:rFonts w:ascii="Ddylr05K+KaiTi" w:hAnsi="Ddylr05K+KaiTi" w:eastAsia="Ddylr05K+KaiTi"/>
          <w:color w:val="000000"/>
          <w:sz w:val="28"/>
        </w:rPr>
        <w:t>重</w:t>
      </w:r>
      <w:r>
        <w:rPr>
          <w:spacing w:val="4"/>
          <w:rFonts w:ascii="Ddylr05K+KaiTi" w:hAnsi="Ddylr05K+KaiTi" w:eastAsia="Ddylr05K+KaiTi"/>
          <w:color w:val="000000"/>
          <w:sz w:val="28"/>
        </w:rPr>
        <w:t>工等</w:t>
      </w:r>
      <w:r>
        <w:rPr>
          <w:spacing w:val="8"/>
          <w:rFonts w:ascii="Ddylr05K+KaiTi" w:hAnsi="Ddylr05K+KaiTi" w:eastAsia="Ddylr05K+KaiTi"/>
          <w:color w:val="000000"/>
          <w:sz w:val="28"/>
        </w:rPr>
        <w:t>整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4"/>
          <w:rFonts w:ascii="Ddylr05K+KaiTi" w:hAnsi="Ddylr05K+KaiTi" w:eastAsia="Ddylr05K+KaiTi"/>
          <w:color w:val="000000"/>
          <w:sz w:val="28"/>
        </w:rPr>
        <w:t>业龙</w:t>
      </w:r>
      <w:r>
        <w:rPr>
          <w:spacing w:val="6"/>
          <w:rFonts w:ascii="Ddylr05K+KaiTi" w:hAnsi="Ddylr05K+KaiTi" w:eastAsia="Ddylr05K+KaiTi"/>
          <w:color w:val="000000"/>
          <w:sz w:val="28"/>
        </w:rPr>
        <w:t>头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带</w:t>
      </w:r>
      <w:r>
        <w:rPr>
          <w:spacing w:val="6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着</w:t>
      </w:r>
      <w:r>
        <w:rPr>
          <w:spacing w:val="4"/>
          <w:rFonts w:ascii="Ddylr05K+KaiTi" w:hAnsi="Ddylr05K+KaiTi" w:eastAsia="Ddylr05K+KaiTi"/>
          <w:color w:val="000000"/>
          <w:sz w:val="28"/>
        </w:rPr>
        <w:t>临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金</w:t>
      </w:r>
      <w:r>
        <w:rPr>
          <w:spacing w:val="8"/>
          <w:rFonts w:ascii="Ddylr05K+KaiTi" w:hAnsi="Ddylr05K+KaiTi" w:eastAsia="Ddylr05K+KaiTi"/>
          <w:color w:val="000000"/>
          <w:sz w:val="28"/>
        </w:rPr>
        <w:t>利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胜</w:t>
      </w:r>
      <w:r>
        <w:rPr>
          <w:spacing w:val="4"/>
          <w:rFonts w:ascii="Ddylr05K+KaiTi" w:hAnsi="Ddylr05K+KaiTi" w:eastAsia="Ddylr05K+KaiTi"/>
          <w:color w:val="000000"/>
          <w:sz w:val="28"/>
        </w:rPr>
        <w:t>代机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德</w:t>
      </w:r>
      <w:r>
        <w:rPr>
          <w:spacing w:val="6"/>
          <w:rFonts w:ascii="Ddylr05K+KaiTi" w:hAnsi="Ddylr05K+KaiTi" w:eastAsia="Ddylr05K+KaiTi"/>
          <w:color w:val="000000"/>
          <w:sz w:val="28"/>
        </w:rPr>
        <w:t>鑫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械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正大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珠</w:t>
      </w:r>
      <w:r>
        <w:rPr>
          <w:spacing w:val="8"/>
          <w:rFonts w:ascii="Ddylr05K+KaiTi" w:hAnsi="Ddylr05K+KaiTi" w:eastAsia="Ddylr05K+KaiTi"/>
          <w:color w:val="000000"/>
          <w:sz w:val="28"/>
        </w:rPr>
        <w:t>琳</w:t>
      </w:r>
      <w:r>
        <w:rPr>
          <w:spacing w:val="4"/>
          <w:rFonts w:ascii="Ddylr05K+KaiTi" w:hAnsi="Ddylr05K+KaiTi" w:eastAsia="Ddylr05K+KaiTi"/>
          <w:color w:val="000000"/>
          <w:sz w:val="28"/>
        </w:rPr>
        <w:t>智造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山</w:t>
      </w:r>
      <w:r>
        <w:rPr>
          <w:spacing w:val="8"/>
          <w:rFonts w:ascii="Ddylr05K+KaiTi" w:hAnsi="Ddylr05K+KaiTi" w:eastAsia="Ddylr05K+KaiTi"/>
          <w:color w:val="000000"/>
          <w:sz w:val="28"/>
        </w:rPr>
        <w:t>东</w:t>
      </w:r>
      <w:r>
        <w:rPr>
          <w:spacing w:val="6"/>
          <w:rFonts w:ascii="Ddylr05K+KaiTi" w:hAnsi="Ddylr05K+KaiTi" w:eastAsia="Ddylr05K+KaiTi"/>
          <w:color w:val="000000"/>
          <w:sz w:val="28"/>
        </w:rPr>
        <w:t>国</w:t>
      </w:r>
      <w:r>
        <w:rPr>
          <w:rFonts w:ascii="Ddylr05K+KaiTi" w:hAnsi="Ddylr05K+KaiTi" w:eastAsia="Ddylr05K+KaiTi"/>
          <w:color w:val="000000"/>
          <w:sz w:val="28"/>
        </w:rPr>
        <w:t>众</w:t>
      </w:r>
      <w:r>
        <w:rPr>
          <w:spacing w:val="4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配</w:t>
      </w:r>
      <w:r>
        <w:rPr>
          <w:spacing w:val="6"/>
          <w:rFonts w:ascii="Ddylr05K+KaiTi" w:hAnsi="Ddylr05K+KaiTi" w:eastAsia="Ddylr05K+KaiTi"/>
          <w:color w:val="000000"/>
          <w:sz w:val="28"/>
        </w:rPr>
        <w:t>套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发展</w:t>
      </w:r>
      <w:r>
        <w:rPr>
          <w:spacing w:val="8"/>
          <w:rFonts w:ascii="Ddylr05K+KaiTi" w:hAnsi="Ddylr05K+KaiTi" w:eastAsia="Ddylr05K+KaiTi"/>
          <w:color w:val="000000"/>
          <w:sz w:val="28"/>
        </w:rPr>
        <w:t>成</w:t>
      </w:r>
      <w:r>
        <w:rPr>
          <w:spacing w:val="6"/>
          <w:rFonts w:ascii="Ddylr05K+KaiTi" w:hAnsi="Ddylr05K+KaiTi" w:eastAsia="Ddylr05K+KaiTi"/>
          <w:color w:val="000000"/>
          <w:sz w:val="28"/>
        </w:rPr>
        <w:t>为</w:t>
      </w:r>
      <w:r>
        <w:rPr>
          <w:spacing w:val="8"/>
          <w:rFonts w:ascii="Ddylr05K+KaiTi" w:hAnsi="Ddylr05K+KaiTi" w:eastAsia="Ddylr05K+KaiTi"/>
          <w:color w:val="000000"/>
          <w:sz w:val="28"/>
        </w:rPr>
        <w:t>集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4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六大</w:t>
      </w:r>
      <w:r>
        <w:rPr>
          <w:spacing w:val="8"/>
          <w:rFonts w:ascii="Ddylr05K+KaiTi" w:hAnsi="Ddylr05K+KaiTi" w:eastAsia="Ddylr05K+KaiTi"/>
          <w:color w:val="000000"/>
          <w:sz w:val="28"/>
        </w:rPr>
        <w:t>类</w:t>
      </w:r>
      <w:r>
        <w:rPr>
          <w:spacing w:val="6"/>
          <w:rFonts w:ascii="Ddylr05K+KaiTi" w:hAnsi="Ddylr05K+KaiTi" w:eastAsia="Ddylr05K+KaiTi"/>
          <w:color w:val="000000"/>
          <w:sz w:val="28"/>
        </w:rPr>
        <w:t>整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生产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上</w:t>
      </w:r>
      <w:r>
        <w:rPr>
          <w:spacing w:val="8"/>
          <w:rFonts w:ascii="Ddylr05K+KaiTi" w:hAnsi="Ddylr05K+KaiTi" w:eastAsia="Ddylr05K+KaiTi"/>
          <w:color w:val="000000"/>
          <w:sz w:val="28"/>
        </w:rPr>
        <w:t>百</w:t>
      </w:r>
      <w:r>
        <w:rPr>
          <w:spacing w:val="6"/>
          <w:rFonts w:ascii="Ddylr05K+KaiTi" w:hAnsi="Ddylr05K+KaiTi" w:eastAsia="Ddylr05K+KaiTi"/>
          <w:color w:val="000000"/>
          <w:sz w:val="28"/>
        </w:rPr>
        <w:t>种</w:t>
      </w:r>
      <w:r>
        <w:rPr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8"/>
          <w:rFonts w:ascii="Ddylr05K+KaiTi" w:hAnsi="Ddylr05K+KaiTi" w:eastAsia="Ddylr05K+KaiTi"/>
          <w:color w:val="000000"/>
          <w:sz w:val="28"/>
        </w:rPr>
        <w:t>零</w:t>
      </w:r>
      <w:r>
        <w:rPr>
          <w:spacing w:val="4"/>
          <w:rFonts w:ascii="Ddylr05K+KaiTi" w:hAnsi="Ddylr05K+KaiTi" w:eastAsia="Ddylr05K+KaiTi"/>
          <w:color w:val="000000"/>
          <w:sz w:val="28"/>
        </w:rPr>
        <w:t>部</w:t>
      </w:r>
      <w:r>
        <w:rPr>
          <w:spacing w:val="6"/>
          <w:rFonts w:ascii="Ddylr05K+KaiTi" w:hAnsi="Ddylr05K+KaiTi" w:eastAsia="Ddylr05K+KaiTi"/>
          <w:color w:val="000000"/>
          <w:sz w:val="28"/>
        </w:rPr>
        <w:t>件</w:t>
      </w:r>
      <w:r>
        <w:rPr>
          <w:spacing w:val="4"/>
          <w:rFonts w:ascii="Ddylr05K+KaiTi" w:hAnsi="Ddylr05K+KaiTi" w:eastAsia="Ddylr05K+KaiTi"/>
          <w:color w:val="000000"/>
          <w:sz w:val="28"/>
        </w:rPr>
        <w:t>产品</w:t>
      </w:r>
      <w:r>
        <w:rPr>
          <w:spacing w:val="8"/>
          <w:rFonts w:ascii="Ddylr05K+KaiTi" w:hAnsi="Ddylr05K+KaiTi" w:eastAsia="Ddylr05K+KaiTi"/>
          <w:color w:val="000000"/>
          <w:sz w:val="28"/>
        </w:rPr>
        <w:t>配</w:t>
      </w:r>
      <w:r>
        <w:rPr>
          <w:spacing w:val="6"/>
          <w:rFonts w:ascii="Ddylr05K+KaiTi" w:hAnsi="Ddylr05K+KaiTi" w:eastAsia="Ddylr05K+KaiTi"/>
          <w:color w:val="000000"/>
          <w:sz w:val="28"/>
        </w:rPr>
        <w:t>套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十</w:t>
      </w:r>
      <w:r>
        <w:rPr>
          <w:spacing w:val="8"/>
          <w:rFonts w:ascii="Ddylr05K+KaiTi" w:hAnsi="Ddylr05K+KaiTi" w:eastAsia="Ddylr05K+KaiTi"/>
          <w:color w:val="000000"/>
          <w:sz w:val="28"/>
        </w:rPr>
        <w:t>余</w:t>
      </w:r>
      <w:r>
        <w:rPr>
          <w:spacing w:val="4"/>
          <w:rFonts w:ascii="Ddylr05K+KaiTi" w:hAnsi="Ddylr05K+KaiTi" w:eastAsia="Ddylr05K+KaiTi"/>
          <w:color w:val="000000"/>
          <w:sz w:val="28"/>
        </w:rPr>
        <w:t>家</w:t>
      </w:r>
      <w:r>
        <w:rPr>
          <w:spacing w:val="6"/>
          <w:rFonts w:ascii="Ddylr05K+KaiTi" w:hAnsi="Ddylr05K+KaiTi" w:eastAsia="Ddylr05K+KaiTi"/>
          <w:color w:val="000000"/>
          <w:sz w:val="28"/>
        </w:rPr>
        <w:t>生</w:t>
      </w:r>
      <w:r>
        <w:rPr>
          <w:spacing w:val="4"/>
          <w:rFonts w:ascii="Ddylr05K+KaiTi" w:hAnsi="Ddylr05K+KaiTi" w:eastAsia="Ddylr05K+KaiTi"/>
          <w:color w:val="000000"/>
          <w:sz w:val="28"/>
        </w:rPr>
        <w:t>产性</w:t>
      </w:r>
      <w:r>
        <w:rPr>
          <w:spacing w:val="8"/>
          <w:rFonts w:ascii="Ddylr05K+KaiTi" w:hAnsi="Ddylr05K+KaiTi" w:eastAsia="Ddylr05K+KaiTi"/>
          <w:color w:val="000000"/>
          <w:sz w:val="28"/>
        </w:rPr>
        <w:t>物</w:t>
      </w:r>
      <w:r>
        <w:rPr>
          <w:spacing w:val="6"/>
          <w:rFonts w:ascii="Ddylr05K+KaiTi" w:hAnsi="Ddylr05K+KaiTi" w:eastAsia="Ddylr05K+KaiTi"/>
          <w:color w:val="000000"/>
          <w:sz w:val="28"/>
        </w:rPr>
        <w:t>流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于</w:t>
      </w:r>
      <w:r>
        <w:rPr>
          <w:spacing w:val="4"/>
          <w:rFonts w:ascii="Ddylr05K+KaiTi" w:hAnsi="Ddylr05K+KaiTi" w:eastAsia="Ddylr05K+KaiTi"/>
          <w:color w:val="000000"/>
          <w:sz w:val="28"/>
        </w:rPr>
        <w:t>一体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金</w:t>
      </w:r>
      <w:r>
        <w:rPr>
          <w:spacing w:val="8"/>
          <w:rFonts w:ascii="Ddylr05K+KaiTi" w:hAnsi="Ddylr05K+KaiTi" w:eastAsia="Ddylr05K+KaiTi"/>
          <w:color w:val="000000"/>
          <w:sz w:val="28"/>
        </w:rPr>
        <w:t>字</w:t>
      </w:r>
      <w:r>
        <w:rPr>
          <w:spacing w:val="6"/>
          <w:rFonts w:ascii="Ddylr05K+KaiTi" w:hAnsi="Ddylr05K+KaiTi" w:eastAsia="Ddylr05K+KaiTi"/>
          <w:color w:val="000000"/>
          <w:sz w:val="28"/>
        </w:rPr>
        <w:t>塔</w:t>
      </w:r>
      <w:r>
        <w:rPr>
          <w:rFonts w:ascii="Ddylr05K+KaiTi" w:hAnsi="Ddylr05K+KaiTi" w:eastAsia="Ddylr05K+KaiTi"/>
          <w:color w:val="000000"/>
          <w:sz w:val="28"/>
        </w:rPr>
        <w:t>型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集群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形</w:t>
      </w:r>
      <w:r>
        <w:rPr>
          <w:spacing w:val="8"/>
          <w:rFonts w:ascii="Ddylr05K+KaiTi" w:hAnsi="Ddylr05K+KaiTi" w:eastAsia="Ddylr05K+KaiTi"/>
          <w:color w:val="000000"/>
          <w:sz w:val="28"/>
        </w:rPr>
        <w:t>成</w:t>
      </w:r>
      <w:r>
        <w:rPr>
          <w:spacing w:val="6"/>
          <w:rFonts w:ascii="Ddylr05K+KaiTi" w:hAnsi="Ddylr05K+KaiTi" w:eastAsia="Ddylr05K+KaiTi"/>
          <w:color w:val="000000"/>
          <w:sz w:val="28"/>
        </w:rPr>
        <w:t>了</w:t>
      </w:r>
      <w:r>
        <w:rPr>
          <w:spacing w:val="8"/>
          <w:rFonts w:ascii="Ddylr05K+KaiTi" w:hAnsi="Ddylr05K+KaiTi" w:eastAsia="Ddylr05K+KaiTi"/>
          <w:color w:val="000000"/>
          <w:sz w:val="28"/>
        </w:rPr>
        <w:t>原</w:t>
      </w:r>
      <w:r>
        <w:rPr>
          <w:spacing w:val="4"/>
          <w:rFonts w:ascii="Ddylr05K+KaiTi" w:hAnsi="Ddylr05K+KaiTi" w:eastAsia="Ddylr05K+KaiTi"/>
          <w:color w:val="000000"/>
          <w:sz w:val="28"/>
        </w:rPr>
        <w:t>材</w:t>
      </w:r>
      <w:r>
        <w:rPr>
          <w:spacing w:val="6"/>
          <w:rFonts w:ascii="Ddylr05K+KaiTi" w:hAnsi="Ddylr05K+KaiTi" w:eastAsia="Ddylr05K+KaiTi"/>
          <w:color w:val="000000"/>
          <w:sz w:val="28"/>
        </w:rPr>
        <w:t>料</w:t>
      </w:r>
      <w:r>
        <w:rPr>
          <w:spacing w:val="4"/>
          <w:rFonts w:ascii="Ddylr05K+KaiTi" w:hAnsi="Ddylr05K+KaiTi" w:eastAsia="Ddylr05K+KaiTi"/>
          <w:color w:val="000000"/>
          <w:sz w:val="28"/>
        </w:rPr>
        <w:t>采购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零</w:t>
      </w:r>
      <w:r>
        <w:rPr>
          <w:spacing w:val="8"/>
          <w:rFonts w:ascii="Ddylr05K+KaiTi" w:hAnsi="Ddylr05K+KaiTi" w:eastAsia="Ddylr05K+KaiTi"/>
          <w:color w:val="000000"/>
          <w:sz w:val="28"/>
        </w:rPr>
        <w:t>部</w:t>
      </w:r>
      <w:r>
        <w:rPr>
          <w:spacing w:val="6"/>
          <w:rFonts w:ascii="Ddylr05K+KaiTi" w:hAnsi="Ddylr05K+KaiTi" w:eastAsia="Ddylr05K+KaiTi"/>
          <w:color w:val="000000"/>
          <w:sz w:val="28"/>
        </w:rPr>
        <w:t>件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4"/>
          <w:rFonts w:ascii="Ddylr05K+KaiTi" w:hAnsi="Ddylr05K+KaiTi" w:eastAsia="Ddylr05K+KaiTi"/>
          <w:color w:val="000000"/>
          <w:sz w:val="28"/>
        </w:rPr>
        <w:t>工配</w:t>
      </w:r>
      <w:r>
        <w:rPr>
          <w:spacing w:val="6"/>
          <w:rFonts w:ascii="Ddylr05K+KaiTi" w:hAnsi="Ddylr05K+KaiTi" w:eastAsia="Ddylr05K+KaiTi"/>
          <w:color w:val="000000"/>
          <w:sz w:val="28"/>
        </w:rPr>
        <w:t>送</w:t>
      </w:r>
      <w:r>
        <w:rPr>
          <w:spacing w:val="4"/>
          <w:rFonts w:ascii="Ddylr05K+KaiTi" w:hAnsi="Ddylr05K+KaiTi" w:eastAsia="Ddylr05K+KaiTi"/>
          <w:color w:val="000000"/>
          <w:sz w:val="28"/>
        </w:rPr>
        <w:t>到</w:t>
      </w:r>
      <w:r>
        <w:rPr>
          <w:spacing w:val="8"/>
          <w:rFonts w:ascii="Ddylr05K+KaiTi" w:hAnsi="Ddylr05K+KaiTi" w:eastAsia="Ddylr05K+KaiTi"/>
          <w:color w:val="000000"/>
          <w:sz w:val="28"/>
        </w:rPr>
        <w:t>整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装</w:t>
      </w:r>
      <w:r>
        <w:rPr>
          <w:spacing w:val="4"/>
          <w:rFonts w:ascii="Ddylr05K+KaiTi" w:hAnsi="Ddylr05K+KaiTi" w:eastAsia="Ddylr05K+KaiTi"/>
          <w:color w:val="000000"/>
          <w:sz w:val="28"/>
        </w:rPr>
        <w:t>配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市</w:t>
      </w:r>
      <w:r>
        <w:rPr>
          <w:spacing w:val="8"/>
          <w:rFonts w:ascii="Ddylr05K+KaiTi" w:hAnsi="Ddylr05K+KaiTi" w:eastAsia="Ddylr05K+KaiTi"/>
          <w:color w:val="000000"/>
          <w:sz w:val="28"/>
        </w:rPr>
        <w:t>场</w:t>
      </w:r>
      <w:r>
        <w:rPr>
          <w:spacing w:val="4"/>
          <w:rFonts w:ascii="Ddylr05K+KaiTi" w:hAnsi="Ddylr05K+KaiTi" w:eastAsia="Ddylr05K+KaiTi"/>
          <w:color w:val="000000"/>
          <w:sz w:val="28"/>
        </w:rPr>
        <w:t>营</w:t>
      </w:r>
      <w:r>
        <w:rPr>
          <w:spacing w:val="6"/>
          <w:rFonts w:ascii="Ddylr05K+KaiTi" w:hAnsi="Ddylr05K+KaiTi" w:eastAsia="Ddylr05K+KaiTi"/>
          <w:color w:val="000000"/>
          <w:sz w:val="28"/>
        </w:rPr>
        <w:t>销</w:t>
      </w:r>
      <w:r>
        <w:rPr>
          <w:spacing w:val="4"/>
          <w:rFonts w:ascii="Ddylr05K+KaiTi" w:hAnsi="Ddylr05K+KaiTi" w:eastAsia="Ddylr05K+KaiTi"/>
          <w:color w:val="000000"/>
          <w:sz w:val="28"/>
        </w:rPr>
        <w:t>的完</w:t>
      </w:r>
      <w:r>
        <w:rPr>
          <w:spacing w:val="8"/>
          <w:rFonts w:ascii="Ddylr05K+KaiTi" w:hAnsi="Ddylr05K+KaiTi" w:eastAsia="Ddylr05K+KaiTi"/>
          <w:color w:val="000000"/>
          <w:sz w:val="28"/>
        </w:rPr>
        <w:t>整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链条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在</w:t>
      </w:r>
      <w:r>
        <w:rPr>
          <w:spacing w:val="8"/>
          <w:rFonts w:ascii="Ddylr05K+KaiTi" w:hAnsi="Ddylr05K+KaiTi" w:eastAsia="Ddylr05K+KaiTi"/>
          <w:color w:val="000000"/>
          <w:sz w:val="28"/>
        </w:rPr>
        <w:t>全</w:t>
      </w:r>
      <w:r>
        <w:rPr>
          <w:spacing w:val="6"/>
          <w:rFonts w:ascii="Ddylr05K+KaiTi" w:hAnsi="Ddylr05K+KaiTi" w:eastAsia="Ddylr05K+KaiTi"/>
          <w:color w:val="000000"/>
          <w:sz w:val="28"/>
        </w:rPr>
        <w:t>国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程机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布</w:t>
      </w:r>
      <w:r>
        <w:rPr>
          <w:spacing w:val="4"/>
          <w:rFonts w:ascii="Ddylr05K+KaiTi" w:hAnsi="Ddylr05K+KaiTi" w:eastAsia="Ddylr05K+KaiTi"/>
          <w:color w:val="000000"/>
          <w:sz w:val="28"/>
        </w:rPr>
        <w:t>局</w:t>
      </w:r>
      <w:r>
        <w:rPr>
          <w:spacing w:val="8"/>
          <w:rFonts w:ascii="Ddylr05K+KaiTi" w:hAnsi="Ddylr05K+KaiTi" w:eastAsia="Ddylr05K+KaiTi"/>
          <w:color w:val="000000"/>
          <w:sz w:val="28"/>
        </w:rPr>
        <w:t>上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有</w:t>
      </w:r>
      <w:r>
        <w:rPr>
          <w:spacing w:val="4"/>
          <w:rFonts w:ascii="Ddylr05K+KaiTi" w:hAnsi="Ddylr05K+KaiTi" w:eastAsia="Ddylr05K+KaiTi"/>
          <w:color w:val="000000"/>
          <w:sz w:val="28"/>
        </w:rPr>
        <w:t>着</w:t>
      </w:r>
      <w:r>
        <w:rPr>
          <w:spacing w:val="6"/>
          <w:rFonts w:ascii="Ddylr05K+KaiTi" w:hAnsi="Ddylr05K+KaiTi" w:eastAsia="Ddylr05K+KaiTi"/>
          <w:color w:val="000000"/>
          <w:sz w:val="28"/>
        </w:rPr>
        <w:t>举</w:t>
      </w:r>
      <w:r>
        <w:rPr>
          <w:spacing w:val="4"/>
          <w:rFonts w:ascii="Ddylr05K+KaiTi" w:hAnsi="Ddylr05K+KaiTi" w:eastAsia="Ddylr05K+KaiTi"/>
          <w:color w:val="000000"/>
          <w:sz w:val="28"/>
        </w:rPr>
        <w:t>足轻</w:t>
      </w:r>
      <w:r>
        <w:rPr>
          <w:spacing w:val="8"/>
          <w:rFonts w:ascii="Ddylr05K+KaiTi" w:hAnsi="Ddylr05K+KaiTi" w:eastAsia="Ddylr05K+KaiTi"/>
          <w:color w:val="000000"/>
          <w:sz w:val="28"/>
        </w:rPr>
        <w:t>重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地</w:t>
      </w:r>
      <w:r>
        <w:rPr>
          <w:spacing w:val="6"/>
          <w:rFonts w:ascii="Ddylr05K+KaiTi" w:hAnsi="Ddylr05K+KaiTi" w:eastAsia="Ddylr05K+KaiTi"/>
          <w:color w:val="000000"/>
          <w:sz w:val="28"/>
        </w:rPr>
        <w:t>位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临</w:t>
      </w:r>
      <w:r>
        <w:rPr>
          <w:spacing w:val="6"/>
          <w:rFonts w:ascii="Ddylr05K+KaiTi" w:hAnsi="Ddylr05K+KaiTi" w:eastAsia="Ddylr05K+KaiTi"/>
          <w:color w:val="000000"/>
          <w:sz w:val="28"/>
        </w:rPr>
        <w:t>沂</w:t>
      </w:r>
      <w:r>
        <w:rPr>
          <w:spacing w:val="4"/>
          <w:rFonts w:ascii="Ddylr05K+KaiTi" w:hAnsi="Ddylr05K+KaiTi" w:eastAsia="Ddylr05K+KaiTi"/>
          <w:color w:val="000000"/>
          <w:sz w:val="28"/>
        </w:rPr>
        <w:t>工程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共</w:t>
      </w:r>
      <w:r>
        <w:rPr>
          <w:spacing w:val="4"/>
          <w:rFonts w:ascii="Ddylr05K+KaiTi" w:hAnsi="Ddylr05K+KaiTi" w:eastAsia="Ddylr05K+KaiTi"/>
          <w:color w:val="000000"/>
          <w:sz w:val="28"/>
        </w:rPr>
        <w:t>有规</w:t>
      </w:r>
      <w:r>
        <w:rPr>
          <w:spacing w:val="6"/>
          <w:rFonts w:ascii="Ddylr05K+KaiTi" w:hAnsi="Ddylr05K+KaiTi" w:eastAsia="Ddylr05K+KaiTi"/>
          <w:color w:val="000000"/>
          <w:sz w:val="28"/>
        </w:rPr>
        <w:t>模</w:t>
      </w:r>
      <w:r>
        <w:rPr>
          <w:spacing w:val="4"/>
          <w:rFonts w:ascii="Ddylr05K+KaiTi" w:hAnsi="Ddylr05K+KaiTi" w:eastAsia="Ddylr05K+KaiTi"/>
          <w:color w:val="000000"/>
          <w:sz w:val="28"/>
        </w:rPr>
        <w:t>以</w:t>
      </w:r>
      <w:r>
        <w:rPr>
          <w:spacing w:val="8"/>
          <w:rFonts w:ascii="Ddylr05K+KaiTi" w:hAnsi="Ddylr05K+KaiTi" w:eastAsia="Ddylr05K+KaiTi"/>
          <w:color w:val="000000"/>
          <w:sz w:val="28"/>
        </w:rPr>
        <w:t>上</w:t>
      </w:r>
      <w:r>
        <w:rPr>
          <w:spacing w:val="6"/>
          <w:rFonts w:ascii="Ddylr05K+KaiTi" w:hAnsi="Ddylr05K+KaiTi" w:eastAsia="Ddylr05K+KaiTi"/>
          <w:color w:val="000000"/>
          <w:sz w:val="28"/>
        </w:rPr>
        <w:t>企</w:t>
      </w:r>
      <w:r>
        <w:rPr>
          <w:rFonts w:ascii="Ddylr05K+KaiTi" w:hAnsi="Ddylr05K+KaiTi" w:eastAsia="Ddylr05K+KaiTi"/>
          <w:color w:val="000000"/>
          <w:sz w:val="28"/>
        </w:rPr>
        <w:t>业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2"/>
          <w:rFonts w:ascii="Ddylr05K+KaiTi" w:hAnsi="Ddylr05K+KaiTi" w:eastAsia="Ddylr05K+KaiTi"/>
          <w:color w:val="000000"/>
          <w:sz w:val="28"/>
        </w:rPr>
        <w:t>0</w:t>
      </w:r>
      <w:r>
        <w:rPr>
          <w:spacing w:val="4"/>
          <w:rFonts w:ascii="Ddylr05K+KaiTi" w:hAnsi="Ddylr05K+KaiTi" w:eastAsia="Ddylr05K+KaiTi"/>
          <w:color w:val="000000"/>
          <w:sz w:val="28"/>
        </w:rPr>
        <w:t>多家，</w:t>
      </w:r>
      <w:r>
        <w:rPr>
          <w:spacing w:val="2"/>
          <w:rFonts w:ascii="Ddylr05K+KaiTi" w:hAnsi="Ddylr05K+KaiTi" w:eastAsia="Ddylr05K+KaiTi"/>
          <w:color w:val="000000"/>
          <w:sz w:val="28"/>
        </w:rPr>
        <w:t>主</w:t>
      </w:r>
      <w:r>
        <w:rPr>
          <w:spacing w:val="6"/>
          <w:rFonts w:ascii="Ddylr05K+KaiTi" w:hAnsi="Ddylr05K+KaiTi" w:eastAsia="Ddylr05K+KaiTi"/>
          <w:color w:val="000000"/>
          <w:sz w:val="28"/>
        </w:rPr>
        <w:t>要</w:t>
      </w:r>
      <w:r>
        <w:rPr>
          <w:spacing w:val="2"/>
          <w:rFonts w:ascii="Ddylr05K+KaiTi" w:hAnsi="Ddylr05K+KaiTi" w:eastAsia="Ddylr05K+KaiTi"/>
          <w:color w:val="000000"/>
          <w:sz w:val="28"/>
        </w:rPr>
        <w:t>生</w:t>
      </w:r>
      <w:r>
        <w:rPr>
          <w:spacing w:val="74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72"/>
          <w:rFonts w:ascii="Ddylr05K+KaiTi" w:hAnsi="Ddylr05K+KaiTi" w:eastAsia="Ddylr05K+KaiTi"/>
          <w:color w:val="000000"/>
          <w:sz w:val="28"/>
        </w:rPr>
        <w:t>0</w:t>
      </w:r>
      <w:r>
        <w:rPr>
          <w:spacing w:val="4"/>
          <w:rFonts w:ascii="Ddylr05K+KaiTi" w:hAnsi="Ddylr05K+KaiTi" w:eastAsia="Ddylr05K+KaiTi"/>
          <w:color w:val="000000"/>
          <w:sz w:val="28"/>
        </w:rPr>
        <w:t>大</w:t>
      </w:r>
      <w:r>
        <w:rPr>
          <w:spacing w:val="2"/>
          <w:rFonts w:ascii="Ddylr05K+KaiTi" w:hAnsi="Ddylr05K+KaiTi" w:eastAsia="Ddylr05K+KaiTi"/>
          <w:color w:val="000000"/>
          <w:sz w:val="28"/>
        </w:rPr>
        <w:t>类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6</w:t>
      </w:r>
      <w:r>
        <w:rPr>
          <w:spacing w:val="70"/>
          <w:rFonts w:ascii="Ddylr05K+KaiTi" w:hAnsi="Ddylr05K+KaiTi" w:eastAsia="Ddylr05K+KaiTi"/>
          <w:color w:val="000000"/>
          <w:sz w:val="28"/>
        </w:rPr>
        <w:t>0</w:t>
      </w:r>
      <w:r>
        <w:rPr>
          <w:spacing w:val="6"/>
          <w:rFonts w:ascii="Ddylr05K+KaiTi" w:hAnsi="Ddylr05K+KaiTi" w:eastAsia="Ddylr05K+KaiTi"/>
          <w:color w:val="000000"/>
          <w:sz w:val="28"/>
        </w:rPr>
        <w:t>多</w:t>
      </w:r>
      <w:r>
        <w:rPr>
          <w:spacing w:val="2"/>
          <w:rFonts w:ascii="Ddylr05K+KaiTi" w:hAnsi="Ddylr05K+KaiTi" w:eastAsia="Ddylr05K+KaiTi"/>
          <w:color w:val="000000"/>
          <w:sz w:val="28"/>
        </w:rPr>
        <w:t>个</w:t>
      </w:r>
      <w:r>
        <w:rPr>
          <w:spacing w:val="4"/>
          <w:rFonts w:ascii="Ddylr05K+KaiTi" w:hAnsi="Ddylr05K+KaiTi" w:eastAsia="Ddylr05K+KaiTi"/>
          <w:color w:val="000000"/>
          <w:sz w:val="28"/>
        </w:rPr>
        <w:t>小</w:t>
      </w:r>
      <w:r>
        <w:rPr>
          <w:spacing w:val="2"/>
          <w:rFonts w:ascii="Ddylr05K+KaiTi" w:hAnsi="Ddylr05K+KaiTi" w:eastAsia="Ddylr05K+KaiTi"/>
          <w:color w:val="000000"/>
          <w:sz w:val="28"/>
        </w:rPr>
        <w:t>类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4"/>
          <w:rFonts w:ascii="Ddylr05K+KaiTi" w:hAnsi="Ddylr05K+KaiTi" w:eastAsia="Ddylr05K+KaiTi"/>
          <w:color w:val="000000"/>
          <w:sz w:val="28"/>
        </w:rPr>
        <w:t>0</w:t>
      </w:r>
      <w:r>
        <w:rPr>
          <w:spacing w:val="6"/>
          <w:rFonts w:ascii="Ddylr05K+KaiTi" w:hAnsi="Ddylr05K+KaiTi" w:eastAsia="Ddylr05K+KaiTi"/>
          <w:color w:val="000000"/>
          <w:sz w:val="28"/>
        </w:rPr>
        <w:t>多</w:t>
      </w:r>
      <w:r>
        <w:rPr>
          <w:spacing w:val="2"/>
          <w:rFonts w:ascii="Ddylr05K+KaiTi" w:hAnsi="Ddylr05K+KaiTi" w:eastAsia="Ddylr05K+KaiTi"/>
          <w:color w:val="000000"/>
          <w:sz w:val="28"/>
        </w:rPr>
        <w:t>个</w:t>
      </w:r>
      <w:r>
        <w:rPr>
          <w:spacing w:val="4"/>
          <w:rFonts w:ascii="Ddylr05K+KaiTi" w:hAnsi="Ddylr05K+KaiTi" w:eastAsia="Ddylr05K+KaiTi"/>
          <w:color w:val="000000"/>
          <w:sz w:val="28"/>
        </w:rPr>
        <w:t>型号规</w:t>
      </w:r>
      <w:r>
        <w:rPr>
          <w:spacing w:val="2"/>
          <w:rFonts w:ascii="Ddylr05K+KaiTi" w:hAnsi="Ddylr05K+KaiTi" w:eastAsia="Ddylr05K+KaiTi"/>
          <w:color w:val="000000"/>
          <w:sz w:val="28"/>
        </w:rPr>
        <w:t>格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品，</w:t>
      </w:r>
      <w:r>
        <w:rPr>
          <w:rFonts w:ascii="Ddylr05K+KaiTi" w:hAnsi="Ddylr05K+KaiTi" w:eastAsia="Ddylr05K+KaiTi"/>
          <w:color w:val="000000"/>
          <w:sz w:val="28"/>
        </w:rPr>
        <w:t>占全</w:t>
      </w:r>
      <w:r>
        <w:rPr>
          <w:spacing w:val="-2"/>
          <w:rFonts w:ascii="Ddylr05K+KaiTi" w:hAnsi="Ddylr05K+KaiTi" w:eastAsia="Ddylr05K+KaiTi"/>
          <w:color w:val="000000"/>
          <w:sz w:val="28"/>
        </w:rPr>
        <w:t>国</w:t>
      </w:r>
      <w:r>
        <w:rPr>
          <w:rFonts w:ascii="Ddylr05K+KaiTi" w:hAnsi="Ddylr05K+KaiTi" w:eastAsia="Ddylr05K+KaiTi"/>
          <w:color w:val="000000"/>
          <w:sz w:val="28"/>
        </w:rPr>
        <w:t>工程</w:t>
      </w:r>
      <w:r>
        <w:rPr>
          <w:spacing w:val="-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械品</w:t>
      </w:r>
      <w:r>
        <w:rPr>
          <w:spacing w:val="-2"/>
          <w:rFonts w:ascii="Ddylr05K+KaiTi" w:hAnsi="Ddylr05K+KaiTi" w:eastAsia="Ddylr05K+KaiTi"/>
          <w:color w:val="000000"/>
          <w:sz w:val="28"/>
        </w:rPr>
        <w:t>种</w:t>
      </w:r>
      <w:r>
        <w:rPr>
          <w:spacing w:val="70"/>
          <w:rFonts w:ascii="Ddylr05K+KaiTi" w:hAnsi="Ddylr05K+KaiTi" w:eastAsia="Ddylr05K+KaiTi"/>
          <w:color w:val="000000"/>
          <w:sz w:val="28"/>
        </w:rPr>
        <w:t>的</w:t>
      </w:r>
      <w:r>
        <w:rPr>
          <w:spacing w:val="2"/>
          <w:rFonts w:ascii="Ddylr05K+KaiTi" w:hAnsi="Ddylr05K+KaiTi" w:eastAsia="Ddylr05K+KaiTi"/>
          <w:color w:val="000000"/>
          <w:sz w:val="28"/>
        </w:rPr>
        <w:t>5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%以</w:t>
      </w:r>
      <w:r>
        <w:rPr>
          <w:spacing w:val="-4"/>
          <w:rFonts w:ascii="Ddylr05K+KaiTi" w:hAnsi="Ddylr05K+KaiTi" w:eastAsia="Ddylr05K+KaiTi"/>
          <w:color w:val="000000"/>
          <w:sz w:val="28"/>
        </w:rPr>
        <w:t>上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640" w:right="0" w:firstLine="0"/>
        <w:jc w:val="left"/>
      </w:pPr>
      <w:r>
        <w:rPr>
          <w:spacing w:val="6"/>
          <w:rFonts w:ascii="Ddylr05K+KaiTi" w:hAnsi="Ddylr05K+KaiTi" w:eastAsia="Ddylr05K+KaiTi"/>
          <w:color w:val="000000"/>
          <w:sz w:val="28"/>
        </w:rPr>
        <w:t>临</w:t>
      </w:r>
      <w:r>
        <w:rPr>
          <w:spacing w:val="4"/>
          <w:rFonts w:ascii="Ddylr05K+KaiTi" w:hAnsi="Ddylr05K+KaiTi" w:eastAsia="Ddylr05K+KaiTi"/>
          <w:color w:val="000000"/>
          <w:sz w:val="28"/>
        </w:rPr>
        <w:t>沂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注</w:t>
      </w:r>
      <w:r>
        <w:rPr>
          <w:spacing w:val="4"/>
          <w:rFonts w:ascii="Ddylr05K+KaiTi" w:hAnsi="Ddylr05K+KaiTi" w:eastAsia="Ddylr05K+KaiTi"/>
          <w:color w:val="000000"/>
          <w:sz w:val="28"/>
        </w:rPr>
        <w:t>重</w:t>
      </w:r>
      <w:r>
        <w:rPr>
          <w:spacing w:val="6"/>
          <w:rFonts w:ascii="Ddylr05K+KaiTi" w:hAnsi="Ddylr05K+KaiTi" w:eastAsia="Ddylr05K+KaiTi"/>
          <w:color w:val="000000"/>
          <w:sz w:val="28"/>
        </w:rPr>
        <w:t>科</w:t>
      </w:r>
      <w:r>
        <w:rPr>
          <w:spacing w:val="4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研发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不</w:t>
      </w:r>
      <w:r>
        <w:rPr>
          <w:spacing w:val="6"/>
          <w:rFonts w:ascii="Ddylr05K+KaiTi" w:hAnsi="Ddylr05K+KaiTi" w:eastAsia="Ddylr05K+KaiTi"/>
          <w:color w:val="000000"/>
          <w:sz w:val="28"/>
        </w:rPr>
        <w:t>断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6"/>
          <w:rFonts w:ascii="Ddylr05K+KaiTi" w:hAnsi="Ddylr05K+KaiTi" w:eastAsia="Ddylr05K+KaiTi"/>
          <w:color w:val="000000"/>
          <w:sz w:val="28"/>
        </w:rPr>
        <w:t>大</w:t>
      </w:r>
      <w:r>
        <w:rPr>
          <w:spacing w:val="8"/>
          <w:rFonts w:ascii="Ddylr05K+KaiTi" w:hAnsi="Ddylr05K+KaiTi" w:eastAsia="Ddylr05K+KaiTi"/>
          <w:color w:val="000000"/>
          <w:sz w:val="28"/>
        </w:rPr>
        <w:t>投</w:t>
      </w:r>
      <w:r>
        <w:rPr>
          <w:spacing w:val="4"/>
          <w:rFonts w:ascii="Ddylr05K+KaiTi" w:hAnsi="Ddylr05K+KaiTi" w:eastAsia="Ddylr05K+KaiTi"/>
          <w:color w:val="000000"/>
          <w:sz w:val="28"/>
        </w:rPr>
        <w:t>入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集</w:t>
      </w:r>
      <w:r>
        <w:rPr>
          <w:spacing w:val="6"/>
          <w:rFonts w:ascii="Ddylr05K+KaiTi" w:hAnsi="Ddylr05K+KaiTi" w:eastAsia="Ddylr05K+KaiTi"/>
          <w:color w:val="000000"/>
          <w:sz w:val="28"/>
        </w:rPr>
        <w:t>群</w:t>
      </w:r>
      <w:r>
        <w:rPr>
          <w:spacing w:val="4"/>
          <w:rFonts w:ascii="Ddylr05K+KaiTi" w:hAnsi="Ddylr05K+KaiTi" w:eastAsia="Ddylr05K+KaiTi"/>
          <w:color w:val="000000"/>
          <w:sz w:val="28"/>
        </w:rPr>
        <w:t>内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通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4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538" w:lineRule="exact" w:before="0" w:after="0"/>
        <w:ind w:left="360" w:right="360" w:firstLine="0"/>
        <w:jc w:val="both"/>
      </w:pPr>
      <w:r>
        <w:rPr>
          <w:spacing w:val="4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学</w:t>
      </w:r>
      <w:r>
        <w:rPr>
          <w:spacing w:val="8"/>
          <w:rFonts w:ascii="Ddylr05K+KaiTi" w:hAnsi="Ddylr05K+KaiTi" w:eastAsia="Ddylr05K+KaiTi"/>
          <w:color w:val="000000"/>
          <w:sz w:val="28"/>
        </w:rPr>
        <w:t>研</w:t>
      </w:r>
      <w:r>
        <w:rPr>
          <w:spacing w:val="4"/>
          <w:rFonts w:ascii="Ddylr05K+KaiTi" w:hAnsi="Ddylr05K+KaiTi" w:eastAsia="Ddylr05K+KaiTi"/>
          <w:color w:val="000000"/>
          <w:sz w:val="28"/>
        </w:rPr>
        <w:t>合</w:t>
      </w:r>
      <w:r>
        <w:rPr>
          <w:spacing w:val="6"/>
          <w:rFonts w:ascii="Ddylr05K+KaiTi" w:hAnsi="Ddylr05K+KaiTi" w:eastAsia="Ddylr05K+KaiTi"/>
          <w:color w:val="000000"/>
          <w:sz w:val="28"/>
        </w:rPr>
        <w:t>作</w:t>
      </w:r>
      <w:r>
        <w:rPr>
          <w:spacing w:val="4"/>
          <w:rFonts w:ascii="Ddylr05K+KaiTi" w:hAnsi="Ddylr05K+KaiTi" w:eastAsia="Ddylr05K+KaiTi"/>
          <w:color w:val="000000"/>
          <w:sz w:val="28"/>
        </w:rPr>
        <w:t>，攻</w:t>
      </w:r>
      <w:r>
        <w:rPr>
          <w:spacing w:val="8"/>
          <w:rFonts w:ascii="Ddylr05K+KaiTi" w:hAnsi="Ddylr05K+KaiTi" w:eastAsia="Ddylr05K+KaiTi"/>
          <w:color w:val="000000"/>
          <w:sz w:val="28"/>
        </w:rPr>
        <w:t>克</w:t>
      </w:r>
      <w:r>
        <w:rPr>
          <w:spacing w:val="6"/>
          <w:rFonts w:ascii="Ddylr05K+KaiTi" w:hAnsi="Ddylr05K+KaiTi" w:eastAsia="Ddylr05K+KaiTi"/>
          <w:color w:val="000000"/>
          <w:sz w:val="28"/>
        </w:rPr>
        <w:t>了</w:t>
      </w:r>
      <w:r>
        <w:rPr>
          <w:spacing w:val="8"/>
          <w:rFonts w:ascii="Ddylr05K+KaiTi" w:hAnsi="Ddylr05K+KaiTi" w:eastAsia="Ddylr05K+KaiTi"/>
          <w:color w:val="000000"/>
          <w:sz w:val="28"/>
        </w:rPr>
        <w:t>大</w:t>
      </w:r>
      <w:r>
        <w:rPr>
          <w:spacing w:val="6"/>
          <w:rFonts w:ascii="Ddylr05K+KaiTi" w:hAnsi="Ddylr05K+KaiTi" w:eastAsia="Ddylr05K+KaiTi"/>
          <w:color w:val="000000"/>
          <w:sz w:val="28"/>
        </w:rPr>
        <w:t>批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难</w:t>
      </w:r>
      <w:r>
        <w:rPr>
          <w:spacing w:val="4"/>
          <w:rFonts w:ascii="Ddylr05K+KaiTi" w:hAnsi="Ddylr05K+KaiTi" w:eastAsia="Ddylr05K+KaiTi"/>
          <w:color w:val="000000"/>
          <w:sz w:val="28"/>
        </w:rPr>
        <w:t>题，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8"/>
          <w:rFonts w:ascii="Ddylr05K+KaiTi" w:hAnsi="Ddylr05K+KaiTi" w:eastAsia="Ddylr05K+KaiTi"/>
          <w:color w:val="000000"/>
          <w:sz w:val="28"/>
        </w:rPr>
        <w:t>含</w:t>
      </w:r>
      <w:r>
        <w:rPr>
          <w:spacing w:val="4"/>
          <w:rFonts w:ascii="Ddylr05K+KaiTi" w:hAnsi="Ddylr05K+KaiTi" w:eastAsia="Ddylr05K+KaiTi"/>
          <w:color w:val="000000"/>
          <w:sz w:val="28"/>
        </w:rPr>
        <w:t>量逐</w:t>
      </w:r>
      <w:r>
        <w:rPr>
          <w:spacing w:val="6"/>
          <w:rFonts w:ascii="Ddylr05K+KaiTi" w:hAnsi="Ddylr05K+KaiTi" w:eastAsia="Ddylr05K+KaiTi"/>
          <w:color w:val="000000"/>
          <w:sz w:val="28"/>
        </w:rPr>
        <w:t>年</w:t>
      </w:r>
      <w:r>
        <w:rPr>
          <w:spacing w:val="4"/>
          <w:rFonts w:ascii="Ddylr05K+KaiTi" w:hAnsi="Ddylr05K+KaiTi" w:eastAsia="Ddylr05K+KaiTi"/>
          <w:color w:val="000000"/>
          <w:sz w:val="28"/>
        </w:rPr>
        <w:t>提</w:t>
      </w:r>
      <w:r>
        <w:rPr>
          <w:spacing w:val="8"/>
          <w:rFonts w:ascii="Ddylr05K+KaiTi" w:hAnsi="Ddylr05K+KaiTi" w:eastAsia="Ddylr05K+KaiTi"/>
          <w:color w:val="000000"/>
          <w:sz w:val="28"/>
        </w:rPr>
        <w:t>高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促</w:t>
      </w:r>
      <w:r>
        <w:rPr>
          <w:spacing w:val="10"/>
          <w:rFonts w:ascii="Ddylr05K+KaiTi" w:hAnsi="Ddylr05K+KaiTi" w:eastAsia="Ddylr05K+KaiTi"/>
          <w:color w:val="000000"/>
          <w:sz w:val="28"/>
        </w:rPr>
        <w:t>进了</w:t>
      </w:r>
      <w:r>
        <w:rPr>
          <w:spacing w:val="12"/>
          <w:rFonts w:ascii="Ddylr05K+KaiTi" w:hAnsi="Ddylr05K+KaiTi" w:eastAsia="Ddylr05K+KaiTi"/>
          <w:color w:val="000000"/>
          <w:sz w:val="28"/>
        </w:rPr>
        <w:t>全</w:t>
      </w:r>
      <w:r>
        <w:rPr>
          <w:spacing w:val="10"/>
          <w:rFonts w:ascii="Ddylr05K+KaiTi" w:hAnsi="Ddylr05K+KaiTi" w:eastAsia="Ddylr05K+KaiTi"/>
          <w:color w:val="000000"/>
          <w:sz w:val="28"/>
        </w:rPr>
        <w:t>行</w:t>
      </w:r>
      <w:r>
        <w:rPr>
          <w:spacing w:val="12"/>
          <w:rFonts w:ascii="Ddylr05K+KaiTi" w:hAnsi="Ddylr05K+KaiTi" w:eastAsia="Ddylr05K+KaiTi"/>
          <w:color w:val="000000"/>
          <w:sz w:val="28"/>
        </w:rPr>
        <w:t>业</w:t>
      </w:r>
      <w:r>
        <w:rPr>
          <w:spacing w:val="10"/>
          <w:rFonts w:ascii="Ddylr05K+KaiTi" w:hAnsi="Ddylr05K+KaiTi" w:eastAsia="Ddylr05K+KaiTi"/>
          <w:color w:val="000000"/>
          <w:sz w:val="28"/>
        </w:rPr>
        <w:t>的</w:t>
      </w:r>
      <w:r>
        <w:rPr>
          <w:spacing w:val="12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12"/>
          <w:rFonts w:ascii="Ddylr05K+KaiTi" w:hAnsi="Ddylr05K+KaiTi" w:eastAsia="Ddylr05K+KaiTi"/>
          <w:color w:val="000000"/>
          <w:sz w:val="28"/>
        </w:rPr>
        <w:t>进</w:t>
      </w:r>
      <w:r>
        <w:rPr>
          <w:spacing w:val="10"/>
          <w:rFonts w:ascii="Ddylr05K+KaiTi" w:hAnsi="Ddylr05K+KaiTi" w:eastAsia="Ddylr05K+KaiTi"/>
          <w:color w:val="000000"/>
          <w:sz w:val="28"/>
        </w:rPr>
        <w:t>步</w:t>
      </w:r>
      <w:r>
        <w:rPr>
          <w:spacing w:val="12"/>
          <w:rFonts w:ascii="Ddylr05K+KaiTi" w:hAnsi="Ddylr05K+KaiTi" w:eastAsia="Ddylr05K+KaiTi"/>
          <w:color w:val="000000"/>
          <w:sz w:val="28"/>
        </w:rPr>
        <w:t>;重</w:t>
      </w:r>
      <w:r>
        <w:rPr>
          <w:spacing w:val="10"/>
          <w:rFonts w:ascii="Ddylr05K+KaiTi" w:hAnsi="Ddylr05K+KaiTi" w:eastAsia="Ddylr05K+KaiTi"/>
          <w:color w:val="000000"/>
          <w:sz w:val="28"/>
        </w:rPr>
        <w:t>视</w:t>
      </w:r>
      <w:r>
        <w:rPr>
          <w:spacing w:val="12"/>
          <w:rFonts w:ascii="Ddylr05K+KaiTi" w:hAnsi="Ddylr05K+KaiTi" w:eastAsia="Ddylr05K+KaiTi"/>
          <w:color w:val="000000"/>
          <w:sz w:val="28"/>
        </w:rPr>
        <w:t>品</w:t>
      </w:r>
      <w:r>
        <w:rPr>
          <w:spacing w:val="10"/>
          <w:rFonts w:ascii="Ddylr05K+KaiTi" w:hAnsi="Ddylr05K+KaiTi" w:eastAsia="Ddylr05K+KaiTi"/>
          <w:color w:val="000000"/>
          <w:sz w:val="28"/>
        </w:rPr>
        <w:t>牌</w:t>
      </w:r>
      <w:r>
        <w:rPr>
          <w:spacing w:val="12"/>
          <w:rFonts w:ascii="Ddylr05K+KaiTi" w:hAnsi="Ddylr05K+KaiTi" w:eastAsia="Ddylr05K+KaiTi"/>
          <w:color w:val="000000"/>
          <w:sz w:val="28"/>
        </w:rPr>
        <w:t>建</w:t>
      </w:r>
      <w:r>
        <w:rPr>
          <w:spacing w:val="8"/>
          <w:rFonts w:ascii="Ddylr05K+KaiTi" w:hAnsi="Ddylr05K+KaiTi" w:eastAsia="Ddylr05K+KaiTi"/>
          <w:color w:val="000000"/>
          <w:sz w:val="28"/>
        </w:rPr>
        <w:t>设</w:t>
      </w:r>
      <w:r>
        <w:rPr>
          <w:spacing w:val="12"/>
          <w:rFonts w:ascii="Ddylr05K+KaiTi" w:hAnsi="Ddylr05K+KaiTi" w:eastAsia="Ddylr05K+KaiTi"/>
          <w:color w:val="000000"/>
          <w:sz w:val="28"/>
        </w:rPr>
        <w:t>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持</w:t>
      </w:r>
      <w:r>
        <w:rPr>
          <w:spacing w:val="12"/>
          <w:rFonts w:ascii="Ddylr05K+KaiTi" w:hAnsi="Ddylr05K+KaiTi" w:eastAsia="Ddylr05K+KaiTi"/>
          <w:color w:val="000000"/>
          <w:sz w:val="28"/>
        </w:rPr>
        <w:t>续</w:t>
      </w:r>
      <w:r>
        <w:rPr>
          <w:spacing w:val="10"/>
          <w:rFonts w:ascii="Ddylr05K+KaiTi" w:hAnsi="Ddylr05K+KaiTi" w:eastAsia="Ddylr05K+KaiTi"/>
          <w:color w:val="000000"/>
          <w:sz w:val="28"/>
        </w:rPr>
        <w:t>实</w:t>
      </w:r>
      <w:r>
        <w:rPr>
          <w:spacing w:val="12"/>
          <w:rFonts w:ascii="Ddylr05K+KaiTi" w:hAnsi="Ddylr05K+KaiTi" w:eastAsia="Ddylr05K+KaiTi"/>
          <w:color w:val="000000"/>
          <w:sz w:val="28"/>
        </w:rPr>
        <w:t>施</w:t>
      </w:r>
      <w:r>
        <w:rPr>
          <w:spacing w:val="10"/>
          <w:rFonts w:ascii="Ddylr05K+KaiTi" w:hAnsi="Ddylr05K+KaiTi" w:eastAsia="Ddylr05K+KaiTi"/>
          <w:color w:val="000000"/>
          <w:sz w:val="28"/>
        </w:rPr>
        <w:t>品</w:t>
      </w:r>
      <w:r>
        <w:rPr>
          <w:spacing w:val="12"/>
          <w:rFonts w:ascii="Ddylr05K+KaiTi" w:hAnsi="Ddylr05K+KaiTi" w:eastAsia="Ddylr05K+KaiTi"/>
          <w:color w:val="000000"/>
          <w:sz w:val="28"/>
        </w:rPr>
        <w:t>牌</w:t>
      </w:r>
      <w:r>
        <w:rPr>
          <w:spacing w:val="10"/>
          <w:rFonts w:ascii="Ddylr05K+KaiTi" w:hAnsi="Ddylr05K+KaiTi" w:eastAsia="Ddylr05K+KaiTi"/>
          <w:color w:val="000000"/>
          <w:sz w:val="28"/>
        </w:rPr>
        <w:t>战</w:t>
      </w:r>
      <w:r>
        <w:rPr>
          <w:spacing w:val="12"/>
          <w:rFonts w:ascii="Ddylr05K+KaiTi" w:hAnsi="Ddylr05K+KaiTi" w:eastAsia="Ddylr05K+KaiTi"/>
          <w:color w:val="000000"/>
          <w:sz w:val="28"/>
        </w:rPr>
        <w:t>略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12"/>
          <w:rFonts w:ascii="Ddylr05K+KaiTi" w:hAnsi="Ddylr05K+KaiTi" w:eastAsia="Ddylr05K+KaiTi"/>
          <w:color w:val="000000"/>
          <w:sz w:val="28"/>
        </w:rPr>
        <w:t>开</w:t>
      </w:r>
      <w:r>
        <w:rPr>
          <w:rFonts w:ascii="Ddylr05K+KaiTi" w:hAnsi="Ddylr05K+KaiTi" w:eastAsia="Ddylr05K+KaiTi"/>
          <w:color w:val="000000"/>
          <w:sz w:val="28"/>
        </w:rPr>
        <w:t>展</w:t>
      </w:r>
      <w:r>
        <w:rPr>
          <w:spacing w:val="4"/>
          <w:rFonts w:ascii="Ddylr05K+KaiTi" w:hAnsi="Ddylr05K+KaiTi" w:eastAsia="Ddylr05K+KaiTi"/>
          <w:color w:val="000000"/>
          <w:sz w:val="28"/>
        </w:rPr>
        <w:t>“</w:t>
      </w:r>
      <w:r>
        <w:rPr>
          <w:spacing w:val="6"/>
          <w:rFonts w:ascii="Ddylr05K+KaiTi" w:hAnsi="Ddylr05K+KaiTi" w:eastAsia="Ddylr05K+KaiTi"/>
          <w:color w:val="000000"/>
          <w:sz w:val="28"/>
        </w:rPr>
        <w:t>有</w:t>
      </w:r>
      <w:r>
        <w:rPr>
          <w:spacing w:val="8"/>
          <w:rFonts w:ascii="Ddylr05K+KaiTi" w:hAnsi="Ddylr05K+KaiTi" w:eastAsia="Ddylr05K+KaiTi"/>
          <w:color w:val="000000"/>
          <w:sz w:val="28"/>
        </w:rPr>
        <w:t>牌</w:t>
      </w:r>
      <w:r>
        <w:rPr>
          <w:spacing w:val="4"/>
          <w:rFonts w:ascii="Ddylr05K+KaiTi" w:hAnsi="Ddylr05K+KaiTi" w:eastAsia="Ddylr05K+KaiTi"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color w:val="000000"/>
          <w:sz w:val="28"/>
        </w:rPr>
        <w:t>创</w:t>
      </w:r>
      <w:r>
        <w:rPr>
          <w:spacing w:val="4"/>
          <w:rFonts w:ascii="Ddylr05K+KaiTi" w:hAnsi="Ddylr05K+KaiTi" w:eastAsia="Ddylr05K+KaiTi"/>
          <w:color w:val="000000"/>
          <w:sz w:val="28"/>
        </w:rPr>
        <w:t>牌</w:t>
      </w:r>
      <w:r>
        <w:rPr>
          <w:spacing w:val="6"/>
          <w:rFonts w:ascii="Ddylr05K+KaiTi" w:hAnsi="Ddylr05K+KaiTi" w:eastAsia="Ddylr05K+KaiTi"/>
          <w:color w:val="000000"/>
          <w:sz w:val="28"/>
        </w:rPr>
        <w:t>一</w:t>
      </w:r>
      <w:r>
        <w:rPr>
          <w:spacing w:val="4"/>
          <w:rFonts w:ascii="Ddylr05K+KaiTi" w:hAnsi="Ddylr05K+KaiTi" w:eastAsia="Ddylr05K+KaiTi"/>
          <w:color w:val="000000"/>
          <w:sz w:val="28"/>
        </w:rPr>
        <w:t>名</w:t>
      </w:r>
      <w:r>
        <w:rPr>
          <w:spacing w:val="8"/>
          <w:rFonts w:ascii="Ddylr05K+KaiTi" w:hAnsi="Ddylr05K+KaiTi" w:eastAsia="Ddylr05K+KaiTi"/>
          <w:color w:val="000000"/>
          <w:sz w:val="28"/>
        </w:rPr>
        <w:t>牌</w:t>
      </w:r>
      <w:r>
        <w:rPr>
          <w:spacing w:val="4"/>
          <w:rFonts w:ascii="Ddylr05K+KaiTi" w:hAnsi="Ddylr05K+KaiTi" w:eastAsia="Ddylr05K+KaiTi"/>
          <w:color w:val="000000"/>
          <w:sz w:val="28"/>
        </w:rPr>
        <w:t>”</w:t>
      </w:r>
      <w:r>
        <w:rPr>
          <w:spacing w:val="6"/>
          <w:rFonts w:ascii="Ddylr05K+KaiTi" w:hAnsi="Ddylr05K+KaiTi" w:eastAsia="Ddylr05K+KaiTi"/>
          <w:color w:val="000000"/>
          <w:sz w:val="28"/>
        </w:rPr>
        <w:t>梯</w:t>
      </w:r>
      <w:r>
        <w:rPr>
          <w:spacing w:val="8"/>
          <w:rFonts w:ascii="Ddylr05K+KaiTi" w:hAnsi="Ddylr05K+KaiTi" w:eastAsia="Ddylr05K+KaiTi"/>
          <w:color w:val="000000"/>
          <w:sz w:val="28"/>
        </w:rPr>
        <w:t>次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牌</w:t>
      </w:r>
      <w:r>
        <w:rPr>
          <w:spacing w:val="4"/>
          <w:rFonts w:ascii="Ddylr05K+KaiTi" w:hAnsi="Ddylr05K+KaiTi" w:eastAsia="Ddylr05K+KaiTi"/>
          <w:color w:val="000000"/>
          <w:sz w:val="28"/>
        </w:rPr>
        <w:t>争</w:t>
      </w:r>
      <w:r>
        <w:rPr>
          <w:spacing w:val="6"/>
          <w:rFonts w:ascii="Ddylr05K+KaiTi" w:hAnsi="Ddylr05K+KaiTi" w:eastAsia="Ddylr05K+KaiTi"/>
          <w:color w:val="000000"/>
          <w:sz w:val="28"/>
        </w:rPr>
        <w:t>创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动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形</w:t>
      </w:r>
      <w:r>
        <w:rPr>
          <w:spacing w:val="8"/>
          <w:rFonts w:ascii="Ddylr05K+KaiTi" w:hAnsi="Ddylr05K+KaiTi" w:eastAsia="Ddylr05K+KaiTi"/>
          <w:color w:val="000000"/>
          <w:sz w:val="28"/>
        </w:rPr>
        <w:t>成</w:t>
      </w:r>
      <w:r>
        <w:rPr>
          <w:spacing w:val="4"/>
          <w:rFonts w:ascii="Ddylr05K+KaiTi" w:hAnsi="Ddylr05K+KaiTi" w:eastAsia="Ddylr05K+KaiTi"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color w:val="000000"/>
          <w:sz w:val="28"/>
        </w:rPr>
        <w:t>批</w:t>
      </w:r>
      <w:r>
        <w:rPr>
          <w:spacing w:val="4"/>
          <w:rFonts w:ascii="Ddylr05K+KaiTi" w:hAnsi="Ddylr05K+KaiTi" w:eastAsia="Ddylr05K+KaiTi"/>
          <w:color w:val="000000"/>
          <w:sz w:val="28"/>
        </w:rPr>
        <w:t>国</w:t>
      </w:r>
      <w:r>
        <w:rPr>
          <w:spacing w:val="6"/>
          <w:rFonts w:ascii="Ddylr05K+KaiTi" w:hAnsi="Ddylr05K+KaiTi" w:eastAsia="Ddylr05K+KaiTi"/>
          <w:color w:val="000000"/>
          <w:sz w:val="28"/>
        </w:rPr>
        <w:t>家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地</w:t>
      </w:r>
      <w:r>
        <w:rPr>
          <w:spacing w:val="8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行业</w:t>
      </w:r>
      <w:r>
        <w:rPr>
          <w:rFonts w:ascii="Ddylr05K+KaiTi" w:hAnsi="Ddylr05K+KaiTi" w:eastAsia="Ddylr05K+KaiTi"/>
          <w:color w:val="000000"/>
          <w:sz w:val="28"/>
        </w:rPr>
        <w:t>名牌</w:t>
      </w:r>
      <w:r>
        <w:rPr>
          <w:spacing w:val="-2"/>
          <w:rFonts w:ascii="Ddylr05K+KaiTi" w:hAnsi="Ddylr05K+KaiTi" w:eastAsia="Ddylr05K+KaiTi"/>
          <w:color w:val="000000"/>
          <w:sz w:val="28"/>
        </w:rPr>
        <w:t>;致力</w:t>
      </w:r>
      <w:r>
        <w:rPr>
          <w:rFonts w:ascii="Ddylr05K+KaiTi" w:hAnsi="Ddylr05K+KaiTi" w:eastAsia="Ddylr05K+KaiTi"/>
          <w:color w:val="000000"/>
          <w:sz w:val="28"/>
        </w:rPr>
        <w:t>“</w:t>
      </w:r>
      <w:r>
        <w:rPr>
          <w:spacing w:val="-2"/>
          <w:rFonts w:ascii="Ddylr05K+KaiTi" w:hAnsi="Ddylr05K+KaiTi" w:eastAsia="Ddylr05K+KaiTi"/>
          <w:color w:val="000000"/>
          <w:sz w:val="28"/>
        </w:rPr>
        <w:t>两化</w:t>
      </w:r>
      <w:r>
        <w:rPr>
          <w:rFonts w:ascii="Ddylr05K+KaiTi" w:hAnsi="Ddylr05K+KaiTi" w:eastAsia="Ddylr05K+KaiTi"/>
          <w:color w:val="000000"/>
          <w:sz w:val="28"/>
        </w:rPr>
        <w:t>融合</w:t>
      </w:r>
      <w:r>
        <w:rPr>
          <w:spacing w:val="-2"/>
          <w:rFonts w:ascii="Ddylr05K+KaiTi" w:hAnsi="Ddylr05K+KaiTi" w:eastAsia="Ddylr05K+KaiTi"/>
          <w:color w:val="000000"/>
          <w:sz w:val="28"/>
        </w:rPr>
        <w:t>”</w:t>
      </w:r>
      <w:r>
        <w:rPr>
          <w:rFonts w:ascii="Ddylr05K+KaiTi" w:hAnsi="Ddylr05K+KaiTi" w:eastAsia="Ddylr05K+KaiTi"/>
          <w:color w:val="000000"/>
          <w:sz w:val="28"/>
        </w:rPr>
        <w:t>发</w:t>
      </w:r>
      <w:r>
        <w:rPr>
          <w:spacing w:val="-2"/>
          <w:rFonts w:ascii="Ddylr05K+KaiTi" w:hAnsi="Ddylr05K+KaiTi" w:eastAsia="Ddylr05K+KaiTi"/>
          <w:color w:val="000000"/>
          <w:sz w:val="28"/>
        </w:rPr>
        <w:t>展</w:t>
      </w:r>
      <w:r>
        <w:rPr>
          <w:rFonts w:ascii="Ddylr05K+KaiTi" w:hAnsi="Ddylr05K+KaiTi" w:eastAsia="Ddylr05K+KaiTi"/>
          <w:color w:val="000000"/>
          <w:sz w:val="28"/>
        </w:rPr>
        <w:t>，加</w:t>
      </w:r>
      <w:r>
        <w:rPr>
          <w:spacing w:val="-2"/>
          <w:rFonts w:ascii="Ddylr05K+KaiTi" w:hAnsi="Ddylr05K+KaiTi" w:eastAsia="Ddylr05K+KaiTi"/>
          <w:color w:val="000000"/>
          <w:sz w:val="28"/>
        </w:rPr>
        <w:t>快</w:t>
      </w:r>
      <w:r>
        <w:rPr>
          <w:rFonts w:ascii="Ddylr05K+KaiTi" w:hAnsi="Ddylr05K+KaiTi" w:eastAsia="Ddylr05K+KaiTi"/>
          <w:color w:val="000000"/>
          <w:sz w:val="28"/>
        </w:rPr>
        <w:t>新旧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能转</w:t>
      </w:r>
      <w:r>
        <w:rPr>
          <w:spacing w:val="-2"/>
          <w:rFonts w:ascii="Ddylr05K+KaiTi" w:hAnsi="Ddylr05K+KaiTi" w:eastAsia="Ddylr05K+KaiTi"/>
          <w:color w:val="000000"/>
          <w:sz w:val="28"/>
        </w:rPr>
        <w:t>换</w:t>
      </w:r>
      <w:r>
        <w:rPr>
          <w:rFonts w:ascii="Ddylr05K+KaiTi" w:hAnsi="Ddylr05K+KaiTi" w:eastAsia="Ddylr05K+KaiTi"/>
          <w:color w:val="000000"/>
          <w:sz w:val="28"/>
        </w:rPr>
        <w:t>步伐。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280"/>
        <w:jc w:val="both"/>
      </w:pPr>
      <w:r>
        <w:rPr>
          <w:spacing w:val="6"/>
          <w:rFonts w:ascii="Ddylr05K+KaiTi" w:hAnsi="Ddylr05K+KaiTi" w:eastAsia="Ddylr05K+KaiTi"/>
          <w:color w:val="000000"/>
          <w:sz w:val="28"/>
        </w:rPr>
        <w:t>临</w:t>
      </w:r>
      <w:r>
        <w:rPr>
          <w:spacing w:val="4"/>
          <w:rFonts w:ascii="Ddylr05K+KaiTi" w:hAnsi="Ddylr05K+KaiTi" w:eastAsia="Ddylr05K+KaiTi"/>
          <w:color w:val="000000"/>
          <w:sz w:val="28"/>
        </w:rPr>
        <w:t>沂</w:t>
      </w:r>
      <w:r>
        <w:rPr>
          <w:spacing w:val="6"/>
          <w:rFonts w:ascii="Ddylr05K+KaiTi" w:hAnsi="Ddylr05K+KaiTi" w:eastAsia="Ddylr05K+KaiTi"/>
          <w:color w:val="000000"/>
          <w:sz w:val="28"/>
        </w:rPr>
        <w:t>市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集</w:t>
      </w:r>
      <w:r>
        <w:rPr>
          <w:spacing w:val="4"/>
          <w:rFonts w:ascii="Ddylr05K+KaiTi" w:hAnsi="Ddylr05K+KaiTi" w:eastAsia="Ddylr05K+KaiTi"/>
          <w:color w:val="000000"/>
          <w:sz w:val="28"/>
        </w:rPr>
        <w:t>中</w:t>
      </w:r>
      <w:r>
        <w:rPr>
          <w:spacing w:val="6"/>
          <w:rFonts w:ascii="Ddylr05K+KaiTi" w:hAnsi="Ddylr05K+KaiTi" w:eastAsia="Ddylr05K+KaiTi"/>
          <w:color w:val="000000"/>
          <w:sz w:val="28"/>
        </w:rPr>
        <w:t>聚集</w:t>
      </w:r>
      <w:r>
        <w:rPr>
          <w:spacing w:val="4"/>
          <w:rFonts w:ascii="Ddylr05K+KaiTi" w:hAnsi="Ddylr05K+KaiTi" w:eastAsia="Ddylr05K+KaiTi"/>
          <w:color w:val="000000"/>
          <w:sz w:val="28"/>
        </w:rPr>
        <w:t>在</w:t>
      </w:r>
      <w:r>
        <w:rPr>
          <w:spacing w:val="8"/>
          <w:rFonts w:ascii="Ddylr05K+KaiTi" w:hAnsi="Ddylr05K+KaiTi" w:eastAsia="Ddylr05K+KaiTi"/>
          <w:color w:val="000000"/>
          <w:sz w:val="28"/>
        </w:rPr>
        <w:t>沂</w:t>
      </w:r>
      <w:r>
        <w:rPr>
          <w:spacing w:val="6"/>
          <w:rFonts w:ascii="Ddylr05K+KaiTi" w:hAnsi="Ddylr05K+KaiTi" w:eastAsia="Ddylr05K+KaiTi"/>
          <w:color w:val="000000"/>
          <w:sz w:val="28"/>
        </w:rPr>
        <w:t>河</w:t>
      </w:r>
      <w:r>
        <w:rPr>
          <w:spacing w:val="8"/>
          <w:rFonts w:ascii="Ddylr05K+KaiTi" w:hAnsi="Ddylr05K+KaiTi" w:eastAsia="Ddylr05K+KaiTi"/>
          <w:color w:val="000000"/>
          <w:sz w:val="28"/>
        </w:rPr>
        <w:t>新</w:t>
      </w:r>
      <w:r>
        <w:rPr>
          <w:spacing w:val="6"/>
          <w:rFonts w:ascii="Ddylr05K+KaiTi" w:hAnsi="Ddylr05K+KaiTi" w:eastAsia="Ddylr05K+KaiTi"/>
          <w:color w:val="000000"/>
          <w:sz w:val="28"/>
        </w:rPr>
        <w:t>区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作</w:t>
      </w:r>
      <w:r>
        <w:rPr>
          <w:spacing w:val="6"/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全</w:t>
      </w:r>
      <w:r>
        <w:rPr>
          <w:spacing w:val="6"/>
          <w:rFonts w:ascii="Ddylr05K+KaiTi" w:hAnsi="Ddylr05K+KaiTi" w:eastAsia="Ddylr05K+KaiTi"/>
          <w:color w:val="000000"/>
          <w:sz w:val="28"/>
        </w:rPr>
        <w:t>区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支</w:t>
      </w:r>
      <w:r>
        <w:rPr>
          <w:spacing w:val="6"/>
          <w:rFonts w:ascii="Ddylr05K+KaiTi" w:hAnsi="Ddylr05K+KaiTi" w:eastAsia="Ddylr05K+KaiTi"/>
          <w:color w:val="000000"/>
          <w:sz w:val="28"/>
        </w:rPr>
        <w:t>柱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开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区</w:t>
      </w:r>
      <w:r>
        <w:rPr>
          <w:spacing w:val="6"/>
          <w:rFonts w:ascii="Ddylr05K+KaiTi" w:hAnsi="Ddylr05K+KaiTi" w:eastAsia="Ddylr05K+KaiTi"/>
          <w:color w:val="000000"/>
          <w:sz w:val="28"/>
        </w:rPr>
        <w:t>大</w:t>
      </w:r>
      <w:r>
        <w:rPr>
          <w:spacing w:val="4"/>
          <w:rFonts w:ascii="Ddylr05K+KaiTi" w:hAnsi="Ddylr05K+KaiTi" w:eastAsia="Ddylr05K+KaiTi"/>
          <w:color w:val="000000"/>
          <w:sz w:val="28"/>
        </w:rPr>
        <w:t>力促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结构</w:t>
      </w:r>
      <w:r>
        <w:rPr>
          <w:spacing w:val="8"/>
          <w:rFonts w:ascii="Ddylr05K+KaiTi" w:hAnsi="Ddylr05K+KaiTi" w:eastAsia="Ddylr05K+KaiTi"/>
          <w:color w:val="000000"/>
          <w:sz w:val="28"/>
        </w:rPr>
        <w:t>调</w:t>
      </w:r>
      <w:r>
        <w:rPr>
          <w:spacing w:val="6"/>
          <w:rFonts w:ascii="Ddylr05K+KaiTi" w:hAnsi="Ddylr05K+KaiTi" w:eastAsia="Ddylr05K+KaiTi"/>
          <w:color w:val="000000"/>
          <w:sz w:val="28"/>
        </w:rPr>
        <w:t>整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spacing w:val="8"/>
          <w:rFonts w:ascii="Ddylr05K+KaiTi" w:hAnsi="Ddylr05K+KaiTi" w:eastAsia="Ddylr05K+KaiTi"/>
          <w:color w:val="000000"/>
          <w:sz w:val="28"/>
        </w:rPr>
        <w:t>展</w:t>
      </w:r>
      <w:r>
        <w:rPr>
          <w:spacing w:val="4"/>
          <w:rFonts w:ascii="Ddylr05K+KaiTi" w:hAnsi="Ddylr05K+KaiTi" w:eastAsia="Ddylr05K+KaiTi"/>
          <w:color w:val="000000"/>
          <w:sz w:val="28"/>
        </w:rPr>
        <w:t>方式</w:t>
      </w:r>
      <w:r>
        <w:rPr>
          <w:spacing w:val="6"/>
          <w:rFonts w:ascii="Ddylr05K+KaiTi" w:hAnsi="Ddylr05K+KaiTi" w:eastAsia="Ddylr05K+KaiTi"/>
          <w:color w:val="000000"/>
          <w:sz w:val="28"/>
        </w:rPr>
        <w:t>转</w:t>
      </w:r>
      <w:r>
        <w:rPr>
          <w:spacing w:val="4"/>
          <w:rFonts w:ascii="Ddylr05K+KaiTi" w:hAnsi="Ddylr05K+KaiTi" w:eastAsia="Ddylr05K+KaiTi"/>
          <w:color w:val="000000"/>
          <w:sz w:val="28"/>
        </w:rPr>
        <w:t>变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坚</w:t>
      </w:r>
      <w:r>
        <w:rPr>
          <w:rFonts w:ascii="Ddylr05K+KaiTi" w:hAnsi="Ddylr05K+KaiTi" w:eastAsia="Ddylr05K+KaiTi"/>
          <w:color w:val="000000"/>
          <w:sz w:val="28"/>
        </w:rPr>
        <w:t>持</w:t>
      </w:r>
      <w:r>
        <w:rPr>
          <w:spacing w:val="4"/>
          <w:rFonts w:ascii="Ddylr05K+KaiTi" w:hAnsi="Ddylr05K+KaiTi" w:eastAsia="Ddylr05K+KaiTi"/>
          <w:color w:val="000000"/>
          <w:sz w:val="28"/>
        </w:rPr>
        <w:t>不</w:t>
      </w:r>
      <w:r>
        <w:rPr>
          <w:spacing w:val="8"/>
          <w:rFonts w:ascii="Ddylr05K+KaiTi" w:hAnsi="Ddylr05K+KaiTi" w:eastAsia="Ddylr05K+KaiTi"/>
          <w:color w:val="000000"/>
          <w:sz w:val="28"/>
        </w:rPr>
        <w:t>懈</w:t>
      </w:r>
      <w:r>
        <w:rPr>
          <w:spacing w:val="6"/>
          <w:rFonts w:ascii="Ddylr05K+KaiTi" w:hAnsi="Ddylr05K+KaiTi" w:eastAsia="Ddylr05K+KaiTi"/>
          <w:color w:val="000000"/>
          <w:sz w:val="28"/>
        </w:rPr>
        <w:t>地</w:t>
      </w:r>
      <w:r>
        <w:rPr>
          <w:spacing w:val="8"/>
          <w:rFonts w:ascii="Ddylr05K+KaiTi" w:hAnsi="Ddylr05K+KaiTi" w:eastAsia="Ddylr05K+KaiTi"/>
          <w:color w:val="000000"/>
          <w:sz w:val="28"/>
        </w:rPr>
        <w:t>推</w:t>
      </w:r>
      <w:r>
        <w:rPr>
          <w:spacing w:val="4"/>
          <w:rFonts w:ascii="Ddylr05K+KaiTi" w:hAnsi="Ddylr05K+KaiTi" w:eastAsia="Ddylr05K+KaiTi"/>
          <w:color w:val="000000"/>
          <w:sz w:val="28"/>
        </w:rPr>
        <w:t>进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程机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集</w:t>
      </w:r>
      <w:r>
        <w:rPr>
          <w:spacing w:val="8"/>
          <w:rFonts w:ascii="Ddylr05K+KaiTi" w:hAnsi="Ddylr05K+KaiTi" w:eastAsia="Ddylr05K+KaiTi"/>
          <w:color w:val="000000"/>
          <w:sz w:val="28"/>
        </w:rPr>
        <w:t>群</w:t>
      </w:r>
      <w:r>
        <w:rPr>
          <w:spacing w:val="4"/>
          <w:rFonts w:ascii="Ddylr05K+KaiTi" w:hAnsi="Ddylr05K+KaiTi" w:eastAsia="Ddylr05K+KaiTi"/>
          <w:color w:val="000000"/>
          <w:sz w:val="28"/>
        </w:rPr>
        <w:t>发</w:t>
      </w:r>
      <w:r>
        <w:rPr>
          <w:spacing w:val="6"/>
          <w:rFonts w:ascii="Ddylr05K+KaiTi" w:hAnsi="Ddylr05K+KaiTi" w:eastAsia="Ddylr05K+KaiTi"/>
          <w:color w:val="000000"/>
          <w:sz w:val="28"/>
        </w:rPr>
        <w:t>展</w:t>
      </w:r>
      <w:r>
        <w:rPr>
          <w:spacing w:val="4"/>
          <w:rFonts w:ascii="Ddylr05K+KaiTi" w:hAnsi="Ddylr05K+KaiTi" w:eastAsia="Ddylr05K+KaiTi"/>
          <w:color w:val="000000"/>
          <w:sz w:val="28"/>
        </w:rPr>
        <w:t>壮大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并</w:t>
      </w:r>
      <w:r>
        <w:rPr>
          <w:spacing w:val="8"/>
          <w:rFonts w:ascii="Ddylr05K+KaiTi" w:hAnsi="Ddylr05K+KaiTi" w:eastAsia="Ddylr05K+KaiTi"/>
          <w:color w:val="000000"/>
          <w:sz w:val="28"/>
        </w:rPr>
        <w:t>将</w:t>
      </w:r>
      <w:r>
        <w:rPr>
          <w:spacing w:val="6"/>
          <w:rFonts w:ascii="Ddylr05K+KaiTi" w:hAnsi="Ddylr05K+KaiTi" w:eastAsia="Ddylr05K+KaiTi"/>
          <w:color w:val="000000"/>
          <w:sz w:val="28"/>
        </w:rPr>
        <w:t>其</w:t>
      </w:r>
      <w:r>
        <w:rPr>
          <w:spacing w:val="8"/>
          <w:rFonts w:ascii="Ddylr05K+KaiTi" w:hAnsi="Ddylr05K+KaiTi" w:eastAsia="Ddylr05K+KaiTi"/>
          <w:color w:val="000000"/>
          <w:sz w:val="28"/>
        </w:rPr>
        <w:t>作</w:t>
      </w:r>
      <w:r>
        <w:rPr>
          <w:spacing w:val="4"/>
          <w:rFonts w:ascii="Ddylr05K+KaiTi" w:hAnsi="Ddylr05K+KaiTi" w:eastAsia="Ddylr05K+KaiTi"/>
          <w:color w:val="000000"/>
          <w:sz w:val="28"/>
        </w:rPr>
        <w:t>为全</w:t>
      </w:r>
      <w:r>
        <w:rPr>
          <w:spacing w:val="6"/>
          <w:rFonts w:ascii="Ddylr05K+KaiTi" w:hAnsi="Ddylr05K+KaiTi" w:eastAsia="Ddylr05K+KaiTi"/>
          <w:color w:val="000000"/>
          <w:sz w:val="28"/>
        </w:rPr>
        <w:t>区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四</w:t>
      </w:r>
      <w:r>
        <w:rPr>
          <w:spacing w:val="6"/>
          <w:rFonts w:ascii="Ddylr05K+KaiTi" w:hAnsi="Ddylr05K+KaiTi" w:eastAsia="Ddylr05K+KaiTi"/>
          <w:color w:val="000000"/>
          <w:sz w:val="28"/>
        </w:rPr>
        <w:t>大</w:t>
      </w:r>
      <w:r>
        <w:rPr>
          <w:rFonts w:ascii="Ddylr05K+KaiTi" w:hAnsi="Ddylr05K+KaiTi" w:eastAsia="Ddylr05K+KaiTi"/>
          <w:color w:val="000000"/>
          <w:sz w:val="28"/>
        </w:rPr>
        <w:t>重</w:t>
      </w:r>
      <w:r>
        <w:rPr>
          <w:spacing w:val="4"/>
          <w:rFonts w:ascii="Ddylr05K+KaiTi" w:hAnsi="Ddylr05K+KaiTi" w:eastAsia="Ddylr05K+KaiTi"/>
          <w:color w:val="000000"/>
          <w:sz w:val="28"/>
        </w:rPr>
        <w:t>点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之</w:t>
      </w:r>
      <w:r>
        <w:rPr>
          <w:spacing w:val="4"/>
          <w:rFonts w:ascii="Ddylr05K+KaiTi" w:hAnsi="Ddylr05K+KaiTi" w:eastAsia="Ddylr05K+KaiTi"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行扶</w:t>
      </w:r>
      <w:r>
        <w:rPr>
          <w:spacing w:val="8"/>
          <w:rFonts w:ascii="Ddylr05K+KaiTi" w:hAnsi="Ddylr05K+KaiTi" w:eastAsia="Ddylr05K+KaiTi"/>
          <w:color w:val="000000"/>
          <w:sz w:val="28"/>
        </w:rPr>
        <w:t>持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经</w:t>
      </w:r>
      <w:r>
        <w:rPr>
          <w:spacing w:val="6"/>
          <w:rFonts w:ascii="Ddylr05K+KaiTi" w:hAnsi="Ddylr05K+KaiTi" w:eastAsia="Ddylr05K+KaiTi"/>
          <w:color w:val="000000"/>
          <w:sz w:val="28"/>
        </w:rPr>
        <w:t>过</w:t>
      </w:r>
      <w:r>
        <w:rPr>
          <w:spacing w:val="8"/>
          <w:rFonts w:ascii="Ddylr05K+KaiTi" w:hAnsi="Ddylr05K+KaiTi" w:eastAsia="Ddylr05K+KaiTi"/>
          <w:color w:val="000000"/>
          <w:sz w:val="28"/>
        </w:rPr>
        <w:t>几</w:t>
      </w:r>
      <w:r>
        <w:rPr>
          <w:spacing w:val="4"/>
          <w:rFonts w:ascii="Ddylr05K+KaiTi" w:hAnsi="Ddylr05K+KaiTi" w:eastAsia="Ddylr05K+KaiTi"/>
          <w:color w:val="000000"/>
          <w:sz w:val="28"/>
        </w:rPr>
        <w:t>年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建设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spacing w:val="8"/>
          <w:rFonts w:ascii="Ddylr05K+KaiTi" w:hAnsi="Ddylr05K+KaiTi" w:eastAsia="Ddylr05K+KaiTi"/>
          <w:color w:val="000000"/>
          <w:sz w:val="28"/>
        </w:rPr>
        <w:t>展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临沂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械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及</w:t>
      </w:r>
      <w:r>
        <w:rPr>
          <w:spacing w:val="-2"/>
          <w:rFonts w:ascii="Ddylr05K+KaiTi" w:hAnsi="Ddylr05K+KaiTi" w:eastAsia="Ddylr05K+KaiTi"/>
          <w:color w:val="000000"/>
          <w:sz w:val="28"/>
        </w:rPr>
        <w:t>产业</w:t>
      </w:r>
      <w:r>
        <w:rPr>
          <w:rFonts w:ascii="Ddylr05K+KaiTi" w:hAnsi="Ddylr05K+KaiTi" w:eastAsia="Ddylr05K+KaiTi"/>
          <w:color w:val="000000"/>
          <w:sz w:val="28"/>
        </w:rPr>
        <w:t>赋予</w:t>
      </w:r>
      <w:r>
        <w:rPr>
          <w:spacing w:val="-2"/>
          <w:rFonts w:ascii="Ddylr05K+KaiTi" w:hAnsi="Ddylr05K+KaiTi" w:eastAsia="Ddylr05K+KaiTi"/>
          <w:color w:val="000000"/>
          <w:sz w:val="28"/>
        </w:rPr>
        <w:t>新</w:t>
      </w:r>
      <w:r>
        <w:rPr>
          <w:rFonts w:ascii="Ddylr05K+KaiTi" w:hAnsi="Ddylr05K+KaiTi" w:eastAsia="Ddylr05K+KaiTi"/>
          <w:color w:val="000000"/>
          <w:sz w:val="28"/>
        </w:rPr>
        <w:t>技术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新动</w:t>
      </w:r>
      <w:r>
        <w:rPr>
          <w:spacing w:val="-2"/>
          <w:rFonts w:ascii="Ddylr05K+KaiTi" w:hAnsi="Ddylr05K+KaiTi" w:eastAsia="Ddylr05K+KaiTi"/>
          <w:color w:val="000000"/>
          <w:sz w:val="28"/>
        </w:rPr>
        <w:t>能</w:t>
      </w:r>
      <w:r>
        <w:rPr>
          <w:rFonts w:ascii="Ddylr05K+KaiTi" w:hAnsi="Ddylr05K+KaiTi" w:eastAsia="Ddylr05K+KaiTi"/>
          <w:color w:val="000000"/>
          <w:sz w:val="28"/>
        </w:rPr>
        <w:t>，推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临沂</w:t>
      </w:r>
      <w:r>
        <w:rPr>
          <w:spacing w:val="-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械由</w:t>
      </w:r>
      <w:r>
        <w:rPr>
          <w:spacing w:val="-2"/>
          <w:rFonts w:ascii="Ddylr05K+KaiTi" w:hAnsi="Ddylr05K+KaiTi" w:eastAsia="Ddylr05K+KaiTi"/>
          <w:color w:val="000000"/>
          <w:sz w:val="28"/>
        </w:rPr>
        <w:t>制</w:t>
      </w:r>
      <w:r>
        <w:rPr>
          <w:rFonts w:ascii="Ddylr05K+KaiTi" w:hAnsi="Ddylr05K+KaiTi" w:eastAsia="Ddylr05K+KaiTi"/>
          <w:color w:val="000000"/>
          <w:sz w:val="28"/>
        </w:rPr>
        <w:t>造走</w:t>
      </w:r>
      <w:r>
        <w:rPr>
          <w:spacing w:val="-2"/>
          <w:rFonts w:ascii="Ddylr05K+KaiTi" w:hAnsi="Ddylr05K+KaiTi" w:eastAsia="Ddylr05K+KaiTi"/>
          <w:color w:val="000000"/>
          <w:sz w:val="28"/>
        </w:rPr>
        <w:t>向</w:t>
      </w:r>
      <w:r>
        <w:rPr>
          <w:rFonts w:ascii="Ddylr05K+KaiTi" w:hAnsi="Ddylr05K+KaiTi" w:eastAsia="Ddylr05K+KaiTi"/>
          <w:color w:val="000000"/>
          <w:sz w:val="28"/>
        </w:rPr>
        <w:t>“智</w:t>
      </w:r>
      <w:r>
        <w:rPr>
          <w:spacing w:val="-2"/>
          <w:rFonts w:ascii="Ddylr05K+KaiTi" w:hAnsi="Ddylr05K+KaiTi" w:eastAsia="Ddylr05K+KaiTi"/>
          <w:color w:val="000000"/>
          <w:sz w:val="28"/>
        </w:rPr>
        <w:t>造</w:t>
      </w:r>
      <w:r>
        <w:rPr>
          <w:rFonts w:ascii="Ddylr05K+KaiTi" w:hAnsi="Ddylr05K+KaiTi" w:eastAsia="Ddylr05K+KaiTi"/>
          <w:color w:val="000000"/>
          <w:sz w:val="28"/>
        </w:rPr>
        <w:t>”。</w:t>
      </w:r>
    </w:p>
    <w:p>
      <w:pPr>
        <w:autoSpaceDN w:val="0"/>
        <w:autoSpaceDE w:val="0"/>
        <w:widowControl/>
        <w:spacing w:line="624" w:lineRule="exact" w:before="0" w:after="0"/>
        <w:ind w:left="360" w:right="288" w:firstLine="28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.企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在本</w:t>
      </w:r>
      <w:r>
        <w:rPr>
          <w:spacing w:val="-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业的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地</w:t>
      </w:r>
      <w:r>
        <w:rPr>
          <w:rFonts w:ascii="Ddylr05K+KaiTi" w:hAnsi="Ddylr05K+KaiTi" w:eastAsia="Ddylr05K+KaiTi"/>
          <w:color w:val="000000"/>
          <w:sz w:val="28"/>
        </w:rPr>
        <w:t>位和</w:t>
      </w:r>
      <w:r>
        <w:rPr>
          <w:spacing w:val="-2"/>
          <w:rFonts w:ascii="Ddylr05K+KaiTi" w:hAnsi="Ddylr05K+KaiTi" w:eastAsia="Ddylr05K+KaiTi"/>
          <w:color w:val="000000"/>
          <w:sz w:val="28"/>
        </w:rPr>
        <w:t>竞</w:t>
      </w:r>
      <w:r>
        <w:rPr>
          <w:rFonts w:ascii="Ddylr05K+KaiTi" w:hAnsi="Ddylr05K+KaiTi" w:eastAsia="Ddylr05K+KaiTi"/>
          <w:color w:val="000000"/>
          <w:sz w:val="28"/>
        </w:rPr>
        <w:t>争优势</w:t>
      </w:r>
      <w:r>
        <w:br/>
      </w:r>
      <w:r>
        <w:rPr>
          <w:spacing w:val="16"/>
          <w:rFonts w:ascii="Ddylr05K+KaiTi" w:hAnsi="Ddylr05K+KaiTi" w:eastAsia="Ddylr05K+KaiTi"/>
          <w:color w:val="000000"/>
          <w:sz w:val="28"/>
        </w:rPr>
        <w:t>公</w:t>
      </w:r>
      <w:r>
        <w:rPr>
          <w:spacing w:val="14"/>
          <w:rFonts w:ascii="Ddylr05K+KaiTi" w:hAnsi="Ddylr05K+KaiTi" w:eastAsia="Ddylr05K+KaiTi"/>
          <w:color w:val="000000"/>
          <w:sz w:val="28"/>
        </w:rPr>
        <w:t>司</w:t>
      </w:r>
      <w:r>
        <w:rPr>
          <w:spacing w:val="16"/>
          <w:rFonts w:ascii="Ddylr05K+KaiTi" w:hAnsi="Ddylr05K+KaiTi" w:eastAsia="Ddylr05K+KaiTi"/>
          <w:color w:val="000000"/>
          <w:sz w:val="28"/>
        </w:rPr>
        <w:t>配</w:t>
      </w:r>
      <w:r>
        <w:rPr>
          <w:spacing w:val="14"/>
          <w:rFonts w:ascii="Ddylr05K+KaiTi" w:hAnsi="Ddylr05K+KaiTi" w:eastAsia="Ddylr05K+KaiTi"/>
          <w:color w:val="000000"/>
          <w:sz w:val="28"/>
        </w:rPr>
        <w:t>置</w:t>
      </w:r>
      <w:r>
        <w:rPr>
          <w:spacing w:val="18"/>
          <w:rFonts w:ascii="Ddylr05K+KaiTi" w:hAnsi="Ddylr05K+KaiTi" w:eastAsia="Ddylr05K+KaiTi"/>
          <w:color w:val="000000"/>
          <w:sz w:val="28"/>
        </w:rPr>
        <w:t>直</w:t>
      </w:r>
      <w:r>
        <w:rPr>
          <w:spacing w:val="16"/>
          <w:rFonts w:ascii="Ddylr05K+KaiTi" w:hAnsi="Ddylr05K+KaiTi" w:eastAsia="Ddylr05K+KaiTi"/>
          <w:color w:val="000000"/>
          <w:sz w:val="28"/>
        </w:rPr>
        <w:t>齿</w:t>
      </w:r>
      <w:r>
        <w:rPr>
          <w:spacing w:val="14"/>
          <w:rFonts w:ascii="Ddylr05K+KaiTi" w:hAnsi="Ddylr05K+KaiTi" w:eastAsia="Ddylr05K+KaiTi"/>
          <w:color w:val="000000"/>
          <w:sz w:val="28"/>
        </w:rPr>
        <w:t>、</w:t>
      </w:r>
      <w:r>
        <w:rPr>
          <w:spacing w:val="18"/>
          <w:rFonts w:ascii="Ddylr05K+KaiTi" w:hAnsi="Ddylr05K+KaiTi" w:eastAsia="Ddylr05K+KaiTi"/>
          <w:color w:val="000000"/>
          <w:sz w:val="28"/>
        </w:rPr>
        <w:t>斜</w:t>
      </w:r>
      <w:r>
        <w:rPr>
          <w:spacing w:val="14"/>
          <w:rFonts w:ascii="Ddylr05K+KaiTi" w:hAnsi="Ddylr05K+KaiTi" w:eastAsia="Ddylr05K+KaiTi"/>
          <w:color w:val="000000"/>
          <w:sz w:val="28"/>
        </w:rPr>
        <w:t>齿</w:t>
      </w:r>
      <w:r>
        <w:rPr>
          <w:spacing w:val="16"/>
          <w:rFonts w:ascii="Ddylr05K+KaiTi" w:hAnsi="Ddylr05K+KaiTi" w:eastAsia="Ddylr05K+KaiTi"/>
          <w:color w:val="000000"/>
          <w:sz w:val="28"/>
        </w:rPr>
        <w:t>、锥齿、</w:t>
      </w:r>
      <w:r>
        <w:rPr>
          <w:spacing w:val="14"/>
          <w:rFonts w:ascii="Ddylr05K+KaiTi" w:hAnsi="Ddylr05K+KaiTi" w:eastAsia="Ddylr05K+KaiTi"/>
          <w:color w:val="000000"/>
          <w:sz w:val="28"/>
        </w:rPr>
        <w:t>螺</w:t>
      </w:r>
      <w:r>
        <w:rPr>
          <w:spacing w:val="18"/>
          <w:rFonts w:ascii="Ddylr05K+KaiTi" w:hAnsi="Ddylr05K+KaiTi" w:eastAsia="Ddylr05K+KaiTi"/>
          <w:color w:val="000000"/>
          <w:sz w:val="28"/>
        </w:rPr>
        <w:t>旋伞</w:t>
      </w:r>
      <w:r>
        <w:rPr>
          <w:spacing w:val="14"/>
          <w:rFonts w:ascii="Ddylr05K+KaiTi" w:hAnsi="Ddylr05K+KaiTi" w:eastAsia="Ddylr05K+KaiTi"/>
          <w:color w:val="000000"/>
          <w:sz w:val="28"/>
        </w:rPr>
        <w:t>齿</w:t>
      </w:r>
      <w:r>
        <w:rPr>
          <w:spacing w:val="16"/>
          <w:rFonts w:ascii="Ddylr05K+KaiTi" w:hAnsi="Ddylr05K+KaiTi" w:eastAsia="Ddylr05K+KaiTi"/>
          <w:color w:val="000000"/>
          <w:sz w:val="28"/>
        </w:rPr>
        <w:t>等各类齿</w:t>
      </w:r>
      <w:r>
        <w:rPr>
          <w:spacing w:val="14"/>
          <w:rFonts w:ascii="Ddylr05K+KaiTi" w:hAnsi="Ddylr05K+KaiTi" w:eastAsia="Ddylr05K+KaiTi"/>
          <w:color w:val="000000"/>
          <w:sz w:val="28"/>
        </w:rPr>
        <w:t>轮</w:t>
      </w:r>
      <w:r>
        <w:rPr>
          <w:spacing w:val="16"/>
          <w:rFonts w:ascii="Ddylr05K+KaiTi" w:hAnsi="Ddylr05K+KaiTi" w:eastAsia="Ddylr05K+KaiTi"/>
          <w:color w:val="000000"/>
          <w:sz w:val="28"/>
        </w:rPr>
        <w:t>(</w:t>
      </w:r>
      <w:r>
        <w:rPr>
          <w:spacing w:val="18"/>
          <w:rFonts w:ascii="Ddylr05K+KaiTi" w:hAnsi="Ddylr05K+KaiTi" w:eastAsia="Ddylr05K+KaiTi"/>
          <w:color w:val="000000"/>
          <w:sz w:val="28"/>
        </w:rPr>
        <w:t>轴</w:t>
      </w:r>
      <w:r>
        <w:rPr>
          <w:spacing w:val="16"/>
          <w:rFonts w:ascii="Ddylr05K+KaiTi" w:hAnsi="Ddylr05K+KaiTi" w:eastAsia="Ddylr05K+KaiTi"/>
          <w:color w:val="000000"/>
          <w:sz w:val="28"/>
        </w:rPr>
        <w:t>)加</w:t>
      </w:r>
      <w:r>
        <w:rPr>
          <w:spacing w:val="14"/>
          <w:rFonts w:ascii="Ddylr05K+KaiTi" w:hAnsi="Ddylr05K+KaiTi" w:eastAsia="Ddylr05K+KaiTi"/>
          <w:color w:val="000000"/>
          <w:sz w:val="28"/>
        </w:rPr>
        <w:t>工</w:t>
      </w:r>
      <w:r>
        <w:rPr>
          <w:spacing w:val="18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备</w:t>
      </w:r>
      <w:r>
        <w:rPr>
          <w:spacing w:val="2"/>
          <w:rFonts w:ascii="Ddylr05K+KaiTi" w:hAnsi="Ddylr05K+KaiTi" w:eastAsia="Ddylr05K+KaiTi"/>
          <w:color w:val="000000"/>
          <w:sz w:val="28"/>
        </w:rPr>
        <w:t>8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2"/>
          <w:rFonts w:ascii="Ddylr05K+KaiTi" w:hAnsi="Ddylr05K+KaiTi" w:eastAsia="Ddylr05K+KaiTi"/>
          <w:color w:val="000000"/>
          <w:sz w:val="28"/>
        </w:rPr>
        <w:t>0</w:t>
      </w:r>
      <w:r>
        <w:rPr>
          <w:spacing w:val="2"/>
          <w:rFonts w:ascii="Ddylr05K+KaiTi" w:hAnsi="Ddylr05K+KaiTi" w:eastAsia="Ddylr05K+KaiTi"/>
          <w:color w:val="000000"/>
          <w:sz w:val="28"/>
        </w:rPr>
        <w:t>台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2"/>
          <w:rFonts w:ascii="Ddylr05K+KaiTi" w:hAnsi="Ddylr05K+KaiTi" w:eastAsia="Ddylr05K+KaiTi"/>
          <w:color w:val="000000"/>
          <w:sz w:val="28"/>
        </w:rPr>
        <w:t>检</w:t>
      </w:r>
      <w:r>
        <w:rPr>
          <w:spacing w:val="4"/>
          <w:rFonts w:ascii="Ddylr05K+KaiTi" w:hAnsi="Ddylr05K+KaiTi" w:eastAsia="Ddylr05K+KaiTi"/>
          <w:color w:val="000000"/>
          <w:sz w:val="28"/>
        </w:rPr>
        <w:t>测设备</w:t>
      </w:r>
      <w:r>
        <w:rPr>
          <w:spacing w:val="2"/>
          <w:rFonts w:ascii="Ddylr05K+KaiTi" w:hAnsi="Ddylr05K+KaiTi" w:eastAsia="Ddylr05K+KaiTi"/>
          <w:color w:val="000000"/>
          <w:sz w:val="28"/>
        </w:rPr>
        <w:t>仪</w:t>
      </w:r>
      <w:r>
        <w:rPr>
          <w:spacing w:val="72"/>
          <w:rFonts w:ascii="Ddylr05K+KaiTi" w:hAnsi="Ddylr05K+KaiTi" w:eastAsia="Ddylr05K+KaiTi"/>
          <w:color w:val="000000"/>
          <w:sz w:val="28"/>
        </w:rPr>
        <w:t>器</w:t>
      </w:r>
      <w:r>
        <w:rPr>
          <w:rFonts w:ascii="Ddylr05K+KaiTi" w:hAnsi="Ddylr05K+KaiTi" w:eastAsia="Ddylr05K+KaiTi"/>
          <w:color w:val="000000"/>
          <w:sz w:val="28"/>
        </w:rPr>
        <w:t>9</w:t>
      </w:r>
      <w:r>
        <w:rPr>
          <w:spacing w:val="74"/>
          <w:rFonts w:ascii="Ddylr05K+KaiTi" w:hAnsi="Ddylr05K+KaiTi" w:eastAsia="Ddylr05K+KaiTi"/>
          <w:color w:val="000000"/>
          <w:sz w:val="28"/>
        </w:rPr>
        <w:t>0</w:t>
      </w:r>
      <w:r>
        <w:rPr>
          <w:spacing w:val="4"/>
          <w:rFonts w:ascii="Ddylr05K+KaiTi" w:hAnsi="Ddylr05K+KaiTi" w:eastAsia="Ddylr05K+KaiTi"/>
          <w:color w:val="000000"/>
          <w:sz w:val="28"/>
        </w:rPr>
        <w:t>台。</w:t>
      </w:r>
      <w:r>
        <w:rPr>
          <w:spacing w:val="2"/>
          <w:rFonts w:ascii="Ddylr05K+KaiTi" w:hAnsi="Ddylr05K+KaiTi" w:eastAsia="Ddylr05K+KaiTi"/>
          <w:color w:val="000000"/>
          <w:sz w:val="28"/>
        </w:rPr>
        <w:t>其</w:t>
      </w:r>
      <w:r>
        <w:rPr>
          <w:spacing w:val="6"/>
          <w:rFonts w:ascii="Ddylr05K+KaiTi" w:hAnsi="Ddylr05K+KaiTi" w:eastAsia="Ddylr05K+KaiTi"/>
          <w:color w:val="000000"/>
          <w:sz w:val="28"/>
        </w:rPr>
        <w:t>中</w:t>
      </w:r>
      <w:r>
        <w:rPr>
          <w:spacing w:val="2"/>
          <w:rFonts w:ascii="Ddylr05K+KaiTi" w:hAnsi="Ddylr05K+KaiTi" w:eastAsia="Ddylr05K+KaiTi"/>
          <w:color w:val="000000"/>
          <w:sz w:val="28"/>
        </w:rPr>
        <w:t>拥</w:t>
      </w:r>
      <w:r>
        <w:rPr>
          <w:spacing w:val="4"/>
          <w:rFonts w:ascii="Ddylr05K+KaiTi" w:hAnsi="Ddylr05K+KaiTi" w:eastAsia="Ddylr05K+KaiTi"/>
          <w:color w:val="000000"/>
          <w:sz w:val="28"/>
        </w:rPr>
        <w:t>有</w:t>
      </w:r>
      <w:r>
        <w:rPr>
          <w:spacing w:val="2"/>
          <w:rFonts w:ascii="Ddylr05K+KaiTi" w:hAnsi="Ddylr05K+KaiTi" w:eastAsia="Ddylr05K+KaiTi"/>
          <w:color w:val="000000"/>
          <w:sz w:val="28"/>
        </w:rPr>
        <w:t>德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2"/>
          <w:rFonts w:ascii="Ddylr05K+KaiTi" w:hAnsi="Ddylr05K+KaiTi" w:eastAsia="Ddylr05K+KaiTi"/>
          <w:color w:val="000000"/>
          <w:sz w:val="28"/>
        </w:rPr>
        <w:t>美</w:t>
      </w:r>
      <w:r>
        <w:rPr>
          <w:spacing w:val="4"/>
          <w:rFonts w:ascii="Ddylr05K+KaiTi" w:hAnsi="Ddylr05K+KaiTi" w:eastAsia="Ddylr05K+KaiTi"/>
          <w:color w:val="000000"/>
          <w:sz w:val="28"/>
        </w:rPr>
        <w:t>、英</w:t>
      </w:r>
      <w:r>
        <w:rPr>
          <w:spacing w:val="2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日、奥</w:t>
      </w:r>
      <w:r>
        <w:rPr>
          <w:spacing w:val="2"/>
          <w:rFonts w:ascii="Ddylr05K+KaiTi" w:hAnsi="Ddylr05K+KaiTi" w:eastAsia="Ddylr05K+KaiTi"/>
          <w:color w:val="000000"/>
          <w:sz w:val="28"/>
        </w:rPr>
        <w:t>地</w:t>
      </w:r>
      <w:r>
        <w:rPr>
          <w:spacing w:val="6"/>
          <w:rFonts w:ascii="Ddylr05K+KaiTi" w:hAnsi="Ddylr05K+KaiTi" w:eastAsia="Ddylr05K+KaiTi"/>
          <w:color w:val="000000"/>
          <w:sz w:val="28"/>
        </w:rPr>
        <w:t>利</w:t>
      </w:r>
      <w:r>
        <w:rPr>
          <w:rFonts w:ascii="Ddylr05K+KaiTi" w:hAnsi="Ddylr05K+KaiTi" w:eastAsia="Ddylr05K+KaiTi"/>
          <w:color w:val="000000"/>
          <w:sz w:val="28"/>
        </w:rPr>
        <w:t>等</w:t>
      </w:r>
      <w:r>
        <w:rPr>
          <w:spacing w:val="6"/>
          <w:rFonts w:ascii="Ddylr05K+KaiTi" w:hAnsi="Ddylr05K+KaiTi" w:eastAsia="Ddylr05K+KaiTi"/>
          <w:color w:val="000000"/>
          <w:sz w:val="28"/>
        </w:rPr>
        <w:t>国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先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4"/>
          <w:rFonts w:ascii="Ddylr05K+KaiTi" w:hAnsi="Ddylr05K+KaiTi" w:eastAsia="Ddylr05K+KaiTi"/>
          <w:color w:val="000000"/>
          <w:sz w:val="28"/>
        </w:rPr>
        <w:t>控</w:t>
      </w:r>
      <w:r>
        <w:rPr>
          <w:spacing w:val="6"/>
          <w:rFonts w:ascii="Ddylr05K+KaiTi" w:hAnsi="Ddylr05K+KaiTi" w:eastAsia="Ddylr05K+KaiTi"/>
          <w:color w:val="000000"/>
          <w:sz w:val="28"/>
        </w:rPr>
        <w:t>加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设</w:t>
      </w:r>
      <w:r>
        <w:rPr>
          <w:spacing w:val="4"/>
          <w:rFonts w:ascii="Ddylr05K+KaiTi" w:hAnsi="Ddylr05K+KaiTi" w:eastAsia="Ddylr05K+KaiTi"/>
          <w:color w:val="000000"/>
          <w:sz w:val="28"/>
        </w:rPr>
        <w:t>备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检</w:t>
      </w:r>
      <w:r>
        <w:rPr>
          <w:spacing w:val="8"/>
          <w:rFonts w:ascii="Ddylr05K+KaiTi" w:hAnsi="Ddylr05K+KaiTi" w:eastAsia="Ddylr05K+KaiTi"/>
          <w:color w:val="000000"/>
          <w:sz w:val="28"/>
        </w:rPr>
        <w:t>测设</w:t>
      </w:r>
      <w:r>
        <w:rPr>
          <w:spacing w:val="74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10</w:t>
      </w:r>
      <w:r>
        <w:rPr>
          <w:spacing w:val="76"/>
          <w:rFonts w:ascii="Ddylr05K+KaiTi" w:hAnsi="Ddylr05K+KaiTi" w:eastAsia="Ddylr05K+KaiTi"/>
          <w:color w:val="000000"/>
          <w:sz w:val="28"/>
        </w:rPr>
        <w:t>0</w:t>
      </w:r>
      <w:r>
        <w:rPr>
          <w:spacing w:val="8"/>
          <w:rFonts w:ascii="Ddylr05K+KaiTi" w:hAnsi="Ddylr05K+KaiTi" w:eastAsia="Ddylr05K+KaiTi"/>
          <w:color w:val="000000"/>
          <w:sz w:val="28"/>
        </w:rPr>
        <w:t>多</w:t>
      </w:r>
      <w:r>
        <w:rPr>
          <w:spacing w:val="6"/>
          <w:rFonts w:ascii="Ddylr05K+KaiTi" w:hAnsi="Ddylr05K+KaiTi" w:eastAsia="Ddylr05K+KaiTi"/>
          <w:color w:val="000000"/>
          <w:sz w:val="28"/>
        </w:rPr>
        <w:t>台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主</w:t>
      </w:r>
      <w:r>
        <w:rPr>
          <w:spacing w:val="6"/>
          <w:rFonts w:ascii="Ddylr05K+KaiTi" w:hAnsi="Ddylr05K+KaiTi" w:eastAsia="Ddylr05K+KaiTi"/>
          <w:color w:val="000000"/>
          <w:sz w:val="28"/>
        </w:rPr>
        <w:t>要</w:t>
      </w:r>
      <w:r>
        <w:rPr>
          <w:spacing w:val="4"/>
          <w:rFonts w:ascii="Ddylr05K+KaiTi" w:hAnsi="Ddylr05K+KaiTi" w:eastAsia="Ddylr05K+KaiTi"/>
          <w:color w:val="000000"/>
          <w:sz w:val="28"/>
        </w:rPr>
        <w:t>包</w:t>
      </w:r>
      <w:r>
        <w:rPr>
          <w:spacing w:val="6"/>
          <w:rFonts w:ascii="Ddylr05K+KaiTi" w:hAnsi="Ddylr05K+KaiTi" w:eastAsia="Ddylr05K+KaiTi"/>
          <w:color w:val="000000"/>
          <w:sz w:val="28"/>
        </w:rPr>
        <w:t>括</w:t>
      </w:r>
      <w:r>
        <w:rPr>
          <w:spacing w:val="4"/>
          <w:rFonts w:ascii="Ddylr05K+KaiTi" w:hAnsi="Ddylr05K+KaiTi" w:eastAsia="Ddylr05K+KaiTi"/>
          <w:color w:val="000000"/>
          <w:sz w:val="28"/>
        </w:rPr>
        <w:t>美</w:t>
      </w:r>
      <w:r>
        <w:rPr>
          <w:spacing w:val="8"/>
          <w:rFonts w:ascii="Ddylr05K+KaiTi" w:hAnsi="Ddylr05K+KaiTi" w:eastAsia="Ddylr05K+KaiTi"/>
          <w:color w:val="000000"/>
          <w:sz w:val="28"/>
        </w:rPr>
        <w:t>国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热</w:t>
      </w:r>
      <w:r>
        <w:rPr>
          <w:rFonts w:ascii="Ddylr05K+KaiTi" w:hAnsi="Ddylr05K+KaiTi" w:eastAsia="Ddylr05K+KaiTi"/>
          <w:color w:val="000000"/>
          <w:sz w:val="28"/>
        </w:rPr>
        <w:t>处</w:t>
      </w:r>
      <w:r>
        <w:rPr>
          <w:spacing w:val="4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线</w:t>
      </w:r>
      <w:r>
        <w:rPr>
          <w:spacing w:val="4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国</w:t>
      </w:r>
      <w:r>
        <w:rPr>
          <w:spacing w:val="4"/>
          <w:rFonts w:ascii="Ddylr05K+KaiTi" w:hAnsi="Ddylr05K+KaiTi" w:eastAsia="Ddylr05K+KaiTi"/>
          <w:color w:val="000000"/>
          <w:sz w:val="28"/>
        </w:rPr>
        <w:t>内领</w:t>
      </w:r>
      <w:r>
        <w:rPr>
          <w:spacing w:val="8"/>
          <w:rFonts w:ascii="Ddylr05K+KaiTi" w:hAnsi="Ddylr05K+KaiTi" w:eastAsia="Ddylr05K+KaiTi"/>
          <w:color w:val="000000"/>
          <w:sz w:val="28"/>
        </w:rPr>
        <w:t>先</w:t>
      </w:r>
      <w:r>
        <w:rPr>
          <w:spacing w:val="6"/>
          <w:rFonts w:ascii="Ddylr05K+KaiTi" w:hAnsi="Ddylr05K+KaiTi" w:eastAsia="Ddylr05K+KaiTi"/>
          <w:color w:val="000000"/>
          <w:sz w:val="28"/>
        </w:rPr>
        <w:t>水</w:t>
      </w:r>
      <w:r>
        <w:rPr>
          <w:spacing w:val="8"/>
          <w:rFonts w:ascii="Ddylr05K+KaiTi" w:hAnsi="Ddylr05K+KaiTi" w:eastAsia="Ddylr05K+KaiTi"/>
          <w:color w:val="000000"/>
          <w:sz w:val="28"/>
        </w:rPr>
        <w:t>平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连</w:t>
      </w:r>
      <w:r>
        <w:rPr>
          <w:spacing w:val="4"/>
          <w:rFonts w:ascii="Ddylr05K+KaiTi" w:hAnsi="Ddylr05K+KaiTi" w:eastAsia="Ddylr05K+KaiTi"/>
          <w:color w:val="000000"/>
          <w:sz w:val="28"/>
        </w:rPr>
        <w:t>续</w:t>
      </w:r>
      <w:r>
        <w:rPr>
          <w:spacing w:val="6"/>
          <w:rFonts w:ascii="Ddylr05K+KaiTi" w:hAnsi="Ddylr05K+KaiTi" w:eastAsia="Ddylr05K+KaiTi"/>
          <w:color w:val="000000"/>
          <w:sz w:val="28"/>
        </w:rPr>
        <w:t>炉</w:t>
      </w:r>
      <w:r>
        <w:rPr>
          <w:spacing w:val="4"/>
          <w:rFonts w:ascii="Ddylr05K+KaiTi" w:hAnsi="Ddylr05K+KaiTi" w:eastAsia="Ddylr05K+KaiTi"/>
          <w:color w:val="000000"/>
          <w:sz w:val="28"/>
        </w:rPr>
        <w:t>设备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淬</w:t>
      </w:r>
      <w:r>
        <w:rPr>
          <w:spacing w:val="8"/>
          <w:rFonts w:ascii="Ddylr05K+KaiTi" w:hAnsi="Ddylr05K+KaiTi" w:eastAsia="Ddylr05K+KaiTi"/>
          <w:color w:val="000000"/>
          <w:sz w:val="28"/>
        </w:rPr>
        <w:t>火</w:t>
      </w:r>
      <w:r>
        <w:rPr>
          <w:spacing w:val="6"/>
          <w:rFonts w:ascii="Ddylr05K+KaiTi" w:hAnsi="Ddylr05K+KaiTi" w:eastAsia="Ddylr05K+KaiTi"/>
          <w:color w:val="000000"/>
          <w:sz w:val="28"/>
        </w:rPr>
        <w:t>压</w:t>
      </w:r>
      <w:r>
        <w:rPr>
          <w:spacing w:val="8"/>
          <w:rFonts w:ascii="Ddylr05K+KaiTi" w:hAnsi="Ddylr05K+KaiTi" w:eastAsia="Ddylr05K+KaiTi"/>
          <w:color w:val="000000"/>
          <w:sz w:val="28"/>
        </w:rPr>
        <w:t>床</w:t>
      </w:r>
      <w:r>
        <w:rPr>
          <w:spacing w:val="4"/>
          <w:rFonts w:ascii="Ddylr05K+KaiTi" w:hAnsi="Ddylr05K+KaiTi" w:eastAsia="Ddylr05K+KaiTi"/>
          <w:color w:val="000000"/>
          <w:sz w:val="28"/>
        </w:rPr>
        <w:t>、中</w:t>
      </w:r>
      <w:r>
        <w:rPr>
          <w:spacing w:val="6"/>
          <w:rFonts w:ascii="Ddylr05K+KaiTi" w:hAnsi="Ddylr05K+KaiTi" w:eastAsia="Ddylr05K+KaiTi"/>
          <w:color w:val="000000"/>
          <w:sz w:val="28"/>
        </w:rPr>
        <w:t>高</w:t>
      </w:r>
      <w:r>
        <w:rPr>
          <w:spacing w:val="4"/>
          <w:rFonts w:ascii="Ddylr05K+KaiTi" w:hAnsi="Ddylr05K+KaiTi" w:eastAsia="Ddylr05K+KaiTi"/>
          <w:color w:val="000000"/>
          <w:sz w:val="28"/>
        </w:rPr>
        <w:t>频</w:t>
      </w:r>
      <w:r>
        <w:rPr>
          <w:spacing w:val="8"/>
          <w:rFonts w:ascii="Ddylr05K+KaiTi" w:hAnsi="Ddylr05K+KaiTi" w:eastAsia="Ddylr05K+KaiTi"/>
          <w:color w:val="000000"/>
          <w:sz w:val="28"/>
        </w:rPr>
        <w:t>热</w:t>
      </w:r>
      <w:r>
        <w:rPr>
          <w:spacing w:val="6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理</w:t>
      </w:r>
      <w:r>
        <w:rPr>
          <w:spacing w:val="6"/>
          <w:rFonts w:ascii="Ddylr05K+KaiTi" w:hAnsi="Ddylr05K+KaiTi" w:eastAsia="Ddylr05K+KaiTi"/>
          <w:color w:val="000000"/>
          <w:sz w:val="28"/>
        </w:rPr>
        <w:t>设</w:t>
      </w:r>
      <w:r>
        <w:rPr>
          <w:spacing w:val="4"/>
          <w:rFonts w:ascii="Ddylr05K+KaiTi" w:hAnsi="Ddylr05K+KaiTi" w:eastAsia="Ddylr05K+KaiTi"/>
          <w:color w:val="000000"/>
          <w:sz w:val="28"/>
        </w:rPr>
        <w:t>备</w:t>
      </w:r>
      <w:r>
        <w:rPr>
          <w:spacing w:val="74"/>
          <w:rFonts w:ascii="Ddylr05K+KaiTi" w:hAnsi="Ddylr05K+KaiTi" w:eastAsia="Ddylr05K+KaiTi"/>
          <w:color w:val="000000"/>
          <w:sz w:val="28"/>
        </w:rPr>
        <w:t>等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76"/>
          <w:rFonts w:ascii="Ddylr05K+KaiTi" w:hAnsi="Ddylr05K+KaiTi" w:eastAsia="Ddylr05K+KaiTi"/>
          <w:color w:val="000000"/>
          <w:sz w:val="28"/>
        </w:rPr>
        <w:t>8</w:t>
      </w:r>
      <w:r>
        <w:rPr>
          <w:spacing w:val="6"/>
          <w:rFonts w:ascii="Ddylr05K+KaiTi" w:hAnsi="Ddylr05K+KaiTi" w:eastAsia="Ddylr05K+KaiTi"/>
          <w:color w:val="000000"/>
          <w:sz w:val="28"/>
        </w:rPr>
        <w:t>套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格</w:t>
      </w:r>
      <w:r>
        <w:rPr>
          <w:spacing w:val="6"/>
          <w:rFonts w:ascii="Ddylr05K+KaiTi" w:hAnsi="Ddylr05K+KaiTi" w:eastAsia="Ddylr05K+KaiTi"/>
          <w:color w:val="000000"/>
          <w:sz w:val="28"/>
        </w:rPr>
        <w:t>里</w:t>
      </w:r>
      <w:r>
        <w:rPr>
          <w:spacing w:val="8"/>
          <w:rFonts w:ascii="Ddylr05K+KaiTi" w:hAnsi="Ddylr05K+KaiTi" w:eastAsia="Ddylr05K+KaiTi"/>
          <w:color w:val="000000"/>
          <w:sz w:val="28"/>
        </w:rPr>
        <w:t>森</w:t>
      </w:r>
      <w:r>
        <w:rPr>
          <w:spacing w:val="74"/>
          <w:rFonts w:ascii="Ddylr05K+KaiTi" w:hAnsi="Ddylr05K+KaiTi" w:eastAsia="Ddylr05K+KaiTi"/>
          <w:color w:val="000000"/>
          <w:sz w:val="28"/>
        </w:rPr>
        <w:t>组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6"/>
          <w:rFonts w:ascii="Ddylr05K+KaiTi" w:hAnsi="Ddylr05K+KaiTi" w:eastAsia="Ddylr05K+KaiTi"/>
          <w:color w:val="000000"/>
          <w:sz w:val="28"/>
        </w:rPr>
        <w:t>0</w:t>
      </w:r>
      <w:r>
        <w:rPr>
          <w:spacing w:val="6"/>
          <w:rFonts w:ascii="Ddylr05K+KaiTi" w:hAnsi="Ddylr05K+KaiTi" w:eastAsia="Ddylr05K+KaiTi"/>
          <w:color w:val="000000"/>
          <w:sz w:val="28"/>
        </w:rPr>
        <w:t>余</w:t>
      </w:r>
      <w:r>
        <w:rPr>
          <w:spacing w:val="4"/>
          <w:rFonts w:ascii="Ddylr05K+KaiTi" w:hAnsi="Ddylr05K+KaiTi" w:eastAsia="Ddylr05K+KaiTi"/>
          <w:color w:val="000000"/>
          <w:sz w:val="28"/>
        </w:rPr>
        <w:t>台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水</w:t>
      </w:r>
      <w:r>
        <w:rPr>
          <w:spacing w:val="8"/>
          <w:rFonts w:ascii="Ddylr05K+KaiTi" w:hAnsi="Ddylr05K+KaiTi" w:eastAsia="Ddylr05K+KaiTi"/>
          <w:color w:val="000000"/>
          <w:sz w:val="28"/>
        </w:rPr>
        <w:t>平</w:t>
      </w:r>
      <w:r>
        <w:rPr>
          <w:spacing w:val="4"/>
          <w:rFonts w:ascii="Ddylr05K+KaiTi" w:hAnsi="Ddylr05K+KaiTi" w:eastAsia="Ddylr05K+KaiTi"/>
          <w:color w:val="000000"/>
          <w:sz w:val="28"/>
        </w:rPr>
        <w:t>领</w:t>
      </w:r>
      <w:r>
        <w:rPr>
          <w:spacing w:val="6"/>
          <w:rFonts w:ascii="Ddylr05K+KaiTi" w:hAnsi="Ddylr05K+KaiTi" w:eastAsia="Ddylr05K+KaiTi"/>
          <w:color w:val="000000"/>
          <w:sz w:val="28"/>
        </w:rPr>
        <w:t>先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国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蜗杆</w:t>
      </w:r>
      <w:r>
        <w:rPr>
          <w:spacing w:val="6"/>
          <w:rFonts w:ascii="Ddylr05K+KaiTi" w:hAnsi="Ddylr05K+KaiTi" w:eastAsia="Ddylr05K+KaiTi"/>
          <w:color w:val="000000"/>
          <w:sz w:val="28"/>
        </w:rPr>
        <w:t>磨</w:t>
      </w:r>
      <w:r>
        <w:rPr>
          <w:spacing w:val="8"/>
          <w:rFonts w:ascii="Ddylr05K+KaiTi" w:hAnsi="Ddylr05K+KaiTi" w:eastAsia="Ddylr05K+KaiTi"/>
          <w:color w:val="000000"/>
          <w:sz w:val="28"/>
        </w:rPr>
        <w:t>齿</w:t>
      </w:r>
      <w:r>
        <w:rPr>
          <w:rFonts w:ascii="Ddylr05K+KaiTi" w:hAnsi="Ddylr05K+KaiTi" w:eastAsia="Ddylr05K+KaiTi"/>
          <w:color w:val="000000"/>
          <w:sz w:val="28"/>
        </w:rPr>
        <w:t>机</w:t>
      </w:r>
      <w:r>
        <w:rPr>
          <w:spacing w:val="-2"/>
          <w:rFonts w:ascii="Ddylr05K+KaiTi" w:hAnsi="Ddylr05K+KaiTi" w:eastAsia="Ddylr05K+KaiTi"/>
          <w:color w:val="000000"/>
          <w:sz w:val="28"/>
        </w:rPr>
        <w:t>等</w:t>
      </w:r>
      <w:r>
        <w:rPr>
          <w:spacing w:val="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控</w:t>
      </w:r>
      <w:r>
        <w:rPr>
          <w:spacing w:val="2"/>
          <w:rFonts w:ascii="Ddylr05K+KaiTi" w:hAnsi="Ddylr05K+KaiTi" w:eastAsia="Ddylr05K+KaiTi"/>
          <w:color w:val="000000"/>
          <w:sz w:val="28"/>
        </w:rPr>
        <w:t>机</w:t>
      </w:r>
      <w:r>
        <w:rPr>
          <w:spacing w:val="70"/>
          <w:rFonts w:ascii="Ddylr05K+KaiTi" w:hAnsi="Ddylr05K+KaiTi" w:eastAsia="Ddylr05K+KaiTi"/>
          <w:color w:val="000000"/>
          <w:sz w:val="28"/>
        </w:rPr>
        <w:t>床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70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余</w:t>
      </w:r>
      <w:r>
        <w:rPr>
          <w:spacing w:val="2"/>
          <w:rFonts w:ascii="Ddylr05K+KaiTi" w:hAnsi="Ddylr05K+KaiTi" w:eastAsia="Ddylr05K+KaiTi"/>
          <w:color w:val="000000"/>
          <w:sz w:val="28"/>
        </w:rPr>
        <w:t>台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2"/>
          <w:rFonts w:ascii="Ddylr05K+KaiTi" w:hAnsi="Ddylr05K+KaiTi" w:eastAsia="Ddylr05K+KaiTi"/>
          <w:color w:val="000000"/>
          <w:sz w:val="28"/>
        </w:rPr>
        <w:t>可</w:t>
      </w:r>
      <w:r>
        <w:rPr>
          <w:rFonts w:ascii="Ddylr05K+KaiTi" w:hAnsi="Ddylr05K+KaiTi" w:eastAsia="Ddylr05K+KaiTi"/>
          <w:color w:val="000000"/>
          <w:sz w:val="28"/>
        </w:rPr>
        <w:t>加</w:t>
      </w:r>
      <w:r>
        <w:rPr>
          <w:spacing w:val="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直</w:t>
      </w:r>
      <w:r>
        <w:rPr>
          <w:spacing w:val="72"/>
          <w:rFonts w:ascii="Ddylr05K+KaiTi" w:hAnsi="Ddylr05K+KaiTi" w:eastAsia="Ddylr05K+KaiTi"/>
          <w:color w:val="000000"/>
          <w:sz w:val="28"/>
        </w:rPr>
        <w:t>径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80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m</w:t>
      </w:r>
      <w:r>
        <w:rPr>
          <w:spacing w:val="70"/>
          <w:rFonts w:ascii="Ddylr05K+KaiTi" w:hAnsi="Ddylr05K+KaiTi" w:eastAsia="Ddylr05K+KaiTi"/>
          <w:color w:val="000000"/>
          <w:sz w:val="28"/>
        </w:rPr>
        <w:t>m</w:t>
      </w:r>
      <w:r>
        <w:rPr>
          <w:rFonts w:ascii="Ddylr05K+KaiTi" w:hAnsi="Ddylr05K+KaiTi" w:eastAsia="Ddylr05K+KaiTi"/>
          <w:color w:val="000000"/>
          <w:sz w:val="28"/>
        </w:rPr>
        <w:t>以</w:t>
      </w:r>
      <w:r>
        <w:rPr>
          <w:spacing w:val="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2"/>
          <w:rFonts w:ascii="Ddylr05K+KaiTi" w:hAnsi="Ddylr05K+KaiTi" w:eastAsia="Ddylr05K+KaiTi"/>
          <w:color w:val="000000"/>
          <w:sz w:val="28"/>
        </w:rPr>
        <w:t>模</w:t>
      </w:r>
      <w:r>
        <w:rPr>
          <w:spacing w:val="72"/>
          <w:rFonts w:ascii="Ddylr05K+KaiTi" w:hAnsi="Ddylr05K+KaiTi" w:eastAsia="Ddylr05K+KaiTi"/>
          <w:color w:val="000000"/>
          <w:sz w:val="28"/>
        </w:rPr>
        <w:t>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M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70"/>
          <w:rFonts w:ascii="Ddylr05K+KaiTi" w:hAnsi="Ddylr05K+KaiTi" w:eastAsia="Ddylr05K+KaiTi"/>
          <w:color w:val="000000"/>
          <w:sz w:val="28"/>
        </w:rPr>
        <w:t>6</w:t>
      </w:r>
      <w:r>
        <w:rPr>
          <w:rFonts w:ascii="Ddylr05K+KaiTi" w:hAnsi="Ddylr05K+KaiTi" w:eastAsia="Ddylr05K+KaiTi"/>
          <w:color w:val="000000"/>
          <w:sz w:val="28"/>
        </w:rPr>
        <w:t>以</w:t>
      </w:r>
      <w:r>
        <w:rPr>
          <w:spacing w:val="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的各</w:t>
      </w:r>
      <w:r>
        <w:rPr>
          <w:spacing w:val="4"/>
          <w:rFonts w:ascii="Ddylr05K+KaiTi" w:hAnsi="Ddylr05K+KaiTi" w:eastAsia="Ddylr05K+KaiTi"/>
          <w:color w:val="000000"/>
          <w:sz w:val="28"/>
        </w:rPr>
        <w:t>种</w:t>
      </w:r>
      <w:r>
        <w:rPr>
          <w:spacing w:val="8"/>
          <w:rFonts w:ascii="Ddylr05K+KaiTi" w:hAnsi="Ddylr05K+KaiTi" w:eastAsia="Ddylr05K+KaiTi"/>
          <w:color w:val="000000"/>
          <w:sz w:val="28"/>
        </w:rPr>
        <w:t>公</w:t>
      </w:r>
      <w:r>
        <w:rPr>
          <w:spacing w:val="6"/>
          <w:rFonts w:ascii="Ddylr05K+KaiTi" w:hAnsi="Ddylr05K+KaiTi" w:eastAsia="Ddylr05K+KaiTi"/>
          <w:color w:val="000000"/>
          <w:sz w:val="28"/>
        </w:rPr>
        <w:t>制</w:t>
      </w:r>
      <w:r>
        <w:rPr>
          <w:spacing w:val="8"/>
          <w:rFonts w:ascii="Ddylr05K+KaiTi" w:hAnsi="Ddylr05K+KaiTi" w:eastAsia="Ddylr05K+KaiTi"/>
          <w:color w:val="000000"/>
          <w:sz w:val="28"/>
        </w:rPr>
        <w:t>及</w:t>
      </w:r>
      <w:r>
        <w:rPr>
          <w:spacing w:val="4"/>
          <w:rFonts w:ascii="Ddylr05K+KaiTi" w:hAnsi="Ddylr05K+KaiTi" w:eastAsia="Ddylr05K+KaiTi"/>
          <w:color w:val="000000"/>
          <w:sz w:val="28"/>
        </w:rPr>
        <w:t>英</w:t>
      </w:r>
      <w:r>
        <w:rPr>
          <w:spacing w:val="6"/>
          <w:rFonts w:ascii="Ddylr05K+KaiTi" w:hAnsi="Ddylr05K+KaiTi" w:eastAsia="Ddylr05K+KaiTi"/>
          <w:color w:val="000000"/>
          <w:sz w:val="28"/>
        </w:rPr>
        <w:t>美</w:t>
      </w:r>
      <w:r>
        <w:rPr>
          <w:spacing w:val="4"/>
          <w:rFonts w:ascii="Ddylr05K+KaiTi" w:hAnsi="Ddylr05K+KaiTi" w:eastAsia="Ddylr05K+KaiTi"/>
          <w:color w:val="000000"/>
          <w:sz w:val="28"/>
        </w:rPr>
        <w:t>制齿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(</w:t>
      </w:r>
      <w:r>
        <w:rPr>
          <w:spacing w:val="4"/>
          <w:rFonts w:ascii="Ddylr05K+KaiTi" w:hAnsi="Ddylr05K+KaiTi" w:eastAsia="Ddylr05K+KaiTi"/>
          <w:color w:val="000000"/>
          <w:sz w:val="28"/>
        </w:rPr>
        <w:t>轴</w:t>
      </w:r>
      <w:r>
        <w:rPr>
          <w:spacing w:val="6"/>
          <w:rFonts w:ascii="Ddylr05K+KaiTi" w:hAnsi="Ddylr05K+KaiTi" w:eastAsia="Ddylr05K+KaiTi"/>
          <w:color w:val="000000"/>
          <w:sz w:val="28"/>
        </w:rPr>
        <w:t>)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初</w:t>
      </w:r>
      <w:r>
        <w:rPr>
          <w:spacing w:val="6"/>
          <w:rFonts w:ascii="Ddylr05K+KaiTi" w:hAnsi="Ddylr05K+KaiTi" w:eastAsia="Ddylr05K+KaiTi"/>
          <w:color w:val="000000"/>
          <w:sz w:val="28"/>
        </w:rPr>
        <w:t>步</w:t>
      </w:r>
      <w:r>
        <w:rPr>
          <w:spacing w:val="8"/>
          <w:rFonts w:ascii="Ddylr05K+KaiTi" w:hAnsi="Ddylr05K+KaiTi" w:eastAsia="Ddylr05K+KaiTi"/>
          <w:color w:val="000000"/>
          <w:sz w:val="28"/>
        </w:rPr>
        <w:t>形</w:t>
      </w:r>
      <w:r>
        <w:rPr>
          <w:spacing w:val="6"/>
          <w:rFonts w:ascii="Ddylr05K+KaiTi" w:hAnsi="Ddylr05K+KaiTi" w:eastAsia="Ddylr05K+KaiTi"/>
          <w:color w:val="000000"/>
          <w:sz w:val="28"/>
        </w:rPr>
        <w:t>成</w:t>
      </w:r>
      <w:r>
        <w:rPr>
          <w:spacing w:val="8"/>
          <w:rFonts w:ascii="Ddylr05K+KaiTi" w:hAnsi="Ddylr05K+KaiTi" w:eastAsia="Ddylr05K+KaiTi"/>
          <w:color w:val="000000"/>
          <w:sz w:val="28"/>
        </w:rPr>
        <w:t>年</w:t>
      </w:r>
      <w:r>
        <w:rPr>
          <w:spacing w:val="76"/>
          <w:rFonts w:ascii="Ddylr05K+KaiTi" w:hAnsi="Ddylr05K+KaiTi" w:eastAsia="Ddylr05K+KaiTi"/>
          <w:color w:val="000000"/>
          <w:sz w:val="28"/>
        </w:rPr>
        <w:t>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3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74"/>
          <w:rFonts w:ascii="Ddylr05K+KaiTi" w:hAnsi="Ddylr05K+KaiTi" w:eastAsia="Ddylr05K+KaiTi"/>
          <w:color w:val="000000"/>
          <w:sz w:val="28"/>
        </w:rPr>
        <w:t>0</w:t>
      </w:r>
      <w:r>
        <w:rPr>
          <w:spacing w:val="4"/>
          <w:rFonts w:ascii="Ddylr05K+KaiTi" w:hAnsi="Ddylr05K+KaiTi" w:eastAsia="Ddylr05K+KaiTi"/>
          <w:color w:val="000000"/>
          <w:sz w:val="28"/>
        </w:rPr>
        <w:t>万</w:t>
      </w:r>
      <w:r>
        <w:rPr>
          <w:spacing w:val="6"/>
          <w:rFonts w:ascii="Ddylr05K+KaiTi" w:hAnsi="Ddylr05K+KaiTi" w:eastAsia="Ddylr05K+KaiTi"/>
          <w:color w:val="000000"/>
          <w:sz w:val="28"/>
        </w:rPr>
        <w:t>件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4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6"/>
          <w:rFonts w:ascii="Ddylr05K+KaiTi" w:hAnsi="Ddylr05K+KaiTi" w:eastAsia="Ddylr05K+KaiTi"/>
          <w:color w:val="000000"/>
          <w:sz w:val="28"/>
        </w:rPr>
        <w:t>齿轮</w:t>
      </w:r>
      <w:r>
        <w:rPr>
          <w:rFonts w:ascii="Ddylr05K+KaiTi" w:hAnsi="Ddylr05K+KaiTi" w:eastAsia="Ddylr05K+KaiTi"/>
          <w:color w:val="000000"/>
          <w:sz w:val="28"/>
        </w:rPr>
        <w:t>零</w:t>
      </w:r>
      <w:r>
        <w:rPr>
          <w:spacing w:val="4"/>
          <w:rFonts w:ascii="Ddylr05K+KaiTi" w:hAnsi="Ddylr05K+KaiTi" w:eastAsia="Ddylr05K+KaiTi"/>
          <w:color w:val="000000"/>
          <w:sz w:val="28"/>
        </w:rPr>
        <w:t>部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4"/>
          <w:rFonts w:ascii="Ddylr05K+KaiTi" w:hAnsi="Ddylr05K+KaiTi" w:eastAsia="Ddylr05K+KaiTi"/>
          <w:color w:val="000000"/>
          <w:sz w:val="28"/>
        </w:rPr>
        <w:t>力。</w:t>
      </w:r>
      <w:r>
        <w:rPr>
          <w:spacing w:val="8"/>
          <w:rFonts w:ascii="Ddylr05K+KaiTi" w:hAnsi="Ddylr05K+KaiTi" w:eastAsia="Ddylr05K+KaiTi"/>
          <w:color w:val="000000"/>
          <w:sz w:val="28"/>
        </w:rPr>
        <w:t>公</w:t>
      </w:r>
      <w:r>
        <w:rPr>
          <w:spacing w:val="6"/>
          <w:rFonts w:ascii="Ddylr05K+KaiTi" w:hAnsi="Ddylr05K+KaiTi" w:eastAsia="Ddylr05K+KaiTi"/>
          <w:color w:val="000000"/>
          <w:sz w:val="28"/>
        </w:rPr>
        <w:t>司</w:t>
      </w:r>
      <w:r>
        <w:rPr>
          <w:spacing w:val="8"/>
          <w:rFonts w:ascii="Ddylr05K+KaiTi" w:hAnsi="Ddylr05K+KaiTi" w:eastAsia="Ddylr05K+KaiTi"/>
          <w:color w:val="000000"/>
          <w:sz w:val="28"/>
        </w:rPr>
        <w:t>参</w:t>
      </w:r>
      <w:r>
        <w:rPr>
          <w:spacing w:val="6"/>
          <w:rFonts w:ascii="Ddylr05K+KaiTi" w:hAnsi="Ddylr05K+KaiTi" w:eastAsia="Ddylr05K+KaiTi"/>
          <w:color w:val="000000"/>
          <w:sz w:val="28"/>
        </w:rPr>
        <w:t>与</w:t>
      </w:r>
      <w:r>
        <w:rPr>
          <w:spacing w:val="8"/>
          <w:rFonts w:ascii="Ddylr05K+KaiTi" w:hAnsi="Ddylr05K+KaiTi" w:eastAsia="Ddylr05K+KaiTi"/>
          <w:color w:val="000000"/>
          <w:sz w:val="28"/>
        </w:rPr>
        <w:t>研</w:t>
      </w:r>
      <w:r>
        <w:rPr>
          <w:spacing w:val="4"/>
          <w:rFonts w:ascii="Ddylr05K+KaiTi" w:hAnsi="Ddylr05K+KaiTi" w:eastAsia="Ddylr05K+KaiTi"/>
          <w:color w:val="000000"/>
          <w:sz w:val="28"/>
        </w:rPr>
        <w:t>发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竹缠</w:t>
      </w:r>
      <w:r>
        <w:rPr>
          <w:spacing w:val="8"/>
          <w:rFonts w:ascii="Ddylr05K+KaiTi" w:hAnsi="Ddylr05K+KaiTi" w:eastAsia="Ddylr05K+KaiTi"/>
          <w:color w:val="000000"/>
          <w:sz w:val="28"/>
        </w:rPr>
        <w:t>绕</w:t>
      </w:r>
      <w:r>
        <w:rPr>
          <w:spacing w:val="6"/>
          <w:rFonts w:ascii="Ddylr05K+KaiTi" w:hAnsi="Ddylr05K+KaiTi" w:eastAsia="Ddylr05K+KaiTi"/>
          <w:color w:val="000000"/>
          <w:sz w:val="28"/>
        </w:rPr>
        <w:t>复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6"/>
          <w:rFonts w:ascii="Ddylr05K+KaiTi" w:hAnsi="Ddylr05K+KaiTi" w:eastAsia="Ddylr05K+KaiTi"/>
          <w:color w:val="000000"/>
          <w:sz w:val="28"/>
        </w:rPr>
        <w:t>压</w:t>
      </w:r>
      <w:r>
        <w:rPr>
          <w:spacing w:val="8"/>
          <w:rFonts w:ascii="Ddylr05K+KaiTi" w:hAnsi="Ddylr05K+KaiTi" w:eastAsia="Ddylr05K+KaiTi"/>
          <w:color w:val="000000"/>
          <w:sz w:val="28"/>
        </w:rPr>
        <w:t>力</w:t>
      </w:r>
      <w:r>
        <w:rPr>
          <w:spacing w:val="4"/>
          <w:rFonts w:ascii="Ddylr05K+KaiTi" w:hAnsi="Ddylr05K+KaiTi" w:eastAsia="Ddylr05K+KaiTi"/>
          <w:color w:val="000000"/>
          <w:sz w:val="28"/>
        </w:rPr>
        <w:t>管道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可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6"/>
          <w:rFonts w:ascii="Ddylr05K+KaiTi" w:hAnsi="Ddylr05K+KaiTi" w:eastAsia="Ddylr05K+KaiTi"/>
          <w:color w:val="000000"/>
          <w:sz w:val="28"/>
        </w:rPr>
        <w:t>于</w:t>
      </w:r>
      <w:r>
        <w:rPr>
          <w:rFonts w:ascii="Ddylr05K+KaiTi" w:hAnsi="Ddylr05K+KaiTi" w:eastAsia="Ddylr05K+KaiTi"/>
          <w:color w:val="000000"/>
          <w:sz w:val="28"/>
        </w:rPr>
        <w:t>直</w:t>
      </w:r>
      <w:r>
        <w:rPr>
          <w:spacing w:val="78"/>
          <w:rFonts w:ascii="Ddylr05K+KaiTi" w:hAnsi="Ddylr05K+KaiTi" w:eastAsia="Ddylr05K+KaiTi"/>
          <w:color w:val="000000"/>
          <w:sz w:val="28"/>
        </w:rPr>
        <w:t>径</w:t>
      </w: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spacing w:val="78"/>
          <w:rFonts w:ascii="Ddylr05K+KaiTi" w:hAnsi="Ddylr05K+KaiTi" w:eastAsia="Ddylr05K+KaiTi"/>
          <w:color w:val="000000"/>
          <w:sz w:val="28"/>
        </w:rPr>
        <w:t>M</w:t>
      </w:r>
      <w:r>
        <w:rPr>
          <w:spacing w:val="8"/>
          <w:rFonts w:ascii="Ddylr05K+KaiTi" w:hAnsi="Ddylr05K+KaiTi" w:eastAsia="Ddylr05K+KaiTi"/>
          <w:color w:val="000000"/>
          <w:sz w:val="28"/>
        </w:rPr>
        <w:t>以下</w:t>
      </w:r>
      <w:r>
        <w:rPr>
          <w:spacing w:val="10"/>
          <w:rFonts w:ascii="Ddylr05K+KaiTi" w:hAnsi="Ddylr05K+KaiTi" w:eastAsia="Ddylr05K+KaiTi"/>
          <w:color w:val="000000"/>
          <w:sz w:val="28"/>
        </w:rPr>
        <w:t>、压</w:t>
      </w:r>
      <w:r>
        <w:rPr>
          <w:rFonts w:ascii="Ddylr05K+KaiTi" w:hAnsi="Ddylr05K+KaiTi" w:eastAsia="Ddylr05K+KaiTi"/>
          <w:color w:val="000000"/>
          <w:sz w:val="28"/>
        </w:rPr>
        <w:t>力</w:t>
      </w:r>
      <w:r>
        <w:rPr>
          <w:spacing w:val="4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.6</w:t>
      </w:r>
      <w:r>
        <w:rPr>
          <w:spacing w:val="2"/>
          <w:rFonts w:ascii="Ddylr05K+KaiTi" w:hAnsi="Ddylr05K+KaiTi" w:eastAsia="Ddylr05K+KaiTi"/>
          <w:color w:val="000000"/>
          <w:sz w:val="28"/>
        </w:rPr>
        <w:t>M</w:t>
      </w:r>
      <w:r>
        <w:rPr>
          <w:spacing w:val="-2"/>
          <w:rFonts w:ascii="Ddylr05K+KaiTi" w:hAnsi="Ddylr05K+KaiTi" w:eastAsia="Ddylr05K+KaiTi"/>
          <w:color w:val="000000"/>
          <w:sz w:val="28"/>
        </w:rPr>
        <w:t>P</w:t>
      </w:r>
      <w:r>
        <w:rPr>
          <w:rFonts w:ascii="Ddylr05K+KaiTi" w:hAnsi="Ddylr05K+KaiTi" w:eastAsia="Ddylr05K+KaiTi"/>
          <w:color w:val="000000"/>
          <w:sz w:val="28"/>
        </w:rPr>
        <w:t>a</w:t>
      </w:r>
      <w:r>
        <w:rPr>
          <w:spacing w:val="2"/>
          <w:rFonts w:ascii="Arial" w:hAnsi="Arial" w:eastAsia="Arial"/>
          <w:color w:val="000000"/>
          <w:sz w:val="28"/>
        </w:rPr>
        <w:t xml:space="preserve"> </w:t>
      </w:r>
      <w:r>
        <w:rPr>
          <w:spacing w:val="10"/>
          <w:rFonts w:ascii="Ddylr05K+KaiTi" w:hAnsi="Ddylr05K+KaiTi" w:eastAsia="Ddylr05K+KaiTi"/>
          <w:color w:val="000000"/>
          <w:sz w:val="28"/>
        </w:rPr>
        <w:t>以下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10"/>
          <w:rFonts w:ascii="Ddylr05K+KaiTi" w:hAnsi="Ddylr05K+KaiTi" w:eastAsia="Ddylr05K+KaiTi"/>
          <w:color w:val="000000"/>
          <w:sz w:val="28"/>
        </w:rPr>
        <w:t>使</w:t>
      </w:r>
      <w:r>
        <w:rPr>
          <w:spacing w:val="12"/>
          <w:rFonts w:ascii="Ddylr05K+KaiTi" w:hAnsi="Ddylr05K+KaiTi" w:eastAsia="Ddylr05K+KaiTi"/>
          <w:color w:val="000000"/>
          <w:sz w:val="28"/>
        </w:rPr>
        <w:t>用</w:t>
      </w:r>
      <w:r>
        <w:rPr>
          <w:spacing w:val="10"/>
          <w:rFonts w:ascii="Ddylr05K+KaiTi" w:hAnsi="Ddylr05K+KaiTi" w:eastAsia="Ddylr05K+KaiTi"/>
          <w:color w:val="000000"/>
          <w:sz w:val="28"/>
        </w:rPr>
        <w:t>温</w:t>
      </w:r>
      <w:r>
        <w:rPr>
          <w:spacing w:val="76"/>
          <w:rFonts w:ascii="Ddylr05K+KaiTi" w:hAnsi="Ddylr05K+KaiTi" w:eastAsia="Ddylr05K+KaiTi"/>
          <w:color w:val="000000"/>
          <w:sz w:val="28"/>
        </w:rPr>
        <w:t>度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spacing w:val="10"/>
          <w:rFonts w:ascii="Ddylr05K+KaiTi" w:hAnsi="Ddylr05K+KaiTi" w:eastAsia="Ddylr05K+KaiTi"/>
          <w:color w:val="000000"/>
          <w:sz w:val="28"/>
        </w:rPr>
        <w:t>0℃</w:t>
      </w:r>
      <w:r>
        <w:rPr>
          <w:spacing w:val="8"/>
          <w:rFonts w:ascii="Ddylr05K+KaiTi" w:hAnsi="Ddylr05K+KaiTi" w:eastAsia="Ddylr05K+KaiTi"/>
          <w:color w:val="000000"/>
          <w:sz w:val="28"/>
        </w:rPr>
        <w:t>以</w:t>
      </w:r>
      <w:r>
        <w:rPr>
          <w:spacing w:val="10"/>
          <w:rFonts w:ascii="Ddylr05K+KaiTi" w:hAnsi="Ddylr05K+KaiTi" w:eastAsia="Ddylr05K+KaiTi"/>
          <w:color w:val="000000"/>
          <w:sz w:val="28"/>
        </w:rPr>
        <w:t>下各类</w:t>
      </w:r>
      <w:r>
        <w:rPr>
          <w:spacing w:val="12"/>
          <w:rFonts w:ascii="Ddylr05K+KaiTi" w:hAnsi="Ddylr05K+KaiTi" w:eastAsia="Ddylr05K+KaiTi"/>
          <w:color w:val="000000"/>
          <w:sz w:val="28"/>
        </w:rPr>
        <w:t>给</w:t>
      </w:r>
      <w:r>
        <w:rPr>
          <w:spacing w:val="10"/>
          <w:rFonts w:ascii="Ddylr05K+KaiTi" w:hAnsi="Ddylr05K+KaiTi" w:eastAsia="Ddylr05K+KaiTi"/>
          <w:color w:val="000000"/>
          <w:sz w:val="28"/>
        </w:rPr>
        <w:t>排水</w:t>
      </w:r>
      <w:r>
        <w:rPr>
          <w:rFonts w:ascii="Ddylr05K+KaiTi" w:hAnsi="Ddylr05K+KaiTi" w:eastAsia="Ddylr05K+KaiTi"/>
          <w:color w:val="000000"/>
          <w:sz w:val="28"/>
        </w:rPr>
        <w:t>管</w:t>
      </w:r>
      <w:r>
        <w:rPr>
          <w:spacing w:val="4"/>
          <w:rFonts w:ascii="Ddylr05K+KaiTi" w:hAnsi="Ddylr05K+KaiTi" w:eastAsia="Ddylr05K+KaiTi"/>
          <w:color w:val="000000"/>
          <w:sz w:val="28"/>
        </w:rPr>
        <w:t>及</w:t>
      </w:r>
      <w:r>
        <w:rPr>
          <w:spacing w:val="8"/>
          <w:rFonts w:ascii="Ddylr05K+KaiTi" w:hAnsi="Ddylr05K+KaiTi" w:eastAsia="Ddylr05K+KaiTi"/>
          <w:color w:val="000000"/>
          <w:sz w:val="28"/>
        </w:rPr>
        <w:t>化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石</w:t>
      </w:r>
      <w:r>
        <w:rPr>
          <w:spacing w:val="4"/>
          <w:rFonts w:ascii="Ddylr05K+KaiTi" w:hAnsi="Ddylr05K+KaiTi" w:eastAsia="Ddylr05K+KaiTi"/>
          <w:color w:val="000000"/>
          <w:sz w:val="28"/>
        </w:rPr>
        <w:t>油</w:t>
      </w:r>
      <w:r>
        <w:rPr>
          <w:spacing w:val="6"/>
          <w:rFonts w:ascii="Ddylr05K+KaiTi" w:hAnsi="Ddylr05K+KaiTi" w:eastAsia="Ddylr05K+KaiTi"/>
          <w:color w:val="000000"/>
          <w:sz w:val="28"/>
        </w:rPr>
        <w:t>管</w:t>
      </w:r>
      <w:r>
        <w:rPr>
          <w:spacing w:val="4"/>
          <w:rFonts w:ascii="Ddylr05K+KaiTi" w:hAnsi="Ddylr05K+KaiTi" w:eastAsia="Ddylr05K+KaiTi"/>
          <w:color w:val="000000"/>
          <w:sz w:val="28"/>
        </w:rPr>
        <w:t>，广</w:t>
      </w:r>
      <w:r>
        <w:rPr>
          <w:spacing w:val="8"/>
          <w:rFonts w:ascii="Ddylr05K+KaiTi" w:hAnsi="Ddylr05K+KaiTi" w:eastAsia="Ddylr05K+KaiTi"/>
          <w:color w:val="000000"/>
          <w:sz w:val="28"/>
        </w:rPr>
        <w:t>泛</w:t>
      </w:r>
      <w:r>
        <w:rPr>
          <w:spacing w:val="6"/>
          <w:rFonts w:ascii="Ddylr05K+KaiTi" w:hAnsi="Ddylr05K+KaiTi" w:eastAsia="Ddylr05K+KaiTi"/>
          <w:color w:val="000000"/>
          <w:sz w:val="28"/>
        </w:rPr>
        <w:t>应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6"/>
          <w:rFonts w:ascii="Ddylr05K+KaiTi" w:hAnsi="Ddylr05K+KaiTi" w:eastAsia="Ddylr05K+KaiTi"/>
          <w:color w:val="000000"/>
          <w:sz w:val="28"/>
        </w:rPr>
        <w:t>于</w:t>
      </w:r>
      <w:r>
        <w:rPr>
          <w:spacing w:val="8"/>
          <w:rFonts w:ascii="Ddylr05K+KaiTi" w:hAnsi="Ddylr05K+KaiTi" w:eastAsia="Ddylr05K+KaiTi"/>
          <w:color w:val="000000"/>
          <w:sz w:val="28"/>
        </w:rPr>
        <w:t>农</w:t>
      </w:r>
      <w:r>
        <w:rPr>
          <w:spacing w:val="4"/>
          <w:rFonts w:ascii="Ddylr05K+KaiTi" w:hAnsi="Ddylr05K+KaiTi" w:eastAsia="Ddylr05K+KaiTi"/>
          <w:color w:val="000000"/>
          <w:sz w:val="28"/>
        </w:rPr>
        <w:t>田</w:t>
      </w:r>
      <w:r>
        <w:rPr>
          <w:spacing w:val="6"/>
          <w:rFonts w:ascii="Ddylr05K+KaiTi" w:hAnsi="Ddylr05K+KaiTi" w:eastAsia="Ddylr05K+KaiTi"/>
          <w:color w:val="000000"/>
          <w:sz w:val="28"/>
        </w:rPr>
        <w:t>节</w:t>
      </w:r>
      <w:r>
        <w:rPr>
          <w:spacing w:val="4"/>
          <w:rFonts w:ascii="Ddylr05K+KaiTi" w:hAnsi="Ddylr05K+KaiTi" w:eastAsia="Ddylr05K+KaiTi"/>
          <w:color w:val="000000"/>
          <w:sz w:val="28"/>
        </w:rPr>
        <w:t>水灌</w:t>
      </w:r>
      <w:r>
        <w:rPr>
          <w:spacing w:val="8"/>
          <w:rFonts w:ascii="Ddylr05K+KaiTi" w:hAnsi="Ddylr05K+KaiTi" w:eastAsia="Ddylr05K+KaiTi"/>
          <w:color w:val="000000"/>
          <w:sz w:val="28"/>
        </w:rPr>
        <w:t>溉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城</w:t>
      </w:r>
      <w:r>
        <w:rPr>
          <w:spacing w:val="6"/>
          <w:rFonts w:ascii="Ddylr05K+KaiTi" w:hAnsi="Ddylr05K+KaiTi" w:eastAsia="Ddylr05K+KaiTi"/>
          <w:color w:val="000000"/>
          <w:sz w:val="28"/>
        </w:rPr>
        <w:t>市</w:t>
      </w:r>
      <w:r>
        <w:rPr>
          <w:spacing w:val="8"/>
          <w:rFonts w:ascii="Ddylr05K+KaiTi" w:hAnsi="Ddylr05K+KaiTi" w:eastAsia="Ddylr05K+KaiTi"/>
          <w:color w:val="000000"/>
          <w:sz w:val="28"/>
        </w:rPr>
        <w:t>给</w:t>
      </w:r>
      <w:r>
        <w:rPr>
          <w:spacing w:val="4"/>
          <w:rFonts w:ascii="Ddylr05K+KaiTi" w:hAnsi="Ddylr05K+KaiTi" w:eastAsia="Ddylr05K+KaiTi"/>
          <w:color w:val="000000"/>
          <w:sz w:val="28"/>
        </w:rPr>
        <w:t>排水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油</w:t>
      </w:r>
      <w:r>
        <w:rPr>
          <w:spacing w:val="8"/>
          <w:rFonts w:ascii="Ddylr05K+KaiTi" w:hAnsi="Ddylr05K+KaiTi" w:eastAsia="Ddylr05K+KaiTi"/>
          <w:color w:val="000000"/>
          <w:sz w:val="28"/>
        </w:rPr>
        <w:t>田</w:t>
      </w:r>
      <w:r>
        <w:rPr>
          <w:spacing w:val="6"/>
          <w:rFonts w:ascii="Ddylr05K+KaiTi" w:hAnsi="Ddylr05K+KaiTi" w:eastAsia="Ddylr05K+KaiTi"/>
          <w:color w:val="000000"/>
          <w:sz w:val="28"/>
        </w:rPr>
        <w:t>管</w:t>
      </w:r>
      <w:r>
        <w:rPr>
          <w:rFonts w:ascii="Ddylr05K+KaiTi" w:hAnsi="Ddylr05K+KaiTi" w:eastAsia="Ddylr05K+KaiTi"/>
          <w:color w:val="000000"/>
          <w:sz w:val="28"/>
        </w:rPr>
        <w:t>网</w:t>
      </w:r>
      <w:r>
        <w:rPr>
          <w:spacing w:val="4"/>
          <w:rFonts w:ascii="Ddylr05K+KaiTi" w:hAnsi="Ddylr05K+KaiTi" w:eastAsia="Ddylr05K+KaiTi"/>
          <w:color w:val="000000"/>
          <w:sz w:val="28"/>
        </w:rPr>
        <w:t>铺</w:t>
      </w:r>
      <w:r>
        <w:rPr>
          <w:spacing w:val="8"/>
          <w:rFonts w:ascii="Ddylr05K+KaiTi" w:hAnsi="Ddylr05K+KaiTi" w:eastAsia="Ddylr05K+KaiTi"/>
          <w:color w:val="000000"/>
          <w:sz w:val="28"/>
        </w:rPr>
        <w:t>设</w:t>
      </w:r>
      <w:r>
        <w:rPr>
          <w:spacing w:val="6"/>
          <w:rFonts w:ascii="Ddylr05K+KaiTi" w:hAnsi="Ddylr05K+KaiTi" w:eastAsia="Ddylr05K+KaiTi"/>
          <w:color w:val="000000"/>
          <w:sz w:val="28"/>
        </w:rPr>
        <w:t>及</w:t>
      </w:r>
      <w:r>
        <w:rPr>
          <w:spacing w:val="8"/>
          <w:rFonts w:ascii="Ddylr05K+KaiTi" w:hAnsi="Ddylr05K+KaiTi" w:eastAsia="Ddylr05K+KaiTi"/>
          <w:color w:val="000000"/>
          <w:sz w:val="28"/>
        </w:rPr>
        <w:t>电</w:t>
      </w:r>
      <w:r>
        <w:rPr>
          <w:spacing w:val="4"/>
          <w:rFonts w:ascii="Ddylr05K+KaiTi" w:hAnsi="Ddylr05K+KaiTi" w:eastAsia="Ddylr05K+KaiTi"/>
          <w:color w:val="000000"/>
          <w:sz w:val="28"/>
        </w:rPr>
        <w:t>信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电缆</w:t>
      </w:r>
      <w:r>
        <w:rPr>
          <w:spacing w:val="8"/>
          <w:rFonts w:ascii="Ddylr05K+KaiTi" w:hAnsi="Ddylr05K+KaiTi" w:eastAsia="Ddylr05K+KaiTi"/>
          <w:color w:val="000000"/>
          <w:sz w:val="28"/>
        </w:rPr>
        <w:t>等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领</w:t>
      </w:r>
      <w:r>
        <w:rPr>
          <w:spacing w:val="8"/>
          <w:rFonts w:ascii="Ddylr05K+KaiTi" w:hAnsi="Ddylr05K+KaiTi" w:eastAsia="Ddylr05K+KaiTi"/>
          <w:color w:val="000000"/>
          <w:sz w:val="28"/>
        </w:rPr>
        <w:t>域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可</w:t>
      </w:r>
      <w:r>
        <w:rPr>
          <w:spacing w:val="4"/>
          <w:rFonts w:ascii="Ddylr05K+KaiTi" w:hAnsi="Ddylr05K+KaiTi" w:eastAsia="Ddylr05K+KaiTi"/>
          <w:color w:val="000000"/>
          <w:sz w:val="28"/>
        </w:rPr>
        <w:t>替代</w:t>
      </w:r>
      <w:r>
        <w:rPr>
          <w:spacing w:val="8"/>
          <w:rFonts w:ascii="Ddylr05K+KaiTi" w:hAnsi="Ddylr05K+KaiTi" w:eastAsia="Ddylr05K+KaiTi"/>
          <w:color w:val="000000"/>
          <w:sz w:val="28"/>
        </w:rPr>
        <w:t>塑</w:t>
      </w:r>
      <w:r>
        <w:rPr>
          <w:spacing w:val="6"/>
          <w:rFonts w:ascii="Ddylr05K+KaiTi" w:hAnsi="Ddylr05K+KaiTi" w:eastAsia="Ddylr05K+KaiTi"/>
          <w:color w:val="000000"/>
          <w:sz w:val="28"/>
        </w:rPr>
        <w:t>料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金</w:t>
      </w:r>
      <w:r>
        <w:rPr>
          <w:spacing w:val="8"/>
          <w:rFonts w:ascii="Ddylr05K+KaiTi" w:hAnsi="Ddylr05K+KaiTi" w:eastAsia="Ddylr05K+KaiTi"/>
          <w:color w:val="000000"/>
          <w:sz w:val="28"/>
        </w:rPr>
        <w:t>属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、水</w:t>
      </w:r>
      <w:r>
        <w:rPr>
          <w:spacing w:val="6"/>
          <w:rFonts w:ascii="Ddylr05K+KaiTi" w:hAnsi="Ddylr05K+KaiTi" w:eastAsia="Ddylr05K+KaiTi"/>
          <w:color w:val="000000"/>
          <w:sz w:val="28"/>
        </w:rPr>
        <w:t>泥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玻</w:t>
      </w:r>
      <w:r>
        <w:rPr>
          <w:spacing w:val="6"/>
          <w:rFonts w:ascii="Ddylr05K+KaiTi" w:hAnsi="Ddylr05K+KaiTi" w:eastAsia="Ddylr05K+KaiTi"/>
          <w:color w:val="000000"/>
          <w:sz w:val="28"/>
        </w:rPr>
        <w:t>璃</w:t>
      </w:r>
      <w:r>
        <w:rPr>
          <w:rFonts w:ascii="Ddylr05K+KaiTi" w:hAnsi="Ddylr05K+KaiTi" w:eastAsia="Ddylr05K+KaiTi"/>
          <w:color w:val="000000"/>
          <w:sz w:val="28"/>
        </w:rPr>
        <w:t>钢</w:t>
      </w:r>
      <w:r>
        <w:rPr>
          <w:spacing w:val="4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传</w:t>
      </w:r>
      <w:r>
        <w:rPr>
          <w:spacing w:val="6"/>
          <w:rFonts w:ascii="Ddylr05K+KaiTi" w:hAnsi="Ddylr05K+KaiTi" w:eastAsia="Ddylr05K+KaiTi"/>
          <w:color w:val="000000"/>
          <w:sz w:val="28"/>
        </w:rPr>
        <w:t>统</w:t>
      </w:r>
      <w:r>
        <w:rPr>
          <w:spacing w:val="8"/>
          <w:rFonts w:ascii="Ddylr05K+KaiTi" w:hAnsi="Ddylr05K+KaiTi" w:eastAsia="Ddylr05K+KaiTi"/>
          <w:color w:val="000000"/>
          <w:sz w:val="28"/>
        </w:rPr>
        <w:t>管</w:t>
      </w:r>
      <w:r>
        <w:rPr>
          <w:spacing w:val="4"/>
          <w:rFonts w:ascii="Ddylr05K+KaiTi" w:hAnsi="Ddylr05K+KaiTi" w:eastAsia="Ddylr05K+KaiTi"/>
          <w:color w:val="000000"/>
          <w:sz w:val="28"/>
        </w:rPr>
        <w:t>材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该产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填</w:t>
      </w:r>
      <w:r>
        <w:rPr>
          <w:spacing w:val="8"/>
          <w:rFonts w:ascii="Ddylr05K+KaiTi" w:hAnsi="Ddylr05K+KaiTi" w:eastAsia="Ddylr05K+KaiTi"/>
          <w:color w:val="000000"/>
          <w:sz w:val="28"/>
        </w:rPr>
        <w:t>补</w:t>
      </w:r>
      <w:r>
        <w:rPr>
          <w:spacing w:val="6"/>
          <w:rFonts w:ascii="Ddylr05K+KaiTi" w:hAnsi="Ddylr05K+KaiTi" w:eastAsia="Ddylr05K+KaiTi"/>
          <w:color w:val="000000"/>
          <w:sz w:val="28"/>
        </w:rPr>
        <w:t>了</w:t>
      </w:r>
      <w:r>
        <w:rPr>
          <w:spacing w:val="8"/>
          <w:rFonts w:ascii="Ddylr05K+KaiTi" w:hAnsi="Ddylr05K+KaiTi" w:eastAsia="Ddylr05K+KaiTi"/>
          <w:color w:val="000000"/>
          <w:sz w:val="28"/>
        </w:rPr>
        <w:t>世</w:t>
      </w:r>
      <w:r>
        <w:rPr>
          <w:spacing w:val="4"/>
          <w:rFonts w:ascii="Ddylr05K+KaiTi" w:hAnsi="Ddylr05K+KaiTi" w:eastAsia="Ddylr05K+KaiTi"/>
          <w:color w:val="000000"/>
          <w:sz w:val="28"/>
        </w:rPr>
        <w:t>界</w:t>
      </w:r>
      <w:r>
        <w:rPr>
          <w:spacing w:val="6"/>
          <w:rFonts w:ascii="Ddylr05K+KaiTi" w:hAnsi="Ddylr05K+KaiTi" w:eastAsia="Ddylr05K+KaiTi"/>
          <w:color w:val="000000"/>
          <w:sz w:val="28"/>
        </w:rPr>
        <w:t>空</w:t>
      </w:r>
      <w:r>
        <w:rPr>
          <w:spacing w:val="4"/>
          <w:rFonts w:ascii="Ddylr05K+KaiTi" w:hAnsi="Ddylr05K+KaiTi" w:eastAsia="Ddylr05K+KaiTi"/>
          <w:color w:val="000000"/>
          <w:sz w:val="28"/>
        </w:rPr>
        <w:t>白，</w:t>
      </w:r>
      <w:r>
        <w:rPr>
          <w:spacing w:val="8"/>
          <w:rFonts w:ascii="Ddylr05K+KaiTi" w:hAnsi="Ddylr05K+KaiTi" w:eastAsia="Ddylr05K+KaiTi"/>
          <w:color w:val="000000"/>
          <w:sz w:val="28"/>
        </w:rPr>
        <w:t>符</w:t>
      </w:r>
      <w:r>
        <w:rPr>
          <w:spacing w:val="6"/>
          <w:rFonts w:ascii="Ddylr05K+KaiTi" w:hAnsi="Ddylr05K+KaiTi" w:eastAsia="Ddylr05K+KaiTi"/>
          <w:color w:val="000000"/>
          <w:sz w:val="28"/>
        </w:rPr>
        <w:t>合</w:t>
      </w:r>
      <w:r>
        <w:rPr>
          <w:spacing w:val="8"/>
          <w:rFonts w:ascii="Ddylr05K+KaiTi" w:hAnsi="Ddylr05K+KaiTi" w:eastAsia="Ddylr05K+KaiTi"/>
          <w:color w:val="000000"/>
          <w:sz w:val="28"/>
        </w:rPr>
        <w:t>国</w:t>
      </w:r>
      <w:r>
        <w:rPr>
          <w:spacing w:val="6"/>
          <w:rFonts w:ascii="Ddylr05K+KaiTi" w:hAnsi="Ddylr05K+KaiTi" w:eastAsia="Ddylr05K+KaiTi"/>
          <w:color w:val="000000"/>
          <w:sz w:val="28"/>
        </w:rPr>
        <w:t>家</w:t>
      </w:r>
      <w:r>
        <w:rPr>
          <w:spacing w:val="8"/>
          <w:rFonts w:ascii="Ddylr05K+KaiTi" w:hAnsi="Ddylr05K+KaiTi" w:eastAsia="Ddylr05K+KaiTi"/>
          <w:color w:val="000000"/>
          <w:sz w:val="28"/>
        </w:rPr>
        <w:t>倡</w:t>
      </w:r>
      <w:r>
        <w:rPr>
          <w:spacing w:val="4"/>
          <w:rFonts w:ascii="Ddylr05K+KaiTi" w:hAnsi="Ddylr05K+KaiTi" w:eastAsia="Ddylr05K+KaiTi"/>
          <w:color w:val="000000"/>
          <w:sz w:val="28"/>
        </w:rPr>
        <w:t>导的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展</w:t>
      </w:r>
      <w:r>
        <w:rPr>
          <w:spacing w:val="8"/>
          <w:rFonts w:ascii="Ddylr05K+KaiTi" w:hAnsi="Ddylr05K+KaiTi" w:eastAsia="Ddylr05K+KaiTi"/>
          <w:color w:val="000000"/>
          <w:sz w:val="28"/>
        </w:rPr>
        <w:t>资</w:t>
      </w:r>
      <w:r>
        <w:rPr>
          <w:spacing w:val="6"/>
          <w:rFonts w:ascii="Ddylr05K+KaiTi" w:hAnsi="Ddylr05K+KaiTi" w:eastAsia="Ddylr05K+KaiTi"/>
          <w:color w:val="000000"/>
          <w:sz w:val="28"/>
        </w:rPr>
        <w:t>源</w:t>
      </w:r>
      <w:r>
        <w:rPr>
          <w:rFonts w:ascii="Ddylr05K+KaiTi" w:hAnsi="Ddylr05K+KaiTi" w:eastAsia="Ddylr05K+KaiTi"/>
          <w:color w:val="000000"/>
          <w:sz w:val="28"/>
        </w:rPr>
        <w:t>节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5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454" w:lineRule="exact" w:before="0" w:after="0"/>
        <w:ind w:left="360" w:right="288" w:firstLine="0"/>
        <w:jc w:val="left"/>
      </w:pPr>
      <w:r>
        <w:rPr>
          <w:spacing w:val="4"/>
          <w:rFonts w:ascii="Ddylr05K+KaiTi" w:hAnsi="Ddylr05K+KaiTi" w:eastAsia="Ddylr05K+KaiTi"/>
          <w:color w:val="000000"/>
          <w:sz w:val="28"/>
        </w:rPr>
        <w:t>约</w:t>
      </w:r>
      <w:r>
        <w:rPr>
          <w:spacing w:val="8"/>
          <w:rFonts w:ascii="Ddylr05K+KaiTi" w:hAnsi="Ddylr05K+KaiTi" w:eastAsia="Ddylr05K+KaiTi"/>
          <w:color w:val="000000"/>
          <w:sz w:val="28"/>
        </w:rPr>
        <w:t>型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环</w:t>
      </w:r>
      <w:r>
        <w:rPr>
          <w:spacing w:val="4"/>
          <w:rFonts w:ascii="Ddylr05K+KaiTi" w:hAnsi="Ddylr05K+KaiTi" w:eastAsia="Ddylr05K+KaiTi"/>
          <w:color w:val="000000"/>
          <w:sz w:val="28"/>
        </w:rPr>
        <w:t>境</w:t>
      </w:r>
      <w:r>
        <w:rPr>
          <w:spacing w:val="6"/>
          <w:rFonts w:ascii="Ddylr05K+KaiTi" w:hAnsi="Ddylr05K+KaiTi" w:eastAsia="Ddylr05K+KaiTi"/>
          <w:color w:val="000000"/>
          <w:sz w:val="28"/>
        </w:rPr>
        <w:t>友</w:t>
      </w:r>
      <w:r>
        <w:rPr>
          <w:spacing w:val="4"/>
          <w:rFonts w:ascii="Ddylr05K+KaiTi" w:hAnsi="Ddylr05K+KaiTi" w:eastAsia="Ddylr05K+KaiTi"/>
          <w:color w:val="000000"/>
          <w:sz w:val="28"/>
        </w:rPr>
        <w:t>好型</w:t>
      </w:r>
      <w:r>
        <w:rPr>
          <w:spacing w:val="8"/>
          <w:rFonts w:ascii="Ddylr05K+KaiTi" w:hAnsi="Ddylr05K+KaiTi" w:eastAsia="Ddylr05K+KaiTi"/>
          <w:color w:val="000000"/>
          <w:sz w:val="28"/>
        </w:rPr>
        <w:t>社</w:t>
      </w:r>
      <w:r>
        <w:rPr>
          <w:spacing w:val="6"/>
          <w:rFonts w:ascii="Ddylr05K+KaiTi" w:hAnsi="Ddylr05K+KaiTi" w:eastAsia="Ddylr05K+KaiTi"/>
          <w:color w:val="000000"/>
          <w:sz w:val="28"/>
        </w:rPr>
        <w:t>会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循</w:t>
      </w:r>
      <w:r>
        <w:rPr>
          <w:spacing w:val="8"/>
          <w:rFonts w:ascii="Ddylr05K+KaiTi" w:hAnsi="Ddylr05K+KaiTi" w:eastAsia="Ddylr05K+KaiTi"/>
          <w:color w:val="000000"/>
          <w:sz w:val="28"/>
        </w:rPr>
        <w:t>环</w:t>
      </w:r>
      <w:r>
        <w:rPr>
          <w:spacing w:val="4"/>
          <w:rFonts w:ascii="Ddylr05K+KaiTi" w:hAnsi="Ddylr05K+KaiTi" w:eastAsia="Ddylr05K+KaiTi"/>
          <w:color w:val="000000"/>
          <w:sz w:val="28"/>
        </w:rPr>
        <w:t>经</w:t>
      </w:r>
      <w:r>
        <w:rPr>
          <w:spacing w:val="6"/>
          <w:rFonts w:ascii="Ddylr05K+KaiTi" w:hAnsi="Ddylr05K+KaiTi" w:eastAsia="Ddylr05K+KaiTi"/>
          <w:color w:val="000000"/>
          <w:sz w:val="28"/>
        </w:rPr>
        <w:t>济</w:t>
      </w:r>
      <w:r>
        <w:rPr>
          <w:spacing w:val="4"/>
          <w:rFonts w:ascii="Ddylr05K+KaiTi" w:hAnsi="Ddylr05K+KaiTi" w:eastAsia="Ddylr05K+KaiTi"/>
          <w:color w:val="000000"/>
          <w:sz w:val="28"/>
        </w:rPr>
        <w:t>的国</w:t>
      </w:r>
      <w:r>
        <w:rPr>
          <w:spacing w:val="8"/>
          <w:rFonts w:ascii="Ddylr05K+KaiTi" w:hAnsi="Ddylr05K+KaiTi" w:eastAsia="Ddylr05K+KaiTi"/>
          <w:color w:val="000000"/>
          <w:sz w:val="28"/>
        </w:rPr>
        <w:t>家</w:t>
      </w:r>
      <w:r>
        <w:rPr>
          <w:spacing w:val="6"/>
          <w:rFonts w:ascii="Ddylr05K+KaiTi" w:hAnsi="Ddylr05K+KaiTi" w:eastAsia="Ddylr05K+KaiTi"/>
          <w:color w:val="000000"/>
          <w:sz w:val="28"/>
        </w:rPr>
        <w:t>战</w:t>
      </w:r>
      <w:r>
        <w:rPr>
          <w:spacing w:val="8"/>
          <w:rFonts w:ascii="Ddylr05K+KaiTi" w:hAnsi="Ddylr05K+KaiTi" w:eastAsia="Ddylr05K+KaiTi"/>
          <w:color w:val="000000"/>
          <w:sz w:val="28"/>
        </w:rPr>
        <w:t>略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是</w:t>
      </w:r>
      <w:r>
        <w:rPr>
          <w:spacing w:val="4"/>
          <w:rFonts w:ascii="Ddylr05K+KaiTi" w:hAnsi="Ddylr05K+KaiTi" w:eastAsia="Ddylr05K+KaiTi"/>
          <w:color w:val="000000"/>
          <w:sz w:val="28"/>
        </w:rPr>
        <w:t>一个</w:t>
      </w:r>
      <w:r>
        <w:rPr>
          <w:spacing w:val="6"/>
          <w:rFonts w:ascii="Ddylr05K+KaiTi" w:hAnsi="Ddylr05K+KaiTi" w:eastAsia="Ddylr05K+KaiTi"/>
          <w:color w:val="000000"/>
          <w:sz w:val="28"/>
        </w:rPr>
        <w:t>对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8"/>
          <w:rFonts w:ascii="Ddylr05K+KaiTi" w:hAnsi="Ddylr05K+KaiTi" w:eastAsia="Ddylr05K+KaiTi"/>
          <w:color w:val="000000"/>
          <w:sz w:val="28"/>
        </w:rPr>
        <w:t>态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环</w:t>
      </w:r>
      <w:r>
        <w:rPr>
          <w:spacing w:val="-2"/>
          <w:rFonts w:ascii="Ddylr05K+KaiTi" w:hAnsi="Ddylr05K+KaiTi" w:eastAsia="Ddylr05K+KaiTi"/>
          <w:color w:val="000000"/>
          <w:sz w:val="28"/>
        </w:rPr>
        <w:t>境、</w:t>
      </w:r>
      <w:r>
        <w:rPr>
          <w:rFonts w:ascii="Ddylr05K+KaiTi" w:hAnsi="Ddylr05K+KaiTi" w:eastAsia="Ddylr05K+KaiTi"/>
          <w:color w:val="000000"/>
          <w:sz w:val="28"/>
        </w:rPr>
        <w:t>经济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社会</w:t>
      </w:r>
      <w:r>
        <w:rPr>
          <w:spacing w:val="-2"/>
          <w:rFonts w:ascii="Ddylr05K+KaiTi" w:hAnsi="Ddylr05K+KaiTi" w:eastAsia="Ddylr05K+KaiTi"/>
          <w:color w:val="000000"/>
          <w:sz w:val="28"/>
        </w:rPr>
        <w:t>都</w:t>
      </w:r>
      <w:r>
        <w:rPr>
          <w:rFonts w:ascii="Ddylr05K+KaiTi" w:hAnsi="Ddylr05K+KaiTi" w:eastAsia="Ddylr05K+KaiTi"/>
          <w:color w:val="000000"/>
          <w:sz w:val="28"/>
        </w:rPr>
        <w:t>具有</w:t>
      </w:r>
      <w:r>
        <w:rPr>
          <w:spacing w:val="-2"/>
          <w:rFonts w:ascii="Ddylr05K+KaiTi" w:hAnsi="Ddylr05K+KaiTi" w:eastAsia="Ddylr05K+KaiTi"/>
          <w:color w:val="000000"/>
          <w:sz w:val="28"/>
        </w:rPr>
        <w:t>重</w:t>
      </w:r>
      <w:r>
        <w:rPr>
          <w:rFonts w:ascii="Ddylr05K+KaiTi" w:hAnsi="Ddylr05K+KaiTi" w:eastAsia="Ddylr05K+KaiTi"/>
          <w:color w:val="000000"/>
          <w:sz w:val="28"/>
        </w:rPr>
        <w:t>大意</w:t>
      </w:r>
      <w:r>
        <w:rPr>
          <w:spacing w:val="-2"/>
          <w:rFonts w:ascii="Ddylr05K+KaiTi" w:hAnsi="Ddylr05K+KaiTi" w:eastAsia="Ddylr05K+KaiTi"/>
          <w:color w:val="000000"/>
          <w:sz w:val="28"/>
        </w:rPr>
        <w:t>义</w:t>
      </w:r>
      <w:r>
        <w:rPr>
          <w:rFonts w:ascii="Ddylr05K+KaiTi" w:hAnsi="Ddylr05K+KaiTi" w:eastAsia="Ddylr05K+KaiTi"/>
          <w:color w:val="000000"/>
          <w:sz w:val="28"/>
        </w:rPr>
        <w:t>的技</w:t>
      </w:r>
      <w:r>
        <w:rPr>
          <w:spacing w:val="-2"/>
          <w:rFonts w:ascii="Ddylr05K+KaiTi" w:hAnsi="Ddylr05K+KaiTi" w:eastAsia="Ddylr05K+KaiTi"/>
          <w:color w:val="000000"/>
          <w:sz w:val="28"/>
        </w:rPr>
        <w:t>术</w:t>
      </w:r>
      <w:r>
        <w:rPr>
          <w:rFonts w:ascii="Ddylr05K+KaiTi" w:hAnsi="Ddylr05K+KaiTi" w:eastAsia="Ddylr05K+KaiTi"/>
          <w:color w:val="000000"/>
          <w:sz w:val="28"/>
        </w:rPr>
        <w:t>革命</w:t>
      </w:r>
      <w:r>
        <w:rPr>
          <w:spacing w:val="-2"/>
          <w:rFonts w:ascii="Ddylr05K+KaiTi" w:hAnsi="Ddylr05K+KaiTi" w:eastAsia="Ddylr05K+KaiTi"/>
          <w:color w:val="000000"/>
          <w:sz w:val="28"/>
        </w:rPr>
        <w:t>性</w:t>
      </w:r>
      <w:r>
        <w:rPr>
          <w:rFonts w:ascii="Ddylr05K+KaiTi" w:hAnsi="Ddylr05K+KaiTi" w:eastAsia="Ddylr05K+KaiTi"/>
          <w:color w:val="000000"/>
          <w:sz w:val="28"/>
        </w:rPr>
        <w:t>产品。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280"/>
        <w:jc w:val="both"/>
      </w:pPr>
      <w:r>
        <w:rPr>
          <w:spacing w:val="6"/>
          <w:rFonts w:ascii="Ddylr05K+KaiTi" w:hAnsi="Ddylr05K+KaiTi" w:eastAsia="Ddylr05K+KaiTi"/>
          <w:color w:val="000000"/>
          <w:sz w:val="28"/>
        </w:rPr>
        <w:t>公司</w:t>
      </w:r>
      <w:r>
        <w:rPr>
          <w:spacing w:val="10"/>
          <w:rFonts w:ascii="Ddylr05K+KaiTi" w:hAnsi="Ddylr05K+KaiTi" w:eastAsia="Ddylr05K+KaiTi"/>
          <w:color w:val="000000"/>
          <w:sz w:val="28"/>
        </w:rPr>
        <w:t>采</w:t>
      </w:r>
      <w:r>
        <w:rPr>
          <w:spacing w:val="8"/>
          <w:rFonts w:ascii="Ddylr05K+KaiTi" w:hAnsi="Ddylr05K+KaiTi" w:eastAsia="Ddylr05K+KaiTi"/>
          <w:color w:val="000000"/>
          <w:sz w:val="28"/>
        </w:rPr>
        <w:t>用先进的</w:t>
      </w:r>
      <w:r>
        <w:rPr>
          <w:spacing w:val="10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轮设计技术</w:t>
      </w:r>
      <w:r>
        <w:rPr>
          <w:spacing w:val="10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这包括使</w:t>
      </w:r>
      <w:r>
        <w:rPr>
          <w:spacing w:val="10"/>
          <w:rFonts w:ascii="Ddylr05K+KaiTi" w:hAnsi="Ddylr05K+KaiTi" w:eastAsia="Ddylr05K+KaiTi"/>
          <w:color w:val="000000"/>
          <w:sz w:val="28"/>
        </w:rPr>
        <w:t>用</w:t>
      </w:r>
      <w:r>
        <w:rPr>
          <w:spacing w:val="6"/>
          <w:rFonts w:ascii="Ddylr05K+KaiTi" w:hAnsi="Ddylr05K+KaiTi" w:eastAsia="Ddylr05K+KaiTi"/>
          <w:color w:val="000000"/>
          <w:sz w:val="28"/>
        </w:rPr>
        <w:t>高</w:t>
      </w:r>
      <w:r>
        <w:rPr>
          <w:spacing w:val="76"/>
          <w:rFonts w:ascii="Ddylr05K+KaiTi" w:hAnsi="Ddylr05K+KaiTi" w:eastAsia="Ddylr05K+KaiTi"/>
          <w:color w:val="000000"/>
          <w:sz w:val="28"/>
        </w:rPr>
        <w:t>级</w:t>
      </w:r>
      <w:r>
        <w:rPr>
          <w:rFonts w:ascii="Ddylr05K+KaiTi" w:hAnsi="Ddylr05K+KaiTi" w:eastAsia="Ddylr05K+KaiTi"/>
          <w:color w:val="000000"/>
          <w:sz w:val="28"/>
        </w:rPr>
        <w:t>CA</w:t>
      </w:r>
      <w:r>
        <w:rPr>
          <w:spacing w:val="-2"/>
          <w:rFonts w:ascii="Ddylr05K+KaiTi" w:hAnsi="Ddylr05K+KaiTi" w:eastAsia="Ddylr05K+KaiTi"/>
          <w:color w:val="000000"/>
          <w:sz w:val="28"/>
        </w:rPr>
        <w:t>D</w:t>
      </w:r>
      <w:r>
        <w:rPr>
          <w:rFonts w:ascii="Ddylr05K+KaiTi" w:hAnsi="Ddylr05K+KaiTi" w:eastAsia="Ddylr05K+KaiTi"/>
          <w:color w:val="000000"/>
          <w:sz w:val="28"/>
        </w:rPr>
        <w:t>/C</w:t>
      </w:r>
      <w:r>
        <w:rPr>
          <w:spacing w:val="-2"/>
          <w:rFonts w:ascii="Ddylr05K+KaiTi" w:hAnsi="Ddylr05K+KaiTi" w:eastAsia="Ddylr05K+KaiTi"/>
          <w:color w:val="000000"/>
          <w:sz w:val="28"/>
        </w:rPr>
        <w:t>A</w:t>
      </w:r>
      <w:r>
        <w:rPr>
          <w:rFonts w:ascii="Ddylr05K+KaiTi" w:hAnsi="Ddylr05K+KaiTi" w:eastAsia="Ddylr05K+KaiTi"/>
          <w:color w:val="000000"/>
          <w:sz w:val="28"/>
        </w:rPr>
        <w:t>M/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A</w:t>
      </w:r>
      <w:r>
        <w:rPr>
          <w:spacing w:val="78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软</w:t>
      </w:r>
      <w:r>
        <w:rPr>
          <w:spacing w:val="-2"/>
          <w:rFonts w:ascii="Ddylr05K+KaiTi" w:hAnsi="Ddylr05K+KaiTi" w:eastAsia="Ddylr05K+KaiTi"/>
          <w:color w:val="000000"/>
          <w:sz w:val="28"/>
        </w:rPr>
        <w:t>件</w:t>
      </w:r>
      <w:r>
        <w:rPr>
          <w:spacing w:val="2"/>
          <w:rFonts w:ascii="Ddylr05K+KaiTi" w:hAnsi="Ddylr05K+KaiTi" w:eastAsia="Ddylr05K+KaiTi"/>
          <w:color w:val="000000"/>
          <w:sz w:val="28"/>
        </w:rPr>
        <w:t>进</w:t>
      </w:r>
      <w:r>
        <w:rPr>
          <w:rFonts w:ascii="Ddylr05K+KaiTi" w:hAnsi="Ddylr05K+KaiTi" w:eastAsia="Ddylr05K+KaiTi"/>
          <w:color w:val="000000"/>
          <w:sz w:val="28"/>
        </w:rPr>
        <w:t>行齿</w:t>
      </w:r>
      <w:r>
        <w:rPr>
          <w:spacing w:val="2"/>
          <w:rFonts w:ascii="Ddylr05K+KaiTi" w:hAnsi="Ddylr05K+KaiTi" w:eastAsia="Ddylr05K+KaiTi"/>
          <w:color w:val="000000"/>
          <w:sz w:val="28"/>
        </w:rPr>
        <w:t>轮</w:t>
      </w:r>
      <w:r>
        <w:rPr>
          <w:rFonts w:ascii="Ddylr05K+KaiTi" w:hAnsi="Ddylr05K+KaiTi" w:eastAsia="Ddylr05K+KaiTi"/>
          <w:color w:val="000000"/>
          <w:sz w:val="28"/>
        </w:rPr>
        <w:t>的优</w:t>
      </w:r>
      <w:r>
        <w:rPr>
          <w:spacing w:val="2"/>
          <w:rFonts w:ascii="Ddylr05K+KaiTi" w:hAnsi="Ddylr05K+KaiTi" w:eastAsia="Ddylr05K+KaiTi"/>
          <w:color w:val="000000"/>
          <w:sz w:val="28"/>
        </w:rPr>
        <w:t>化</w:t>
      </w:r>
      <w:r>
        <w:rPr>
          <w:rFonts w:ascii="Ddylr05K+KaiTi" w:hAnsi="Ddylr05K+KaiTi" w:eastAsia="Ddylr05K+KaiTi"/>
          <w:color w:val="000000"/>
          <w:sz w:val="28"/>
        </w:rPr>
        <w:t>设计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以提</w:t>
      </w:r>
      <w:r>
        <w:rPr>
          <w:spacing w:val="4"/>
          <w:rFonts w:ascii="Ddylr05K+KaiTi" w:hAnsi="Ddylr05K+KaiTi" w:eastAsia="Ddylr05K+KaiTi"/>
          <w:color w:val="000000"/>
          <w:sz w:val="28"/>
        </w:rPr>
        <w:t>高</w:t>
      </w:r>
      <w:r>
        <w:rPr>
          <w:rFonts w:ascii="Ddylr05K+KaiTi" w:hAnsi="Ddylr05K+KaiTi" w:eastAsia="Ddylr05K+KaiTi"/>
          <w:color w:val="000000"/>
          <w:sz w:val="28"/>
        </w:rPr>
        <w:t>齿轮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性能</w:t>
      </w:r>
      <w:r>
        <w:rPr>
          <w:spacing w:val="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耐久性;采</w:t>
      </w:r>
      <w:r>
        <w:rPr>
          <w:spacing w:val="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有限</w:t>
      </w:r>
      <w:r>
        <w:rPr>
          <w:spacing w:val="2"/>
          <w:rFonts w:ascii="Ddylr05K+KaiTi" w:hAnsi="Ddylr05K+KaiTi" w:eastAsia="Ddylr05K+KaiTi"/>
          <w:color w:val="000000"/>
          <w:sz w:val="28"/>
        </w:rPr>
        <w:t>元</w:t>
      </w:r>
      <w:r>
        <w:rPr>
          <w:rFonts w:ascii="Ddylr05K+KaiTi" w:hAnsi="Ddylr05K+KaiTi" w:eastAsia="Ddylr05K+KaiTi"/>
          <w:color w:val="000000"/>
          <w:sz w:val="28"/>
        </w:rPr>
        <w:t>分</w:t>
      </w:r>
      <w:r>
        <w:rPr>
          <w:spacing w:val="6"/>
          <w:rFonts w:ascii="Ddylr05K+KaiTi" w:hAnsi="Ddylr05K+KaiTi" w:eastAsia="Ddylr05K+KaiTi"/>
          <w:color w:val="000000"/>
          <w:sz w:val="28"/>
        </w:rPr>
        <w:t>析</w:t>
      </w:r>
      <w:r>
        <w:rPr>
          <w:rFonts w:ascii="Ddylr05K+KaiTi" w:hAnsi="Ddylr05K+KaiTi" w:eastAsia="Ddylr05K+KaiTi"/>
          <w:color w:val="000000"/>
          <w:sz w:val="28"/>
        </w:rPr>
        <w:t>(F</w:t>
      </w:r>
      <w:r>
        <w:rPr>
          <w:spacing w:val="-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A</w:t>
      </w:r>
      <w:r>
        <w:rPr>
          <w:spacing w:val="6"/>
          <w:rFonts w:ascii="Ddylr05K+KaiTi" w:hAnsi="Ddylr05K+KaiTi" w:eastAsia="Ddylr05K+KaiTi"/>
          <w:color w:val="000000"/>
          <w:sz w:val="28"/>
        </w:rPr>
        <w:t>)</w:t>
      </w:r>
      <w:r>
        <w:rPr>
          <w:spacing w:val="8"/>
          <w:rFonts w:ascii="Ddylr05K+KaiTi" w:hAnsi="Ddylr05K+KaiTi" w:eastAsia="Ddylr05K+KaiTi"/>
          <w:color w:val="000000"/>
          <w:sz w:val="28"/>
        </w:rPr>
        <w:t>和计</w:t>
      </w:r>
      <w:r>
        <w:rPr>
          <w:spacing w:val="6"/>
          <w:rFonts w:ascii="Ddylr05K+KaiTi" w:hAnsi="Ddylr05K+KaiTi" w:eastAsia="Ddylr05K+KaiTi"/>
          <w:color w:val="000000"/>
          <w:sz w:val="28"/>
        </w:rPr>
        <w:t>算</w:t>
      </w:r>
      <w:r>
        <w:rPr>
          <w:spacing w:val="8"/>
          <w:rFonts w:ascii="Ddylr05K+KaiTi" w:hAnsi="Ddylr05K+KaiTi" w:eastAsia="Ddylr05K+KaiTi"/>
          <w:color w:val="000000"/>
          <w:sz w:val="28"/>
        </w:rPr>
        <w:t>流体动</w:t>
      </w:r>
      <w:r>
        <w:rPr>
          <w:spacing w:val="4"/>
          <w:rFonts w:ascii="Ddylr05K+KaiTi" w:hAnsi="Ddylr05K+KaiTi" w:eastAsia="Ddylr05K+KaiTi"/>
          <w:color w:val="000000"/>
          <w:sz w:val="28"/>
        </w:rPr>
        <w:t>力</w:t>
      </w:r>
      <w:r>
        <w:rPr>
          <w:spacing w:val="6"/>
          <w:rFonts w:ascii="Ddylr05K+KaiTi" w:hAnsi="Ddylr05K+KaiTi" w:eastAsia="Ddylr05K+KaiTi"/>
          <w:color w:val="000000"/>
          <w:sz w:val="28"/>
        </w:rPr>
        <w:t>学</w:t>
      </w:r>
      <w:r>
        <w:rPr>
          <w:rFonts w:ascii="Ddylr05K+KaiTi" w:hAnsi="Ddylr05K+KaiTi" w:eastAsia="Ddylr05K+KaiTi"/>
          <w:color w:val="000000"/>
          <w:sz w:val="28"/>
        </w:rPr>
        <w:t>(C</w:t>
      </w:r>
      <w:r>
        <w:rPr>
          <w:spacing w:val="-2"/>
          <w:rFonts w:ascii="Ddylr05K+KaiTi" w:hAnsi="Ddylr05K+KaiTi" w:eastAsia="Ddylr05K+KaiTi"/>
          <w:color w:val="000000"/>
          <w:sz w:val="28"/>
        </w:rPr>
        <w:t>F</w:t>
      </w:r>
      <w:r>
        <w:rPr>
          <w:rFonts w:ascii="Ddylr05K+KaiTi" w:hAnsi="Ddylr05K+KaiTi" w:eastAsia="Ddylr05K+KaiTi"/>
          <w:color w:val="000000"/>
          <w:sz w:val="28"/>
        </w:rPr>
        <w:t>D</w:t>
      </w:r>
      <w:r>
        <w:rPr>
          <w:spacing w:val="6"/>
          <w:rFonts w:ascii="Ddylr05K+KaiTi" w:hAnsi="Ddylr05K+KaiTi" w:eastAsia="Ddylr05K+KaiTi"/>
          <w:color w:val="000000"/>
          <w:sz w:val="28"/>
        </w:rPr>
        <w:t>)等技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，对齿</w:t>
      </w:r>
      <w:r>
        <w:rPr>
          <w:spacing w:val="4"/>
          <w:rFonts w:ascii="Ddylr05K+KaiTi" w:hAnsi="Ddylr05K+KaiTi" w:eastAsia="Ddylr05K+KaiTi"/>
          <w:color w:val="000000"/>
          <w:sz w:val="28"/>
        </w:rPr>
        <w:t>轮</w:t>
      </w:r>
      <w:r>
        <w:rPr>
          <w:spacing w:val="8"/>
          <w:rFonts w:ascii="Ddylr05K+KaiTi" w:hAnsi="Ddylr05K+KaiTi" w:eastAsia="Ddylr05K+KaiTi"/>
          <w:color w:val="000000"/>
          <w:sz w:val="28"/>
        </w:rPr>
        <w:t>在各种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作条件</w:t>
      </w:r>
      <w:r>
        <w:rPr>
          <w:rFonts w:ascii="Ddylr05K+KaiTi" w:hAnsi="Ddylr05K+KaiTi" w:eastAsia="Ddylr05K+KaiTi"/>
          <w:color w:val="000000"/>
          <w:sz w:val="28"/>
        </w:rPr>
        <w:t>下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为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模</w:t>
      </w:r>
      <w:r>
        <w:rPr>
          <w:spacing w:val="4"/>
          <w:rFonts w:ascii="Ddylr05K+KaiTi" w:hAnsi="Ddylr05K+KaiTi" w:eastAsia="Ddylr05K+KaiTi"/>
          <w:color w:val="000000"/>
          <w:sz w:val="28"/>
        </w:rPr>
        <w:t>拟和</w:t>
      </w:r>
      <w:r>
        <w:rPr>
          <w:spacing w:val="8"/>
          <w:rFonts w:ascii="Ddylr05K+KaiTi" w:hAnsi="Ddylr05K+KaiTi" w:eastAsia="Ddylr05K+KaiTi"/>
          <w:color w:val="000000"/>
          <w:sz w:val="28"/>
        </w:rPr>
        <w:t>预</w:t>
      </w:r>
      <w:r>
        <w:rPr>
          <w:spacing w:val="6"/>
          <w:rFonts w:ascii="Ddylr05K+KaiTi" w:hAnsi="Ddylr05K+KaiTi" w:eastAsia="Ddylr05K+KaiTi"/>
          <w:color w:val="000000"/>
          <w:sz w:val="28"/>
        </w:rPr>
        <w:t>测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6"/>
          <w:rFonts w:ascii="Ddylr05K+KaiTi" w:hAnsi="Ddylr05K+KaiTi" w:eastAsia="Ddylr05K+KaiTi"/>
          <w:color w:val="000000"/>
          <w:sz w:val="28"/>
        </w:rPr>
        <w:t>采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4"/>
          <w:rFonts w:ascii="Ddylr05K+KaiTi" w:hAnsi="Ddylr05K+KaiTi" w:eastAsia="Ddylr05K+KaiTi"/>
          <w:color w:val="000000"/>
          <w:sz w:val="28"/>
        </w:rPr>
        <w:t>齿轮</w:t>
      </w:r>
      <w:r>
        <w:rPr>
          <w:spacing w:val="8"/>
          <w:rFonts w:ascii="Ddylr05K+KaiTi" w:hAnsi="Ddylr05K+KaiTi" w:eastAsia="Ddylr05K+KaiTi"/>
          <w:color w:val="000000"/>
          <w:sz w:val="28"/>
        </w:rPr>
        <w:t>精</w:t>
      </w:r>
      <w:r>
        <w:rPr>
          <w:spacing w:val="6"/>
          <w:rFonts w:ascii="Ddylr05K+KaiTi" w:hAnsi="Ddylr05K+KaiTi" w:eastAsia="Ddylr05K+KaiTi"/>
          <w:color w:val="000000"/>
          <w:sz w:val="28"/>
        </w:rPr>
        <w:t>密</w:t>
      </w:r>
      <w:r>
        <w:rPr>
          <w:spacing w:val="8"/>
          <w:rFonts w:ascii="Ddylr05K+KaiTi" w:hAnsi="Ddylr05K+KaiTi" w:eastAsia="Ddylr05K+KaiTi"/>
          <w:color w:val="000000"/>
          <w:sz w:val="28"/>
        </w:rPr>
        <w:t>制</w:t>
      </w:r>
      <w:r>
        <w:rPr>
          <w:spacing w:val="6"/>
          <w:rFonts w:ascii="Ddylr05K+KaiTi" w:hAnsi="Ddylr05K+KaiTi" w:eastAsia="Ddylr05K+KaiTi"/>
          <w:color w:val="000000"/>
          <w:sz w:val="28"/>
        </w:rPr>
        <w:t>造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术，</w:t>
      </w:r>
      <w:r>
        <w:rPr>
          <w:spacing w:val="6"/>
          <w:rFonts w:ascii="Ddylr05K+KaiTi" w:hAnsi="Ddylr05K+KaiTi" w:eastAsia="Ddylr05K+KaiTi"/>
          <w:color w:val="000000"/>
          <w:sz w:val="28"/>
        </w:rPr>
        <w:t>使</w:t>
      </w:r>
      <w:r>
        <w:rPr>
          <w:spacing w:val="4"/>
          <w:rFonts w:ascii="Ddylr05K+KaiTi" w:hAnsi="Ddylr05K+KaiTi" w:eastAsia="Ddylr05K+KaiTi"/>
          <w:color w:val="000000"/>
          <w:sz w:val="28"/>
        </w:rPr>
        <w:t>用</w:t>
      </w:r>
      <w:r>
        <w:rPr>
          <w:spacing w:val="8"/>
          <w:rFonts w:ascii="Ddylr05K+KaiTi" w:hAnsi="Ddylr05K+KaiTi" w:eastAsia="Ddylr05K+KaiTi"/>
          <w:color w:val="000000"/>
          <w:sz w:val="28"/>
        </w:rPr>
        <w:t>先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控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床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磨</w:t>
      </w:r>
      <w:r>
        <w:rPr>
          <w:spacing w:val="4"/>
          <w:rFonts w:ascii="Ddylr05K+KaiTi" w:hAnsi="Ddylr05K+KaiTi" w:eastAsia="Ddylr05K+KaiTi"/>
          <w:color w:val="000000"/>
          <w:sz w:val="28"/>
        </w:rPr>
        <w:t>床和</w:t>
      </w:r>
      <w:r>
        <w:rPr>
          <w:spacing w:val="8"/>
          <w:rFonts w:ascii="Ddylr05K+KaiTi" w:hAnsi="Ddylr05K+KaiTi" w:eastAsia="Ddylr05K+KaiTi"/>
          <w:color w:val="000000"/>
          <w:sz w:val="28"/>
        </w:rPr>
        <w:t>其</w:t>
      </w:r>
      <w:r>
        <w:rPr>
          <w:spacing w:val="6"/>
          <w:rFonts w:ascii="Ddylr05K+KaiTi" w:hAnsi="Ddylr05K+KaiTi" w:eastAsia="Ddylr05K+KaiTi"/>
          <w:color w:val="000000"/>
          <w:sz w:val="28"/>
        </w:rPr>
        <w:t>他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设</w:t>
      </w:r>
      <w:r>
        <w:rPr>
          <w:spacing w:val="4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行齿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精</w:t>
      </w:r>
      <w:r>
        <w:rPr>
          <w:spacing w:val="6"/>
          <w:rFonts w:ascii="Ddylr05K+KaiTi" w:hAnsi="Ddylr05K+KaiTi" w:eastAsia="Ddylr05K+KaiTi"/>
          <w:color w:val="000000"/>
          <w:sz w:val="28"/>
        </w:rPr>
        <w:t>确</w:t>
      </w:r>
      <w:r>
        <w:rPr>
          <w:spacing w:val="8"/>
          <w:rFonts w:ascii="Ddylr05K+KaiTi" w:hAnsi="Ddylr05K+KaiTi" w:eastAsia="Ddylr05K+KaiTi"/>
          <w:color w:val="000000"/>
          <w:sz w:val="28"/>
        </w:rPr>
        <w:t>制</w:t>
      </w:r>
      <w:r>
        <w:rPr>
          <w:spacing w:val="4"/>
          <w:rFonts w:ascii="Ddylr05K+KaiTi" w:hAnsi="Ddylr05K+KaiTi" w:eastAsia="Ddylr05K+KaiTi"/>
          <w:color w:val="000000"/>
          <w:sz w:val="28"/>
        </w:rPr>
        <w:t>造，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可</w:t>
      </w:r>
      <w:r>
        <w:rPr>
          <w:spacing w:val="4"/>
          <w:rFonts w:ascii="Ddylr05K+KaiTi" w:hAnsi="Ddylr05K+KaiTi" w:eastAsia="Ddylr05K+KaiTi"/>
          <w:color w:val="000000"/>
          <w:sz w:val="28"/>
        </w:rPr>
        <w:t>以</w:t>
      </w:r>
      <w:r>
        <w:rPr>
          <w:spacing w:val="8"/>
          <w:rFonts w:ascii="Ddylr05K+KaiTi" w:hAnsi="Ddylr05K+KaiTi" w:eastAsia="Ddylr05K+KaiTi"/>
          <w:color w:val="000000"/>
          <w:sz w:val="28"/>
        </w:rPr>
        <w:t>确</w:t>
      </w:r>
      <w:r>
        <w:rPr>
          <w:spacing w:val="6"/>
          <w:rFonts w:ascii="Ddylr05K+KaiTi" w:hAnsi="Ddylr05K+KaiTi" w:eastAsia="Ddylr05K+KaiTi"/>
          <w:color w:val="000000"/>
          <w:sz w:val="28"/>
        </w:rPr>
        <w:t>保</w:t>
      </w:r>
      <w:r>
        <w:rPr>
          <w:rFonts w:ascii="Ddylr05K+KaiTi" w:hAnsi="Ddylr05K+KaiTi" w:eastAsia="Ddylr05K+KaiTi"/>
          <w:color w:val="000000"/>
          <w:sz w:val="28"/>
        </w:rPr>
        <w:t>齿</w:t>
      </w:r>
      <w:r>
        <w:rPr>
          <w:spacing w:val="4"/>
          <w:rFonts w:ascii="Ddylr05K+KaiTi" w:hAnsi="Ddylr05K+KaiTi" w:eastAsia="Ddylr05K+KaiTi"/>
          <w:color w:val="000000"/>
          <w:sz w:val="28"/>
        </w:rPr>
        <w:t>轮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尺</w:t>
      </w:r>
      <w:r>
        <w:rPr>
          <w:spacing w:val="8"/>
          <w:rFonts w:ascii="Ddylr05K+KaiTi" w:hAnsi="Ddylr05K+KaiTi" w:eastAsia="Ddylr05K+KaiTi"/>
          <w:color w:val="000000"/>
          <w:sz w:val="28"/>
        </w:rPr>
        <w:t>寸</w:t>
      </w:r>
      <w:r>
        <w:rPr>
          <w:spacing w:val="4"/>
          <w:rFonts w:ascii="Ddylr05K+KaiTi" w:hAnsi="Ddylr05K+KaiTi" w:eastAsia="Ddylr05K+KaiTi"/>
          <w:color w:val="000000"/>
          <w:sz w:val="28"/>
        </w:rPr>
        <w:t>精</w:t>
      </w:r>
      <w:r>
        <w:rPr>
          <w:spacing w:val="6"/>
          <w:rFonts w:ascii="Ddylr05K+KaiTi" w:hAnsi="Ddylr05K+KaiTi" w:eastAsia="Ddylr05K+KaiTi"/>
          <w:color w:val="000000"/>
          <w:sz w:val="28"/>
        </w:rPr>
        <w:t>度</w:t>
      </w:r>
      <w:r>
        <w:rPr>
          <w:spacing w:val="4"/>
          <w:rFonts w:ascii="Ddylr05K+KaiTi" w:hAnsi="Ddylr05K+KaiTi" w:eastAsia="Ddylr05K+KaiTi"/>
          <w:color w:val="000000"/>
          <w:sz w:val="28"/>
        </w:rPr>
        <w:t>和表</w:t>
      </w:r>
      <w:r>
        <w:rPr>
          <w:spacing w:val="8"/>
          <w:rFonts w:ascii="Ddylr05K+KaiTi" w:hAnsi="Ddylr05K+KaiTi" w:eastAsia="Ddylr05K+KaiTi"/>
          <w:color w:val="000000"/>
          <w:sz w:val="28"/>
        </w:rPr>
        <w:t>面</w:t>
      </w:r>
      <w:r>
        <w:rPr>
          <w:spacing w:val="6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量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从</w:t>
      </w:r>
      <w:r>
        <w:rPr>
          <w:spacing w:val="4"/>
          <w:rFonts w:ascii="Ddylr05K+KaiTi" w:hAnsi="Ddylr05K+KaiTi" w:eastAsia="Ddylr05K+KaiTi"/>
          <w:color w:val="000000"/>
          <w:sz w:val="28"/>
        </w:rPr>
        <w:t>而</w:t>
      </w:r>
      <w:r>
        <w:rPr>
          <w:spacing w:val="6"/>
          <w:rFonts w:ascii="Ddylr05K+KaiTi" w:hAnsi="Ddylr05K+KaiTi" w:eastAsia="Ddylr05K+KaiTi"/>
          <w:color w:val="000000"/>
          <w:sz w:val="28"/>
        </w:rPr>
        <w:t>提</w:t>
      </w:r>
      <w:r>
        <w:rPr>
          <w:spacing w:val="4"/>
          <w:rFonts w:ascii="Ddylr05K+KaiTi" w:hAnsi="Ddylr05K+KaiTi" w:eastAsia="Ddylr05K+KaiTi"/>
          <w:color w:val="000000"/>
          <w:sz w:val="28"/>
        </w:rPr>
        <w:t>高其</w:t>
      </w:r>
      <w:r>
        <w:rPr>
          <w:spacing w:val="8"/>
          <w:rFonts w:ascii="Ddylr05K+KaiTi" w:hAnsi="Ddylr05K+KaiTi" w:eastAsia="Ddylr05K+KaiTi"/>
          <w:color w:val="000000"/>
          <w:sz w:val="28"/>
        </w:rPr>
        <w:t>使</w:t>
      </w:r>
      <w:r>
        <w:rPr>
          <w:spacing w:val="6"/>
          <w:rFonts w:ascii="Ddylr05K+KaiTi" w:hAnsi="Ddylr05K+KaiTi" w:eastAsia="Ddylr05K+KaiTi"/>
          <w:color w:val="000000"/>
          <w:sz w:val="28"/>
        </w:rPr>
        <w:t>用</w:t>
      </w:r>
      <w:r>
        <w:rPr>
          <w:spacing w:val="8"/>
          <w:rFonts w:ascii="Ddylr05K+KaiTi" w:hAnsi="Ddylr05K+KaiTi" w:eastAsia="Ddylr05K+KaiTi"/>
          <w:color w:val="000000"/>
          <w:sz w:val="28"/>
        </w:rPr>
        <w:t>性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4"/>
          <w:rFonts w:ascii="Ddylr05K+KaiTi" w:hAnsi="Ddylr05K+KaiTi" w:eastAsia="Ddylr05K+KaiTi"/>
          <w:color w:val="000000"/>
          <w:sz w:val="28"/>
        </w:rPr>
        <w:t>寿命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采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6"/>
          <w:rFonts w:ascii="Ddylr05K+KaiTi" w:hAnsi="Ddylr05K+KaiTi" w:eastAsia="Ddylr05K+KaiTi"/>
          <w:color w:val="000000"/>
          <w:sz w:val="28"/>
        </w:rPr>
        <w:t>热</w:t>
      </w:r>
      <w:r>
        <w:rPr>
          <w:rFonts w:ascii="Ddylr05K+KaiTi" w:hAnsi="Ddylr05K+KaiTi" w:eastAsia="Ddylr05K+KaiTi"/>
          <w:color w:val="000000"/>
          <w:sz w:val="28"/>
        </w:rPr>
        <w:t>处</w:t>
      </w:r>
      <w:r>
        <w:rPr>
          <w:spacing w:val="4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与</w:t>
      </w:r>
      <w:r>
        <w:rPr>
          <w:spacing w:val="6"/>
          <w:rFonts w:ascii="Ddylr05K+KaiTi" w:hAnsi="Ddylr05K+KaiTi" w:eastAsia="Ddylr05K+KaiTi"/>
          <w:color w:val="000000"/>
          <w:sz w:val="28"/>
        </w:rPr>
        <w:t>表</w:t>
      </w:r>
      <w:r>
        <w:rPr>
          <w:spacing w:val="8"/>
          <w:rFonts w:ascii="Ddylr05K+KaiTi" w:hAnsi="Ddylr05K+KaiTi" w:eastAsia="Ddylr05K+KaiTi"/>
          <w:color w:val="000000"/>
          <w:sz w:val="28"/>
        </w:rPr>
        <w:t>面</w:t>
      </w:r>
      <w:r>
        <w:rPr>
          <w:spacing w:val="4"/>
          <w:rFonts w:ascii="Ddylr05K+KaiTi" w:hAnsi="Ddylr05K+KaiTi" w:eastAsia="Ddylr05K+KaiTi"/>
          <w:color w:val="000000"/>
          <w:sz w:val="28"/>
        </w:rPr>
        <w:t>处</w:t>
      </w:r>
      <w:r>
        <w:rPr>
          <w:spacing w:val="6"/>
          <w:rFonts w:ascii="Ddylr05K+KaiTi" w:hAnsi="Ddylr05K+KaiTi" w:eastAsia="Ddylr05K+KaiTi"/>
          <w:color w:val="000000"/>
          <w:sz w:val="28"/>
        </w:rPr>
        <w:t>理</w:t>
      </w:r>
      <w:r>
        <w:rPr>
          <w:spacing w:val="4"/>
          <w:rFonts w:ascii="Ddylr05K+KaiTi" w:hAnsi="Ddylr05K+KaiTi" w:eastAsia="Ddylr05K+KaiTi"/>
          <w:color w:val="000000"/>
          <w:sz w:val="28"/>
        </w:rPr>
        <w:t>技术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如</w:t>
      </w:r>
      <w:r>
        <w:rPr>
          <w:spacing w:val="8"/>
          <w:rFonts w:ascii="Ddylr05K+KaiTi" w:hAnsi="Ddylr05K+KaiTi" w:eastAsia="Ddylr05K+KaiTi"/>
          <w:color w:val="000000"/>
          <w:sz w:val="28"/>
        </w:rPr>
        <w:t>渗</w:t>
      </w:r>
      <w:r>
        <w:rPr>
          <w:spacing w:val="6"/>
          <w:rFonts w:ascii="Ddylr05K+KaiTi" w:hAnsi="Ddylr05K+KaiTi" w:eastAsia="Ddylr05K+KaiTi"/>
          <w:color w:val="000000"/>
          <w:sz w:val="28"/>
        </w:rPr>
        <w:t>碳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淬</w:t>
      </w:r>
      <w:r>
        <w:rPr>
          <w:spacing w:val="6"/>
          <w:rFonts w:ascii="Ddylr05K+KaiTi" w:hAnsi="Ddylr05K+KaiTi" w:eastAsia="Ddylr05K+KaiTi"/>
          <w:color w:val="000000"/>
          <w:sz w:val="28"/>
        </w:rPr>
        <w:t>火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、氮</w:t>
      </w:r>
      <w:r>
        <w:rPr>
          <w:spacing w:val="8"/>
          <w:rFonts w:ascii="Ddylr05K+KaiTi" w:hAnsi="Ddylr05K+KaiTi" w:eastAsia="Ddylr05K+KaiTi"/>
          <w:color w:val="000000"/>
          <w:sz w:val="28"/>
        </w:rPr>
        <w:t>化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喷</w:t>
      </w:r>
      <w:r>
        <w:rPr>
          <w:spacing w:val="6"/>
          <w:rFonts w:ascii="Ddylr05K+KaiTi" w:hAnsi="Ddylr05K+KaiTi" w:eastAsia="Ddylr05K+KaiTi"/>
          <w:color w:val="000000"/>
          <w:sz w:val="28"/>
        </w:rPr>
        <w:t>丸</w:t>
      </w:r>
      <w:r>
        <w:rPr>
          <w:spacing w:val="8"/>
          <w:rFonts w:ascii="Ddylr05K+KaiTi" w:hAnsi="Ddylr05K+KaiTi" w:eastAsia="Ddylr05K+KaiTi"/>
          <w:color w:val="000000"/>
          <w:sz w:val="28"/>
        </w:rPr>
        <w:t>等</w:t>
      </w:r>
      <w:r>
        <w:rPr>
          <w:spacing w:val="4"/>
          <w:rFonts w:ascii="Ddylr05K+KaiTi" w:hAnsi="Ddylr05K+KaiTi" w:eastAsia="Ddylr05K+KaiTi"/>
          <w:color w:val="000000"/>
          <w:sz w:val="28"/>
        </w:rPr>
        <w:t>，以</w:t>
      </w:r>
      <w:r>
        <w:rPr>
          <w:spacing w:val="6"/>
          <w:rFonts w:ascii="Ddylr05K+KaiTi" w:hAnsi="Ddylr05K+KaiTi" w:eastAsia="Ddylr05K+KaiTi"/>
          <w:color w:val="000000"/>
          <w:sz w:val="28"/>
        </w:rPr>
        <w:t>提</w:t>
      </w:r>
      <w:r>
        <w:rPr>
          <w:spacing w:val="4"/>
          <w:rFonts w:ascii="Ddylr05K+KaiTi" w:hAnsi="Ddylr05K+KaiTi" w:eastAsia="Ddylr05K+KaiTi"/>
          <w:color w:val="000000"/>
          <w:sz w:val="28"/>
        </w:rPr>
        <w:t>高</w:t>
      </w:r>
      <w:r>
        <w:rPr>
          <w:spacing w:val="8"/>
          <w:rFonts w:ascii="Ddylr05K+KaiTi" w:hAnsi="Ddylr05K+KaiTi" w:eastAsia="Ddylr05K+KaiTi"/>
          <w:color w:val="000000"/>
          <w:sz w:val="28"/>
        </w:rPr>
        <w:t>齿</w:t>
      </w:r>
      <w:r>
        <w:rPr>
          <w:spacing w:val="6"/>
          <w:rFonts w:ascii="Ddylr05K+KaiTi" w:hAnsi="Ddylr05K+KaiTi" w:eastAsia="Ddylr05K+KaiTi"/>
          <w:color w:val="000000"/>
          <w:sz w:val="28"/>
        </w:rPr>
        <w:t>轮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耐</w:t>
      </w:r>
      <w:r>
        <w:rPr>
          <w:spacing w:val="8"/>
          <w:rFonts w:ascii="Ddylr05K+KaiTi" w:hAnsi="Ddylr05K+KaiTi" w:eastAsia="Ddylr05K+KaiTi"/>
          <w:color w:val="000000"/>
          <w:sz w:val="28"/>
        </w:rPr>
        <w:t>磨</w:t>
      </w:r>
      <w:r>
        <w:rPr>
          <w:spacing w:val="6"/>
          <w:rFonts w:ascii="Ddylr05K+KaiTi" w:hAnsi="Ddylr05K+KaiTi" w:eastAsia="Ddylr05K+KaiTi"/>
          <w:color w:val="000000"/>
          <w:sz w:val="28"/>
        </w:rPr>
        <w:t>性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抗</w:t>
      </w:r>
      <w:r>
        <w:rPr>
          <w:spacing w:val="6"/>
          <w:rFonts w:ascii="Ddylr05K+KaiTi" w:hAnsi="Ddylr05K+KaiTi" w:eastAsia="Ddylr05K+KaiTi"/>
          <w:color w:val="000000"/>
          <w:sz w:val="28"/>
        </w:rPr>
        <w:t>疲</w:t>
      </w:r>
      <w:r>
        <w:rPr>
          <w:spacing w:val="4"/>
          <w:rFonts w:ascii="Ddylr05K+KaiTi" w:hAnsi="Ddylr05K+KaiTi" w:eastAsia="Ddylr05K+KaiTi"/>
          <w:color w:val="000000"/>
          <w:sz w:val="28"/>
        </w:rPr>
        <w:t>劳性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耐</w:t>
      </w:r>
      <w:r>
        <w:rPr>
          <w:spacing w:val="8"/>
          <w:rFonts w:ascii="Ddylr05K+KaiTi" w:hAnsi="Ddylr05K+KaiTi" w:eastAsia="Ddylr05K+KaiTi"/>
          <w:color w:val="000000"/>
          <w:sz w:val="28"/>
        </w:rPr>
        <w:t>腐</w:t>
      </w:r>
      <w:r>
        <w:rPr>
          <w:spacing w:val="6"/>
          <w:rFonts w:ascii="Ddylr05K+KaiTi" w:hAnsi="Ddylr05K+KaiTi" w:eastAsia="Ddylr05K+KaiTi"/>
          <w:color w:val="000000"/>
          <w:sz w:val="28"/>
        </w:rPr>
        <w:t>蚀</w:t>
      </w:r>
      <w:r>
        <w:rPr>
          <w:spacing w:val="8"/>
          <w:rFonts w:ascii="Ddylr05K+KaiTi" w:hAnsi="Ddylr05K+KaiTi" w:eastAsia="Ddylr05K+KaiTi"/>
          <w:color w:val="000000"/>
          <w:sz w:val="28"/>
        </w:rPr>
        <w:t>性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了确</w:t>
      </w:r>
      <w:r>
        <w:rPr>
          <w:spacing w:val="8"/>
          <w:rFonts w:ascii="Ddylr05K+KaiTi" w:hAnsi="Ddylr05K+KaiTi" w:eastAsia="Ddylr05K+KaiTi"/>
          <w:color w:val="000000"/>
          <w:sz w:val="28"/>
        </w:rPr>
        <w:t>保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质</w:t>
      </w:r>
      <w:r>
        <w:rPr>
          <w:spacing w:val="4"/>
          <w:rFonts w:ascii="Ddylr05K+KaiTi" w:hAnsi="Ddylr05K+KaiTi" w:eastAsia="Ddylr05K+KaiTi"/>
          <w:color w:val="000000"/>
          <w:sz w:val="28"/>
        </w:rPr>
        <w:t>量，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</w:t>
      </w:r>
      <w:r>
        <w:rPr>
          <w:spacing w:val="8"/>
          <w:rFonts w:ascii="Ddylr05K+KaiTi" w:hAnsi="Ddylr05K+KaiTi" w:eastAsia="Ddylr05K+KaiTi"/>
          <w:color w:val="000000"/>
          <w:sz w:val="28"/>
        </w:rPr>
        <w:t>使</w:t>
      </w:r>
      <w:r>
        <w:rPr>
          <w:spacing w:val="6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各</w:t>
      </w:r>
      <w:r>
        <w:rPr>
          <w:spacing w:val="4"/>
          <w:rFonts w:ascii="Ddylr05K+KaiTi" w:hAnsi="Ddylr05K+KaiTi" w:eastAsia="Ddylr05K+KaiTi"/>
          <w:color w:val="000000"/>
          <w:sz w:val="28"/>
        </w:rPr>
        <w:t>种</w:t>
      </w:r>
      <w:r>
        <w:rPr>
          <w:spacing w:val="8"/>
          <w:rFonts w:ascii="Ddylr05K+KaiTi" w:hAnsi="Ddylr05K+KaiTi" w:eastAsia="Ddylr05K+KaiTi"/>
          <w:color w:val="000000"/>
          <w:sz w:val="28"/>
        </w:rPr>
        <w:t>先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检</w:t>
      </w:r>
      <w:r>
        <w:rPr>
          <w:spacing w:val="6"/>
          <w:rFonts w:ascii="Ddylr05K+KaiTi" w:hAnsi="Ddylr05K+KaiTi" w:eastAsia="Ddylr05K+KaiTi"/>
          <w:color w:val="000000"/>
          <w:sz w:val="28"/>
        </w:rPr>
        <w:t>测</w:t>
      </w:r>
      <w:r>
        <w:rPr>
          <w:spacing w:val="4"/>
          <w:rFonts w:ascii="Ddylr05K+KaiTi" w:hAnsi="Ddylr05K+KaiTi" w:eastAsia="Ddylr05K+KaiTi"/>
          <w:color w:val="000000"/>
          <w:sz w:val="28"/>
        </w:rPr>
        <w:t>设备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仪</w:t>
      </w:r>
      <w:r>
        <w:rPr>
          <w:spacing w:val="8"/>
          <w:rFonts w:ascii="Ddylr05K+KaiTi" w:hAnsi="Ddylr05K+KaiTi" w:eastAsia="Ddylr05K+KaiTi"/>
          <w:color w:val="000000"/>
          <w:sz w:val="28"/>
        </w:rPr>
        <w:t>器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如</w:t>
      </w:r>
      <w:r>
        <w:rPr>
          <w:spacing w:val="4"/>
          <w:rFonts w:ascii="Ddylr05K+KaiTi" w:hAnsi="Ddylr05K+KaiTi" w:eastAsia="Ddylr05K+KaiTi"/>
          <w:color w:val="000000"/>
          <w:sz w:val="28"/>
        </w:rPr>
        <w:t>齿</w:t>
      </w:r>
      <w:r>
        <w:rPr>
          <w:spacing w:val="6"/>
          <w:rFonts w:ascii="Ddylr05K+KaiTi" w:hAnsi="Ddylr05K+KaiTi" w:eastAsia="Ddylr05K+KaiTi"/>
          <w:color w:val="000000"/>
          <w:sz w:val="28"/>
        </w:rPr>
        <w:t>轮</w:t>
      </w:r>
      <w:r>
        <w:rPr>
          <w:spacing w:val="4"/>
          <w:rFonts w:ascii="Ddylr05K+KaiTi" w:hAnsi="Ddylr05K+KaiTi" w:eastAsia="Ddylr05K+KaiTi"/>
          <w:color w:val="000000"/>
          <w:sz w:val="28"/>
        </w:rPr>
        <w:t>测量</w:t>
      </w:r>
      <w:r>
        <w:rPr>
          <w:spacing w:val="8"/>
          <w:rFonts w:ascii="Ddylr05K+KaiTi" w:hAnsi="Ddylr05K+KaiTi" w:eastAsia="Ddylr05K+KaiTi"/>
          <w:color w:val="000000"/>
          <w:sz w:val="28"/>
        </w:rPr>
        <w:t>仪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三</w:t>
      </w:r>
      <w:r>
        <w:rPr>
          <w:spacing w:val="6"/>
          <w:rFonts w:ascii="Ddylr05K+KaiTi" w:hAnsi="Ddylr05K+KaiTi" w:eastAsia="Ddylr05K+KaiTi"/>
          <w:color w:val="000000"/>
          <w:sz w:val="28"/>
        </w:rPr>
        <w:t>坐</w:t>
      </w:r>
      <w:r>
        <w:rPr>
          <w:spacing w:val="8"/>
          <w:rFonts w:ascii="Ddylr05K+KaiTi" w:hAnsi="Ddylr05K+KaiTi" w:eastAsia="Ddylr05K+KaiTi"/>
          <w:color w:val="000000"/>
          <w:sz w:val="28"/>
        </w:rPr>
        <w:t>标</w:t>
      </w:r>
      <w:r>
        <w:rPr>
          <w:spacing w:val="4"/>
          <w:rFonts w:ascii="Ddylr05K+KaiTi" w:hAnsi="Ddylr05K+KaiTi" w:eastAsia="Ddylr05K+KaiTi"/>
          <w:color w:val="000000"/>
          <w:sz w:val="28"/>
        </w:rPr>
        <w:t>测量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金</w:t>
      </w:r>
      <w:r>
        <w:rPr>
          <w:spacing w:val="6"/>
          <w:rFonts w:ascii="Ddylr05K+KaiTi" w:hAnsi="Ddylr05K+KaiTi" w:eastAsia="Ddylr05K+KaiTi"/>
          <w:color w:val="000000"/>
          <w:sz w:val="28"/>
        </w:rPr>
        <w:t>相</w:t>
      </w:r>
      <w:r>
        <w:rPr>
          <w:rFonts w:ascii="Ddylr05K+KaiTi" w:hAnsi="Ddylr05K+KaiTi" w:eastAsia="Ddylr05K+KaiTi"/>
          <w:color w:val="000000"/>
          <w:sz w:val="28"/>
        </w:rPr>
        <w:t>显</w:t>
      </w:r>
      <w:r>
        <w:rPr>
          <w:spacing w:val="4"/>
          <w:rFonts w:ascii="Ddylr05K+KaiTi" w:hAnsi="Ddylr05K+KaiTi" w:eastAsia="Ddylr05K+KaiTi"/>
          <w:color w:val="000000"/>
          <w:sz w:val="28"/>
        </w:rPr>
        <w:t>微</w:t>
      </w:r>
      <w:r>
        <w:rPr>
          <w:spacing w:val="8"/>
          <w:rFonts w:ascii="Ddylr05K+KaiTi" w:hAnsi="Ddylr05K+KaiTi" w:eastAsia="Ddylr05K+KaiTi"/>
          <w:color w:val="000000"/>
          <w:sz w:val="28"/>
        </w:rPr>
        <w:t>镜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对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4"/>
          <w:rFonts w:ascii="Ddylr05K+KaiTi" w:hAnsi="Ddylr05K+KaiTi" w:eastAsia="Ddylr05K+KaiTi"/>
          <w:color w:val="000000"/>
          <w:sz w:val="28"/>
        </w:rPr>
        <w:t>轮的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尺</w:t>
      </w:r>
      <w:r>
        <w:rPr>
          <w:spacing w:val="6"/>
          <w:rFonts w:ascii="Ddylr05K+KaiTi" w:hAnsi="Ddylr05K+KaiTi" w:eastAsia="Ddylr05K+KaiTi"/>
          <w:color w:val="000000"/>
          <w:sz w:val="28"/>
        </w:rPr>
        <w:t>寸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形</w:t>
      </w:r>
      <w:r>
        <w:rPr>
          <w:spacing w:val="8"/>
          <w:rFonts w:ascii="Ddylr05K+KaiTi" w:hAnsi="Ddylr05K+KaiTi" w:eastAsia="Ddylr05K+KaiTi"/>
          <w:color w:val="000000"/>
          <w:sz w:val="28"/>
        </w:rPr>
        <w:t>状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表</w:t>
      </w:r>
      <w:r>
        <w:rPr>
          <w:spacing w:val="4"/>
          <w:rFonts w:ascii="Ddylr05K+KaiTi" w:hAnsi="Ddylr05K+KaiTi" w:eastAsia="Ddylr05K+KaiTi"/>
          <w:color w:val="000000"/>
          <w:sz w:val="28"/>
        </w:rPr>
        <w:t>面粗</w:t>
      </w:r>
      <w:r>
        <w:rPr>
          <w:spacing w:val="8"/>
          <w:rFonts w:ascii="Ddylr05K+KaiTi" w:hAnsi="Ddylr05K+KaiTi" w:eastAsia="Ddylr05K+KaiTi"/>
          <w:color w:val="000000"/>
          <w:sz w:val="28"/>
        </w:rPr>
        <w:t>糙</w:t>
      </w:r>
      <w:r>
        <w:rPr>
          <w:spacing w:val="6"/>
          <w:rFonts w:ascii="Ddylr05K+KaiTi" w:hAnsi="Ddylr05K+KaiTi" w:eastAsia="Ddylr05K+KaiTi"/>
          <w:color w:val="000000"/>
          <w:sz w:val="28"/>
        </w:rPr>
        <w:t>度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材</w:t>
      </w:r>
      <w:r>
        <w:rPr>
          <w:spacing w:val="8"/>
          <w:rFonts w:ascii="Ddylr05K+KaiTi" w:hAnsi="Ddylr05K+KaiTi" w:eastAsia="Ddylr05K+KaiTi"/>
          <w:color w:val="000000"/>
          <w:sz w:val="28"/>
        </w:rPr>
        <w:t>料</w:t>
      </w:r>
      <w:r>
        <w:rPr>
          <w:spacing w:val="4"/>
          <w:rFonts w:ascii="Ddylr05K+KaiTi" w:hAnsi="Ddylr05K+KaiTi" w:eastAsia="Ddylr05K+KaiTi"/>
          <w:color w:val="000000"/>
          <w:sz w:val="28"/>
        </w:rPr>
        <w:t>组织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4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精</w:t>
      </w:r>
      <w:r>
        <w:rPr>
          <w:rFonts w:ascii="Ddylr05K+KaiTi" w:hAnsi="Ddylr05K+KaiTi" w:eastAsia="Ddylr05K+KaiTi"/>
          <w:color w:val="000000"/>
          <w:sz w:val="28"/>
        </w:rPr>
        <w:t>确</w:t>
      </w:r>
      <w:r>
        <w:rPr>
          <w:spacing w:val="4"/>
          <w:rFonts w:ascii="Ddylr05K+KaiTi" w:hAnsi="Ddylr05K+KaiTi" w:eastAsia="Ddylr05K+KaiTi"/>
          <w:color w:val="000000"/>
          <w:sz w:val="28"/>
        </w:rPr>
        <w:t>测</w:t>
      </w:r>
      <w:r>
        <w:rPr>
          <w:spacing w:val="8"/>
          <w:rFonts w:ascii="Ddylr05K+KaiTi" w:hAnsi="Ddylr05K+KaiTi" w:eastAsia="Ddylr05K+KaiTi"/>
          <w:color w:val="000000"/>
          <w:sz w:val="28"/>
        </w:rPr>
        <w:t>量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估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为了</w:t>
      </w:r>
      <w:r>
        <w:rPr>
          <w:spacing w:val="8"/>
          <w:rFonts w:ascii="Ddylr05K+KaiTi" w:hAnsi="Ddylr05K+KaiTi" w:eastAsia="Ddylr05K+KaiTi"/>
          <w:color w:val="000000"/>
          <w:sz w:val="28"/>
        </w:rPr>
        <w:t>满</w:t>
      </w:r>
      <w:r>
        <w:rPr>
          <w:spacing w:val="6"/>
          <w:rFonts w:ascii="Ddylr05K+KaiTi" w:hAnsi="Ddylr05K+KaiTi" w:eastAsia="Ddylr05K+KaiTi"/>
          <w:color w:val="000000"/>
          <w:sz w:val="28"/>
        </w:rPr>
        <w:t>足</w:t>
      </w:r>
      <w:r>
        <w:rPr>
          <w:spacing w:val="8"/>
          <w:rFonts w:ascii="Ddylr05K+KaiTi" w:hAnsi="Ddylr05K+KaiTi" w:eastAsia="Ddylr05K+KaiTi"/>
          <w:color w:val="000000"/>
          <w:sz w:val="28"/>
        </w:rPr>
        <w:t>客</w:t>
      </w:r>
      <w:r>
        <w:rPr>
          <w:spacing w:val="6"/>
          <w:rFonts w:ascii="Ddylr05K+KaiTi" w:hAnsi="Ddylr05K+KaiTi" w:eastAsia="Ddylr05K+KaiTi"/>
          <w:color w:val="000000"/>
          <w:sz w:val="28"/>
        </w:rPr>
        <w:t>户</w:t>
      </w:r>
      <w:r>
        <w:rPr>
          <w:spacing w:val="8"/>
          <w:rFonts w:ascii="Ddylr05K+KaiTi" w:hAnsi="Ddylr05K+KaiTi" w:eastAsia="Ddylr05K+KaiTi"/>
          <w:color w:val="000000"/>
          <w:sz w:val="28"/>
        </w:rPr>
        <w:t>对</w:t>
      </w:r>
      <w:r>
        <w:rPr>
          <w:spacing w:val="4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4"/>
          <w:rFonts w:ascii="Ddylr05K+KaiTi" w:hAnsi="Ddylr05K+KaiTi" w:eastAsia="Ddylr05K+KaiTi"/>
          <w:color w:val="000000"/>
          <w:sz w:val="28"/>
        </w:rPr>
        <w:t>机械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多</w:t>
      </w:r>
      <w:r>
        <w:rPr>
          <w:spacing w:val="8"/>
          <w:rFonts w:ascii="Ddylr05K+KaiTi" w:hAnsi="Ddylr05K+KaiTi" w:eastAsia="Ddylr05K+KaiTi"/>
          <w:color w:val="000000"/>
          <w:sz w:val="28"/>
        </w:rPr>
        <w:t>样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spacing w:val="8"/>
          <w:rFonts w:ascii="Ddylr05K+KaiTi" w:hAnsi="Ddylr05K+KaiTi" w:eastAsia="Ddylr05K+KaiTi"/>
          <w:color w:val="000000"/>
          <w:sz w:val="28"/>
        </w:rPr>
        <w:t>需</w:t>
      </w:r>
      <w:r>
        <w:rPr>
          <w:spacing w:val="4"/>
          <w:rFonts w:ascii="Ddylr05K+KaiTi" w:hAnsi="Ddylr05K+KaiTi" w:eastAsia="Ddylr05K+KaiTi"/>
          <w:color w:val="000000"/>
          <w:sz w:val="28"/>
        </w:rPr>
        <w:t>求，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</w:t>
      </w:r>
      <w:r>
        <w:rPr>
          <w:spacing w:val="8"/>
          <w:rFonts w:ascii="Ddylr05K+KaiTi" w:hAnsi="Ddylr05K+KaiTi" w:eastAsia="Ddylr05K+KaiTi"/>
          <w:color w:val="000000"/>
          <w:sz w:val="28"/>
        </w:rPr>
        <w:t>采</w:t>
      </w:r>
      <w:r>
        <w:rPr>
          <w:spacing w:val="6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模</w:t>
      </w:r>
      <w:r>
        <w:rPr>
          <w:spacing w:val="4"/>
          <w:rFonts w:ascii="Ddylr05K+KaiTi" w:hAnsi="Ddylr05K+KaiTi" w:eastAsia="Ddylr05K+KaiTi"/>
          <w:color w:val="000000"/>
          <w:sz w:val="28"/>
        </w:rPr>
        <w:t>块</w:t>
      </w:r>
      <w:r>
        <w:rPr>
          <w:spacing w:val="8"/>
          <w:rFonts w:ascii="Ddylr05K+KaiTi" w:hAnsi="Ddylr05K+KaiTi" w:eastAsia="Ddylr05K+KaiTi"/>
          <w:color w:val="000000"/>
          <w:sz w:val="28"/>
        </w:rPr>
        <w:t>化</w:t>
      </w:r>
      <w:r>
        <w:rPr>
          <w:spacing w:val="6"/>
          <w:rFonts w:ascii="Ddylr05K+KaiTi" w:hAnsi="Ddylr05K+KaiTi" w:eastAsia="Ddylr05K+KaiTi"/>
          <w:color w:val="000000"/>
          <w:sz w:val="28"/>
        </w:rPr>
        <w:t>与</w:t>
      </w:r>
      <w:r>
        <w:rPr>
          <w:spacing w:val="8"/>
          <w:rFonts w:ascii="Ddylr05K+KaiTi" w:hAnsi="Ddylr05K+KaiTi" w:eastAsia="Ddylr05K+KaiTi"/>
          <w:color w:val="000000"/>
          <w:sz w:val="28"/>
        </w:rPr>
        <w:t>集</w:t>
      </w:r>
      <w:r>
        <w:rPr>
          <w:spacing w:val="4"/>
          <w:rFonts w:ascii="Ddylr05K+KaiTi" w:hAnsi="Ddylr05K+KaiTi" w:eastAsia="Ddylr05K+KaiTi"/>
          <w:color w:val="000000"/>
          <w:sz w:val="28"/>
        </w:rPr>
        <w:t>成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spacing w:val="4"/>
          <w:rFonts w:ascii="Ddylr05K+KaiTi" w:hAnsi="Ddylr05K+KaiTi" w:eastAsia="Ddylr05K+KaiTi"/>
          <w:color w:val="000000"/>
          <w:sz w:val="28"/>
        </w:rPr>
        <w:t>设计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够</w:t>
      </w:r>
      <w:r>
        <w:rPr>
          <w:spacing w:val="4"/>
          <w:rFonts w:ascii="Ddylr05K+KaiTi" w:hAnsi="Ddylr05K+KaiTi" w:eastAsia="Ddylr05K+KaiTi"/>
          <w:color w:val="000000"/>
          <w:sz w:val="28"/>
        </w:rPr>
        <w:t>快</w:t>
      </w:r>
      <w:r>
        <w:rPr>
          <w:spacing w:val="6"/>
          <w:rFonts w:ascii="Ddylr05K+KaiTi" w:hAnsi="Ddylr05K+KaiTi" w:eastAsia="Ddylr05K+KaiTi"/>
          <w:color w:val="000000"/>
          <w:sz w:val="28"/>
        </w:rPr>
        <w:t>速</w:t>
      </w:r>
      <w:r>
        <w:rPr>
          <w:spacing w:val="4"/>
          <w:rFonts w:ascii="Ddylr05K+KaiTi" w:hAnsi="Ddylr05K+KaiTi" w:eastAsia="Ddylr05K+KaiTi"/>
          <w:color w:val="000000"/>
          <w:sz w:val="28"/>
        </w:rPr>
        <w:t>组合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配</w:t>
      </w:r>
      <w:r>
        <w:rPr>
          <w:spacing w:val="8"/>
          <w:rFonts w:ascii="Ddylr05K+KaiTi" w:hAnsi="Ddylr05K+KaiTi" w:eastAsia="Ddylr05K+KaiTi"/>
          <w:color w:val="000000"/>
          <w:sz w:val="28"/>
        </w:rPr>
        <w:t>置</w:t>
      </w:r>
      <w:r>
        <w:rPr>
          <w:spacing w:val="6"/>
          <w:rFonts w:ascii="Ddylr05K+KaiTi" w:hAnsi="Ddylr05K+KaiTi" w:eastAsia="Ddylr05K+KaiTi"/>
          <w:color w:val="000000"/>
          <w:sz w:val="28"/>
        </w:rPr>
        <w:t>不</w:t>
      </w:r>
      <w:r>
        <w:rPr>
          <w:spacing w:val="8"/>
          <w:rFonts w:ascii="Ddylr05K+KaiTi" w:hAnsi="Ddylr05K+KaiTi" w:eastAsia="Ddylr05K+KaiTi"/>
          <w:color w:val="000000"/>
          <w:sz w:val="28"/>
        </w:rPr>
        <w:t>同</w:t>
      </w:r>
      <w:r>
        <w:rPr>
          <w:spacing w:val="4"/>
          <w:rFonts w:ascii="Ddylr05K+KaiTi" w:hAnsi="Ddylr05K+KaiTi" w:eastAsia="Ddylr05K+KaiTi"/>
          <w:color w:val="000000"/>
          <w:sz w:val="28"/>
        </w:rPr>
        <w:t>型号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箱</w:t>
      </w:r>
      <w:r>
        <w:rPr>
          <w:spacing w:val="-2"/>
          <w:rFonts w:ascii="Ddylr05K+KaiTi" w:hAnsi="Ddylr05K+KaiTi" w:eastAsia="Ddylr05K+KaiTi"/>
          <w:color w:val="000000"/>
          <w:sz w:val="28"/>
        </w:rPr>
        <w:t>体，</w:t>
      </w:r>
      <w:r>
        <w:rPr>
          <w:rFonts w:ascii="Ddylr05K+KaiTi" w:hAnsi="Ddylr05K+KaiTi" w:eastAsia="Ddylr05K+KaiTi"/>
          <w:color w:val="000000"/>
          <w:sz w:val="28"/>
        </w:rPr>
        <w:t>提供</w:t>
      </w:r>
      <w:r>
        <w:rPr>
          <w:spacing w:val="-2"/>
          <w:rFonts w:ascii="Ddylr05K+KaiTi" w:hAnsi="Ddylr05K+KaiTi" w:eastAsia="Ddylr05K+KaiTi"/>
          <w:color w:val="000000"/>
          <w:sz w:val="28"/>
        </w:rPr>
        <w:t>定</w:t>
      </w:r>
      <w:r>
        <w:rPr>
          <w:rFonts w:ascii="Ddylr05K+KaiTi" w:hAnsi="Ddylr05K+KaiTi" w:eastAsia="Ddylr05K+KaiTi"/>
          <w:color w:val="000000"/>
          <w:sz w:val="28"/>
        </w:rPr>
        <w:t>制化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解决</w:t>
      </w:r>
      <w:r>
        <w:rPr>
          <w:spacing w:val="-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案。</w:t>
      </w:r>
    </w:p>
    <w:p>
      <w:pPr>
        <w:autoSpaceDN w:val="0"/>
        <w:autoSpaceDE w:val="0"/>
        <w:widowControl/>
        <w:spacing w:line="624" w:lineRule="exact" w:before="0" w:after="0"/>
        <w:ind w:left="360" w:right="144" w:firstLine="280"/>
        <w:jc w:val="left"/>
      </w:pP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秉</w:t>
      </w:r>
      <w:r>
        <w:rPr>
          <w:spacing w:val="4"/>
          <w:rFonts w:ascii="Ddylr05K+KaiTi" w:hAnsi="Ddylr05K+KaiTi" w:eastAsia="Ddylr05K+KaiTi"/>
          <w:color w:val="000000"/>
          <w:sz w:val="28"/>
        </w:rPr>
        <w:t>持</w:t>
      </w:r>
      <w:r>
        <w:rPr>
          <w:spacing w:val="6"/>
          <w:rFonts w:ascii="Ddylr05K+KaiTi" w:hAnsi="Ddylr05K+KaiTi" w:eastAsia="Ddylr05K+KaiTi"/>
          <w:color w:val="000000"/>
          <w:sz w:val="28"/>
        </w:rPr>
        <w:t>“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一</w:t>
      </w:r>
      <w:r>
        <w:rPr>
          <w:spacing w:val="4"/>
          <w:rFonts w:ascii="Ddylr05K+KaiTi" w:hAnsi="Ddylr05K+KaiTi" w:eastAsia="Ddylr05K+KaiTi"/>
          <w:color w:val="000000"/>
          <w:sz w:val="28"/>
        </w:rPr>
        <w:t>国</w:t>
      </w:r>
      <w:r>
        <w:rPr>
          <w:spacing w:val="6"/>
          <w:rFonts w:ascii="Ddylr05K+KaiTi" w:hAnsi="Ddylr05K+KaiTi" w:eastAsia="Ddylr05K+KaiTi"/>
          <w:color w:val="000000"/>
          <w:sz w:val="28"/>
        </w:rPr>
        <w:t>众</w:t>
      </w:r>
      <w:r>
        <w:rPr>
          <w:spacing w:val="4"/>
          <w:rFonts w:ascii="Ddylr05K+KaiTi" w:hAnsi="Ddylr05K+KaiTi" w:eastAsia="Ddylr05K+KaiTi"/>
          <w:color w:val="000000"/>
          <w:sz w:val="28"/>
        </w:rPr>
        <w:t>之</w:t>
      </w:r>
      <w:r>
        <w:rPr>
          <w:spacing w:val="6"/>
          <w:rFonts w:ascii="Ddylr05K+KaiTi" w:hAnsi="Ddylr05K+KaiTi" w:eastAsia="Ddylr05K+KaiTi"/>
          <w:color w:val="000000"/>
          <w:sz w:val="28"/>
        </w:rPr>
        <w:t>魂</w:t>
      </w:r>
      <w:r>
        <w:rPr>
          <w:spacing w:val="4"/>
          <w:rFonts w:ascii="Ddylr05K+KaiTi" w:hAnsi="Ddylr05K+KaiTi" w:eastAsia="Ddylr05K+KaiTi"/>
          <w:color w:val="000000"/>
          <w:sz w:val="28"/>
        </w:rPr>
        <w:t>”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念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凭</w:t>
      </w:r>
      <w:r>
        <w:rPr>
          <w:spacing w:val="4"/>
          <w:rFonts w:ascii="Ddylr05K+KaiTi" w:hAnsi="Ddylr05K+KaiTi" w:eastAsia="Ddylr05K+KaiTi"/>
          <w:color w:val="000000"/>
          <w:sz w:val="28"/>
        </w:rPr>
        <w:t>借</w:t>
      </w:r>
      <w:r>
        <w:rPr>
          <w:spacing w:val="6"/>
          <w:rFonts w:ascii="Ddylr05K+KaiTi" w:hAnsi="Ddylr05K+KaiTi" w:eastAsia="Ddylr05K+KaiTi"/>
          <w:color w:val="000000"/>
          <w:sz w:val="28"/>
        </w:rPr>
        <w:t>雄</w:t>
      </w:r>
      <w:r>
        <w:rPr>
          <w:spacing w:val="4"/>
          <w:rFonts w:ascii="Ddylr05K+KaiTi" w:hAnsi="Ddylr05K+KaiTi" w:eastAsia="Ddylr05K+KaiTi"/>
          <w:color w:val="000000"/>
          <w:sz w:val="28"/>
        </w:rPr>
        <w:t>厚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设</w:t>
      </w:r>
      <w:r>
        <w:rPr>
          <w:spacing w:val="8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实</w:t>
      </w:r>
      <w:r>
        <w:rPr>
          <w:spacing w:val="8"/>
          <w:rFonts w:ascii="Ddylr05K+KaiTi" w:hAnsi="Ddylr05K+KaiTi" w:eastAsia="Ddylr05K+KaiTi"/>
          <w:color w:val="000000"/>
          <w:sz w:val="28"/>
        </w:rPr>
        <w:t>力和</w:t>
      </w:r>
      <w:r>
        <w:rPr>
          <w:rFonts w:ascii="Ddylr05K+KaiTi" w:hAnsi="Ddylr05K+KaiTi" w:eastAsia="Ddylr05K+KaiTi"/>
          <w:color w:val="000000"/>
          <w:sz w:val="28"/>
        </w:rPr>
        <w:t>人</w:t>
      </w:r>
      <w:r>
        <w:rPr>
          <w:spacing w:val="-2"/>
          <w:rFonts w:ascii="Ddylr05K+KaiTi" w:hAnsi="Ddylr05K+KaiTi" w:eastAsia="Ddylr05K+KaiTi"/>
          <w:color w:val="000000"/>
          <w:sz w:val="28"/>
        </w:rPr>
        <w:t>才优</w:t>
      </w:r>
      <w:r>
        <w:rPr>
          <w:rFonts w:ascii="Ddylr05K+KaiTi" w:hAnsi="Ddylr05K+KaiTi" w:eastAsia="Ddylr05K+KaiTi"/>
          <w:color w:val="000000"/>
          <w:sz w:val="28"/>
        </w:rPr>
        <w:t>势，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形</w:t>
      </w:r>
      <w:r>
        <w:rPr>
          <w:rFonts w:ascii="Ddylr05K+KaiTi" w:hAnsi="Ddylr05K+KaiTi" w:eastAsia="Ddylr05K+KaiTi"/>
          <w:color w:val="000000"/>
          <w:sz w:val="28"/>
        </w:rPr>
        <w:t>成了</w:t>
      </w:r>
      <w:r>
        <w:rPr>
          <w:spacing w:val="-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计算</w:t>
      </w:r>
      <w:r>
        <w:rPr>
          <w:spacing w:val="-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辅助</w:t>
      </w:r>
      <w:r>
        <w:rPr>
          <w:spacing w:val="-2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计为</w:t>
      </w:r>
      <w:r>
        <w:rPr>
          <w:spacing w:val="-2"/>
          <w:rFonts w:ascii="Ddylr05K+KaiTi" w:hAnsi="Ddylr05K+KaiTi" w:eastAsia="Ddylr05K+KaiTi"/>
          <w:color w:val="000000"/>
          <w:sz w:val="28"/>
        </w:rPr>
        <w:t>手</w:t>
      </w:r>
      <w:r>
        <w:rPr>
          <w:rFonts w:ascii="Ddylr05K+KaiTi" w:hAnsi="Ddylr05K+KaiTi" w:eastAsia="Ddylr05K+KaiTi"/>
          <w:color w:val="000000"/>
          <w:sz w:val="28"/>
        </w:rPr>
        <w:t>段，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数控</w:t>
      </w:r>
      <w:r>
        <w:rPr>
          <w:spacing w:val="-2"/>
          <w:rFonts w:ascii="Ddylr05K+KaiTi" w:hAnsi="Ddylr05K+KaiTi" w:eastAsia="Ddylr05K+KaiTi"/>
          <w:color w:val="000000"/>
          <w:sz w:val="28"/>
        </w:rPr>
        <w:t>加</w:t>
      </w:r>
      <w:r>
        <w:rPr>
          <w:rFonts w:ascii="Ddylr05K+KaiTi" w:hAnsi="Ddylr05K+KaiTi" w:eastAsia="Ddylr05K+KaiTi"/>
          <w:color w:val="000000"/>
          <w:sz w:val="28"/>
        </w:rPr>
        <w:t>工设</w:t>
      </w:r>
      <w:r>
        <w:rPr>
          <w:spacing w:val="-2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为基</w:t>
      </w:r>
      <w:r>
        <w:rPr>
          <w:spacing w:val="-2"/>
          <w:rFonts w:ascii="Ddylr05K+KaiTi" w:hAnsi="Ddylr05K+KaiTi" w:eastAsia="Ddylr05K+KaiTi"/>
          <w:color w:val="000000"/>
          <w:sz w:val="28"/>
        </w:rPr>
        <w:t>础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以</w:t>
      </w:r>
      <w:r>
        <w:rPr>
          <w:spacing w:val="8"/>
          <w:rFonts w:ascii="Ddylr05K+KaiTi" w:hAnsi="Ddylr05K+KaiTi" w:eastAsia="Ddylr05K+KaiTi"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color w:val="000000"/>
          <w:sz w:val="28"/>
        </w:rPr>
        <w:t>大</w:t>
      </w:r>
      <w:r>
        <w:rPr>
          <w:spacing w:val="8"/>
          <w:rFonts w:ascii="Ddylr05K+KaiTi" w:hAnsi="Ddylr05K+KaiTi" w:eastAsia="Ddylr05K+KaiTi"/>
          <w:color w:val="000000"/>
          <w:sz w:val="28"/>
        </w:rPr>
        <w:t>批</w:t>
      </w:r>
      <w:r>
        <w:rPr>
          <w:spacing w:val="4"/>
          <w:rFonts w:ascii="Ddylr05K+KaiTi" w:hAnsi="Ddylr05K+KaiTi" w:eastAsia="Ddylr05K+KaiTi"/>
          <w:color w:val="000000"/>
          <w:sz w:val="28"/>
        </w:rPr>
        <w:t>经</w:t>
      </w:r>
      <w:r>
        <w:rPr>
          <w:spacing w:val="6"/>
          <w:rFonts w:ascii="Ddylr05K+KaiTi" w:hAnsi="Ddylr05K+KaiTi" w:eastAsia="Ddylr05K+KaiTi"/>
          <w:color w:val="000000"/>
          <w:sz w:val="28"/>
        </w:rPr>
        <w:t>验</w:t>
      </w:r>
      <w:r>
        <w:rPr>
          <w:spacing w:val="4"/>
          <w:rFonts w:ascii="Ddylr05K+KaiTi" w:hAnsi="Ddylr05K+KaiTi" w:eastAsia="Ddylr05K+KaiTi"/>
          <w:color w:val="000000"/>
          <w:sz w:val="28"/>
        </w:rPr>
        <w:t>丰富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精</w:t>
      </w:r>
      <w:r>
        <w:rPr>
          <w:spacing w:val="8"/>
          <w:rFonts w:ascii="Ddylr05K+KaiTi" w:hAnsi="Ddylr05K+KaiTi" w:eastAsia="Ddylr05K+KaiTi"/>
          <w:color w:val="000000"/>
          <w:sz w:val="28"/>
        </w:rPr>
        <w:t>湛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务娴</w:t>
      </w:r>
      <w:r>
        <w:rPr>
          <w:spacing w:val="8"/>
          <w:rFonts w:ascii="Ddylr05K+KaiTi" w:hAnsi="Ddylr05K+KaiTi" w:eastAsia="Ddylr05K+KaiTi"/>
          <w:color w:val="000000"/>
          <w:sz w:val="28"/>
        </w:rPr>
        <w:t>熟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优</w:t>
      </w:r>
      <w:r>
        <w:rPr>
          <w:spacing w:val="6"/>
          <w:rFonts w:ascii="Ddylr05K+KaiTi" w:hAnsi="Ddylr05K+KaiTi" w:eastAsia="Ddylr05K+KaiTi"/>
          <w:color w:val="000000"/>
          <w:sz w:val="28"/>
        </w:rPr>
        <w:t>秀</w:t>
      </w:r>
      <w:r>
        <w:rPr>
          <w:spacing w:val="8"/>
          <w:rFonts w:ascii="Ddylr05K+KaiTi" w:hAnsi="Ddylr05K+KaiTi" w:eastAsia="Ddylr05K+KaiTi"/>
          <w:color w:val="000000"/>
          <w:sz w:val="28"/>
        </w:rPr>
        <w:t>人</w:t>
      </w:r>
      <w:r>
        <w:rPr>
          <w:spacing w:val="4"/>
          <w:rFonts w:ascii="Ddylr05K+KaiTi" w:hAnsi="Ddylr05K+KaiTi" w:eastAsia="Ddylr05K+KaiTi"/>
          <w:color w:val="000000"/>
          <w:sz w:val="28"/>
        </w:rPr>
        <w:t>才为</w:t>
      </w:r>
      <w:r>
        <w:rPr>
          <w:spacing w:val="6"/>
          <w:rFonts w:ascii="Ddylr05K+KaiTi" w:hAnsi="Ddylr05K+KaiTi" w:eastAsia="Ddylr05K+KaiTi"/>
          <w:color w:val="000000"/>
          <w:sz w:val="28"/>
        </w:rPr>
        <w:t>支</w:t>
      </w:r>
      <w:r>
        <w:rPr>
          <w:spacing w:val="4"/>
          <w:rFonts w:ascii="Ddylr05K+KaiTi" w:hAnsi="Ddylr05K+KaiTi" w:eastAsia="Ddylr05K+KaiTi"/>
          <w:color w:val="000000"/>
          <w:sz w:val="28"/>
        </w:rPr>
        <w:t>撑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制</w:t>
      </w:r>
      <w:r>
        <w:rPr>
          <w:spacing w:val="8"/>
          <w:rFonts w:ascii="Ddylr05K+KaiTi" w:hAnsi="Ddylr05K+KaiTi" w:eastAsia="Ddylr05K+KaiTi"/>
          <w:color w:val="000000"/>
          <w:sz w:val="28"/>
        </w:rPr>
        <w:t>造</w:t>
      </w:r>
      <w:r>
        <w:rPr>
          <w:spacing w:val="6"/>
          <w:rFonts w:ascii="Ddylr05K+KaiTi" w:hAnsi="Ddylr05K+KaiTi" w:eastAsia="Ddylr05K+KaiTi"/>
          <w:color w:val="000000"/>
          <w:sz w:val="28"/>
        </w:rPr>
        <w:t>系</w:t>
      </w:r>
      <w:r>
        <w:rPr>
          <w:spacing w:val="8"/>
          <w:rFonts w:ascii="Ddylr05K+KaiTi" w:hAnsi="Ddylr05K+KaiTi" w:eastAsia="Ddylr05K+KaiTi"/>
          <w:color w:val="000000"/>
          <w:sz w:val="28"/>
        </w:rPr>
        <w:t>统</w:t>
      </w:r>
      <w:r>
        <w:rPr>
          <w:spacing w:val="4"/>
          <w:rFonts w:ascii="Ddylr05K+KaiTi" w:hAnsi="Ddylr05K+KaiTi" w:eastAsia="Ddylr05K+KaiTi"/>
          <w:color w:val="000000"/>
          <w:sz w:val="28"/>
        </w:rPr>
        <w:t>。</w:t>
      </w:r>
      <w:r>
        <w:rPr>
          <w:spacing w:val="6"/>
          <w:rFonts w:ascii="Ddylr05K+KaiTi" w:hAnsi="Ddylr05K+KaiTi" w:eastAsia="Ddylr05K+KaiTi"/>
          <w:color w:val="000000"/>
          <w:sz w:val="28"/>
        </w:rPr>
        <w:t>优</w:t>
      </w:r>
      <w:r>
        <w:rPr>
          <w:spacing w:val="4"/>
          <w:rFonts w:ascii="Ddylr05K+KaiTi" w:hAnsi="Ddylr05K+KaiTi" w:eastAsia="Ddylr05K+KaiTi"/>
          <w:color w:val="000000"/>
          <w:sz w:val="28"/>
        </w:rPr>
        <w:t>良的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先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管</w:t>
      </w:r>
      <w:r>
        <w:rPr>
          <w:spacing w:val="4"/>
          <w:rFonts w:ascii="Ddylr05K+KaiTi" w:hAnsi="Ddylr05K+KaiTi" w:eastAsia="Ddylr05K+KaiTi"/>
          <w:color w:val="000000"/>
          <w:sz w:val="28"/>
        </w:rPr>
        <w:t>理及</w:t>
      </w:r>
      <w:r>
        <w:rPr>
          <w:spacing w:val="8"/>
          <w:rFonts w:ascii="Ddylr05K+KaiTi" w:hAnsi="Ddylr05K+KaiTi" w:eastAsia="Ddylr05K+KaiTi"/>
          <w:color w:val="000000"/>
          <w:sz w:val="28"/>
        </w:rPr>
        <w:t>新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研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能力</w:t>
      </w:r>
      <w:r>
        <w:rPr>
          <w:spacing w:val="6"/>
          <w:rFonts w:ascii="Ddylr05K+KaiTi" w:hAnsi="Ddylr05K+KaiTi" w:eastAsia="Ddylr05K+KaiTi"/>
          <w:color w:val="000000"/>
          <w:sz w:val="28"/>
        </w:rPr>
        <w:t>居</w:t>
      </w:r>
      <w:r>
        <w:rPr>
          <w:spacing w:val="4"/>
          <w:rFonts w:ascii="Ddylr05K+KaiTi" w:hAnsi="Ddylr05K+KaiTi" w:eastAsia="Ddylr05K+KaiTi"/>
          <w:color w:val="000000"/>
          <w:sz w:val="28"/>
        </w:rPr>
        <w:t>国</w:t>
      </w:r>
      <w:r>
        <w:rPr>
          <w:spacing w:val="8"/>
          <w:rFonts w:ascii="Ddylr05K+KaiTi" w:hAnsi="Ddylr05K+KaiTi" w:eastAsia="Ddylr05K+KaiTi"/>
          <w:color w:val="000000"/>
          <w:sz w:val="28"/>
        </w:rPr>
        <w:t>内</w:t>
      </w:r>
      <w:r>
        <w:rPr>
          <w:spacing w:val="6"/>
          <w:rFonts w:ascii="Ddylr05K+KaiTi" w:hAnsi="Ddylr05K+KaiTi" w:eastAsia="Ddylr05K+KaiTi"/>
          <w:color w:val="000000"/>
          <w:sz w:val="28"/>
        </w:rPr>
        <w:t>领</w:t>
      </w:r>
      <w:r>
        <w:rPr>
          <w:rFonts w:ascii="Ddylr05K+KaiTi" w:hAnsi="Ddylr05K+KaiTi" w:eastAsia="Ddylr05K+KaiTi"/>
          <w:color w:val="000000"/>
          <w:sz w:val="28"/>
        </w:rPr>
        <w:t>先</w:t>
      </w:r>
      <w:r>
        <w:rPr>
          <w:spacing w:val="-2"/>
          <w:rFonts w:ascii="Ddylr05K+KaiTi" w:hAnsi="Ddylr05K+KaiTi" w:eastAsia="Ddylr05K+KaiTi"/>
          <w:color w:val="000000"/>
          <w:sz w:val="28"/>
        </w:rPr>
        <w:t>水平</w:t>
      </w:r>
      <w:r>
        <w:rPr>
          <w:rFonts w:ascii="Ddylr05K+KaiTi" w:hAnsi="Ddylr05K+KaiTi" w:eastAsia="Ddylr05K+KaiTi"/>
          <w:color w:val="000000"/>
          <w:sz w:val="28"/>
        </w:rPr>
        <w:t>，在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界享</w:t>
      </w:r>
      <w:r>
        <w:rPr>
          <w:spacing w:val="-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良好</w:t>
      </w:r>
      <w:r>
        <w:rPr>
          <w:spacing w:val="-2"/>
          <w:rFonts w:ascii="Ddylr05K+KaiTi" w:hAnsi="Ddylr05K+KaiTi" w:eastAsia="Ddylr05K+KaiTi"/>
          <w:color w:val="000000"/>
          <w:sz w:val="28"/>
        </w:rPr>
        <w:t>信</w:t>
      </w:r>
      <w:r>
        <w:rPr>
          <w:rFonts w:ascii="Ddylr05K+KaiTi" w:hAnsi="Ddylr05K+KaiTi" w:eastAsia="Ddylr05K+KaiTi"/>
          <w:color w:val="000000"/>
          <w:sz w:val="28"/>
        </w:rPr>
        <w:t>誉，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获</w:t>
      </w:r>
      <w:r>
        <w:rPr>
          <w:rFonts w:ascii="Ddylr05K+KaiTi" w:hAnsi="Ddylr05K+KaiTi" w:eastAsia="Ddylr05K+KaiTi"/>
          <w:color w:val="000000"/>
          <w:sz w:val="28"/>
        </w:rPr>
        <w:t>得了</w:t>
      </w:r>
      <w:r>
        <w:rPr>
          <w:spacing w:val="-2"/>
          <w:rFonts w:ascii="Ddylr05K+KaiTi" w:hAnsi="Ddylr05K+KaiTi" w:eastAsia="Ddylr05K+KaiTi"/>
          <w:color w:val="000000"/>
          <w:sz w:val="28"/>
        </w:rPr>
        <w:t>客</w:t>
      </w:r>
      <w:r>
        <w:rPr>
          <w:rFonts w:ascii="Ddylr05K+KaiTi" w:hAnsi="Ddylr05K+KaiTi" w:eastAsia="Ddylr05K+KaiTi"/>
          <w:color w:val="000000"/>
          <w:sz w:val="28"/>
        </w:rPr>
        <w:t>户的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普</w:t>
      </w:r>
      <w:r>
        <w:rPr>
          <w:rFonts w:ascii="Ddylr05K+KaiTi" w:hAnsi="Ddylr05K+KaiTi" w:eastAsia="Ddylr05K+KaiTi"/>
          <w:color w:val="000000"/>
          <w:sz w:val="28"/>
        </w:rPr>
        <w:t>遍认</w:t>
      </w:r>
      <w:r>
        <w:rPr>
          <w:spacing w:val="-2"/>
          <w:rFonts w:ascii="Ddylr05K+KaiTi" w:hAnsi="Ddylr05K+KaiTi" w:eastAsia="Ddylr05K+KaiTi"/>
          <w:color w:val="000000"/>
          <w:sz w:val="28"/>
        </w:rPr>
        <w:t>可</w:t>
      </w:r>
      <w:r>
        <w:rPr>
          <w:rFonts w:ascii="Ddylr05K+KaiTi" w:hAnsi="Ddylr05K+KaiTi" w:eastAsia="Ddylr05K+KaiTi"/>
          <w:color w:val="000000"/>
          <w:sz w:val="28"/>
        </w:rPr>
        <w:t>与好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640" w:right="288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.与</w:t>
      </w:r>
      <w:r>
        <w:rPr>
          <w:spacing w:val="-2"/>
          <w:rFonts w:ascii="Ddylr05K+KaiTi" w:hAnsi="Ddylr05K+KaiTi" w:eastAsia="Ddylr05K+KaiTi"/>
          <w:color w:val="000000"/>
          <w:sz w:val="28"/>
        </w:rPr>
        <w:t>同</w:t>
      </w:r>
      <w:r>
        <w:rPr>
          <w:rFonts w:ascii="Ddylr05K+KaiTi" w:hAnsi="Ddylr05K+KaiTi" w:eastAsia="Ddylr05K+KaiTi"/>
          <w:color w:val="000000"/>
          <w:sz w:val="28"/>
        </w:rPr>
        <w:t>行业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企</w:t>
      </w:r>
      <w:r>
        <w:rPr>
          <w:rFonts w:ascii="Ddylr05K+KaiTi" w:hAnsi="Ddylr05K+KaiTi" w:eastAsia="Ddylr05K+KaiTi"/>
          <w:color w:val="000000"/>
          <w:sz w:val="28"/>
        </w:rPr>
        <w:t>业相</w:t>
      </w:r>
      <w:r>
        <w:rPr>
          <w:spacing w:val="-2"/>
          <w:rFonts w:ascii="Ddylr05K+KaiTi" w:hAnsi="Ddylr05K+KaiTi" w:eastAsia="Ddylr05K+KaiTi"/>
          <w:color w:val="000000"/>
          <w:sz w:val="28"/>
        </w:rPr>
        <w:t>比</w:t>
      </w:r>
      <w:r>
        <w:rPr>
          <w:rFonts w:ascii="Ddylr05K+KaiTi" w:hAnsi="Ddylr05K+KaiTi" w:eastAsia="Ddylr05K+KaiTi"/>
          <w:color w:val="000000"/>
          <w:sz w:val="28"/>
        </w:rPr>
        <w:t>所具</w:t>
      </w:r>
      <w:r>
        <w:rPr>
          <w:spacing w:val="-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的规</w:t>
      </w:r>
      <w:r>
        <w:rPr>
          <w:spacing w:val="-2"/>
          <w:rFonts w:ascii="Ddylr05K+KaiTi" w:hAnsi="Ddylr05K+KaiTi" w:eastAsia="Ddylr05K+KaiTi"/>
          <w:color w:val="000000"/>
          <w:sz w:val="28"/>
        </w:rPr>
        <w:t>模</w:t>
      </w:r>
      <w:r>
        <w:rPr>
          <w:rFonts w:ascii="Ddylr05K+KaiTi" w:hAnsi="Ddylr05K+KaiTi" w:eastAsia="Ddylr05K+KaiTi"/>
          <w:color w:val="000000"/>
          <w:sz w:val="28"/>
        </w:rPr>
        <w:t>和技</w:t>
      </w:r>
      <w:r>
        <w:rPr>
          <w:spacing w:val="-2"/>
          <w:rFonts w:ascii="Ddylr05K+KaiTi" w:hAnsi="Ddylr05K+KaiTi" w:eastAsia="Ddylr05K+KaiTi"/>
          <w:color w:val="000000"/>
          <w:sz w:val="28"/>
        </w:rPr>
        <w:t>术</w:t>
      </w:r>
      <w:r>
        <w:rPr>
          <w:rFonts w:ascii="Ddylr05K+KaiTi" w:hAnsi="Ddylr05K+KaiTi" w:eastAsia="Ddylr05K+KaiTi"/>
          <w:color w:val="000000"/>
          <w:sz w:val="28"/>
        </w:rPr>
        <w:t>优势</w:t>
      </w:r>
      <w:r>
        <w:br/>
      </w: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科</w:t>
      </w:r>
      <w:r>
        <w:rPr>
          <w:spacing w:val="4"/>
          <w:rFonts w:ascii="Ddylr05K+KaiTi" w:hAnsi="Ddylr05K+KaiTi" w:eastAsia="Ddylr05K+KaiTi"/>
          <w:color w:val="000000"/>
          <w:sz w:val="28"/>
        </w:rPr>
        <w:t>研</w:t>
      </w:r>
      <w:r>
        <w:rPr>
          <w:spacing w:val="8"/>
          <w:rFonts w:ascii="Ddylr05K+KaiTi" w:hAnsi="Ddylr05K+KaiTi" w:eastAsia="Ddylr05K+KaiTi"/>
          <w:color w:val="000000"/>
          <w:sz w:val="28"/>
        </w:rPr>
        <w:t>力</w:t>
      </w:r>
      <w:r>
        <w:rPr>
          <w:spacing w:val="6"/>
          <w:rFonts w:ascii="Ddylr05K+KaiTi" w:hAnsi="Ddylr05K+KaiTi" w:eastAsia="Ddylr05K+KaiTi"/>
          <w:color w:val="000000"/>
          <w:sz w:val="28"/>
        </w:rPr>
        <w:t>量</w:t>
      </w:r>
      <w:r>
        <w:rPr>
          <w:spacing w:val="8"/>
          <w:rFonts w:ascii="Ddylr05K+KaiTi" w:hAnsi="Ddylr05K+KaiTi" w:eastAsia="Ddylr05K+KaiTi"/>
          <w:color w:val="000000"/>
          <w:sz w:val="28"/>
        </w:rPr>
        <w:t>雄</w:t>
      </w:r>
      <w:r>
        <w:rPr>
          <w:spacing w:val="6"/>
          <w:rFonts w:ascii="Ddylr05K+KaiTi" w:hAnsi="Ddylr05K+KaiTi" w:eastAsia="Ddylr05K+KaiTi"/>
          <w:color w:val="000000"/>
          <w:sz w:val="28"/>
        </w:rPr>
        <w:t>厚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研</w:t>
      </w:r>
      <w:r>
        <w:rPr>
          <w:spacing w:val="6"/>
          <w:rFonts w:ascii="Ddylr05K+KaiTi" w:hAnsi="Ddylr05K+KaiTi" w:eastAsia="Ddylr05K+KaiTi"/>
          <w:color w:val="000000"/>
          <w:sz w:val="28"/>
        </w:rPr>
        <w:t>究</w:t>
      </w:r>
      <w:r>
        <w:rPr>
          <w:spacing w:val="4"/>
          <w:rFonts w:ascii="Ddylr05K+KaiTi" w:hAnsi="Ddylr05K+KaiTi" w:eastAsia="Ddylr05K+KaiTi"/>
          <w:color w:val="000000"/>
          <w:sz w:val="28"/>
        </w:rPr>
        <w:t>开</w:t>
      </w:r>
      <w:r>
        <w:rPr>
          <w:spacing w:val="6"/>
          <w:rFonts w:ascii="Ddylr05K+KaiTi" w:hAnsi="Ddylr05K+KaiTi" w:eastAsia="Ddylr05K+KaiTi"/>
          <w:color w:val="000000"/>
          <w:sz w:val="28"/>
        </w:rPr>
        <w:t>发试</w:t>
      </w:r>
      <w:r>
        <w:rPr>
          <w:spacing w:val="4"/>
          <w:rFonts w:ascii="Ddylr05K+KaiTi" w:hAnsi="Ddylr05K+KaiTi" w:eastAsia="Ddylr05K+KaiTi"/>
          <w:color w:val="000000"/>
          <w:sz w:val="28"/>
        </w:rPr>
        <w:t>验</w:t>
      </w:r>
      <w:r>
        <w:rPr>
          <w:spacing w:val="8"/>
          <w:rFonts w:ascii="Ddylr05K+KaiTi" w:hAnsi="Ddylr05K+KaiTi" w:eastAsia="Ddylr05K+KaiTi"/>
          <w:color w:val="000000"/>
          <w:sz w:val="28"/>
        </w:rPr>
        <w:t>设</w:t>
      </w:r>
      <w:r>
        <w:rPr>
          <w:spacing w:val="6"/>
          <w:rFonts w:ascii="Ddylr05K+KaiTi" w:hAnsi="Ddylr05K+KaiTi" w:eastAsia="Ddylr05K+KaiTi"/>
          <w:color w:val="000000"/>
          <w:sz w:val="28"/>
        </w:rPr>
        <w:t>施</w:t>
      </w:r>
      <w:r>
        <w:rPr>
          <w:spacing w:val="8"/>
          <w:rFonts w:ascii="Ddylr05K+KaiTi" w:hAnsi="Ddylr05K+KaiTi" w:eastAsia="Ddylr05K+KaiTi"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color w:val="000000"/>
          <w:sz w:val="28"/>
        </w:rPr>
        <w:t>流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拥</w:t>
      </w:r>
      <w:r>
        <w:rPr>
          <w:spacing w:val="6"/>
          <w:rFonts w:ascii="Ddylr05K+KaiTi" w:hAnsi="Ddylr05K+KaiTi" w:eastAsia="Ddylr05K+KaiTi"/>
          <w:color w:val="000000"/>
          <w:sz w:val="28"/>
        </w:rPr>
        <w:t>有</w:t>
      </w:r>
      <w:r>
        <w:rPr>
          <w:spacing w:val="4"/>
          <w:rFonts w:ascii="Ddylr05K+KaiTi" w:hAnsi="Ddylr05K+KaiTi" w:eastAsia="Ddylr05K+KaiTi"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color w:val="000000"/>
          <w:sz w:val="28"/>
        </w:rPr>
        <w:t>支</w:t>
      </w:r>
      <w:r>
        <w:rPr>
          <w:spacing w:val="4"/>
          <w:rFonts w:ascii="Ddylr05K+KaiTi" w:hAnsi="Ddylr05K+KaiTi" w:eastAsia="Ddylr05K+KaiTi"/>
          <w:color w:val="000000"/>
          <w:sz w:val="28"/>
        </w:rPr>
        <w:t>专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技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6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582" w:lineRule="exact" w:before="0" w:after="0"/>
        <w:ind w:left="360" w:right="144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术创</w:t>
      </w:r>
      <w:r>
        <w:rPr>
          <w:rFonts w:ascii="Ddylr05K+KaiTi" w:hAnsi="Ddylr05K+KaiTi" w:eastAsia="Ddylr05K+KaiTi"/>
          <w:color w:val="000000"/>
          <w:sz w:val="28"/>
        </w:rPr>
        <w:t>新团</w:t>
      </w:r>
      <w:r>
        <w:rPr>
          <w:spacing w:val="-2"/>
          <w:rFonts w:ascii="Ddylr05K+KaiTi" w:hAnsi="Ddylr05K+KaiTi" w:eastAsia="Ddylr05K+KaiTi"/>
          <w:color w:val="000000"/>
          <w:sz w:val="28"/>
        </w:rPr>
        <w:t>队</w:t>
      </w:r>
      <w:r>
        <w:rPr>
          <w:rFonts w:ascii="Ddylr05K+KaiTi" w:hAnsi="Ddylr05K+KaiTi" w:eastAsia="Ddylr05K+KaiTi"/>
          <w:color w:val="000000"/>
          <w:sz w:val="28"/>
        </w:rPr>
        <w:t>，拥</w:t>
      </w:r>
      <w:r>
        <w:rPr>
          <w:spacing w:val="-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一大</w:t>
      </w:r>
      <w:r>
        <w:rPr>
          <w:spacing w:val="-2"/>
          <w:rFonts w:ascii="Ddylr05K+KaiTi" w:hAnsi="Ddylr05K+KaiTi" w:eastAsia="Ddylr05K+KaiTi"/>
          <w:color w:val="000000"/>
          <w:sz w:val="28"/>
        </w:rPr>
        <w:t>批</w:t>
      </w:r>
      <w:r>
        <w:rPr>
          <w:rFonts w:ascii="Ddylr05K+KaiTi" w:hAnsi="Ddylr05K+KaiTi" w:eastAsia="Ddylr05K+KaiTi"/>
          <w:color w:val="000000"/>
          <w:sz w:val="28"/>
        </w:rPr>
        <w:t>在工</w:t>
      </w:r>
      <w:r>
        <w:rPr>
          <w:spacing w:val="-2"/>
          <w:rFonts w:ascii="Ddylr05K+KaiTi" w:hAnsi="Ddylr05K+KaiTi" w:eastAsia="Ddylr05K+KaiTi"/>
          <w:color w:val="000000"/>
          <w:sz w:val="28"/>
        </w:rPr>
        <w:t>程</w:t>
      </w:r>
      <w:r>
        <w:rPr>
          <w:rFonts w:ascii="Ddylr05K+KaiTi" w:hAnsi="Ddylr05K+KaiTi" w:eastAsia="Ddylr05K+KaiTi"/>
          <w:color w:val="000000"/>
          <w:sz w:val="28"/>
        </w:rPr>
        <w:t>机械</w:t>
      </w:r>
      <w:r>
        <w:rPr>
          <w:spacing w:val="-2"/>
          <w:rFonts w:ascii="Ddylr05K+KaiTi" w:hAnsi="Ddylr05K+KaiTi" w:eastAsia="Ddylr05K+KaiTi"/>
          <w:color w:val="000000"/>
          <w:sz w:val="28"/>
        </w:rPr>
        <w:t>配</w:t>
      </w:r>
      <w:r>
        <w:rPr>
          <w:rFonts w:ascii="Ddylr05K+KaiTi" w:hAnsi="Ddylr05K+KaiTi" w:eastAsia="Ddylr05K+KaiTi"/>
          <w:color w:val="000000"/>
          <w:sz w:val="28"/>
        </w:rPr>
        <w:t>件行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经验</w:t>
      </w:r>
      <w:r>
        <w:rPr>
          <w:spacing w:val="-2"/>
          <w:rFonts w:ascii="Ddylr05K+KaiTi" w:hAnsi="Ddylr05K+KaiTi" w:eastAsia="Ddylr05K+KaiTi"/>
          <w:color w:val="000000"/>
          <w:sz w:val="28"/>
        </w:rPr>
        <w:t>丰</w:t>
      </w:r>
      <w:r>
        <w:rPr>
          <w:rFonts w:ascii="Ddylr05K+KaiTi" w:hAnsi="Ddylr05K+KaiTi" w:eastAsia="Ddylr05K+KaiTi"/>
          <w:color w:val="000000"/>
          <w:sz w:val="28"/>
        </w:rPr>
        <w:t>富的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专</w:t>
      </w:r>
      <w:r>
        <w:rPr>
          <w:rFonts w:ascii="Ddylr05K+KaiTi" w:hAnsi="Ddylr05K+KaiTi" w:eastAsia="Ddylr05K+KaiTi"/>
          <w:color w:val="000000"/>
          <w:sz w:val="28"/>
        </w:rPr>
        <w:t>业人</w:t>
      </w:r>
      <w:r>
        <w:rPr>
          <w:spacing w:val="-2"/>
          <w:rFonts w:ascii="Ddylr05K+KaiTi" w:hAnsi="Ddylr05K+KaiTi" w:eastAsia="Ddylr05K+KaiTi"/>
          <w:color w:val="000000"/>
          <w:sz w:val="28"/>
        </w:rPr>
        <w:t>才</w:t>
      </w:r>
      <w:r>
        <w:rPr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公</w:t>
      </w:r>
      <w:r>
        <w:rPr>
          <w:spacing w:val="8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研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中</w:t>
      </w:r>
      <w:r>
        <w:rPr>
          <w:spacing w:val="6"/>
          <w:rFonts w:ascii="Ddylr05K+KaiTi" w:hAnsi="Ddylr05K+KaiTi" w:eastAsia="Ddylr05K+KaiTi"/>
          <w:color w:val="000000"/>
          <w:sz w:val="28"/>
        </w:rPr>
        <w:t>心</w:t>
      </w:r>
      <w:r>
        <w:rPr>
          <w:spacing w:val="4"/>
          <w:rFonts w:ascii="Ddylr05K+KaiTi" w:hAnsi="Ddylr05K+KaiTi" w:eastAsia="Ddylr05K+KaiTi"/>
          <w:color w:val="000000"/>
          <w:sz w:val="28"/>
        </w:rPr>
        <w:t>积极</w:t>
      </w:r>
      <w:r>
        <w:rPr>
          <w:spacing w:val="8"/>
          <w:rFonts w:ascii="Ddylr05K+KaiTi" w:hAnsi="Ddylr05K+KaiTi" w:eastAsia="Ddylr05K+KaiTi"/>
          <w:color w:val="000000"/>
          <w:sz w:val="28"/>
        </w:rPr>
        <w:t>对</w:t>
      </w:r>
      <w:r>
        <w:rPr>
          <w:spacing w:val="6"/>
          <w:rFonts w:ascii="Ddylr05K+KaiTi" w:hAnsi="Ddylr05K+KaiTi" w:eastAsia="Ddylr05K+KaiTi"/>
          <w:color w:val="000000"/>
          <w:sz w:val="28"/>
        </w:rPr>
        <w:t>行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领</w:t>
      </w:r>
      <w:r>
        <w:rPr>
          <w:spacing w:val="8"/>
          <w:rFonts w:ascii="Ddylr05K+KaiTi" w:hAnsi="Ddylr05K+KaiTi" w:eastAsia="Ddylr05K+KaiTi"/>
          <w:color w:val="000000"/>
          <w:sz w:val="28"/>
        </w:rPr>
        <w:t>域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重</w:t>
      </w:r>
      <w:r>
        <w:rPr>
          <w:spacing w:val="4"/>
          <w:rFonts w:ascii="Ddylr05K+KaiTi" w:hAnsi="Ddylr05K+KaiTi" w:eastAsia="Ddylr05K+KaiTi"/>
          <w:color w:val="000000"/>
          <w:sz w:val="28"/>
        </w:rPr>
        <w:t>大关</w:t>
      </w:r>
      <w:r>
        <w:rPr>
          <w:spacing w:val="8"/>
          <w:rFonts w:ascii="Ddylr05K+KaiTi" w:hAnsi="Ddylr05K+KaiTi" w:eastAsia="Ddylr05K+KaiTi"/>
          <w:color w:val="000000"/>
          <w:sz w:val="28"/>
        </w:rPr>
        <w:t>键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难</w:t>
      </w:r>
      <w:r>
        <w:rPr>
          <w:spacing w:val="8"/>
          <w:rFonts w:ascii="Ddylr05K+KaiTi" w:hAnsi="Ddylr05K+KaiTi" w:eastAsia="Ddylr05K+KaiTi"/>
          <w:color w:val="000000"/>
          <w:sz w:val="28"/>
        </w:rPr>
        <w:t>题</w:t>
      </w:r>
      <w:r>
        <w:rPr>
          <w:spacing w:val="4"/>
          <w:rFonts w:ascii="Ddylr05K+KaiTi" w:hAnsi="Ddylr05K+KaiTi" w:eastAsia="Ddylr05K+KaiTi"/>
          <w:color w:val="000000"/>
          <w:sz w:val="28"/>
        </w:rPr>
        <w:t>进行</w:t>
      </w:r>
      <w:r>
        <w:rPr>
          <w:spacing w:val="6"/>
          <w:rFonts w:ascii="Ddylr05K+KaiTi" w:hAnsi="Ddylr05K+KaiTi" w:eastAsia="Ddylr05K+KaiTi"/>
          <w:color w:val="000000"/>
          <w:sz w:val="28"/>
        </w:rPr>
        <w:t>科</w:t>
      </w:r>
      <w:r>
        <w:rPr>
          <w:spacing w:val="4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攻</w:t>
      </w:r>
      <w:r>
        <w:rPr>
          <w:spacing w:val="6"/>
          <w:rFonts w:ascii="Ddylr05K+KaiTi" w:hAnsi="Ddylr05K+KaiTi" w:eastAsia="Ddylr05K+KaiTi"/>
          <w:color w:val="000000"/>
          <w:sz w:val="28"/>
        </w:rPr>
        <w:t>关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为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规</w:t>
      </w:r>
      <w:r>
        <w:rPr>
          <w:spacing w:val="4"/>
          <w:rFonts w:ascii="Ddylr05K+KaiTi" w:hAnsi="Ddylr05K+KaiTi" w:eastAsia="Ddylr05K+KaiTi"/>
          <w:color w:val="000000"/>
          <w:sz w:val="28"/>
        </w:rPr>
        <w:t>模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spacing w:val="4"/>
          <w:rFonts w:ascii="Ddylr05K+KaiTi" w:hAnsi="Ddylr05K+KaiTi" w:eastAsia="Ddylr05K+KaiTi"/>
          <w:color w:val="000000"/>
          <w:sz w:val="28"/>
        </w:rPr>
        <w:t>生产</w:t>
      </w:r>
      <w:r>
        <w:rPr>
          <w:spacing w:val="8"/>
          <w:rFonts w:ascii="Ddylr05K+KaiTi" w:hAnsi="Ddylr05K+KaiTi" w:eastAsia="Ddylr05K+KaiTi"/>
          <w:color w:val="000000"/>
          <w:sz w:val="28"/>
        </w:rPr>
        <w:t>解</w:t>
      </w:r>
      <w:r>
        <w:rPr>
          <w:spacing w:val="6"/>
          <w:rFonts w:ascii="Ddylr05K+KaiTi" w:hAnsi="Ddylr05K+KaiTi" w:eastAsia="Ddylr05K+KaiTi"/>
          <w:color w:val="000000"/>
          <w:sz w:val="28"/>
        </w:rPr>
        <w:t>决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艺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难题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并</w:t>
      </w:r>
      <w:r>
        <w:rPr>
          <w:spacing w:val="8"/>
          <w:rFonts w:ascii="Ddylr05K+KaiTi" w:hAnsi="Ddylr05K+KaiTi" w:eastAsia="Ddylr05K+KaiTi"/>
          <w:color w:val="000000"/>
          <w:sz w:val="28"/>
        </w:rPr>
        <w:t>继</w:t>
      </w:r>
      <w:r>
        <w:rPr>
          <w:spacing w:val="6"/>
          <w:rFonts w:ascii="Ddylr05K+KaiTi" w:hAnsi="Ddylr05K+KaiTi" w:eastAsia="Ddylr05K+KaiTi"/>
          <w:color w:val="000000"/>
          <w:sz w:val="28"/>
        </w:rPr>
        <w:t>续</w:t>
      </w:r>
      <w:r>
        <w:rPr>
          <w:spacing w:val="8"/>
          <w:rFonts w:ascii="Ddylr05K+KaiTi" w:hAnsi="Ddylr05K+KaiTi" w:eastAsia="Ddylr05K+KaiTi"/>
          <w:color w:val="000000"/>
          <w:sz w:val="28"/>
        </w:rPr>
        <w:t>深</w:t>
      </w:r>
      <w:r>
        <w:rPr>
          <w:spacing w:val="4"/>
          <w:rFonts w:ascii="Ddylr05K+KaiTi" w:hAnsi="Ddylr05K+KaiTi" w:eastAsia="Ddylr05K+KaiTi"/>
          <w:color w:val="000000"/>
          <w:sz w:val="28"/>
        </w:rPr>
        <w:t>入实</w:t>
      </w:r>
      <w:r>
        <w:rPr>
          <w:spacing w:val="6"/>
          <w:rFonts w:ascii="Ddylr05K+KaiTi" w:hAnsi="Ddylr05K+KaiTi" w:eastAsia="Ddylr05K+KaiTi"/>
          <w:color w:val="000000"/>
          <w:sz w:val="28"/>
        </w:rPr>
        <w:t>施</w:t>
      </w:r>
      <w:r>
        <w:rPr>
          <w:spacing w:val="4"/>
          <w:rFonts w:ascii="Ddylr05K+KaiTi" w:hAnsi="Ddylr05K+KaiTi" w:eastAsia="Ddylr05K+KaiTi"/>
          <w:color w:val="000000"/>
          <w:sz w:val="28"/>
        </w:rPr>
        <w:t>企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研</w:t>
      </w:r>
      <w:r>
        <w:rPr>
          <w:spacing w:val="4"/>
          <w:rFonts w:ascii="Ddylr05K+KaiTi" w:hAnsi="Ddylr05K+KaiTi" w:eastAsia="Ddylr05K+KaiTi"/>
          <w:color w:val="000000"/>
          <w:sz w:val="28"/>
        </w:rPr>
        <w:t>发</w:t>
      </w:r>
      <w:r>
        <w:rPr>
          <w:spacing w:val="8"/>
          <w:rFonts w:ascii="Ddylr05K+KaiTi" w:hAnsi="Ddylr05K+KaiTi" w:eastAsia="Ddylr05K+KaiTi"/>
          <w:color w:val="000000"/>
          <w:sz w:val="28"/>
        </w:rPr>
        <w:t>战</w:t>
      </w:r>
      <w:r>
        <w:rPr>
          <w:spacing w:val="6"/>
          <w:rFonts w:ascii="Ddylr05K+KaiTi" w:hAnsi="Ddylr05K+KaiTi" w:eastAsia="Ddylr05K+KaiTi"/>
          <w:color w:val="000000"/>
          <w:sz w:val="28"/>
        </w:rPr>
        <w:t>略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努</w:t>
      </w:r>
      <w:r>
        <w:rPr>
          <w:spacing w:val="6"/>
          <w:rFonts w:ascii="Ddylr05K+KaiTi" w:hAnsi="Ddylr05K+KaiTi" w:eastAsia="Ddylr05K+KaiTi"/>
          <w:color w:val="000000"/>
          <w:sz w:val="28"/>
        </w:rPr>
        <w:t>力</w:t>
      </w:r>
      <w:r>
        <w:rPr>
          <w:spacing w:val="4"/>
          <w:rFonts w:ascii="Ddylr05K+KaiTi" w:hAnsi="Ddylr05K+KaiTi" w:eastAsia="Ddylr05K+KaiTi"/>
          <w:color w:val="000000"/>
          <w:sz w:val="28"/>
        </w:rPr>
        <w:t>提高</w:t>
      </w:r>
      <w:r>
        <w:rPr>
          <w:spacing w:val="8"/>
          <w:rFonts w:ascii="Ddylr05K+KaiTi" w:hAnsi="Ddylr05K+KaiTi" w:eastAsia="Ddylr05K+KaiTi"/>
          <w:color w:val="000000"/>
          <w:sz w:val="28"/>
        </w:rPr>
        <w:t>自</w:t>
      </w:r>
      <w:r>
        <w:rPr>
          <w:spacing w:val="6"/>
          <w:rFonts w:ascii="Ddylr05K+KaiTi" w:hAnsi="Ddylr05K+KaiTi" w:eastAsia="Ddylr05K+KaiTi"/>
          <w:color w:val="000000"/>
          <w:sz w:val="28"/>
        </w:rPr>
        <w:t>主</w:t>
      </w:r>
      <w:r>
        <w:rPr>
          <w:spacing w:val="8"/>
          <w:rFonts w:ascii="Ddylr05K+KaiTi" w:hAnsi="Ddylr05K+KaiTi" w:eastAsia="Ddylr05K+KaiTi"/>
          <w:color w:val="000000"/>
          <w:sz w:val="28"/>
        </w:rPr>
        <w:t>创</w:t>
      </w:r>
      <w:r>
        <w:rPr>
          <w:spacing w:val="6"/>
          <w:rFonts w:ascii="Ddylr05K+KaiTi" w:hAnsi="Ddylr05K+KaiTi" w:eastAsia="Ddylr05K+KaiTi"/>
          <w:color w:val="000000"/>
          <w:sz w:val="28"/>
        </w:rPr>
        <w:t>新</w:t>
      </w:r>
      <w:r>
        <w:rPr>
          <w:spacing w:val="8"/>
          <w:rFonts w:ascii="Ddylr05K+KaiTi" w:hAnsi="Ddylr05K+KaiTi" w:eastAsia="Ddylr05K+KaiTi"/>
          <w:color w:val="000000"/>
          <w:sz w:val="28"/>
        </w:rPr>
        <w:t>能</w:t>
      </w:r>
      <w:r>
        <w:rPr>
          <w:spacing w:val="4"/>
          <w:rFonts w:ascii="Ddylr05K+KaiTi" w:hAnsi="Ddylr05K+KaiTi" w:eastAsia="Ddylr05K+KaiTi"/>
          <w:color w:val="000000"/>
          <w:sz w:val="28"/>
        </w:rPr>
        <w:t>力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为客</w:t>
      </w:r>
      <w:r>
        <w:rPr>
          <w:spacing w:val="8"/>
          <w:rFonts w:ascii="Ddylr05K+KaiTi" w:hAnsi="Ddylr05K+KaiTi" w:eastAsia="Ddylr05K+KaiTi"/>
          <w:color w:val="000000"/>
          <w:sz w:val="28"/>
        </w:rPr>
        <w:t>户</w:t>
      </w:r>
      <w:r>
        <w:rPr>
          <w:spacing w:val="6"/>
          <w:rFonts w:ascii="Ddylr05K+KaiTi" w:hAnsi="Ddylr05K+KaiTi" w:eastAsia="Ddylr05K+KaiTi"/>
          <w:color w:val="000000"/>
          <w:sz w:val="28"/>
        </w:rPr>
        <w:t>提</w:t>
      </w:r>
      <w:r>
        <w:rPr>
          <w:spacing w:val="8"/>
          <w:rFonts w:ascii="Ddylr05K+KaiTi" w:hAnsi="Ddylr05K+KaiTi" w:eastAsia="Ddylr05K+KaiTi"/>
          <w:color w:val="000000"/>
          <w:sz w:val="28"/>
        </w:rPr>
        <w:t>供</w:t>
      </w:r>
      <w:r>
        <w:rPr>
          <w:spacing w:val="6"/>
          <w:rFonts w:ascii="Ddylr05K+KaiTi" w:hAnsi="Ddylr05K+KaiTi" w:eastAsia="Ddylr05K+KaiTi"/>
          <w:color w:val="000000"/>
          <w:sz w:val="28"/>
        </w:rPr>
        <w:t>高</w:t>
      </w:r>
      <w:r>
        <w:rPr>
          <w:spacing w:val="8"/>
          <w:rFonts w:ascii="Ddylr05K+KaiTi" w:hAnsi="Ddylr05K+KaiTi" w:eastAsia="Ddylr05K+KaiTi"/>
          <w:color w:val="000000"/>
          <w:sz w:val="28"/>
        </w:rPr>
        <w:t>性</w:t>
      </w:r>
      <w:r>
        <w:rPr>
          <w:spacing w:val="4"/>
          <w:rFonts w:ascii="Ddylr05K+KaiTi" w:hAnsi="Ddylr05K+KaiTi" w:eastAsia="Ddylr05K+KaiTi"/>
          <w:color w:val="000000"/>
          <w:sz w:val="28"/>
        </w:rPr>
        <w:t>价比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提</w:t>
      </w:r>
      <w:r>
        <w:rPr>
          <w:rFonts w:ascii="Ddylr05K+KaiTi" w:hAnsi="Ddylr05K+KaiTi" w:eastAsia="Ddylr05K+KaiTi"/>
          <w:color w:val="000000"/>
          <w:sz w:val="28"/>
        </w:rPr>
        <w:t>供</w:t>
      </w:r>
      <w:r>
        <w:rPr>
          <w:spacing w:val="4"/>
          <w:rFonts w:ascii="Ddylr05K+KaiTi" w:hAnsi="Ddylr05K+KaiTi" w:eastAsia="Ddylr05K+KaiTi"/>
          <w:color w:val="000000"/>
          <w:sz w:val="28"/>
        </w:rPr>
        <w:t>更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6"/>
          <w:rFonts w:ascii="Ddylr05K+KaiTi" w:hAnsi="Ddylr05K+KaiTi" w:eastAsia="Ddylr05K+KaiTi"/>
          <w:color w:val="000000"/>
          <w:sz w:val="28"/>
        </w:rPr>
        <w:t>专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服</w:t>
      </w:r>
      <w:r>
        <w:rPr>
          <w:spacing w:val="6"/>
          <w:rFonts w:ascii="Ddylr05K+KaiTi" w:hAnsi="Ddylr05K+KaiTi" w:eastAsia="Ddylr05K+KaiTi"/>
          <w:color w:val="000000"/>
          <w:sz w:val="28"/>
        </w:rPr>
        <w:t>务</w:t>
      </w:r>
      <w:r>
        <w:rPr>
          <w:spacing w:val="4"/>
          <w:rFonts w:ascii="Ddylr05K+KaiTi" w:hAnsi="Ddylr05K+KaiTi" w:eastAsia="Ddylr05K+KaiTi"/>
          <w:color w:val="000000"/>
          <w:sz w:val="28"/>
        </w:rPr>
        <w:t>。公</w:t>
      </w:r>
      <w:r>
        <w:rPr>
          <w:spacing w:val="8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坚</w:t>
      </w:r>
      <w:r>
        <w:rPr>
          <w:spacing w:val="8"/>
          <w:rFonts w:ascii="Ddylr05K+KaiTi" w:hAnsi="Ddylr05K+KaiTi" w:eastAsia="Ddylr05K+KaiTi"/>
          <w:color w:val="000000"/>
          <w:sz w:val="28"/>
        </w:rPr>
        <w:t>持</w:t>
      </w:r>
      <w:r>
        <w:rPr>
          <w:spacing w:val="6"/>
          <w:rFonts w:ascii="Ddylr05K+KaiTi" w:hAnsi="Ddylr05K+KaiTi" w:eastAsia="Ddylr05K+KaiTi"/>
          <w:color w:val="000000"/>
          <w:sz w:val="28"/>
        </w:rPr>
        <w:t>自</w:t>
      </w:r>
      <w:r>
        <w:rPr>
          <w:spacing w:val="8"/>
          <w:rFonts w:ascii="Ddylr05K+KaiTi" w:hAnsi="Ddylr05K+KaiTi" w:eastAsia="Ddylr05K+KaiTi"/>
          <w:color w:val="000000"/>
          <w:sz w:val="28"/>
        </w:rPr>
        <w:t>主</w:t>
      </w:r>
      <w:r>
        <w:rPr>
          <w:spacing w:val="4"/>
          <w:rFonts w:ascii="Ddylr05K+KaiTi" w:hAnsi="Ddylr05K+KaiTi" w:eastAsia="Ddylr05K+KaiTi"/>
          <w:color w:val="000000"/>
          <w:sz w:val="28"/>
        </w:rPr>
        <w:t>研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和持</w:t>
      </w:r>
      <w:r>
        <w:rPr>
          <w:spacing w:val="8"/>
          <w:rFonts w:ascii="Ddylr05K+KaiTi" w:hAnsi="Ddylr05K+KaiTi" w:eastAsia="Ddylr05K+KaiTi"/>
          <w:color w:val="000000"/>
          <w:sz w:val="28"/>
        </w:rPr>
        <w:t>续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创</w:t>
      </w:r>
      <w:r>
        <w:rPr>
          <w:spacing w:val="8"/>
          <w:rFonts w:ascii="Ddylr05K+KaiTi" w:hAnsi="Ddylr05K+KaiTi" w:eastAsia="Ddylr05K+KaiTi"/>
          <w:color w:val="000000"/>
          <w:sz w:val="28"/>
        </w:rPr>
        <w:t>新</w:t>
      </w:r>
      <w:r>
        <w:rPr>
          <w:spacing w:val="4"/>
          <w:rFonts w:ascii="Ddylr05K+KaiTi" w:hAnsi="Ddylr05K+KaiTi" w:eastAsia="Ddylr05K+KaiTi"/>
          <w:color w:val="000000"/>
          <w:sz w:val="28"/>
        </w:rPr>
        <w:t>，通</w:t>
      </w:r>
      <w:r>
        <w:rPr>
          <w:spacing w:val="6"/>
          <w:rFonts w:ascii="Ddylr05K+KaiTi" w:hAnsi="Ddylr05K+KaiTi" w:eastAsia="Ddylr05K+KaiTi"/>
          <w:color w:val="000000"/>
          <w:sz w:val="28"/>
        </w:rPr>
        <w:t>过</w:t>
      </w:r>
      <w:r>
        <w:rPr>
          <w:spacing w:val="4"/>
          <w:rFonts w:ascii="Ddylr05K+KaiTi" w:hAnsi="Ddylr05K+KaiTi" w:eastAsia="Ddylr05K+KaiTi"/>
          <w:color w:val="000000"/>
          <w:sz w:val="28"/>
        </w:rPr>
        <w:t>持</w:t>
      </w:r>
      <w:r>
        <w:rPr>
          <w:spacing w:val="8"/>
          <w:rFonts w:ascii="Ddylr05K+KaiTi" w:hAnsi="Ddylr05K+KaiTi" w:eastAsia="Ddylr05K+KaiTi"/>
          <w:color w:val="000000"/>
          <w:sz w:val="28"/>
        </w:rPr>
        <w:t>续</w:t>
      </w:r>
      <w:r>
        <w:rPr>
          <w:spacing w:val="6"/>
          <w:rFonts w:ascii="Ddylr05K+KaiTi" w:hAnsi="Ddylr05K+KaiTi" w:eastAsia="Ddylr05K+KaiTi"/>
          <w:color w:val="000000"/>
          <w:sz w:val="28"/>
        </w:rPr>
        <w:t>加</w:t>
      </w:r>
      <w:r>
        <w:rPr>
          <w:rFonts w:ascii="Ddylr05K+KaiTi" w:hAnsi="Ddylr05K+KaiTi" w:eastAsia="Ddylr05K+KaiTi"/>
          <w:color w:val="000000"/>
          <w:sz w:val="28"/>
        </w:rPr>
        <w:t>大</w:t>
      </w:r>
      <w:r>
        <w:rPr>
          <w:spacing w:val="4"/>
          <w:rFonts w:ascii="Ddylr05K+KaiTi" w:hAnsi="Ddylr05K+KaiTi" w:eastAsia="Ddylr05K+KaiTi"/>
          <w:color w:val="000000"/>
          <w:sz w:val="28"/>
        </w:rPr>
        <w:t>研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6"/>
          <w:rFonts w:ascii="Ddylr05K+KaiTi" w:hAnsi="Ddylr05K+KaiTi" w:eastAsia="Ddylr05K+KaiTi"/>
          <w:color w:val="000000"/>
          <w:sz w:val="28"/>
        </w:rPr>
        <w:t>投</w:t>
      </w:r>
      <w:r>
        <w:rPr>
          <w:spacing w:val="8"/>
          <w:rFonts w:ascii="Ddylr05K+KaiTi" w:hAnsi="Ddylr05K+KaiTi" w:eastAsia="Ddylr05K+KaiTi"/>
          <w:color w:val="000000"/>
          <w:sz w:val="28"/>
        </w:rPr>
        <w:t>入</w:t>
      </w:r>
      <w:r>
        <w:rPr>
          <w:spacing w:val="4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专</w:t>
      </w:r>
      <w:r>
        <w:rPr>
          <w:spacing w:val="4"/>
          <w:rFonts w:ascii="Ddylr05K+KaiTi" w:hAnsi="Ddylr05K+KaiTi" w:eastAsia="Ddylr05K+KaiTi"/>
          <w:color w:val="000000"/>
          <w:sz w:val="28"/>
        </w:rPr>
        <w:t>业团</w:t>
      </w:r>
      <w:r>
        <w:rPr>
          <w:spacing w:val="8"/>
          <w:rFonts w:ascii="Ddylr05K+KaiTi" w:hAnsi="Ddylr05K+KaiTi" w:eastAsia="Ddylr05K+KaiTi"/>
          <w:color w:val="000000"/>
          <w:sz w:val="28"/>
        </w:rPr>
        <w:t>队</w:t>
      </w:r>
      <w:r>
        <w:rPr>
          <w:spacing w:val="6"/>
          <w:rFonts w:ascii="Ddylr05K+KaiTi" w:hAnsi="Ddylr05K+KaiTi" w:eastAsia="Ddylr05K+KaiTi"/>
          <w:color w:val="000000"/>
          <w:sz w:val="28"/>
        </w:rPr>
        <w:t>建</w:t>
      </w:r>
      <w:r>
        <w:rPr>
          <w:spacing w:val="8"/>
          <w:rFonts w:ascii="Ddylr05K+KaiTi" w:hAnsi="Ddylr05K+KaiTi" w:eastAsia="Ddylr05K+KaiTi"/>
          <w:color w:val="000000"/>
          <w:sz w:val="28"/>
        </w:rPr>
        <w:t>设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对</w:t>
      </w:r>
      <w:r>
        <w:rPr>
          <w:spacing w:val="4"/>
          <w:rFonts w:ascii="Ddylr05K+KaiTi" w:hAnsi="Ddylr05K+KaiTi" w:eastAsia="Ddylr05K+KaiTi"/>
          <w:color w:val="000000"/>
          <w:sz w:val="28"/>
        </w:rPr>
        <w:t>优</w:t>
      </w:r>
      <w:r>
        <w:rPr>
          <w:spacing w:val="6"/>
          <w:rFonts w:ascii="Ddylr05K+KaiTi" w:hAnsi="Ddylr05K+KaiTi" w:eastAsia="Ddylr05K+KaiTi"/>
          <w:color w:val="000000"/>
          <w:sz w:val="28"/>
        </w:rPr>
        <w:t>秀</w:t>
      </w:r>
      <w:r>
        <w:rPr>
          <w:spacing w:val="4"/>
          <w:rFonts w:ascii="Ddylr05K+KaiTi" w:hAnsi="Ddylr05K+KaiTi" w:eastAsia="Ddylr05K+KaiTi"/>
          <w:color w:val="000000"/>
          <w:sz w:val="28"/>
        </w:rPr>
        <w:t>研发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8"/>
          <w:rFonts w:ascii="Ddylr05K+KaiTi" w:hAnsi="Ddylr05K+KaiTi" w:eastAsia="Ddylr05K+KaiTi"/>
          <w:color w:val="000000"/>
          <w:sz w:val="28"/>
        </w:rPr>
        <w:t>人</w:t>
      </w:r>
      <w:r>
        <w:rPr>
          <w:spacing w:val="6"/>
          <w:rFonts w:ascii="Ddylr05K+KaiTi" w:hAnsi="Ddylr05K+KaiTi" w:eastAsia="Ddylr05K+KaiTi"/>
          <w:color w:val="000000"/>
          <w:sz w:val="28"/>
        </w:rPr>
        <w:t>才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吸引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配</w:t>
      </w:r>
      <w:r>
        <w:rPr>
          <w:spacing w:val="8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先</w:t>
      </w:r>
      <w:r>
        <w:rPr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研</w:t>
      </w:r>
      <w:r>
        <w:rPr>
          <w:spacing w:val="4"/>
          <w:rFonts w:ascii="Ddylr05K+KaiTi" w:hAnsi="Ddylr05K+KaiTi" w:eastAsia="Ddylr05K+KaiTi"/>
          <w:color w:val="000000"/>
          <w:sz w:val="28"/>
        </w:rPr>
        <w:t>发</w:t>
      </w:r>
      <w:r>
        <w:rPr>
          <w:spacing w:val="6"/>
          <w:rFonts w:ascii="Ddylr05K+KaiTi" w:hAnsi="Ddylr05K+KaiTi" w:eastAsia="Ddylr05K+KaiTi"/>
          <w:color w:val="000000"/>
          <w:sz w:val="28"/>
        </w:rPr>
        <w:t>检</w:t>
      </w:r>
      <w:r>
        <w:rPr>
          <w:spacing w:val="4"/>
          <w:rFonts w:ascii="Ddylr05K+KaiTi" w:hAnsi="Ddylr05K+KaiTi" w:eastAsia="Ddylr05K+KaiTi"/>
          <w:color w:val="000000"/>
          <w:sz w:val="28"/>
        </w:rPr>
        <w:t>测设</w:t>
      </w:r>
      <w:r>
        <w:rPr>
          <w:spacing w:val="8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营</w:t>
      </w:r>
      <w:r>
        <w:rPr>
          <w:spacing w:val="8"/>
          <w:rFonts w:ascii="Ddylr05K+KaiTi" w:hAnsi="Ddylr05K+KaiTi" w:eastAsia="Ddylr05K+KaiTi"/>
          <w:color w:val="000000"/>
          <w:sz w:val="28"/>
        </w:rPr>
        <w:t>造</w:t>
      </w:r>
      <w:r>
        <w:rPr>
          <w:spacing w:val="4"/>
          <w:rFonts w:ascii="Ddylr05K+KaiTi" w:hAnsi="Ddylr05K+KaiTi" w:eastAsia="Ddylr05K+KaiTi"/>
          <w:color w:val="000000"/>
          <w:sz w:val="28"/>
        </w:rPr>
        <w:t>良</w:t>
      </w:r>
      <w:r>
        <w:rPr>
          <w:spacing w:val="6"/>
          <w:rFonts w:ascii="Ddylr05K+KaiTi" w:hAnsi="Ddylr05K+KaiTi" w:eastAsia="Ddylr05K+KaiTi"/>
          <w:color w:val="000000"/>
          <w:sz w:val="28"/>
        </w:rPr>
        <w:t>好</w:t>
      </w:r>
      <w:r>
        <w:rPr>
          <w:spacing w:val="4"/>
          <w:rFonts w:ascii="Ddylr05K+KaiTi" w:hAnsi="Ddylr05K+KaiTi" w:eastAsia="Ddylr05K+KaiTi"/>
          <w:color w:val="000000"/>
          <w:sz w:val="28"/>
        </w:rPr>
        <w:t>的产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研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6"/>
          <w:rFonts w:ascii="Ddylr05K+KaiTi" w:hAnsi="Ddylr05K+KaiTi" w:eastAsia="Ddylr05K+KaiTi"/>
          <w:color w:val="000000"/>
          <w:sz w:val="28"/>
        </w:rPr>
        <w:t>环</w:t>
      </w:r>
      <w:r>
        <w:rPr>
          <w:spacing w:val="8"/>
          <w:rFonts w:ascii="Ddylr05K+KaiTi" w:hAnsi="Ddylr05K+KaiTi" w:eastAsia="Ddylr05K+KaiTi"/>
          <w:color w:val="000000"/>
          <w:sz w:val="28"/>
        </w:rPr>
        <w:t>境</w:t>
      </w:r>
      <w:r>
        <w:rPr>
          <w:spacing w:val="4"/>
          <w:rFonts w:ascii="Ddylr05K+KaiTi" w:hAnsi="Ddylr05K+KaiTi" w:eastAsia="Ddylr05K+KaiTi"/>
          <w:color w:val="000000"/>
          <w:sz w:val="28"/>
        </w:rPr>
        <w:t>与氛</w:t>
      </w:r>
      <w:r>
        <w:rPr>
          <w:spacing w:val="6"/>
          <w:rFonts w:ascii="Ddylr05K+KaiTi" w:hAnsi="Ddylr05K+KaiTi" w:eastAsia="Ddylr05K+KaiTi"/>
          <w:color w:val="000000"/>
          <w:sz w:val="28"/>
        </w:rPr>
        <w:t>围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为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</w:t>
      </w:r>
      <w:r>
        <w:rPr>
          <w:spacing w:val="-2"/>
          <w:rFonts w:ascii="Ddylr05K+KaiTi" w:hAnsi="Ddylr05K+KaiTi" w:eastAsia="Ddylr05K+KaiTi"/>
          <w:color w:val="000000"/>
          <w:sz w:val="28"/>
        </w:rPr>
        <w:t>创新</w:t>
      </w:r>
      <w:r>
        <w:rPr>
          <w:rFonts w:ascii="Ddylr05K+KaiTi" w:hAnsi="Ddylr05K+KaiTi" w:eastAsia="Ddylr05K+KaiTi"/>
          <w:color w:val="000000"/>
          <w:sz w:val="28"/>
        </w:rPr>
        <w:t>与生</w:t>
      </w:r>
      <w:r>
        <w:rPr>
          <w:spacing w:val="-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打下</w:t>
      </w:r>
      <w:r>
        <w:rPr>
          <w:spacing w:val="-2"/>
          <w:rFonts w:ascii="Ddylr05K+KaiTi" w:hAnsi="Ddylr05K+KaiTi" w:eastAsia="Ddylr05K+KaiTi"/>
          <w:color w:val="000000"/>
          <w:sz w:val="28"/>
        </w:rPr>
        <w:t>夯</w:t>
      </w:r>
      <w:r>
        <w:rPr>
          <w:rFonts w:ascii="Ddylr05K+KaiTi" w:hAnsi="Ddylr05K+KaiTi" w:eastAsia="Ddylr05K+KaiTi"/>
          <w:color w:val="000000"/>
          <w:sz w:val="28"/>
        </w:rPr>
        <w:t>实的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基</w:t>
      </w:r>
      <w:r>
        <w:rPr>
          <w:rFonts w:ascii="Ddylr05K+KaiTi" w:hAnsi="Ddylr05K+KaiTi" w:eastAsia="Ddylr05K+KaiTi"/>
          <w:color w:val="000000"/>
          <w:sz w:val="28"/>
        </w:rPr>
        <w:t>础。</w:t>
      </w:r>
    </w:p>
    <w:p>
      <w:pPr>
        <w:autoSpaceDN w:val="0"/>
        <w:tabs>
          <w:tab w:pos="64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tab/>
      </w:r>
      <w:r>
        <w:rPr>
          <w:spacing w:val="6"/>
          <w:rFonts w:ascii="Ddylr05K+KaiTi" w:hAnsi="Ddylr05K+KaiTi" w:eastAsia="Ddylr05K+KaiTi"/>
          <w:color w:val="000000"/>
          <w:sz w:val="28"/>
        </w:rPr>
        <w:t>与</w:t>
      </w:r>
      <w:r>
        <w:rPr>
          <w:spacing w:val="4"/>
          <w:rFonts w:ascii="Ddylr05K+KaiTi" w:hAnsi="Ddylr05K+KaiTi" w:eastAsia="Ddylr05K+KaiTi"/>
          <w:color w:val="000000"/>
          <w:sz w:val="28"/>
        </w:rPr>
        <w:t>国</w:t>
      </w:r>
      <w:r>
        <w:rPr>
          <w:spacing w:val="6"/>
          <w:rFonts w:ascii="Ddylr05K+KaiTi" w:hAnsi="Ddylr05K+KaiTi" w:eastAsia="Ddylr05K+KaiTi"/>
          <w:color w:val="000000"/>
          <w:sz w:val="28"/>
        </w:rPr>
        <w:t>内</w:t>
      </w:r>
      <w:r>
        <w:rPr>
          <w:spacing w:val="4"/>
          <w:rFonts w:ascii="Ddylr05K+KaiTi" w:hAnsi="Ddylr05K+KaiTi" w:eastAsia="Ddylr05K+KaiTi"/>
          <w:color w:val="000000"/>
          <w:sz w:val="28"/>
        </w:rPr>
        <w:t>同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相</w:t>
      </w:r>
      <w:r>
        <w:rPr>
          <w:spacing w:val="4"/>
          <w:rFonts w:ascii="Ddylr05K+KaiTi" w:hAnsi="Ddylr05K+KaiTi" w:eastAsia="Ddylr05K+KaiTi"/>
          <w:color w:val="000000"/>
          <w:sz w:val="28"/>
        </w:rPr>
        <w:t>比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术优</w:t>
      </w:r>
      <w:r>
        <w:rPr>
          <w:spacing w:val="4"/>
          <w:rFonts w:ascii="Ddylr05K+KaiTi" w:hAnsi="Ddylr05K+KaiTi" w:eastAsia="Ddylr05K+KaiTi"/>
          <w:color w:val="000000"/>
          <w:sz w:val="28"/>
        </w:rPr>
        <w:t>势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专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spacing w:val="8"/>
          <w:rFonts w:ascii="Ddylr05K+KaiTi" w:hAnsi="Ddylr05K+KaiTi" w:eastAsia="Ddylr05K+KaiTi"/>
          <w:color w:val="000000"/>
          <w:sz w:val="28"/>
        </w:rPr>
        <w:t>精</w:t>
      </w:r>
      <w:r>
        <w:rPr>
          <w:spacing w:val="4"/>
          <w:rFonts w:ascii="Ddylr05K+KaiTi" w:hAnsi="Ddylr05K+KaiTi" w:eastAsia="Ddylr05K+KaiTi"/>
          <w:color w:val="000000"/>
          <w:sz w:val="28"/>
        </w:rPr>
        <w:t>细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4"/>
          <w:rFonts w:ascii="Ddylr05K+KaiTi" w:hAnsi="Ddylr05K+KaiTi" w:eastAsia="Ddylr05K+KaiTi"/>
          <w:color w:val="000000"/>
          <w:sz w:val="28"/>
        </w:rPr>
        <w:t>度</w:t>
      </w:r>
      <w:r>
        <w:rPr>
          <w:spacing w:val="6"/>
          <w:rFonts w:ascii="Ddylr05K+KaiTi" w:hAnsi="Ddylr05K+KaiTi" w:eastAsia="Ddylr05K+KaiTi"/>
          <w:color w:val="000000"/>
          <w:sz w:val="28"/>
        </w:rPr>
        <w:t>是</w:t>
      </w:r>
      <w:r>
        <w:rPr>
          <w:spacing w:val="4"/>
          <w:rFonts w:ascii="Ddylr05K+KaiTi" w:hAnsi="Ddylr05K+KaiTi" w:eastAsia="Ddylr05K+KaiTi"/>
          <w:color w:val="000000"/>
          <w:sz w:val="28"/>
        </w:rPr>
        <w:t>公</w:t>
      </w:r>
      <w:r>
        <w:rPr>
          <w:spacing w:val="8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核</w:t>
      </w:r>
      <w:r>
        <w:rPr>
          <w:spacing w:val="4"/>
          <w:rFonts w:ascii="Ddylr05K+KaiTi" w:hAnsi="Ddylr05K+KaiTi" w:eastAsia="Ddylr05K+KaiTi"/>
          <w:color w:val="000000"/>
          <w:sz w:val="28"/>
        </w:rPr>
        <w:t>心</w:t>
      </w:r>
      <w:r>
        <w:rPr>
          <w:spacing w:val="8"/>
          <w:rFonts w:ascii="Ddylr05K+KaiTi" w:hAnsi="Ddylr05K+KaiTi" w:eastAsia="Ddylr05K+KaiTi"/>
          <w:color w:val="000000"/>
          <w:sz w:val="28"/>
        </w:rPr>
        <w:t>竞</w:t>
      </w:r>
      <w:r>
        <w:rPr>
          <w:spacing w:val="6"/>
          <w:rFonts w:ascii="Ddylr05K+KaiTi" w:hAnsi="Ddylr05K+KaiTi" w:eastAsia="Ddylr05K+KaiTi"/>
          <w:color w:val="000000"/>
          <w:sz w:val="28"/>
        </w:rPr>
        <w:t>争</w:t>
      </w:r>
      <w:r>
        <w:rPr>
          <w:spacing w:val="4"/>
          <w:rFonts w:ascii="Ddylr05K+KaiTi" w:hAnsi="Ddylr05K+KaiTi" w:eastAsia="Ddylr05K+KaiTi"/>
          <w:color w:val="000000"/>
          <w:sz w:val="28"/>
        </w:rPr>
        <w:t>力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技术</w:t>
      </w:r>
      <w:r>
        <w:rPr>
          <w:spacing w:val="8"/>
          <w:rFonts w:ascii="Ddylr05K+KaiTi" w:hAnsi="Ddylr05K+KaiTi" w:eastAsia="Ddylr05K+KaiTi"/>
          <w:color w:val="000000"/>
          <w:sz w:val="28"/>
        </w:rPr>
        <w:t>优</w:t>
      </w:r>
      <w:r>
        <w:rPr>
          <w:spacing w:val="6"/>
          <w:rFonts w:ascii="Ddylr05K+KaiTi" w:hAnsi="Ddylr05K+KaiTi" w:eastAsia="Ddylr05K+KaiTi"/>
          <w:color w:val="000000"/>
          <w:sz w:val="28"/>
        </w:rPr>
        <w:t>势方</w:t>
      </w:r>
      <w:r>
        <w:rPr>
          <w:spacing w:val="8"/>
          <w:rFonts w:ascii="Ddylr05K+KaiTi" w:hAnsi="Ddylr05K+KaiTi" w:eastAsia="Ddylr05K+KaiTi"/>
          <w:color w:val="000000"/>
          <w:sz w:val="28"/>
        </w:rPr>
        <w:t>面</w:t>
      </w:r>
      <w:r>
        <w:rPr>
          <w:spacing w:val="4"/>
          <w:rFonts w:ascii="Ddylr05K+KaiTi" w:hAnsi="Ddylr05K+KaiTi" w:eastAsia="Ddylr05K+KaiTi"/>
          <w:color w:val="000000"/>
          <w:sz w:val="28"/>
        </w:rPr>
        <w:t>，公</w:t>
      </w:r>
      <w:r>
        <w:rPr>
          <w:spacing w:val="6"/>
          <w:rFonts w:ascii="Ddylr05K+KaiTi" w:hAnsi="Ddylr05K+KaiTi" w:eastAsia="Ddylr05K+KaiTi"/>
          <w:color w:val="000000"/>
          <w:sz w:val="28"/>
        </w:rPr>
        <w:t>司</w:t>
      </w:r>
      <w:r>
        <w:rPr>
          <w:spacing w:val="4"/>
          <w:rFonts w:ascii="Ddylr05K+KaiTi" w:hAnsi="Ddylr05K+KaiTi" w:eastAsia="Ddylr05K+KaiTi"/>
          <w:color w:val="000000"/>
          <w:sz w:val="28"/>
        </w:rPr>
        <w:t>长</w:t>
      </w:r>
      <w:r>
        <w:rPr>
          <w:spacing w:val="6"/>
          <w:rFonts w:ascii="Ddylr05K+KaiTi" w:hAnsi="Ddylr05K+KaiTi" w:eastAsia="Ddylr05K+KaiTi"/>
          <w:color w:val="000000"/>
          <w:sz w:val="28"/>
        </w:rPr>
        <w:t>期</w:t>
      </w:r>
      <w:r>
        <w:rPr>
          <w:spacing w:val="8"/>
          <w:rFonts w:ascii="Ddylr05K+KaiTi" w:hAnsi="Ddylr05K+KaiTi" w:eastAsia="Ddylr05K+KaiTi"/>
          <w:color w:val="000000"/>
          <w:sz w:val="28"/>
        </w:rPr>
        <w:t>专</w:t>
      </w:r>
      <w:r>
        <w:rPr>
          <w:spacing w:val="6"/>
          <w:rFonts w:ascii="Ddylr05K+KaiTi" w:hAnsi="Ddylr05K+KaiTi" w:eastAsia="Ddylr05K+KaiTi"/>
          <w:color w:val="000000"/>
          <w:sz w:val="28"/>
        </w:rPr>
        <w:t>注</w:t>
      </w:r>
      <w:r>
        <w:rPr>
          <w:spacing w:val="4"/>
          <w:rFonts w:ascii="Ddylr05K+KaiTi" w:hAnsi="Ddylr05K+KaiTi" w:eastAsia="Ddylr05K+KaiTi"/>
          <w:color w:val="000000"/>
          <w:sz w:val="28"/>
        </w:rPr>
        <w:t>于</w:t>
      </w:r>
      <w:r>
        <w:rPr>
          <w:spacing w:val="6"/>
          <w:rFonts w:ascii="Ddylr05K+KaiTi" w:hAnsi="Ddylr05K+KaiTi" w:eastAsia="Ddylr05K+KaiTi"/>
          <w:color w:val="000000"/>
          <w:sz w:val="28"/>
        </w:rPr>
        <w:t>各</w:t>
      </w:r>
      <w:r>
        <w:rPr>
          <w:spacing w:val="4"/>
          <w:rFonts w:ascii="Ddylr05K+KaiTi" w:hAnsi="Ddylr05K+KaiTi" w:eastAsia="Ddylr05K+KaiTi"/>
          <w:color w:val="000000"/>
          <w:sz w:val="28"/>
        </w:rPr>
        <w:t>类齿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4"/>
          <w:rFonts w:ascii="Ddylr05K+KaiTi" w:hAnsi="Ddylr05K+KaiTi" w:eastAsia="Ddylr05K+KaiTi"/>
          <w:color w:val="000000"/>
          <w:sz w:val="28"/>
        </w:rPr>
        <w:t>(</w:t>
      </w:r>
      <w:r>
        <w:rPr>
          <w:spacing w:val="8"/>
          <w:rFonts w:ascii="Ddylr05K+KaiTi" w:hAnsi="Ddylr05K+KaiTi" w:eastAsia="Ddylr05K+KaiTi"/>
          <w:color w:val="000000"/>
          <w:sz w:val="28"/>
        </w:rPr>
        <w:t>轴</w:t>
      </w:r>
      <w:r>
        <w:rPr>
          <w:spacing w:val="6"/>
          <w:rFonts w:ascii="Ddylr05K+KaiTi" w:hAnsi="Ddylr05K+KaiTi" w:eastAsia="Ddylr05K+KaiTi"/>
          <w:color w:val="000000"/>
          <w:sz w:val="28"/>
        </w:rPr>
        <w:t>)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研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拥</w:t>
      </w:r>
      <w:r>
        <w:rPr>
          <w:spacing w:val="8"/>
          <w:rFonts w:ascii="Ddylr05K+KaiTi" w:hAnsi="Ddylr05K+KaiTi" w:eastAsia="Ddylr05K+KaiTi"/>
          <w:color w:val="000000"/>
          <w:sz w:val="28"/>
        </w:rPr>
        <w:t>有</w:t>
      </w:r>
      <w:r>
        <w:rPr>
          <w:spacing w:val="6"/>
          <w:rFonts w:ascii="Ddylr05K+KaiTi" w:hAnsi="Ddylr05K+KaiTi" w:eastAsia="Ddylr05K+KaiTi"/>
          <w:color w:val="000000"/>
          <w:sz w:val="28"/>
        </w:rPr>
        <w:t>了</w:t>
      </w:r>
      <w:r>
        <w:rPr>
          <w:spacing w:val="8"/>
          <w:rFonts w:ascii="Ddylr05K+KaiTi" w:hAnsi="Ddylr05K+KaiTi" w:eastAsia="Ddylr05K+KaiTi"/>
          <w:color w:val="000000"/>
          <w:sz w:val="28"/>
        </w:rPr>
        <w:t>完</w:t>
      </w:r>
      <w:r>
        <w:rPr>
          <w:spacing w:val="4"/>
          <w:rFonts w:ascii="Ddylr05K+KaiTi" w:hAnsi="Ddylr05K+KaiTi" w:eastAsia="Ddylr05K+KaiTi"/>
          <w:color w:val="000000"/>
          <w:sz w:val="28"/>
        </w:rPr>
        <w:t>善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技术</w:t>
      </w:r>
      <w:r>
        <w:rPr>
          <w:spacing w:val="8"/>
          <w:rFonts w:ascii="Ddylr05K+KaiTi" w:hAnsi="Ddylr05K+KaiTi" w:eastAsia="Ddylr05K+KaiTi"/>
          <w:color w:val="000000"/>
          <w:sz w:val="28"/>
        </w:rPr>
        <w:t>体</w:t>
      </w:r>
      <w:r>
        <w:rPr>
          <w:spacing w:val="6"/>
          <w:rFonts w:ascii="Ddylr05K+KaiTi" w:hAnsi="Ddylr05K+KaiTi" w:eastAsia="Ddylr05K+KaiTi"/>
          <w:color w:val="000000"/>
          <w:sz w:val="28"/>
        </w:rPr>
        <w:t>系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人</w:t>
      </w:r>
      <w:r>
        <w:rPr>
          <w:spacing w:val="8"/>
          <w:rFonts w:ascii="Ddylr05K+KaiTi" w:hAnsi="Ddylr05K+KaiTi" w:eastAsia="Ddylr05K+KaiTi"/>
          <w:color w:val="000000"/>
          <w:sz w:val="28"/>
        </w:rPr>
        <w:t>才</w:t>
      </w:r>
      <w:r>
        <w:rPr>
          <w:spacing w:val="4"/>
          <w:rFonts w:ascii="Ddylr05K+KaiTi" w:hAnsi="Ddylr05K+KaiTi" w:eastAsia="Ddylr05K+KaiTi"/>
          <w:color w:val="000000"/>
          <w:sz w:val="28"/>
        </w:rPr>
        <w:t>队</w:t>
      </w:r>
      <w:r>
        <w:rPr>
          <w:spacing w:val="6"/>
          <w:rFonts w:ascii="Ddylr05K+KaiTi" w:hAnsi="Ddylr05K+KaiTi" w:eastAsia="Ddylr05K+KaiTi"/>
          <w:color w:val="000000"/>
          <w:sz w:val="28"/>
        </w:rPr>
        <w:t>伍</w:t>
      </w:r>
      <w:r>
        <w:rPr>
          <w:spacing w:val="4"/>
          <w:rFonts w:ascii="Ddylr05K+KaiTi" w:hAnsi="Ddylr05K+KaiTi" w:eastAsia="Ddylr05K+KaiTi"/>
          <w:color w:val="000000"/>
          <w:sz w:val="28"/>
        </w:rPr>
        <w:t>。建</w:t>
      </w:r>
      <w:r>
        <w:rPr>
          <w:spacing w:val="8"/>
          <w:rFonts w:ascii="Ddylr05K+KaiTi" w:hAnsi="Ddylr05K+KaiTi" w:eastAsia="Ddylr05K+KaiTi"/>
          <w:color w:val="000000"/>
          <w:sz w:val="28"/>
        </w:rPr>
        <w:t>立</w:t>
      </w:r>
      <w:r>
        <w:rPr>
          <w:spacing w:val="6"/>
          <w:rFonts w:ascii="Ddylr05K+KaiTi" w:hAnsi="Ddylr05K+KaiTi" w:eastAsia="Ddylr05K+KaiTi"/>
          <w:color w:val="000000"/>
          <w:sz w:val="28"/>
        </w:rPr>
        <w:t>了</w:t>
      </w:r>
      <w:r>
        <w:rPr>
          <w:spacing w:val="8"/>
          <w:rFonts w:ascii="Ddylr05K+KaiTi" w:hAnsi="Ddylr05K+KaiTi" w:eastAsia="Ddylr05K+KaiTi"/>
          <w:color w:val="000000"/>
          <w:sz w:val="28"/>
        </w:rPr>
        <w:t>高</w:t>
      </w:r>
      <w:r>
        <w:rPr>
          <w:spacing w:val="6"/>
          <w:rFonts w:ascii="Ddylr05K+KaiTi" w:hAnsi="Ddylr05K+KaiTi" w:eastAsia="Ddylr05K+KaiTi"/>
          <w:color w:val="000000"/>
          <w:sz w:val="28"/>
        </w:rPr>
        <w:t>标</w:t>
      </w:r>
      <w:r>
        <w:rPr>
          <w:spacing w:val="8"/>
          <w:rFonts w:ascii="Ddylr05K+KaiTi" w:hAnsi="Ddylr05K+KaiTi" w:eastAsia="Ddylr05K+KaiTi"/>
          <w:color w:val="000000"/>
          <w:sz w:val="28"/>
        </w:rPr>
        <w:t>准</w:t>
      </w:r>
      <w:r>
        <w:rPr>
          <w:spacing w:val="4"/>
          <w:rFonts w:ascii="Ddylr05K+KaiTi" w:hAnsi="Ddylr05K+KaiTi" w:eastAsia="Ddylr05K+KaiTi"/>
          <w:color w:val="000000"/>
          <w:sz w:val="28"/>
        </w:rPr>
        <w:t>的生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标</w:t>
      </w:r>
      <w:r>
        <w:rPr>
          <w:spacing w:val="8"/>
          <w:rFonts w:ascii="Ddylr05K+KaiTi" w:hAnsi="Ddylr05K+KaiTi" w:eastAsia="Ddylr05K+KaiTi"/>
          <w:color w:val="000000"/>
          <w:sz w:val="28"/>
        </w:rPr>
        <w:t>准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rFonts w:ascii="Ddylr05K+KaiTi" w:hAnsi="Ddylr05K+KaiTi" w:eastAsia="Ddylr05K+KaiTi"/>
          <w:color w:val="000000"/>
          <w:sz w:val="28"/>
        </w:rPr>
        <w:t>体</w:t>
      </w:r>
      <w:r>
        <w:rPr>
          <w:spacing w:val="-2"/>
          <w:rFonts w:ascii="Ddylr05K+KaiTi" w:hAnsi="Ddylr05K+KaiTi" w:eastAsia="Ddylr05K+KaiTi"/>
          <w:color w:val="000000"/>
          <w:sz w:val="28"/>
        </w:rPr>
        <w:t>系，</w:t>
      </w:r>
      <w:r>
        <w:rPr>
          <w:rFonts w:ascii="Ddylr05K+KaiTi" w:hAnsi="Ddylr05K+KaiTi" w:eastAsia="Ddylr05K+KaiTi"/>
          <w:color w:val="000000"/>
          <w:sz w:val="28"/>
        </w:rPr>
        <w:t>通过</w:t>
      </w:r>
      <w:r>
        <w:rPr>
          <w:spacing w:val="66"/>
          <w:rFonts w:ascii="Ddylr05K+KaiTi" w:hAnsi="Ddylr05K+KaiTi" w:eastAsia="Ddylr05K+KaiTi"/>
          <w:color w:val="000000"/>
          <w:sz w:val="28"/>
        </w:rPr>
        <w:t>了</w:t>
      </w:r>
      <w:r>
        <w:rPr>
          <w:rFonts w:ascii="Ddylr05K+KaiTi" w:hAnsi="Ddylr05K+KaiTi" w:eastAsia="Ddylr05K+KaiTi"/>
          <w:color w:val="000000"/>
          <w:sz w:val="28"/>
        </w:rPr>
        <w:t>IS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90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1-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00</w:t>
      </w:r>
      <w:r>
        <w:rPr>
          <w:spacing w:val="70"/>
          <w:rFonts w:ascii="Ddylr05K+KaiTi" w:hAnsi="Ddylr05K+KaiTi" w:eastAsia="Ddylr05K+KaiTi"/>
          <w:color w:val="000000"/>
          <w:sz w:val="28"/>
        </w:rPr>
        <w:t>8</w:t>
      </w:r>
      <w:r>
        <w:rPr>
          <w:rFonts w:ascii="Ddylr05K+KaiTi" w:hAnsi="Ddylr05K+KaiTi" w:eastAsia="Ddylr05K+KaiTi"/>
          <w:color w:val="000000"/>
          <w:sz w:val="28"/>
        </w:rPr>
        <w:t>质</w:t>
      </w:r>
      <w:r>
        <w:rPr>
          <w:spacing w:val="-2"/>
          <w:rFonts w:ascii="Ddylr05K+KaiTi" w:hAnsi="Ddylr05K+KaiTi" w:eastAsia="Ddylr05K+KaiTi"/>
          <w:color w:val="000000"/>
          <w:sz w:val="28"/>
        </w:rPr>
        <w:t>量</w:t>
      </w:r>
      <w:r>
        <w:rPr>
          <w:rFonts w:ascii="Ddylr05K+KaiTi" w:hAnsi="Ddylr05K+KaiTi" w:eastAsia="Ddylr05K+KaiTi"/>
          <w:color w:val="000000"/>
          <w:sz w:val="28"/>
        </w:rPr>
        <w:t>管理</w:t>
      </w:r>
      <w:r>
        <w:rPr>
          <w:spacing w:val="-2"/>
          <w:rFonts w:ascii="Ddylr05K+KaiTi" w:hAnsi="Ddylr05K+KaiTi" w:eastAsia="Ddylr05K+KaiTi"/>
          <w:color w:val="000000"/>
          <w:sz w:val="28"/>
        </w:rPr>
        <w:t>体</w:t>
      </w:r>
      <w:r>
        <w:rPr>
          <w:rFonts w:ascii="Ddylr05K+KaiTi" w:hAnsi="Ddylr05K+KaiTi" w:eastAsia="Ddylr05K+KaiTi"/>
          <w:color w:val="000000"/>
          <w:sz w:val="28"/>
        </w:rPr>
        <w:t>系认</w:t>
      </w:r>
      <w:r>
        <w:rPr>
          <w:spacing w:val="-2"/>
          <w:rFonts w:ascii="Ddylr05K+KaiTi" w:hAnsi="Ddylr05K+KaiTi" w:eastAsia="Ddylr05K+KaiTi"/>
          <w:color w:val="000000"/>
          <w:sz w:val="28"/>
        </w:rPr>
        <w:t>证</w:t>
      </w:r>
      <w:r>
        <w:rPr>
          <w:rFonts w:ascii="Ddylr05K+KaiTi" w:hAnsi="Ddylr05K+KaiTi" w:eastAsia="Ddylr05K+KaiTi"/>
          <w:color w:val="000000"/>
          <w:sz w:val="28"/>
        </w:rPr>
        <w:t>，产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标准</w:t>
      </w:r>
      <w:r>
        <w:rPr>
          <w:spacing w:val="-2"/>
          <w:rFonts w:ascii="Ddylr05K+KaiTi" w:hAnsi="Ddylr05K+KaiTi" w:eastAsia="Ddylr05K+KaiTi"/>
          <w:color w:val="000000"/>
          <w:sz w:val="28"/>
        </w:rPr>
        <w:t>可</w:t>
      </w:r>
      <w:r>
        <w:rPr>
          <w:rFonts w:ascii="Ddylr05K+KaiTi" w:hAnsi="Ddylr05K+KaiTi" w:eastAsia="Ddylr05K+KaiTi"/>
          <w:color w:val="000000"/>
          <w:sz w:val="28"/>
        </w:rPr>
        <w:t>以达</w:t>
      </w:r>
      <w:r>
        <w:rPr>
          <w:spacing w:val="-2"/>
          <w:rFonts w:ascii="Ddylr05K+KaiTi" w:hAnsi="Ddylr05K+KaiTi" w:eastAsia="Ddylr05K+KaiTi"/>
          <w:color w:val="000000"/>
          <w:sz w:val="28"/>
        </w:rPr>
        <w:t>到</w:t>
      </w:r>
      <w:r>
        <w:rPr>
          <w:rFonts w:ascii="Ddylr05K+KaiTi" w:hAnsi="Ddylr05K+KaiTi" w:eastAsia="Ddylr05K+KaiTi"/>
          <w:color w:val="000000"/>
          <w:sz w:val="28"/>
        </w:rPr>
        <w:t>国</w:t>
      </w:r>
      <w:r>
        <w:tab/>
      </w:r>
      <w:r>
        <w:rPr>
          <w:spacing w:val="4"/>
          <w:rFonts w:ascii="Ddylr05K+KaiTi" w:hAnsi="Ddylr05K+KaiTi" w:eastAsia="Ddylr05K+KaiTi"/>
          <w:color w:val="000000"/>
          <w:sz w:val="28"/>
        </w:rPr>
        <w:t>内</w:t>
      </w:r>
      <w:r>
        <w:rPr>
          <w:spacing w:val="6"/>
          <w:rFonts w:ascii="Ddylr05K+KaiTi" w:hAnsi="Ddylr05K+KaiTi" w:eastAsia="Ddylr05K+KaiTi"/>
          <w:color w:val="000000"/>
          <w:sz w:val="28"/>
        </w:rPr>
        <w:t>外</w:t>
      </w:r>
      <w:r>
        <w:rPr>
          <w:spacing w:val="4"/>
          <w:rFonts w:ascii="Ddylr05K+KaiTi" w:hAnsi="Ddylr05K+KaiTi" w:eastAsia="Ddylr05K+KaiTi"/>
          <w:color w:val="000000"/>
          <w:sz w:val="28"/>
        </w:rPr>
        <w:t>主</w:t>
      </w:r>
      <w:r>
        <w:rPr>
          <w:spacing w:val="8"/>
          <w:rFonts w:ascii="Ddylr05K+KaiTi" w:hAnsi="Ddylr05K+KaiTi" w:eastAsia="Ddylr05K+KaiTi"/>
          <w:color w:val="000000"/>
          <w:sz w:val="28"/>
        </w:rPr>
        <w:t>要</w:t>
      </w:r>
      <w:r>
        <w:rPr>
          <w:spacing w:val="6"/>
          <w:rFonts w:ascii="Ddylr05K+KaiTi" w:hAnsi="Ddylr05K+KaiTi" w:eastAsia="Ddylr05K+KaiTi"/>
          <w:color w:val="000000"/>
          <w:sz w:val="28"/>
        </w:rPr>
        <w:t>主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企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要</w:t>
      </w:r>
      <w:r>
        <w:rPr>
          <w:spacing w:val="6"/>
          <w:rFonts w:ascii="Ddylr05K+KaiTi" w:hAnsi="Ddylr05K+KaiTi" w:eastAsia="Ddylr05K+KaiTi"/>
          <w:color w:val="000000"/>
          <w:sz w:val="28"/>
        </w:rPr>
        <w:t>求</w:t>
      </w:r>
      <w:r>
        <w:rPr>
          <w:spacing w:val="4"/>
          <w:rFonts w:ascii="Ddylr05K+KaiTi" w:hAnsi="Ddylr05K+KaiTi" w:eastAsia="Ddylr05K+KaiTi"/>
          <w:color w:val="000000"/>
          <w:sz w:val="28"/>
        </w:rPr>
        <w:t>。</w:t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6"/>
          <w:rFonts w:ascii="Ddylr05K+KaiTi" w:hAnsi="Ddylr05K+KaiTi" w:eastAsia="Ddylr05K+KaiTi"/>
          <w:color w:val="000000"/>
          <w:sz w:val="28"/>
        </w:rPr>
        <w:t>过</w:t>
      </w:r>
      <w:r>
        <w:rPr>
          <w:spacing w:val="8"/>
          <w:rFonts w:ascii="Ddylr05K+KaiTi" w:hAnsi="Ddylr05K+KaiTi" w:eastAsia="Ddylr05K+KaiTi"/>
          <w:color w:val="000000"/>
          <w:sz w:val="28"/>
        </w:rPr>
        <w:t>对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4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(</w:t>
      </w:r>
      <w:r>
        <w:rPr>
          <w:spacing w:val="4"/>
          <w:rFonts w:ascii="Ddylr05K+KaiTi" w:hAnsi="Ddylr05K+KaiTi" w:eastAsia="Ddylr05K+KaiTi"/>
          <w:color w:val="000000"/>
          <w:sz w:val="28"/>
        </w:rPr>
        <w:t>轴</w:t>
      </w:r>
      <w:r>
        <w:rPr>
          <w:spacing w:val="6"/>
          <w:rFonts w:ascii="Ddylr05K+KaiTi" w:hAnsi="Ddylr05K+KaiTi" w:eastAsia="Ddylr05K+KaiTi"/>
          <w:color w:val="000000"/>
          <w:sz w:val="28"/>
        </w:rPr>
        <w:t>)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艺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8"/>
          <w:rFonts w:ascii="Ddylr05K+KaiTi" w:hAnsi="Ddylr05K+KaiTi" w:eastAsia="Ddylr05K+KaiTi"/>
          <w:color w:val="000000"/>
          <w:sz w:val="28"/>
        </w:rPr>
        <w:t>分</w:t>
      </w:r>
      <w:r>
        <w:rPr>
          <w:spacing w:val="6"/>
          <w:rFonts w:ascii="Ddylr05K+KaiTi" w:hAnsi="Ddylr05K+KaiTi" w:eastAsia="Ddylr05K+KaiTi"/>
          <w:color w:val="000000"/>
          <w:sz w:val="28"/>
        </w:rPr>
        <w:t>析，</w:t>
      </w:r>
      <w:r>
        <w:rPr>
          <w:rFonts w:ascii="Ddylr05K+KaiTi" w:hAnsi="Ddylr05K+KaiTi" w:eastAsia="Ddylr05K+KaiTi"/>
          <w:color w:val="000000"/>
          <w:sz w:val="28"/>
        </w:rPr>
        <w:t>并</w:t>
      </w:r>
      <w:r>
        <w:rPr>
          <w:spacing w:val="-2"/>
          <w:rFonts w:ascii="Ddylr05K+KaiTi" w:hAnsi="Ddylr05K+KaiTi" w:eastAsia="Ddylr05K+KaiTi"/>
          <w:color w:val="000000"/>
          <w:sz w:val="28"/>
        </w:rPr>
        <w:t>根</w:t>
      </w:r>
      <w:r>
        <w:rPr>
          <w:spacing w:val="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对照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品装</w:t>
      </w:r>
      <w:r>
        <w:rPr>
          <w:spacing w:val="2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图分</w:t>
      </w:r>
      <w:r>
        <w:rPr>
          <w:spacing w:val="2"/>
          <w:rFonts w:ascii="Ddylr05K+KaiTi" w:hAnsi="Ddylr05K+KaiTi" w:eastAsia="Ddylr05K+KaiTi"/>
          <w:color w:val="000000"/>
          <w:sz w:val="28"/>
        </w:rPr>
        <w:t>析</w:t>
      </w:r>
      <w:r>
        <w:rPr>
          <w:rFonts w:ascii="Ddylr05K+KaiTi" w:hAnsi="Ddylr05K+KaiTi" w:eastAsia="Ddylr05K+KaiTi"/>
          <w:color w:val="000000"/>
          <w:sz w:val="28"/>
        </w:rPr>
        <w:t>齿轮轴,对</w:t>
      </w:r>
      <w:r>
        <w:rPr>
          <w:spacing w:val="2"/>
          <w:rFonts w:ascii="Ddylr05K+KaiTi" w:hAnsi="Ddylr05K+KaiTi" w:eastAsia="Ddylr05K+KaiTi"/>
          <w:color w:val="000000"/>
          <w:sz w:val="28"/>
        </w:rPr>
        <w:t>其</w:t>
      </w:r>
      <w:r>
        <w:rPr>
          <w:rFonts w:ascii="Ddylr05K+KaiTi" w:hAnsi="Ddylr05K+KaiTi" w:eastAsia="Ddylr05K+KaiTi"/>
          <w:color w:val="000000"/>
          <w:sz w:val="28"/>
        </w:rPr>
        <w:t>性能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用途</w:t>
      </w:r>
      <w:r>
        <w:rPr>
          <w:spacing w:val="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具体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工作</w:t>
      </w:r>
      <w:r>
        <w:rPr>
          <w:spacing w:val="2"/>
          <w:rFonts w:ascii="Ddylr05K+KaiTi" w:hAnsi="Ddylr05K+KaiTi" w:eastAsia="Ddylr05K+KaiTi"/>
          <w:color w:val="000000"/>
          <w:sz w:val="28"/>
        </w:rPr>
        <w:t>条</w:t>
      </w:r>
      <w:r>
        <w:rPr>
          <w:rFonts w:ascii="Ddylr05K+KaiTi" w:hAnsi="Ddylr05K+KaiTi" w:eastAsia="Ddylr05K+KaiTi"/>
          <w:color w:val="000000"/>
          <w:sz w:val="28"/>
        </w:rPr>
        <w:t>件</w:t>
      </w:r>
      <w:r>
        <w:rPr>
          <w:spacing w:val="4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6"/>
          <w:rFonts w:ascii="Ddylr05K+KaiTi" w:hAnsi="Ddylr05K+KaiTi" w:eastAsia="Ddylr05K+KaiTi"/>
          <w:color w:val="000000"/>
          <w:sz w:val="28"/>
        </w:rPr>
        <w:t>行</w:t>
      </w:r>
      <w:r>
        <w:rPr>
          <w:spacing w:val="8"/>
          <w:rFonts w:ascii="Ddylr05K+KaiTi" w:hAnsi="Ddylr05K+KaiTi" w:eastAsia="Ddylr05K+KaiTi"/>
          <w:color w:val="000000"/>
          <w:sz w:val="28"/>
        </w:rPr>
        <w:t>了</w:t>
      </w:r>
      <w:r>
        <w:rPr>
          <w:spacing w:val="4"/>
          <w:rFonts w:ascii="Ddylr05K+KaiTi" w:hAnsi="Ddylr05K+KaiTi" w:eastAsia="Ddylr05K+KaiTi"/>
          <w:color w:val="000000"/>
          <w:sz w:val="28"/>
        </w:rPr>
        <w:t>解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明确</w:t>
      </w:r>
      <w:r>
        <w:rPr>
          <w:spacing w:val="8"/>
          <w:rFonts w:ascii="Ddylr05K+KaiTi" w:hAnsi="Ddylr05K+KaiTi" w:eastAsia="Ddylr05K+KaiTi"/>
          <w:color w:val="000000"/>
          <w:sz w:val="28"/>
        </w:rPr>
        <w:t>零</w:t>
      </w:r>
      <w:r>
        <w:rPr>
          <w:spacing w:val="6"/>
          <w:rFonts w:ascii="Ddylr05K+KaiTi" w:hAnsi="Ddylr05K+KaiTi" w:eastAsia="Ddylr05K+KaiTi"/>
          <w:color w:val="000000"/>
          <w:sz w:val="28"/>
        </w:rPr>
        <w:t>件</w:t>
      </w: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当</w:t>
      </w:r>
      <w:r>
        <w:rPr>
          <w:spacing w:val="6"/>
          <w:rFonts w:ascii="Ddylr05K+KaiTi" w:hAnsi="Ddylr05K+KaiTi" w:eastAsia="Ddylr05K+KaiTi"/>
          <w:color w:val="000000"/>
          <w:sz w:val="28"/>
        </w:rPr>
        <w:t>中</w:t>
      </w:r>
      <w:r>
        <w:rPr>
          <w:spacing w:val="4"/>
          <w:rFonts w:ascii="Ddylr05K+KaiTi" w:hAnsi="Ddylr05K+KaiTi" w:eastAsia="Ddylr05K+KaiTi"/>
          <w:color w:val="000000"/>
          <w:sz w:val="28"/>
        </w:rPr>
        <w:t>的具</w:t>
      </w:r>
      <w:r>
        <w:rPr>
          <w:spacing w:val="8"/>
          <w:rFonts w:ascii="Ddylr05K+KaiTi" w:hAnsi="Ddylr05K+KaiTi" w:eastAsia="Ddylr05K+KaiTi"/>
          <w:color w:val="000000"/>
          <w:sz w:val="28"/>
        </w:rPr>
        <w:t>体</w:t>
      </w:r>
      <w:r>
        <w:rPr>
          <w:spacing w:val="6"/>
          <w:rFonts w:ascii="Ddylr05K+KaiTi" w:hAnsi="Ddylr05K+KaiTi" w:eastAsia="Ddylr05K+KaiTi"/>
          <w:color w:val="000000"/>
          <w:sz w:val="28"/>
        </w:rPr>
        <w:t>作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主</w:t>
      </w:r>
      <w:r>
        <w:rPr>
          <w:spacing w:val="4"/>
          <w:rFonts w:ascii="Ddylr05K+KaiTi" w:hAnsi="Ddylr05K+KaiTi" w:eastAsia="Ddylr05K+KaiTi"/>
          <w:color w:val="000000"/>
          <w:sz w:val="28"/>
        </w:rPr>
        <w:t>要位</w:t>
      </w:r>
      <w:r>
        <w:rPr>
          <w:spacing w:val="6"/>
          <w:rFonts w:ascii="Ddylr05K+KaiTi" w:hAnsi="Ddylr05K+KaiTi" w:eastAsia="Ddylr05K+KaiTi"/>
          <w:color w:val="000000"/>
          <w:sz w:val="28"/>
        </w:rPr>
        <w:t>置</w:t>
      </w:r>
      <w:r>
        <w:rPr>
          <w:spacing w:val="4"/>
          <w:rFonts w:ascii="Ddylr05K+KaiTi" w:hAnsi="Ddylr05K+KaiTi" w:eastAsia="Ddylr05K+KaiTi"/>
          <w:color w:val="000000"/>
          <w:sz w:val="28"/>
        </w:rPr>
        <w:t>。</w:t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6"/>
          <w:rFonts w:ascii="Ddylr05K+KaiTi" w:hAnsi="Ddylr05K+KaiTi" w:eastAsia="Ddylr05K+KaiTi"/>
          <w:color w:val="000000"/>
          <w:sz w:val="28"/>
        </w:rPr>
        <w:t>过</w:t>
      </w:r>
      <w:r>
        <w:rPr>
          <w:rFonts w:ascii="Ddylr05K+KaiTi" w:hAnsi="Ddylr05K+KaiTi" w:eastAsia="Ddylr05K+KaiTi"/>
          <w:color w:val="000000"/>
          <w:sz w:val="28"/>
        </w:rPr>
        <w:t>对</w:t>
      </w:r>
      <w:r>
        <w:rPr>
          <w:spacing w:val="4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轴</w:t>
      </w:r>
      <w:r>
        <w:rPr>
          <w:spacing w:val="8"/>
          <w:rFonts w:ascii="Ddylr05K+KaiTi" w:hAnsi="Ddylr05K+KaiTi" w:eastAsia="Ddylr05K+KaiTi"/>
          <w:color w:val="000000"/>
          <w:sz w:val="28"/>
        </w:rPr>
        <w:t>以</w:t>
      </w:r>
      <w:r>
        <w:rPr>
          <w:spacing w:val="4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各</w:t>
      </w:r>
      <w:r>
        <w:rPr>
          <w:spacing w:val="4"/>
          <w:rFonts w:ascii="Ddylr05K+KaiTi" w:hAnsi="Ddylr05K+KaiTi" w:eastAsia="Ddylr05K+KaiTi"/>
          <w:color w:val="000000"/>
          <w:sz w:val="28"/>
        </w:rPr>
        <w:t>项技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条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spacing w:val="4"/>
          <w:rFonts w:ascii="Ddylr05K+KaiTi" w:hAnsi="Ddylr05K+KaiTi" w:eastAsia="Ddylr05K+KaiTi"/>
          <w:color w:val="000000"/>
          <w:sz w:val="28"/>
        </w:rPr>
        <w:t>制</w:t>
      </w:r>
      <w:r>
        <w:rPr>
          <w:spacing w:val="6"/>
          <w:rFonts w:ascii="Ddylr05K+KaiTi" w:hAnsi="Ddylr05K+KaiTi" w:eastAsia="Ddylr05K+KaiTi"/>
          <w:color w:val="000000"/>
          <w:sz w:val="28"/>
        </w:rPr>
        <w:t>定</w:t>
      </w:r>
      <w:r>
        <w:rPr>
          <w:spacing w:val="4"/>
          <w:rFonts w:ascii="Ddylr05K+KaiTi" w:hAnsi="Ddylr05K+KaiTi" w:eastAsia="Ddylr05K+KaiTi"/>
          <w:color w:val="000000"/>
          <w:sz w:val="28"/>
        </w:rPr>
        <w:t>的依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从</w:t>
      </w:r>
      <w:r>
        <w:rPr>
          <w:spacing w:val="6"/>
          <w:rFonts w:ascii="Ddylr05K+KaiTi" w:hAnsi="Ddylr05K+KaiTi" w:eastAsia="Ddylr05K+KaiTi"/>
          <w:color w:val="000000"/>
          <w:sz w:val="28"/>
        </w:rPr>
        <w:t>而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现技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相</w:t>
      </w:r>
      <w:r>
        <w:rPr>
          <w:spacing w:val="6"/>
          <w:rFonts w:ascii="Ddylr05K+KaiTi" w:hAnsi="Ddylr05K+KaiTi" w:eastAsia="Ddylr05K+KaiTi"/>
          <w:color w:val="000000"/>
          <w:sz w:val="28"/>
        </w:rPr>
        <w:t>关</w:t>
      </w:r>
      <w:r>
        <w:rPr>
          <w:rFonts w:ascii="Ddylr05K+KaiTi" w:hAnsi="Ddylr05K+KaiTi" w:eastAsia="Ddylr05K+KaiTi"/>
          <w:color w:val="000000"/>
          <w:sz w:val="28"/>
        </w:rPr>
        <w:t>要</w:t>
      </w:r>
      <w:r>
        <w:rPr>
          <w:spacing w:val="-2"/>
          <w:rFonts w:ascii="Ddylr05K+KaiTi" w:hAnsi="Ddylr05K+KaiTi" w:eastAsia="Ddylr05K+KaiTi"/>
          <w:color w:val="000000"/>
          <w:sz w:val="28"/>
        </w:rPr>
        <w:t>求</w:t>
      </w:r>
      <w:r>
        <w:rPr>
          <w:spacing w:val="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关键</w:t>
      </w:r>
      <w:r>
        <w:rPr>
          <w:spacing w:val="2"/>
          <w:rFonts w:ascii="Ddylr05K+KaiTi" w:hAnsi="Ddylr05K+KaiTi" w:eastAsia="Ddylr05K+KaiTi"/>
          <w:color w:val="000000"/>
          <w:sz w:val="28"/>
        </w:rPr>
        <w:t>技</w:t>
      </w:r>
      <w:r>
        <w:rPr>
          <w:rFonts w:ascii="Ddylr05K+KaiTi" w:hAnsi="Ddylr05K+KaiTi" w:eastAsia="Ddylr05K+KaiTi"/>
          <w:color w:val="000000"/>
          <w:sz w:val="28"/>
        </w:rPr>
        <w:t>术，</w:t>
      </w:r>
      <w:r>
        <w:rPr>
          <w:spacing w:val="2"/>
          <w:rFonts w:ascii="Ddylr05K+KaiTi" w:hAnsi="Ddylr05K+KaiTi" w:eastAsia="Ddylr05K+KaiTi"/>
          <w:color w:val="000000"/>
          <w:sz w:val="28"/>
        </w:rPr>
        <w:t>在</w:t>
      </w:r>
      <w:r>
        <w:rPr>
          <w:rFonts w:ascii="Ddylr05K+KaiTi" w:hAnsi="Ddylr05K+KaiTi" w:eastAsia="Ddylr05K+KaiTi"/>
          <w:color w:val="000000"/>
          <w:sz w:val="28"/>
        </w:rPr>
        <w:t>对工</w:t>
      </w:r>
      <w:r>
        <w:rPr>
          <w:spacing w:val="2"/>
          <w:rFonts w:ascii="Ddylr05K+KaiTi" w:hAnsi="Ddylr05K+KaiTi" w:eastAsia="Ddylr05K+KaiTi"/>
          <w:color w:val="000000"/>
          <w:sz w:val="28"/>
        </w:rPr>
        <w:t>艺</w:t>
      </w:r>
      <w:r>
        <w:rPr>
          <w:rFonts w:ascii="Ddylr05K+KaiTi" w:hAnsi="Ddylr05K+KaiTi" w:eastAsia="Ddylr05K+KaiTi"/>
          <w:color w:val="000000"/>
          <w:sz w:val="28"/>
        </w:rPr>
        <w:t>进行</w:t>
      </w:r>
      <w:r>
        <w:rPr>
          <w:spacing w:val="4"/>
          <w:rFonts w:ascii="Ddylr05K+KaiTi" w:hAnsi="Ddylr05K+KaiTi" w:eastAsia="Ddylr05K+KaiTi"/>
          <w:color w:val="000000"/>
          <w:sz w:val="28"/>
        </w:rPr>
        <w:t>优</w:t>
      </w:r>
      <w:r>
        <w:rPr>
          <w:rFonts w:ascii="Ddylr05K+KaiTi" w:hAnsi="Ddylr05K+KaiTi" w:eastAsia="Ddylr05K+KaiTi"/>
          <w:color w:val="000000"/>
          <w:sz w:val="28"/>
        </w:rPr>
        <w:t>化的</w:t>
      </w:r>
      <w:r>
        <w:rPr>
          <w:spacing w:val="2"/>
          <w:rFonts w:ascii="Ddylr05K+KaiTi" w:hAnsi="Ddylr05K+KaiTi" w:eastAsia="Ddylr05K+KaiTi"/>
          <w:color w:val="000000"/>
          <w:sz w:val="28"/>
        </w:rPr>
        <w:t>过</w:t>
      </w:r>
      <w:r>
        <w:rPr>
          <w:rFonts w:ascii="Ddylr05K+KaiTi" w:hAnsi="Ddylr05K+KaiTi" w:eastAsia="Ddylr05K+KaiTi"/>
          <w:color w:val="000000"/>
          <w:sz w:val="28"/>
        </w:rPr>
        <w:t>程中</w:t>
      </w:r>
      <w:r>
        <w:rPr>
          <w:spacing w:val="2"/>
          <w:rFonts w:ascii="Ddylr05K+KaiTi" w:hAnsi="Ddylr05K+KaiTi" w:eastAsia="Ddylr05K+KaiTi"/>
          <w:color w:val="000000"/>
          <w:sz w:val="28"/>
        </w:rPr>
        <w:t>更</w:t>
      </w:r>
      <w:r>
        <w:rPr>
          <w:rFonts w:ascii="Ddylr05K+KaiTi" w:hAnsi="Ddylr05K+KaiTi" w:eastAsia="Ddylr05K+KaiTi"/>
          <w:color w:val="000000"/>
          <w:sz w:val="28"/>
        </w:rPr>
        <w:t>好地</w:t>
      </w:r>
      <w:r>
        <w:rPr>
          <w:spacing w:val="2"/>
          <w:rFonts w:ascii="Ddylr05K+KaiTi" w:hAnsi="Ddylr05K+KaiTi" w:eastAsia="Ddylr05K+KaiTi"/>
          <w:color w:val="000000"/>
          <w:sz w:val="28"/>
        </w:rPr>
        <w:t>拟</w:t>
      </w:r>
      <w:r>
        <w:rPr>
          <w:rFonts w:ascii="Ddylr05K+KaiTi" w:hAnsi="Ddylr05K+KaiTi" w:eastAsia="Ddylr05K+KaiTi"/>
          <w:color w:val="000000"/>
          <w:sz w:val="28"/>
        </w:rPr>
        <w:t>定工</w:t>
      </w:r>
      <w:r>
        <w:rPr>
          <w:spacing w:val="2"/>
          <w:rFonts w:ascii="Ddylr05K+KaiTi" w:hAnsi="Ddylr05K+KaiTi" w:eastAsia="Ddylr05K+KaiTi"/>
          <w:color w:val="000000"/>
          <w:sz w:val="28"/>
        </w:rPr>
        <w:t>艺</w:t>
      </w:r>
      <w:r>
        <w:rPr>
          <w:rFonts w:ascii="Ddylr05K+KaiTi" w:hAnsi="Ddylr05K+KaiTi" w:eastAsia="Ddylr05K+KaiTi"/>
          <w:color w:val="000000"/>
          <w:sz w:val="28"/>
        </w:rPr>
        <w:t>规程</w:t>
      </w:r>
      <w:r>
        <w:rPr>
          <w:spacing w:val="2"/>
          <w:rFonts w:ascii="Ddylr05K+KaiTi" w:hAnsi="Ddylr05K+KaiTi" w:eastAsia="Ddylr05K+KaiTi"/>
          <w:color w:val="000000"/>
          <w:sz w:val="28"/>
        </w:rPr>
        <w:t>,</w:t>
      </w:r>
      <w:r>
        <w:rPr>
          <w:rFonts w:ascii="Ddylr05K+KaiTi" w:hAnsi="Ddylr05K+KaiTi" w:eastAsia="Ddylr05K+KaiTi"/>
          <w:color w:val="000000"/>
          <w:sz w:val="28"/>
        </w:rPr>
        <w:t>从</w:t>
      </w:r>
      <w:r>
        <w:rPr>
          <w:spacing w:val="4"/>
          <w:rFonts w:ascii="Ddylr05K+KaiTi" w:hAnsi="Ddylr05K+KaiTi" w:eastAsia="Ddylr05K+KaiTi"/>
          <w:color w:val="000000"/>
          <w:sz w:val="28"/>
        </w:rPr>
        <w:t>而</w:t>
      </w:r>
      <w:r>
        <w:rPr>
          <w:spacing w:val="8"/>
          <w:rFonts w:ascii="Ddylr05K+KaiTi" w:hAnsi="Ddylr05K+KaiTi" w:eastAsia="Ddylr05K+KaiTi"/>
          <w:color w:val="000000"/>
          <w:sz w:val="28"/>
        </w:rPr>
        <w:t>提</w:t>
      </w:r>
      <w:r>
        <w:rPr>
          <w:spacing w:val="6"/>
          <w:rFonts w:ascii="Ddylr05K+KaiTi" w:hAnsi="Ddylr05K+KaiTi" w:eastAsia="Ddylr05K+KaiTi"/>
          <w:color w:val="000000"/>
          <w:sz w:val="28"/>
        </w:rPr>
        <w:t>高</w:t>
      </w:r>
      <w:r>
        <w:rPr>
          <w:spacing w:val="8"/>
          <w:rFonts w:ascii="Ddylr05K+KaiTi" w:hAnsi="Ddylr05K+KaiTi" w:eastAsia="Ddylr05K+KaiTi"/>
          <w:color w:val="000000"/>
          <w:sz w:val="28"/>
        </w:rPr>
        <w:t>齿</w:t>
      </w:r>
      <w:r>
        <w:rPr>
          <w:spacing w:val="4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轴</w:t>
      </w:r>
      <w:r>
        <w:rPr>
          <w:spacing w:val="4"/>
          <w:rFonts w:ascii="Ddylr05K+KaiTi" w:hAnsi="Ddylr05K+KaiTi" w:eastAsia="Ddylr05K+KaiTi"/>
          <w:color w:val="000000"/>
          <w:sz w:val="28"/>
        </w:rPr>
        <w:t>的加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量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4"/>
          <w:rFonts w:ascii="Ddylr05K+KaiTi" w:hAnsi="Ddylr05K+KaiTi" w:eastAsia="Ddylr05K+KaiTi"/>
          <w:color w:val="000000"/>
          <w:sz w:val="28"/>
        </w:rPr>
        <w:t>过</w:t>
      </w:r>
      <w:r>
        <w:rPr>
          <w:spacing w:val="6"/>
          <w:rFonts w:ascii="Ddylr05K+KaiTi" w:hAnsi="Ddylr05K+KaiTi" w:eastAsia="Ddylr05K+KaiTi"/>
          <w:color w:val="000000"/>
          <w:sz w:val="28"/>
        </w:rPr>
        <w:t>对</w:t>
      </w:r>
      <w:r>
        <w:rPr>
          <w:spacing w:val="4"/>
          <w:rFonts w:ascii="Ddylr05K+KaiTi" w:hAnsi="Ddylr05K+KaiTi" w:eastAsia="Ddylr05K+KaiTi"/>
          <w:color w:val="000000"/>
          <w:sz w:val="28"/>
        </w:rPr>
        <w:t>齿轮</w:t>
      </w:r>
      <w:r>
        <w:rPr>
          <w:spacing w:val="8"/>
          <w:rFonts w:ascii="Ddylr05K+KaiTi" w:hAnsi="Ddylr05K+KaiTi" w:eastAsia="Ddylr05K+KaiTi"/>
          <w:color w:val="000000"/>
          <w:sz w:val="28"/>
        </w:rPr>
        <w:t>轴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材</w:t>
      </w:r>
      <w:r>
        <w:rPr>
          <w:spacing w:val="4"/>
          <w:rFonts w:ascii="Ddylr05K+KaiTi" w:hAnsi="Ddylr05K+KaiTi" w:eastAsia="Ddylr05K+KaiTi"/>
          <w:color w:val="000000"/>
          <w:sz w:val="28"/>
        </w:rPr>
        <w:t>料选</w:t>
      </w:r>
      <w:r>
        <w:rPr>
          <w:spacing w:val="6"/>
          <w:rFonts w:ascii="Ddylr05K+KaiTi" w:hAnsi="Ddylr05K+KaiTi" w:eastAsia="Ddylr05K+KaiTi"/>
          <w:color w:val="000000"/>
          <w:sz w:val="28"/>
        </w:rPr>
        <w:t>择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表</w:t>
      </w:r>
      <w:r>
        <w:rPr>
          <w:spacing w:val="6"/>
          <w:rFonts w:ascii="Ddylr05K+KaiTi" w:hAnsi="Ddylr05K+KaiTi" w:eastAsia="Ddylr05K+KaiTi"/>
          <w:color w:val="000000"/>
          <w:sz w:val="28"/>
        </w:rPr>
        <w:t>面</w:t>
      </w:r>
      <w:r>
        <w:rPr>
          <w:rFonts w:ascii="Ddylr05K+KaiTi" w:hAnsi="Ddylr05K+KaiTi" w:eastAsia="Ddylr05K+KaiTi"/>
          <w:color w:val="000000"/>
          <w:sz w:val="28"/>
        </w:rPr>
        <w:t>化</w:t>
      </w:r>
      <w:r>
        <w:rPr>
          <w:spacing w:val="4"/>
          <w:rFonts w:ascii="Ddylr05K+KaiTi" w:hAnsi="Ddylr05K+KaiTi" w:eastAsia="Ddylr05K+KaiTi"/>
          <w:color w:val="000000"/>
          <w:sz w:val="28"/>
        </w:rPr>
        <w:t>学</w:t>
      </w:r>
      <w:r>
        <w:rPr>
          <w:spacing w:val="8"/>
          <w:rFonts w:ascii="Ddylr05K+KaiTi" w:hAnsi="Ddylr05K+KaiTi" w:eastAsia="Ddylr05K+KaiTi"/>
          <w:color w:val="000000"/>
          <w:sz w:val="28"/>
        </w:rPr>
        <w:t>处</w:t>
      </w:r>
      <w:r>
        <w:rPr>
          <w:spacing w:val="6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热</w:t>
      </w:r>
      <w:r>
        <w:rPr>
          <w:spacing w:val="6"/>
          <w:rFonts w:ascii="Ddylr05K+KaiTi" w:hAnsi="Ddylr05K+KaiTi" w:eastAsia="Ddylr05K+KaiTi"/>
          <w:color w:val="000000"/>
          <w:sz w:val="28"/>
        </w:rPr>
        <w:t>处</w:t>
      </w:r>
      <w:r>
        <w:rPr>
          <w:spacing w:val="4"/>
          <w:rFonts w:ascii="Ddylr05K+KaiTi" w:hAnsi="Ddylr05K+KaiTi" w:eastAsia="Ddylr05K+KaiTi"/>
          <w:color w:val="000000"/>
          <w:sz w:val="28"/>
        </w:rPr>
        <w:t>理等</w:t>
      </w:r>
      <w:r>
        <w:rPr>
          <w:spacing w:val="8"/>
          <w:rFonts w:ascii="Ddylr05K+KaiTi" w:hAnsi="Ddylr05K+KaiTi" w:eastAsia="Ddylr05K+KaiTi"/>
          <w:color w:val="000000"/>
          <w:sz w:val="28"/>
        </w:rPr>
        <w:t>措</w:t>
      </w:r>
      <w:r>
        <w:rPr>
          <w:spacing w:val="6"/>
          <w:rFonts w:ascii="Ddylr05K+KaiTi" w:hAnsi="Ddylr05K+KaiTi" w:eastAsia="Ddylr05K+KaiTi"/>
          <w:color w:val="000000"/>
          <w:sz w:val="28"/>
        </w:rPr>
        <w:t>施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6"/>
          <w:rFonts w:ascii="Ddylr05K+KaiTi" w:hAnsi="Ddylr05K+KaiTi" w:eastAsia="Ddylr05K+KaiTi"/>
          <w:color w:val="000000"/>
          <w:sz w:val="28"/>
        </w:rPr>
        <w:t>行</w:t>
      </w:r>
      <w:r>
        <w:rPr>
          <w:spacing w:val="8"/>
          <w:rFonts w:ascii="Ddylr05K+KaiTi" w:hAnsi="Ddylr05K+KaiTi" w:eastAsia="Ddylr05K+KaiTi"/>
          <w:color w:val="000000"/>
          <w:sz w:val="28"/>
        </w:rPr>
        <w:t>具</w:t>
      </w:r>
      <w:r>
        <w:rPr>
          <w:spacing w:val="4"/>
          <w:rFonts w:ascii="Ddylr05K+KaiTi" w:hAnsi="Ddylr05K+KaiTi" w:eastAsia="Ddylr05K+KaiTi"/>
          <w:color w:val="000000"/>
          <w:sz w:val="28"/>
        </w:rPr>
        <w:t>体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探讨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并</w:t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6"/>
          <w:rFonts w:ascii="Ddylr05K+KaiTi" w:hAnsi="Ddylr05K+KaiTi" w:eastAsia="Ddylr05K+KaiTi"/>
          <w:color w:val="000000"/>
          <w:sz w:val="28"/>
        </w:rPr>
        <w:t>过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4"/>
          <w:rFonts w:ascii="Ddylr05K+KaiTi" w:hAnsi="Ddylr05K+KaiTi" w:eastAsia="Ddylr05K+KaiTi"/>
          <w:color w:val="000000"/>
          <w:sz w:val="28"/>
        </w:rPr>
        <w:t>产中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实</w:t>
      </w:r>
      <w:r>
        <w:rPr>
          <w:spacing w:val="8"/>
          <w:rFonts w:ascii="Ddylr05K+KaiTi" w:hAnsi="Ddylr05K+KaiTi" w:eastAsia="Ddylr05K+KaiTi"/>
          <w:color w:val="000000"/>
          <w:sz w:val="28"/>
        </w:rPr>
        <w:t>践</w:t>
      </w:r>
      <w:r>
        <w:rPr>
          <w:spacing w:val="6"/>
          <w:rFonts w:ascii="Ddylr05K+KaiTi" w:hAnsi="Ddylr05K+KaiTi" w:eastAsia="Ddylr05K+KaiTi"/>
          <w:color w:val="000000"/>
          <w:sz w:val="28"/>
        </w:rPr>
        <w:t>来</w:t>
      </w:r>
      <w:r>
        <w:rPr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8"/>
          <w:rFonts w:ascii="Ddylr05K+KaiTi" w:hAnsi="Ddylr05K+KaiTi" w:eastAsia="Ddylr05K+KaiTi"/>
          <w:color w:val="000000"/>
          <w:sz w:val="28"/>
        </w:rPr>
        <w:t>分</w:t>
      </w:r>
      <w:r>
        <w:rPr>
          <w:spacing w:val="6"/>
          <w:rFonts w:ascii="Ddylr05K+KaiTi" w:hAnsi="Ddylr05K+KaiTi" w:eastAsia="Ddylr05K+KaiTi"/>
          <w:color w:val="000000"/>
          <w:sz w:val="28"/>
        </w:rPr>
        <w:t>析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从</w:t>
      </w:r>
      <w:r>
        <w:rPr>
          <w:spacing w:val="6"/>
          <w:rFonts w:ascii="Ddylr05K+KaiTi" w:hAnsi="Ddylr05K+KaiTi" w:eastAsia="Ddylr05K+KaiTi"/>
          <w:color w:val="000000"/>
          <w:sz w:val="28"/>
        </w:rPr>
        <w:t>而</w:t>
      </w:r>
      <w:r>
        <w:rPr>
          <w:spacing w:val="4"/>
          <w:rFonts w:ascii="Ddylr05K+KaiTi" w:hAnsi="Ddylr05K+KaiTi" w:eastAsia="Ddylr05K+KaiTi"/>
          <w:color w:val="000000"/>
          <w:sz w:val="28"/>
        </w:rPr>
        <w:t>研究</w:t>
      </w:r>
      <w:r>
        <w:rPr>
          <w:spacing w:val="8"/>
          <w:rFonts w:ascii="Ddylr05K+KaiTi" w:hAnsi="Ddylr05K+KaiTi" w:eastAsia="Ddylr05K+KaiTi"/>
          <w:color w:val="000000"/>
          <w:sz w:val="28"/>
        </w:rPr>
        <w:t>出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够</w:t>
      </w:r>
      <w:r>
        <w:rPr>
          <w:spacing w:val="6"/>
          <w:rFonts w:ascii="Ddylr05K+KaiTi" w:hAnsi="Ddylr05K+KaiTi" w:eastAsia="Ddylr05K+KaiTi"/>
          <w:color w:val="000000"/>
          <w:sz w:val="28"/>
        </w:rPr>
        <w:t>优</w:t>
      </w:r>
      <w:r>
        <w:rPr>
          <w:spacing w:val="8"/>
          <w:rFonts w:ascii="Ddylr05K+KaiTi" w:hAnsi="Ddylr05K+KaiTi" w:eastAsia="Ddylr05K+KaiTi"/>
          <w:color w:val="000000"/>
          <w:sz w:val="28"/>
        </w:rPr>
        <w:t>化</w:t>
      </w:r>
      <w:r>
        <w:rPr>
          <w:spacing w:val="4"/>
          <w:rFonts w:ascii="Ddylr05K+KaiTi" w:hAnsi="Ddylr05K+KaiTi" w:eastAsia="Ddylr05K+KaiTi"/>
          <w:color w:val="000000"/>
          <w:sz w:val="28"/>
        </w:rPr>
        <w:t>齿</w:t>
      </w:r>
      <w:r>
        <w:rPr>
          <w:spacing w:val="6"/>
          <w:rFonts w:ascii="Ddylr05K+KaiTi" w:hAnsi="Ddylr05K+KaiTi" w:eastAsia="Ddylr05K+KaiTi"/>
          <w:color w:val="000000"/>
          <w:sz w:val="28"/>
        </w:rPr>
        <w:t>轮</w:t>
      </w:r>
      <w:r>
        <w:rPr>
          <w:spacing w:val="4"/>
          <w:rFonts w:ascii="Ddylr05K+KaiTi" w:hAnsi="Ddylr05K+KaiTi" w:eastAsia="Ddylr05K+KaiTi"/>
          <w:color w:val="000000"/>
          <w:sz w:val="28"/>
        </w:rPr>
        <w:t>轴加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量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4"/>
          <w:rFonts w:ascii="Ddylr05K+KaiTi" w:hAnsi="Ddylr05K+KaiTi" w:eastAsia="Ddylr05K+KaiTi"/>
          <w:color w:val="000000"/>
          <w:sz w:val="28"/>
        </w:rPr>
        <w:t>工效</w:t>
      </w:r>
      <w:r>
        <w:rPr>
          <w:spacing w:val="6"/>
          <w:rFonts w:ascii="Ddylr05K+KaiTi" w:hAnsi="Ddylr05K+KaiTi" w:eastAsia="Ddylr05K+KaiTi"/>
          <w:color w:val="000000"/>
          <w:sz w:val="28"/>
        </w:rPr>
        <w:t>率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工</w:t>
      </w:r>
      <w:r>
        <w:rPr>
          <w:spacing w:val="-2"/>
          <w:rFonts w:ascii="Ddylr05K+KaiTi" w:hAnsi="Ddylr05K+KaiTi" w:eastAsia="Ddylr05K+KaiTi"/>
          <w:color w:val="000000"/>
          <w:sz w:val="28"/>
        </w:rPr>
        <w:t>艺，</w:t>
      </w:r>
      <w:r>
        <w:rPr>
          <w:rFonts w:ascii="Ddylr05K+KaiTi" w:hAnsi="Ddylr05K+KaiTi" w:eastAsia="Ddylr05K+KaiTi"/>
          <w:color w:val="000000"/>
          <w:sz w:val="28"/>
        </w:rPr>
        <w:t>更好</w:t>
      </w:r>
      <w:r>
        <w:rPr>
          <w:spacing w:val="-2"/>
          <w:rFonts w:ascii="Ddylr05K+KaiTi" w:hAnsi="Ddylr05K+KaiTi" w:eastAsia="Ddylr05K+KaiTi"/>
          <w:color w:val="000000"/>
          <w:sz w:val="28"/>
        </w:rPr>
        <w:t>地</w:t>
      </w:r>
      <w:r>
        <w:rPr>
          <w:rFonts w:ascii="Ddylr05K+KaiTi" w:hAnsi="Ddylr05K+KaiTi" w:eastAsia="Ddylr05K+KaiTi"/>
          <w:color w:val="000000"/>
          <w:sz w:val="28"/>
        </w:rPr>
        <w:t>发挥</w:t>
      </w:r>
      <w:r>
        <w:rPr>
          <w:spacing w:val="-2"/>
          <w:rFonts w:ascii="Ddylr05K+KaiTi" w:hAnsi="Ddylr05K+KaiTi" w:eastAsia="Ddylr05K+KaiTi"/>
          <w:color w:val="000000"/>
          <w:sz w:val="28"/>
        </w:rPr>
        <w:t>出</w:t>
      </w:r>
      <w:r>
        <w:rPr>
          <w:rFonts w:ascii="Ddylr05K+KaiTi" w:hAnsi="Ddylr05K+KaiTi" w:eastAsia="Ddylr05K+KaiTi"/>
          <w:color w:val="000000"/>
          <w:sz w:val="28"/>
        </w:rPr>
        <w:t>齿轮</w:t>
      </w:r>
      <w:r>
        <w:rPr>
          <w:spacing w:val="-2"/>
          <w:rFonts w:ascii="Ddylr05K+KaiTi" w:hAnsi="Ddylr05K+KaiTi" w:eastAsia="Ddylr05K+KaiTi"/>
          <w:color w:val="000000"/>
          <w:sz w:val="28"/>
        </w:rPr>
        <w:t>轴</w:t>
      </w:r>
      <w:r>
        <w:rPr>
          <w:rFonts w:ascii="Ddylr05K+KaiTi" w:hAnsi="Ddylr05K+KaiTi" w:eastAsia="Ddylr05K+KaiTi"/>
          <w:color w:val="000000"/>
          <w:sz w:val="28"/>
        </w:rPr>
        <w:t>的作</w:t>
      </w:r>
      <w:r>
        <w:rPr>
          <w:spacing w:val="-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640" w:right="0" w:firstLine="0"/>
        <w:jc w:val="left"/>
      </w:pPr>
      <w:r>
        <w:rPr>
          <w:spacing w:val="6"/>
          <w:rFonts w:ascii="Ddylr05K+KaiTi" w:hAnsi="Ddylr05K+KaiTi" w:eastAsia="Ddylr05K+KaiTi"/>
          <w:color w:val="000000"/>
          <w:sz w:val="28"/>
        </w:rPr>
        <w:t>专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spacing w:val="4"/>
          <w:rFonts w:ascii="Ddylr05K+KaiTi" w:hAnsi="Ddylr05K+KaiTi" w:eastAsia="Ddylr05K+KaiTi"/>
          <w:color w:val="000000"/>
          <w:sz w:val="28"/>
        </w:rPr>
        <w:t>精</w:t>
      </w:r>
      <w:r>
        <w:rPr>
          <w:spacing w:val="8"/>
          <w:rFonts w:ascii="Ddylr05K+KaiTi" w:hAnsi="Ddylr05K+KaiTi" w:eastAsia="Ddylr05K+KaiTi"/>
          <w:color w:val="000000"/>
          <w:sz w:val="28"/>
        </w:rPr>
        <w:t>细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度</w:t>
      </w:r>
      <w:r>
        <w:rPr>
          <w:spacing w:val="6"/>
          <w:rFonts w:ascii="Ddylr05K+KaiTi" w:hAnsi="Ddylr05K+KaiTi" w:eastAsia="Ddylr05K+KaiTi"/>
          <w:color w:val="000000"/>
          <w:sz w:val="28"/>
        </w:rPr>
        <w:t>方</w:t>
      </w:r>
      <w:r>
        <w:rPr>
          <w:spacing w:val="8"/>
          <w:rFonts w:ascii="Ddylr05K+KaiTi" w:hAnsi="Ddylr05K+KaiTi" w:eastAsia="Ddylr05K+KaiTi"/>
          <w:color w:val="000000"/>
          <w:sz w:val="28"/>
        </w:rPr>
        <w:t>面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在工</w:t>
      </w:r>
      <w:r>
        <w:rPr>
          <w:spacing w:val="4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械</w:t>
      </w:r>
      <w:r>
        <w:rPr>
          <w:spacing w:val="8"/>
          <w:rFonts w:ascii="Ddylr05K+KaiTi" w:hAnsi="Ddylr05K+KaiTi" w:eastAsia="Ddylr05K+KaiTi"/>
          <w:color w:val="000000"/>
          <w:sz w:val="28"/>
        </w:rPr>
        <w:t>配</w:t>
      </w:r>
      <w:r>
        <w:rPr>
          <w:spacing w:val="6"/>
          <w:rFonts w:ascii="Ddylr05K+KaiTi" w:hAnsi="Ddylr05K+KaiTi" w:eastAsia="Ddylr05K+KaiTi"/>
          <w:color w:val="000000"/>
          <w:sz w:val="28"/>
        </w:rPr>
        <w:t>件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专</w:t>
      </w:r>
      <w:r>
        <w:rPr>
          <w:spacing w:val="4"/>
          <w:rFonts w:ascii="Ddylr05K+KaiTi" w:hAnsi="Ddylr05K+KaiTi" w:eastAsia="Ddylr05K+KaiTi"/>
          <w:color w:val="000000"/>
          <w:sz w:val="28"/>
        </w:rPr>
        <w:t>精</w:t>
      </w:r>
      <w:r>
        <w:rPr>
          <w:spacing w:val="6"/>
          <w:rFonts w:ascii="Ddylr05K+KaiTi" w:hAnsi="Ddylr05K+KaiTi" w:eastAsia="Ddylr05K+KaiTi"/>
          <w:color w:val="000000"/>
          <w:sz w:val="28"/>
        </w:rPr>
        <w:t>于</w:t>
      </w:r>
      <w:r>
        <w:rPr>
          <w:spacing w:val="4"/>
          <w:rFonts w:ascii="Ddylr05K+KaiTi" w:hAnsi="Ddylr05K+KaiTi" w:eastAsia="Ddylr05K+KaiTi"/>
          <w:color w:val="000000"/>
          <w:sz w:val="28"/>
        </w:rPr>
        <w:t>各</w:t>
      </w:r>
      <w:r>
        <w:rPr>
          <w:spacing w:val="8"/>
          <w:rFonts w:ascii="Ddylr05K+KaiTi" w:hAnsi="Ddylr05K+KaiTi" w:eastAsia="Ddylr05K+KaiTi"/>
          <w:color w:val="000000"/>
          <w:sz w:val="28"/>
        </w:rPr>
        <w:t>类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rFonts w:ascii="Ddylr05K+KaiTi" w:hAnsi="Ddylr05K+KaiTi" w:eastAsia="Ddylr05K+KaiTi"/>
          <w:color w:val="000000"/>
          <w:sz w:val="28"/>
        </w:rPr>
        <w:t>轮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7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556" w:lineRule="exact" w:before="0" w:after="0"/>
        <w:ind w:left="360" w:right="360" w:firstLine="0"/>
        <w:jc w:val="both"/>
      </w:pPr>
      <w:r>
        <w:rPr>
          <w:spacing w:val="6"/>
          <w:rFonts w:ascii="Ddylr05K+KaiTi" w:hAnsi="Ddylr05K+KaiTi" w:eastAsia="Ddylr05K+KaiTi"/>
          <w:color w:val="000000"/>
          <w:sz w:val="28"/>
        </w:rPr>
        <w:t>(</w:t>
      </w:r>
      <w:r>
        <w:rPr>
          <w:spacing w:val="4"/>
          <w:rFonts w:ascii="Ddylr05K+KaiTi" w:hAnsi="Ddylr05K+KaiTi" w:eastAsia="Ddylr05K+KaiTi"/>
          <w:color w:val="000000"/>
          <w:sz w:val="28"/>
        </w:rPr>
        <w:t>轴</w:t>
      </w:r>
      <w:r>
        <w:rPr>
          <w:spacing w:val="6"/>
          <w:rFonts w:ascii="Ddylr05K+KaiTi" w:hAnsi="Ddylr05K+KaiTi" w:eastAsia="Ddylr05K+KaiTi"/>
          <w:color w:val="000000"/>
          <w:sz w:val="28"/>
        </w:rPr>
        <w:t>)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研</w:t>
      </w:r>
      <w:r>
        <w:rPr>
          <w:spacing w:val="6"/>
          <w:rFonts w:ascii="Ddylr05K+KaiTi" w:hAnsi="Ddylr05K+KaiTi" w:eastAsia="Ddylr05K+KaiTi"/>
          <w:color w:val="000000"/>
          <w:sz w:val="28"/>
        </w:rPr>
        <w:t>发和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4"/>
          <w:rFonts w:ascii="Ddylr05K+KaiTi" w:hAnsi="Ddylr05K+KaiTi" w:eastAsia="Ddylr05K+KaiTi"/>
          <w:color w:val="000000"/>
          <w:sz w:val="28"/>
        </w:rPr>
        <w:t>产，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持</w:t>
      </w:r>
      <w:r>
        <w:rPr>
          <w:spacing w:val="4"/>
          <w:rFonts w:ascii="Ddylr05K+KaiTi" w:hAnsi="Ddylr05K+KaiTi" w:eastAsia="Ddylr05K+KaiTi"/>
          <w:color w:val="000000"/>
          <w:sz w:val="28"/>
        </w:rPr>
        <w:t>续</w:t>
      </w:r>
      <w:r>
        <w:rPr>
          <w:spacing w:val="6"/>
          <w:rFonts w:ascii="Ddylr05K+KaiTi" w:hAnsi="Ddylr05K+KaiTi" w:eastAsia="Ddylr05K+KaiTi"/>
          <w:color w:val="000000"/>
          <w:sz w:val="28"/>
        </w:rPr>
        <w:t>开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提高</w:t>
      </w:r>
      <w:r>
        <w:rPr>
          <w:spacing w:val="8"/>
          <w:rFonts w:ascii="Ddylr05K+KaiTi" w:hAnsi="Ddylr05K+KaiTi" w:eastAsia="Ddylr05K+KaiTi"/>
          <w:color w:val="000000"/>
          <w:sz w:val="28"/>
        </w:rPr>
        <w:t>配</w:t>
      </w:r>
      <w:r>
        <w:rPr>
          <w:spacing w:val="6"/>
          <w:rFonts w:ascii="Ddylr05K+KaiTi" w:hAnsi="Ddylr05K+KaiTi" w:eastAsia="Ddylr05K+KaiTi"/>
          <w:color w:val="000000"/>
          <w:sz w:val="28"/>
        </w:rPr>
        <w:t>套适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4"/>
          <w:rFonts w:ascii="Ddylr05K+KaiTi" w:hAnsi="Ddylr05K+KaiTi" w:eastAsia="Ddylr05K+KaiTi"/>
          <w:color w:val="000000"/>
          <w:sz w:val="28"/>
        </w:rPr>
        <w:t>机型</w:t>
      </w:r>
      <w:r>
        <w:rPr>
          <w:spacing w:val="6"/>
          <w:rFonts w:ascii="Ddylr05K+KaiTi" w:hAnsi="Ddylr05K+KaiTi" w:eastAsia="Ddylr05K+KaiTi"/>
          <w:color w:val="000000"/>
          <w:sz w:val="28"/>
        </w:rPr>
        <w:t>范</w:t>
      </w:r>
      <w:r>
        <w:rPr>
          <w:spacing w:val="4"/>
          <w:rFonts w:ascii="Ddylr05K+KaiTi" w:hAnsi="Ddylr05K+KaiTi" w:eastAsia="Ddylr05K+KaiTi"/>
          <w:color w:val="000000"/>
          <w:sz w:val="28"/>
        </w:rPr>
        <w:t>围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配</w:t>
      </w:r>
      <w:r>
        <w:rPr>
          <w:rFonts w:ascii="Ddylr05K+KaiTi" w:hAnsi="Ddylr05K+KaiTi" w:eastAsia="Ddylr05K+KaiTi"/>
          <w:color w:val="000000"/>
          <w:sz w:val="28"/>
        </w:rPr>
        <w:t>套</w:t>
      </w:r>
      <w:r>
        <w:rPr>
          <w:spacing w:val="4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力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推</w:t>
      </w:r>
      <w:r>
        <w:rPr>
          <w:spacing w:val="4"/>
          <w:rFonts w:ascii="Ddylr05K+KaiTi" w:hAnsi="Ddylr05K+KaiTi" w:eastAsia="Ddylr05K+KaiTi"/>
          <w:color w:val="000000"/>
          <w:sz w:val="28"/>
        </w:rPr>
        <w:t>动</w:t>
      </w:r>
      <w:r>
        <w:rPr>
          <w:spacing w:val="6"/>
          <w:rFonts w:ascii="Ddylr05K+KaiTi" w:hAnsi="Ddylr05K+KaiTi" w:eastAsia="Ddylr05K+KaiTi"/>
          <w:color w:val="000000"/>
          <w:sz w:val="28"/>
        </w:rPr>
        <w:t>高</w:t>
      </w:r>
      <w:r>
        <w:rPr>
          <w:spacing w:val="4"/>
          <w:rFonts w:ascii="Ddylr05K+KaiTi" w:hAnsi="Ddylr05K+KaiTi" w:eastAsia="Ddylr05K+KaiTi"/>
          <w:color w:val="000000"/>
          <w:sz w:val="28"/>
        </w:rPr>
        <w:t>附加</w:t>
      </w:r>
      <w:r>
        <w:rPr>
          <w:spacing w:val="8"/>
          <w:rFonts w:ascii="Ddylr05K+KaiTi" w:hAnsi="Ddylr05K+KaiTi" w:eastAsia="Ddylr05K+KaiTi"/>
          <w:color w:val="000000"/>
          <w:sz w:val="28"/>
        </w:rPr>
        <w:t>值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高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含</w:t>
      </w:r>
      <w:r>
        <w:rPr>
          <w:spacing w:val="6"/>
          <w:rFonts w:ascii="Ddylr05K+KaiTi" w:hAnsi="Ddylr05K+KaiTi" w:eastAsia="Ddylr05K+KaiTi"/>
          <w:color w:val="000000"/>
          <w:sz w:val="28"/>
        </w:rPr>
        <w:t>量</w:t>
      </w:r>
      <w:r>
        <w:rPr>
          <w:spacing w:val="4"/>
          <w:rFonts w:ascii="Ddylr05K+KaiTi" w:hAnsi="Ddylr05K+KaiTi" w:eastAsia="Ddylr05K+KaiTi"/>
          <w:color w:val="000000"/>
          <w:sz w:val="28"/>
        </w:rPr>
        <w:t>产品</w:t>
      </w:r>
      <w:r>
        <w:rPr>
          <w:spacing w:val="8"/>
          <w:rFonts w:ascii="Ddylr05K+KaiTi" w:hAnsi="Ddylr05K+KaiTi" w:eastAsia="Ddylr05K+KaiTi"/>
          <w:color w:val="000000"/>
          <w:sz w:val="28"/>
        </w:rPr>
        <w:t>开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不</w:t>
      </w:r>
      <w:r>
        <w:rPr>
          <w:spacing w:val="8"/>
          <w:rFonts w:ascii="Ddylr05K+KaiTi" w:hAnsi="Ddylr05K+KaiTi" w:eastAsia="Ddylr05K+KaiTi"/>
          <w:color w:val="000000"/>
          <w:sz w:val="28"/>
        </w:rPr>
        <w:t>断</w:t>
      </w:r>
      <w:r>
        <w:rPr>
          <w:spacing w:val="4"/>
          <w:rFonts w:ascii="Ddylr05K+KaiTi" w:hAnsi="Ddylr05K+KaiTi" w:eastAsia="Ddylr05K+KaiTi"/>
          <w:color w:val="000000"/>
          <w:sz w:val="28"/>
        </w:rPr>
        <w:t>推进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结</w:t>
      </w:r>
      <w:r>
        <w:rPr>
          <w:spacing w:val="6"/>
          <w:rFonts w:ascii="Ddylr05K+KaiTi" w:hAnsi="Ddylr05K+KaiTi" w:eastAsia="Ddylr05K+KaiTi"/>
          <w:color w:val="000000"/>
          <w:sz w:val="28"/>
        </w:rPr>
        <w:t>构</w:t>
      </w:r>
      <w:r>
        <w:rPr>
          <w:rFonts w:ascii="Ddylr05K+KaiTi" w:hAnsi="Ddylr05K+KaiTi" w:eastAsia="Ddylr05K+KaiTi"/>
          <w:color w:val="000000"/>
          <w:sz w:val="28"/>
        </w:rPr>
        <w:t>提</w:t>
      </w:r>
      <w:r>
        <w:rPr>
          <w:spacing w:val="4"/>
          <w:rFonts w:ascii="Ddylr05K+KaiTi" w:hAnsi="Ddylr05K+KaiTi" w:eastAsia="Ddylr05K+KaiTi"/>
          <w:color w:val="000000"/>
          <w:sz w:val="28"/>
        </w:rPr>
        <w:t>档</w:t>
      </w:r>
      <w:r>
        <w:rPr>
          <w:spacing w:val="8"/>
          <w:rFonts w:ascii="Ddylr05K+KaiTi" w:hAnsi="Ddylr05K+KaiTi" w:eastAsia="Ddylr05K+KaiTi"/>
          <w:color w:val="000000"/>
          <w:sz w:val="28"/>
        </w:rPr>
        <w:t>升</w:t>
      </w:r>
      <w:r>
        <w:rPr>
          <w:spacing w:val="6"/>
          <w:rFonts w:ascii="Ddylr05K+KaiTi" w:hAnsi="Ddylr05K+KaiTi" w:eastAsia="Ddylr05K+KaiTi"/>
          <w:color w:val="000000"/>
          <w:sz w:val="28"/>
        </w:rPr>
        <w:t>级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同</w:t>
      </w:r>
      <w:r>
        <w:rPr>
          <w:spacing w:val="6"/>
          <w:rFonts w:ascii="Ddylr05K+KaiTi" w:hAnsi="Ddylr05K+KaiTi" w:eastAsia="Ddylr05K+KaiTi"/>
          <w:color w:val="000000"/>
          <w:sz w:val="28"/>
        </w:rPr>
        <w:t>时</w:t>
      </w:r>
      <w:r>
        <w:rPr>
          <w:spacing w:val="4"/>
          <w:rFonts w:ascii="Ddylr05K+KaiTi" w:hAnsi="Ddylr05K+KaiTi" w:eastAsia="Ddylr05K+KaiTi"/>
          <w:color w:val="000000"/>
          <w:sz w:val="28"/>
        </w:rPr>
        <w:t>，通</w:t>
      </w:r>
      <w:r>
        <w:rPr>
          <w:spacing w:val="8"/>
          <w:rFonts w:ascii="Ddylr05K+KaiTi" w:hAnsi="Ddylr05K+KaiTi" w:eastAsia="Ddylr05K+KaiTi"/>
          <w:color w:val="000000"/>
          <w:sz w:val="28"/>
        </w:rPr>
        <w:t>过</w:t>
      </w:r>
      <w:r>
        <w:rPr>
          <w:spacing w:val="6"/>
          <w:rFonts w:ascii="Ddylr05K+KaiTi" w:hAnsi="Ddylr05K+KaiTi" w:eastAsia="Ddylr05K+KaiTi"/>
          <w:color w:val="000000"/>
          <w:sz w:val="28"/>
        </w:rPr>
        <w:t>借</w:t>
      </w:r>
      <w:r>
        <w:rPr>
          <w:spacing w:val="8"/>
          <w:rFonts w:ascii="Ddylr05K+KaiTi" w:hAnsi="Ddylr05K+KaiTi" w:eastAsia="Ddylr05K+KaiTi"/>
          <w:color w:val="000000"/>
          <w:sz w:val="28"/>
        </w:rPr>
        <w:t>助</w:t>
      </w:r>
      <w:r>
        <w:rPr>
          <w:spacing w:val="6"/>
          <w:rFonts w:ascii="Ddylr05K+KaiTi" w:hAnsi="Ddylr05K+KaiTi" w:eastAsia="Ddylr05K+KaiTi"/>
          <w:color w:val="000000"/>
          <w:sz w:val="28"/>
        </w:rPr>
        <w:t>第</w:t>
      </w:r>
      <w:r>
        <w:rPr>
          <w:spacing w:val="8"/>
          <w:rFonts w:ascii="Ddylr05K+KaiTi" w:hAnsi="Ddylr05K+KaiTi" w:eastAsia="Ddylr05K+KaiTi"/>
          <w:color w:val="000000"/>
          <w:sz w:val="28"/>
        </w:rPr>
        <w:t>三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科</w:t>
      </w:r>
      <w:r>
        <w:rPr>
          <w:spacing w:val="4"/>
          <w:rFonts w:ascii="Ddylr05K+KaiTi" w:hAnsi="Ddylr05K+KaiTi" w:eastAsia="Ddylr05K+KaiTi"/>
          <w:color w:val="000000"/>
          <w:sz w:val="28"/>
        </w:rPr>
        <w:t>研平</w:t>
      </w:r>
      <w:r>
        <w:rPr>
          <w:spacing w:val="8"/>
          <w:rFonts w:ascii="Ddylr05K+KaiTi" w:hAnsi="Ddylr05K+KaiTi" w:eastAsia="Ddylr05K+KaiTi"/>
          <w:color w:val="000000"/>
          <w:sz w:val="28"/>
        </w:rPr>
        <w:t>台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4"/>
          <w:rFonts w:ascii="Ddylr05K+KaiTi" w:hAnsi="Ddylr05K+KaiTi" w:eastAsia="Ddylr05K+KaiTi"/>
          <w:color w:val="000000"/>
          <w:sz w:val="28"/>
        </w:rPr>
        <w:t>的产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开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质</w:t>
      </w:r>
      <w:r>
        <w:rPr>
          <w:spacing w:val="4"/>
          <w:rFonts w:ascii="Ddylr05K+KaiTi" w:hAnsi="Ddylr05K+KaiTi" w:eastAsia="Ddylr05K+KaiTi"/>
          <w:color w:val="000000"/>
          <w:sz w:val="28"/>
        </w:rPr>
        <w:t>量</w:t>
      </w:r>
      <w:r>
        <w:rPr>
          <w:spacing w:val="8"/>
          <w:rFonts w:ascii="Ddylr05K+KaiTi" w:hAnsi="Ddylr05K+KaiTi" w:eastAsia="Ddylr05K+KaiTi"/>
          <w:color w:val="000000"/>
          <w:sz w:val="28"/>
        </w:rPr>
        <w:t>提</w:t>
      </w:r>
      <w:r>
        <w:rPr>
          <w:spacing w:val="6"/>
          <w:rFonts w:ascii="Ddylr05K+KaiTi" w:hAnsi="Ddylr05K+KaiTi" w:eastAsia="Ddylr05K+KaiTi"/>
          <w:color w:val="000000"/>
          <w:sz w:val="28"/>
        </w:rPr>
        <w:t>升</w:t>
      </w:r>
      <w:r>
        <w:rPr>
          <w:spacing w:val="8"/>
          <w:rFonts w:ascii="Ddylr05K+KaiTi" w:hAnsi="Ddylr05K+KaiTi" w:eastAsia="Ddylr05K+KaiTi"/>
          <w:color w:val="000000"/>
          <w:sz w:val="28"/>
        </w:rPr>
        <w:t>与</w:t>
      </w:r>
      <w:r>
        <w:rPr>
          <w:spacing w:val="4"/>
          <w:rFonts w:ascii="Ddylr05K+KaiTi" w:hAnsi="Ddylr05K+KaiTi" w:eastAsia="Ddylr05K+KaiTi"/>
          <w:color w:val="000000"/>
          <w:sz w:val="28"/>
        </w:rPr>
        <w:t>应</w:t>
      </w:r>
      <w:r>
        <w:rPr>
          <w:spacing w:val="6"/>
          <w:rFonts w:ascii="Ddylr05K+KaiTi" w:hAnsi="Ddylr05K+KaiTi" w:eastAsia="Ddylr05K+KaiTi"/>
          <w:color w:val="000000"/>
          <w:sz w:val="28"/>
        </w:rPr>
        <w:t>用</w:t>
      </w:r>
      <w:r>
        <w:rPr>
          <w:spacing w:val="4"/>
          <w:rFonts w:ascii="Ddylr05K+KaiTi" w:hAnsi="Ddylr05K+KaiTi" w:eastAsia="Ddylr05K+KaiTi"/>
          <w:color w:val="000000"/>
          <w:sz w:val="28"/>
        </w:rPr>
        <w:t>等方</w:t>
      </w:r>
      <w:r>
        <w:rPr>
          <w:spacing w:val="8"/>
          <w:rFonts w:ascii="Ddylr05K+KaiTi" w:hAnsi="Ddylr05K+KaiTi" w:eastAsia="Ddylr05K+KaiTi"/>
          <w:color w:val="000000"/>
          <w:sz w:val="28"/>
        </w:rPr>
        <w:t>面</w:t>
      </w:r>
      <w:r>
        <w:rPr>
          <w:spacing w:val="6"/>
          <w:rFonts w:ascii="Ddylr05K+KaiTi" w:hAnsi="Ddylr05K+KaiTi" w:eastAsia="Ddylr05K+KaiTi"/>
          <w:color w:val="000000"/>
          <w:sz w:val="28"/>
        </w:rPr>
        <w:t>开</w:t>
      </w:r>
      <w:r>
        <w:rPr>
          <w:spacing w:val="8"/>
          <w:rFonts w:ascii="Ddylr05K+KaiTi" w:hAnsi="Ddylr05K+KaiTi" w:eastAsia="Ddylr05K+KaiTi"/>
          <w:color w:val="000000"/>
          <w:sz w:val="28"/>
        </w:rPr>
        <w:t>展</w:t>
      </w:r>
      <w:r>
        <w:rPr>
          <w:spacing w:val="6"/>
          <w:rFonts w:ascii="Ddylr05K+KaiTi" w:hAnsi="Ddylr05K+KaiTi" w:eastAsia="Ddylr05K+KaiTi"/>
          <w:color w:val="000000"/>
          <w:sz w:val="28"/>
        </w:rPr>
        <w:t>联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4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创新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做</w:t>
      </w:r>
      <w:r>
        <w:rPr>
          <w:spacing w:val="8"/>
          <w:rFonts w:ascii="Ddylr05K+KaiTi" w:hAnsi="Ddylr05K+KaiTi" w:eastAsia="Ddylr05K+KaiTi"/>
          <w:color w:val="000000"/>
          <w:sz w:val="28"/>
        </w:rPr>
        <w:t>好</w:t>
      </w:r>
      <w:r>
        <w:rPr>
          <w:spacing w:val="6"/>
          <w:rFonts w:ascii="Ddylr05K+KaiTi" w:hAnsi="Ddylr05K+KaiTi" w:eastAsia="Ddylr05K+KaiTi"/>
          <w:color w:val="000000"/>
          <w:sz w:val="28"/>
        </w:rPr>
        <w:t>前</w:t>
      </w:r>
      <w:r>
        <w:rPr>
          <w:spacing w:val="8"/>
          <w:rFonts w:ascii="Ddylr05K+KaiTi" w:hAnsi="Ddylr05K+KaiTi" w:eastAsia="Ddylr05K+KaiTi"/>
          <w:color w:val="000000"/>
          <w:sz w:val="28"/>
        </w:rPr>
        <w:t>瞻</w:t>
      </w:r>
      <w:r>
        <w:rPr>
          <w:spacing w:val="4"/>
          <w:rFonts w:ascii="Ddylr05K+KaiTi" w:hAnsi="Ddylr05K+KaiTi" w:eastAsia="Ddylr05K+KaiTi"/>
          <w:color w:val="000000"/>
          <w:sz w:val="28"/>
        </w:rPr>
        <w:t>性技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储</w:t>
      </w:r>
      <w:r>
        <w:rPr>
          <w:spacing w:val="8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引</w:t>
      </w:r>
      <w:r>
        <w:rPr>
          <w:spacing w:val="-2"/>
          <w:rFonts w:ascii="Ddylr05K+KaiTi" w:hAnsi="Ddylr05K+KaiTi" w:eastAsia="Ddylr05K+KaiTi"/>
          <w:color w:val="000000"/>
          <w:sz w:val="28"/>
        </w:rPr>
        <w:t>领行</w:t>
      </w:r>
      <w:r>
        <w:rPr>
          <w:rFonts w:ascii="Ddylr05K+KaiTi" w:hAnsi="Ddylr05K+KaiTi" w:eastAsia="Ddylr05K+KaiTi"/>
          <w:color w:val="000000"/>
          <w:sz w:val="28"/>
        </w:rPr>
        <w:t>业发</w:t>
      </w:r>
      <w:r>
        <w:rPr>
          <w:spacing w:val="-2"/>
          <w:rFonts w:ascii="Ddylr05K+KaiTi" w:hAnsi="Ddylr05K+KaiTi" w:eastAsia="Ddylr05K+KaiTi"/>
          <w:color w:val="000000"/>
          <w:sz w:val="28"/>
        </w:rPr>
        <w:t>展</w:t>
      </w:r>
      <w:r>
        <w:rPr>
          <w:rFonts w:ascii="Ddylr05K+KaiTi" w:hAnsi="Ddylr05K+KaiTi" w:eastAsia="Ddylr05K+KaiTi"/>
          <w:color w:val="000000"/>
          <w:sz w:val="28"/>
        </w:rPr>
        <w:t>，提</w:t>
      </w:r>
      <w:r>
        <w:rPr>
          <w:spacing w:val="-2"/>
          <w:rFonts w:ascii="Ddylr05K+KaiTi" w:hAnsi="Ddylr05K+KaiTi" w:eastAsia="Ddylr05K+KaiTi"/>
          <w:color w:val="000000"/>
          <w:sz w:val="28"/>
        </w:rPr>
        <w:t>升</w:t>
      </w:r>
      <w:r>
        <w:rPr>
          <w:rFonts w:ascii="Ddylr05K+KaiTi" w:hAnsi="Ddylr05K+KaiTi" w:eastAsia="Ddylr05K+KaiTi"/>
          <w:color w:val="000000"/>
          <w:sz w:val="28"/>
        </w:rPr>
        <w:t>企业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核</w:t>
      </w:r>
      <w:r>
        <w:rPr>
          <w:rFonts w:ascii="Ddylr05K+KaiTi" w:hAnsi="Ddylr05K+KaiTi" w:eastAsia="Ddylr05K+KaiTi"/>
          <w:color w:val="000000"/>
          <w:sz w:val="28"/>
        </w:rPr>
        <w:t>心竞</w:t>
      </w:r>
      <w:r>
        <w:rPr>
          <w:spacing w:val="-2"/>
          <w:rFonts w:ascii="Ddylr05K+KaiTi" w:hAnsi="Ddylr05K+KaiTi" w:eastAsia="Ddylr05K+KaiTi"/>
          <w:color w:val="000000"/>
          <w:sz w:val="28"/>
        </w:rPr>
        <w:t>争</w:t>
      </w:r>
      <w:r>
        <w:rPr>
          <w:rFonts w:ascii="Ddylr05K+KaiTi" w:hAnsi="Ddylr05K+KaiTi" w:eastAsia="Ddylr05K+KaiTi"/>
          <w:color w:val="000000"/>
          <w:sz w:val="28"/>
        </w:rPr>
        <w:t>力。</w:t>
      </w:r>
    </w:p>
    <w:p>
      <w:pPr>
        <w:autoSpaceDN w:val="0"/>
        <w:autoSpaceDE w:val="0"/>
        <w:widowControl/>
        <w:spacing w:line="624" w:lineRule="exact" w:before="0" w:after="0"/>
        <w:ind w:left="360" w:right="144" w:firstLine="280"/>
        <w:jc w:val="left"/>
      </w:pP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</w:t>
      </w:r>
      <w:r>
        <w:rPr>
          <w:spacing w:val="6"/>
          <w:rFonts w:ascii="Ddylr05K+KaiTi" w:hAnsi="Ddylr05K+KaiTi" w:eastAsia="Ddylr05K+KaiTi"/>
          <w:color w:val="000000"/>
          <w:sz w:val="28"/>
        </w:rPr>
        <w:t>拥</w:t>
      </w:r>
      <w:r>
        <w:rPr>
          <w:spacing w:val="4"/>
          <w:rFonts w:ascii="Ddylr05K+KaiTi" w:hAnsi="Ddylr05K+KaiTi" w:eastAsia="Ddylr05K+KaiTi"/>
          <w:color w:val="000000"/>
          <w:sz w:val="28"/>
        </w:rPr>
        <w:t>有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优</w:t>
      </w:r>
      <w:r>
        <w:rPr>
          <w:spacing w:val="8"/>
          <w:rFonts w:ascii="Ddylr05K+KaiTi" w:hAnsi="Ddylr05K+KaiTi" w:eastAsia="Ddylr05K+KaiTi"/>
          <w:color w:val="000000"/>
          <w:sz w:val="28"/>
        </w:rPr>
        <w:t>势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够</w:t>
      </w:r>
      <w:r>
        <w:rPr>
          <w:spacing w:val="4"/>
          <w:rFonts w:ascii="Ddylr05K+KaiTi" w:hAnsi="Ddylr05K+KaiTi" w:eastAsia="Ddylr05K+KaiTi"/>
          <w:color w:val="000000"/>
          <w:sz w:val="28"/>
        </w:rPr>
        <w:t>不</w:t>
      </w:r>
      <w:r>
        <w:rPr>
          <w:spacing w:val="6"/>
          <w:rFonts w:ascii="Ddylr05K+KaiTi" w:hAnsi="Ddylr05K+KaiTi" w:eastAsia="Ddylr05K+KaiTi"/>
          <w:color w:val="000000"/>
          <w:sz w:val="28"/>
        </w:rPr>
        <w:t>断</w:t>
      </w:r>
      <w:r>
        <w:rPr>
          <w:spacing w:val="4"/>
          <w:rFonts w:ascii="Ddylr05K+KaiTi" w:hAnsi="Ddylr05K+KaiTi" w:eastAsia="Ddylr05K+KaiTi"/>
          <w:color w:val="000000"/>
          <w:sz w:val="28"/>
        </w:rPr>
        <w:t>提</w:t>
      </w:r>
      <w:r>
        <w:rPr>
          <w:spacing w:val="6"/>
          <w:rFonts w:ascii="Ddylr05K+KaiTi" w:hAnsi="Ddylr05K+KaiTi" w:eastAsia="Ddylr05K+KaiTi"/>
          <w:color w:val="000000"/>
          <w:sz w:val="28"/>
        </w:rPr>
        <w:t>升企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8"/>
          <w:rFonts w:ascii="Ddylr05K+KaiTi" w:hAnsi="Ddylr05K+KaiTi" w:eastAsia="Ddylr05K+KaiTi"/>
          <w:color w:val="000000"/>
          <w:sz w:val="28"/>
        </w:rPr>
        <w:t>械</w:t>
      </w:r>
      <w:r>
        <w:rPr>
          <w:spacing w:val="4"/>
          <w:rFonts w:ascii="Ddylr05K+KaiTi" w:hAnsi="Ddylr05K+KaiTi" w:eastAsia="Ddylr05K+KaiTi"/>
          <w:color w:val="000000"/>
          <w:sz w:val="28"/>
        </w:rPr>
        <w:t>配</w:t>
      </w:r>
      <w:r>
        <w:rPr>
          <w:spacing w:val="6"/>
          <w:rFonts w:ascii="Ddylr05K+KaiTi" w:hAnsi="Ddylr05K+KaiTi" w:eastAsia="Ddylr05K+KaiTi"/>
          <w:color w:val="000000"/>
          <w:sz w:val="28"/>
        </w:rPr>
        <w:t>件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中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rFonts w:ascii="Ddylr05K+KaiTi" w:hAnsi="Ddylr05K+KaiTi" w:eastAsia="Ddylr05K+KaiTi"/>
          <w:color w:val="000000"/>
          <w:sz w:val="28"/>
        </w:rPr>
        <w:t>术</w:t>
      </w:r>
      <w:r>
        <w:rPr>
          <w:spacing w:val="-2"/>
          <w:rFonts w:ascii="Ddylr05K+KaiTi" w:hAnsi="Ddylr05K+KaiTi" w:eastAsia="Ddylr05K+KaiTi"/>
          <w:color w:val="000000"/>
          <w:sz w:val="28"/>
        </w:rPr>
        <w:t>创</w:t>
      </w:r>
      <w:r>
        <w:rPr>
          <w:spacing w:val="2"/>
          <w:rFonts w:ascii="Ddylr05K+KaiTi" w:hAnsi="Ddylr05K+KaiTi" w:eastAsia="Ddylr05K+KaiTi"/>
          <w:color w:val="000000"/>
          <w:sz w:val="28"/>
        </w:rPr>
        <w:t>新</w:t>
      </w:r>
      <w:r>
        <w:rPr>
          <w:rFonts w:ascii="Ddylr05K+KaiTi" w:hAnsi="Ddylr05K+KaiTi" w:eastAsia="Ddylr05K+KaiTi"/>
          <w:color w:val="000000"/>
          <w:sz w:val="28"/>
        </w:rPr>
        <w:t>影响力</w:t>
      </w:r>
      <w:r>
        <w:rPr>
          <w:spacing w:val="2"/>
          <w:rFonts w:ascii="Ddylr05K+KaiTi" w:hAnsi="Ddylr05K+KaiTi" w:eastAsia="Ddylr05K+KaiTi"/>
          <w:color w:val="000000"/>
          <w:sz w:val="28"/>
        </w:rPr>
        <w:t>;</w:t>
      </w:r>
      <w:r>
        <w:rPr>
          <w:rFonts w:ascii="Ddylr05K+KaiTi" w:hAnsi="Ddylr05K+KaiTi" w:eastAsia="Ddylr05K+KaiTi"/>
          <w:color w:val="000000"/>
          <w:sz w:val="28"/>
        </w:rPr>
        <w:t>公</w:t>
      </w:r>
      <w:r>
        <w:rPr>
          <w:spacing w:val="2"/>
          <w:rFonts w:ascii="Ddylr05K+KaiTi" w:hAnsi="Ddylr05K+KaiTi" w:eastAsia="Ddylr05K+KaiTi"/>
          <w:color w:val="000000"/>
          <w:sz w:val="28"/>
        </w:rPr>
        <w:t>司</w:t>
      </w:r>
      <w:r>
        <w:rPr>
          <w:rFonts w:ascii="Ddylr05K+KaiTi" w:hAnsi="Ddylr05K+KaiTi" w:eastAsia="Ddylr05K+KaiTi"/>
          <w:color w:val="000000"/>
          <w:sz w:val="28"/>
        </w:rPr>
        <w:t>能够</w:t>
      </w:r>
      <w:r>
        <w:rPr>
          <w:spacing w:val="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效的</w:t>
      </w:r>
      <w:r>
        <w:rPr>
          <w:spacing w:val="2"/>
          <w:rFonts w:ascii="Ddylr05K+KaiTi" w:hAnsi="Ddylr05K+KaiTi" w:eastAsia="Ddylr05K+KaiTi"/>
          <w:color w:val="000000"/>
          <w:sz w:val="28"/>
        </w:rPr>
        <w:t>推</w:t>
      </w:r>
      <w:r>
        <w:rPr>
          <w:rFonts w:ascii="Ddylr05K+KaiTi" w:hAnsi="Ddylr05K+KaiTi" w:eastAsia="Ddylr05K+KaiTi"/>
          <w:color w:val="000000"/>
          <w:sz w:val="28"/>
        </w:rPr>
        <w:t>动临</w:t>
      </w:r>
      <w:r>
        <w:rPr>
          <w:spacing w:val="2"/>
          <w:rFonts w:ascii="Ddylr05K+KaiTi" w:hAnsi="Ddylr05K+KaiTi" w:eastAsia="Ddylr05K+KaiTi"/>
          <w:color w:val="000000"/>
          <w:sz w:val="28"/>
        </w:rPr>
        <w:t>沂</w:t>
      </w:r>
      <w:r>
        <w:rPr>
          <w:rFonts w:ascii="Ddylr05K+KaiTi" w:hAnsi="Ddylr05K+KaiTi" w:eastAsia="Ddylr05K+KaiTi"/>
          <w:color w:val="000000"/>
          <w:sz w:val="28"/>
        </w:rPr>
        <w:t>市和</w:t>
      </w:r>
      <w:r>
        <w:rPr>
          <w:spacing w:val="4"/>
          <w:rFonts w:ascii="Ddylr05K+KaiTi" w:hAnsi="Ddylr05K+KaiTi" w:eastAsia="Ddylr05K+KaiTi"/>
          <w:color w:val="000000"/>
          <w:sz w:val="28"/>
        </w:rPr>
        <w:t>山</w:t>
      </w:r>
      <w:r>
        <w:rPr>
          <w:rFonts w:ascii="Ddylr05K+KaiTi" w:hAnsi="Ddylr05K+KaiTi" w:eastAsia="Ddylr05K+KaiTi"/>
          <w:color w:val="000000"/>
          <w:sz w:val="28"/>
        </w:rPr>
        <w:t>东省</w:t>
      </w:r>
      <w:r>
        <w:rPr>
          <w:spacing w:val="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程机</w:t>
      </w:r>
      <w:r>
        <w:rPr>
          <w:spacing w:val="2"/>
          <w:rFonts w:ascii="Ddylr05K+KaiTi" w:hAnsi="Ddylr05K+KaiTi" w:eastAsia="Ddylr05K+KaiTi"/>
          <w:color w:val="000000"/>
          <w:sz w:val="28"/>
        </w:rPr>
        <w:t>械</w:t>
      </w:r>
      <w:r>
        <w:rPr>
          <w:rFonts w:ascii="Ddylr05K+KaiTi" w:hAnsi="Ddylr05K+KaiTi" w:eastAsia="Ddylr05K+KaiTi"/>
          <w:color w:val="000000"/>
          <w:sz w:val="28"/>
        </w:rPr>
        <w:t>配件</w:t>
      </w:r>
      <w:r>
        <w:rPr>
          <w:spacing w:val="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搭</w:t>
      </w:r>
      <w:r>
        <w:rPr>
          <w:spacing w:val="8"/>
          <w:rFonts w:ascii="Ddylr05K+KaiTi" w:hAnsi="Ddylr05K+KaiTi" w:eastAsia="Ddylr05K+KaiTi"/>
          <w:color w:val="000000"/>
          <w:sz w:val="28"/>
        </w:rPr>
        <w:t>建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创</w:t>
      </w:r>
      <w:r>
        <w:rPr>
          <w:spacing w:val="6"/>
          <w:rFonts w:ascii="Ddylr05K+KaiTi" w:hAnsi="Ddylr05K+KaiTi" w:eastAsia="Ddylr05K+KaiTi"/>
          <w:color w:val="000000"/>
          <w:sz w:val="28"/>
        </w:rPr>
        <w:t>新</w:t>
      </w:r>
      <w:r>
        <w:rPr>
          <w:spacing w:val="4"/>
          <w:rFonts w:ascii="Ddylr05K+KaiTi" w:hAnsi="Ddylr05K+KaiTi" w:eastAsia="Ddylr05K+KaiTi"/>
          <w:color w:val="000000"/>
          <w:sz w:val="28"/>
        </w:rPr>
        <w:t>平台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促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8"/>
          <w:rFonts w:ascii="Ddylr05K+KaiTi" w:hAnsi="Ddylr05K+KaiTi" w:eastAsia="Ddylr05K+KaiTi"/>
          <w:color w:val="000000"/>
          <w:sz w:val="28"/>
        </w:rPr>
        <w:t>东</w:t>
      </w:r>
      <w:r>
        <w:rPr>
          <w:spacing w:val="4"/>
          <w:rFonts w:ascii="Ddylr05K+KaiTi" w:hAnsi="Ddylr05K+KaiTi" w:eastAsia="Ddylr05K+KaiTi"/>
          <w:color w:val="000000"/>
          <w:sz w:val="28"/>
        </w:rPr>
        <w:t>省</w:t>
      </w:r>
      <w:r>
        <w:rPr>
          <w:spacing w:val="6"/>
          <w:rFonts w:ascii="Ddylr05K+KaiTi" w:hAnsi="Ddylr05K+KaiTi" w:eastAsia="Ddylr05K+KaiTi"/>
          <w:color w:val="000000"/>
          <w:sz w:val="28"/>
        </w:rPr>
        <w:t>乃</w:t>
      </w:r>
      <w:r>
        <w:rPr>
          <w:spacing w:val="4"/>
          <w:rFonts w:ascii="Ddylr05K+KaiTi" w:hAnsi="Ddylr05K+KaiTi" w:eastAsia="Ddylr05K+KaiTi"/>
          <w:color w:val="000000"/>
          <w:sz w:val="28"/>
        </w:rPr>
        <w:t>至全</w:t>
      </w:r>
      <w:r>
        <w:rPr>
          <w:spacing w:val="8"/>
          <w:rFonts w:ascii="Ddylr05K+KaiTi" w:hAnsi="Ddylr05K+KaiTi" w:eastAsia="Ddylr05K+KaiTi"/>
          <w:color w:val="000000"/>
          <w:sz w:val="28"/>
        </w:rPr>
        <w:t>国</w:t>
      </w:r>
      <w:r>
        <w:rPr>
          <w:spacing w:val="6"/>
          <w:rFonts w:ascii="Ddylr05K+KaiTi" w:hAnsi="Ddylr05K+KaiTi" w:eastAsia="Ddylr05K+KaiTi"/>
          <w:color w:val="000000"/>
          <w:sz w:val="28"/>
        </w:rPr>
        <w:t>科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成</w:t>
      </w:r>
      <w:r>
        <w:rPr>
          <w:spacing w:val="8"/>
          <w:rFonts w:ascii="Ddylr05K+KaiTi" w:hAnsi="Ddylr05K+KaiTi" w:eastAsia="Ddylr05K+KaiTi"/>
          <w:color w:val="000000"/>
          <w:sz w:val="28"/>
        </w:rPr>
        <w:t>果</w:t>
      </w:r>
      <w:r>
        <w:rPr>
          <w:spacing w:val="4"/>
          <w:rFonts w:ascii="Ddylr05K+KaiTi" w:hAnsi="Ddylr05K+KaiTi" w:eastAsia="Ddylr05K+KaiTi"/>
          <w:color w:val="000000"/>
          <w:sz w:val="28"/>
        </w:rPr>
        <w:t>的开</w:t>
      </w:r>
      <w:r>
        <w:rPr>
          <w:spacing w:val="6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化</w:t>
      </w:r>
      <w:r>
        <w:rPr>
          <w:spacing w:val="6"/>
          <w:rFonts w:ascii="Ddylr05K+KaiTi" w:hAnsi="Ddylr05K+KaiTi" w:eastAsia="Ddylr05K+KaiTi"/>
          <w:color w:val="000000"/>
          <w:sz w:val="28"/>
        </w:rPr>
        <w:t>应</w:t>
      </w:r>
      <w:r>
        <w:rPr>
          <w:spacing w:val="4"/>
          <w:rFonts w:ascii="Ddylr05K+KaiTi" w:hAnsi="Ddylr05K+KaiTi" w:eastAsia="Ddylr05K+KaiTi"/>
          <w:color w:val="000000"/>
          <w:sz w:val="28"/>
        </w:rPr>
        <w:t>用，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全</w:t>
      </w:r>
      <w:r>
        <w:rPr>
          <w:spacing w:val="6"/>
          <w:rFonts w:ascii="Ddylr05K+KaiTi" w:hAnsi="Ddylr05K+KaiTi" w:eastAsia="Ddylr05K+KaiTi"/>
          <w:color w:val="000000"/>
          <w:sz w:val="28"/>
        </w:rPr>
        <w:t>面</w:t>
      </w:r>
      <w:r>
        <w:rPr>
          <w:spacing w:val="8"/>
          <w:rFonts w:ascii="Ddylr05K+KaiTi" w:hAnsi="Ddylr05K+KaiTi" w:eastAsia="Ddylr05K+KaiTi"/>
          <w:color w:val="000000"/>
          <w:sz w:val="28"/>
        </w:rPr>
        <w:t>提</w:t>
      </w:r>
      <w:r>
        <w:rPr>
          <w:spacing w:val="6"/>
          <w:rFonts w:ascii="Ddylr05K+KaiTi" w:hAnsi="Ddylr05K+KaiTi" w:eastAsia="Ddylr05K+KaiTi"/>
          <w:color w:val="000000"/>
          <w:sz w:val="28"/>
        </w:rPr>
        <w:t>升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机</w:t>
      </w:r>
      <w:r>
        <w:rPr>
          <w:spacing w:val="4"/>
          <w:rFonts w:ascii="Ddylr05K+KaiTi" w:hAnsi="Ddylr05K+KaiTi" w:eastAsia="Ddylr05K+KaiTi"/>
          <w:color w:val="000000"/>
          <w:sz w:val="28"/>
        </w:rPr>
        <w:t>械配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6"/>
          <w:rFonts w:ascii="Ddylr05K+KaiTi" w:hAnsi="Ddylr05K+KaiTi" w:eastAsia="Ddylr05K+KaiTi"/>
          <w:color w:val="000000"/>
          <w:sz w:val="28"/>
        </w:rPr>
        <w:t>行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术创</w:t>
      </w:r>
      <w:r>
        <w:rPr>
          <w:spacing w:val="6"/>
          <w:rFonts w:ascii="Ddylr05K+KaiTi" w:hAnsi="Ddylr05K+KaiTi" w:eastAsia="Ddylr05K+KaiTi"/>
          <w:color w:val="000000"/>
          <w:sz w:val="28"/>
        </w:rPr>
        <w:t>新</w:t>
      </w:r>
      <w:r>
        <w:rPr>
          <w:spacing w:val="4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力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核</w:t>
      </w:r>
      <w:r>
        <w:rPr>
          <w:spacing w:val="-2"/>
          <w:rFonts w:ascii="Ddylr05K+KaiTi" w:hAnsi="Ddylr05K+KaiTi" w:eastAsia="Ddylr05K+KaiTi"/>
          <w:color w:val="000000"/>
          <w:sz w:val="28"/>
        </w:rPr>
        <w:t>心竟</w:t>
      </w:r>
      <w:r>
        <w:rPr>
          <w:rFonts w:ascii="Ddylr05K+KaiTi" w:hAnsi="Ddylr05K+KaiTi" w:eastAsia="Ddylr05K+KaiTi"/>
          <w:color w:val="000000"/>
          <w:sz w:val="28"/>
        </w:rPr>
        <w:t>争力</w:t>
      </w:r>
      <w:r>
        <w:rPr>
          <w:spacing w:val="-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进一</w:t>
      </w:r>
      <w:r>
        <w:rPr>
          <w:spacing w:val="-2"/>
          <w:rFonts w:ascii="Ddylr05K+KaiTi" w:hAnsi="Ddylr05K+KaiTi" w:eastAsia="Ddylr05K+KaiTi"/>
          <w:color w:val="000000"/>
          <w:sz w:val="28"/>
        </w:rPr>
        <w:t>步</w:t>
      </w:r>
      <w:r>
        <w:rPr>
          <w:rFonts w:ascii="Ddylr05K+KaiTi" w:hAnsi="Ddylr05K+KaiTi" w:eastAsia="Ddylr05K+KaiTi"/>
          <w:color w:val="000000"/>
          <w:sz w:val="28"/>
        </w:rPr>
        <w:t>促进</w:t>
      </w:r>
      <w:r>
        <w:rPr>
          <w:spacing w:val="-2"/>
          <w:rFonts w:ascii="Ddylr05K+KaiTi" w:hAnsi="Ddylr05K+KaiTi" w:eastAsia="Ddylr05K+KaiTi"/>
          <w:color w:val="000000"/>
          <w:sz w:val="28"/>
        </w:rPr>
        <w:t>临</w:t>
      </w:r>
      <w:r>
        <w:rPr>
          <w:rFonts w:ascii="Ddylr05K+KaiTi" w:hAnsi="Ddylr05K+KaiTi" w:eastAsia="Ddylr05K+KaiTi"/>
          <w:color w:val="000000"/>
          <w:sz w:val="28"/>
        </w:rPr>
        <w:t>沂沂</w:t>
      </w:r>
      <w:r>
        <w:rPr>
          <w:spacing w:val="-2"/>
          <w:rFonts w:ascii="Ddylr05K+KaiTi" w:hAnsi="Ddylr05K+KaiTi" w:eastAsia="Ddylr05K+KaiTi"/>
          <w:color w:val="000000"/>
          <w:sz w:val="28"/>
        </w:rPr>
        <w:t>河</w:t>
      </w:r>
      <w:r>
        <w:rPr>
          <w:rFonts w:ascii="Ddylr05K+KaiTi" w:hAnsi="Ddylr05K+KaiTi" w:eastAsia="Ddylr05K+KaiTi"/>
          <w:color w:val="000000"/>
          <w:sz w:val="28"/>
        </w:rPr>
        <w:t>新区</w:t>
      </w:r>
      <w:r>
        <w:rPr>
          <w:spacing w:val="-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程机</w:t>
      </w:r>
      <w:r>
        <w:rPr>
          <w:spacing w:val="-2"/>
          <w:rFonts w:ascii="Ddylr05K+KaiTi" w:hAnsi="Ddylr05K+KaiTi" w:eastAsia="Ddylr05K+KaiTi"/>
          <w:color w:val="000000"/>
          <w:sz w:val="28"/>
        </w:rPr>
        <w:t>械</w:t>
      </w:r>
      <w:r>
        <w:rPr>
          <w:rFonts w:ascii="Ddylr05K+KaiTi" w:hAnsi="Ddylr05K+KaiTi" w:eastAsia="Ddylr05K+KaiTi"/>
          <w:color w:val="000000"/>
          <w:sz w:val="28"/>
        </w:rPr>
        <w:t>产业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集</w:t>
      </w:r>
      <w:r>
        <w:rPr>
          <w:rFonts w:ascii="Ddylr05K+KaiTi" w:hAnsi="Ddylr05K+KaiTi" w:eastAsia="Ddylr05K+KaiTi"/>
          <w:color w:val="000000"/>
          <w:sz w:val="28"/>
        </w:rPr>
        <w:t>群的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发</w:t>
      </w:r>
      <w:r>
        <w:rPr>
          <w:rFonts w:ascii="Ddylr05K+KaiTi" w:hAnsi="Ddylr05K+KaiTi" w:eastAsia="Ddylr05K+KaiTi"/>
          <w:color w:val="000000"/>
          <w:sz w:val="28"/>
        </w:rPr>
        <w:t>展壮</w:t>
      </w:r>
      <w:r>
        <w:rPr>
          <w:spacing w:val="-2"/>
          <w:rFonts w:ascii="Ddylr05K+KaiTi" w:hAnsi="Ddylr05K+KaiTi" w:eastAsia="Ddylr05K+KaiTi"/>
          <w:color w:val="000000"/>
          <w:sz w:val="28"/>
        </w:rPr>
        <w:t>大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确立</w:t>
      </w:r>
      <w:r>
        <w:rPr>
          <w:rFonts w:ascii="Ddylr05K+KaiTi" w:hAnsi="Ddylr05K+KaiTi" w:eastAsia="Ddylr05K+KaiTi"/>
          <w:color w:val="000000"/>
          <w:sz w:val="28"/>
        </w:rPr>
        <w:t>并加</w:t>
      </w:r>
      <w:r>
        <w:rPr>
          <w:spacing w:val="-2"/>
          <w:rFonts w:ascii="Ddylr05K+KaiTi" w:hAnsi="Ddylr05K+KaiTi" w:eastAsia="Ddylr05K+KaiTi"/>
          <w:color w:val="000000"/>
          <w:sz w:val="28"/>
        </w:rPr>
        <w:t>强</w:t>
      </w:r>
      <w:r>
        <w:rPr>
          <w:rFonts w:ascii="Ddylr05K+KaiTi" w:hAnsi="Ddylr05K+KaiTi" w:eastAsia="Ddylr05K+KaiTi"/>
          <w:color w:val="000000"/>
          <w:sz w:val="28"/>
        </w:rPr>
        <w:t>山东</w:t>
      </w:r>
      <w:r>
        <w:rPr>
          <w:spacing w:val="-2"/>
          <w:rFonts w:ascii="Ddylr05K+KaiTi" w:hAnsi="Ddylr05K+KaiTi" w:eastAsia="Ddylr05K+KaiTi"/>
          <w:color w:val="000000"/>
          <w:sz w:val="28"/>
        </w:rPr>
        <w:t>省</w:t>
      </w:r>
      <w:r>
        <w:rPr>
          <w:rFonts w:ascii="Ddylr05K+KaiTi" w:hAnsi="Ddylr05K+KaiTi" w:eastAsia="Ddylr05K+KaiTi"/>
          <w:color w:val="000000"/>
          <w:sz w:val="28"/>
        </w:rPr>
        <w:t>工程</w:t>
      </w:r>
      <w:r>
        <w:rPr>
          <w:spacing w:val="-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械行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在全</w:t>
      </w:r>
      <w:r>
        <w:rPr>
          <w:spacing w:val="-2"/>
          <w:rFonts w:ascii="Ddylr05K+KaiTi" w:hAnsi="Ddylr05K+KaiTi" w:eastAsia="Ddylr05K+KaiTi"/>
          <w:color w:val="000000"/>
          <w:sz w:val="28"/>
        </w:rPr>
        <w:t>国</w:t>
      </w:r>
      <w:r>
        <w:rPr>
          <w:rFonts w:ascii="Ddylr05K+KaiTi" w:hAnsi="Ddylr05K+KaiTi" w:eastAsia="Ddylr05K+KaiTi"/>
          <w:color w:val="000000"/>
          <w:sz w:val="28"/>
        </w:rPr>
        <w:t>的优</w:t>
      </w:r>
      <w:r>
        <w:rPr>
          <w:spacing w:val="-2"/>
          <w:rFonts w:ascii="Ddylr05K+KaiTi" w:hAnsi="Ddylr05K+KaiTi" w:eastAsia="Ddylr05K+KaiTi"/>
          <w:color w:val="000000"/>
          <w:sz w:val="28"/>
        </w:rPr>
        <w:t>势</w:t>
      </w:r>
      <w:r>
        <w:rPr>
          <w:rFonts w:ascii="Ddylr05K+KaiTi" w:hAnsi="Ddylr05K+KaiTi" w:eastAsia="Ddylr05K+KaiTi"/>
          <w:color w:val="000000"/>
          <w:sz w:val="28"/>
        </w:rPr>
        <w:t>地位。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1.</w:t>
      </w:r>
      <w:r>
        <w:rPr>
          <w:rFonts w:ascii="Ddylr05K+KaiTi" w:hAnsi="Ddylr05K+KaiTi" w:eastAsia="Ddylr05K+KaiTi"/>
          <w:b/>
          <w:color w:val="000000"/>
          <w:sz w:val="28"/>
        </w:rPr>
        <w:t>2.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2</w:t>
      </w:r>
      <w:r>
        <w:rPr>
          <w:rFonts w:ascii="Ddylr05K+KaiTi" w:hAnsi="Ddylr05K+KaiTi" w:eastAsia="Ddylr05K+KaiTi"/>
          <w:b/>
          <w:color w:val="000000"/>
          <w:sz w:val="28"/>
        </w:rPr>
        <w:t>受委托评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价</w:t>
      </w:r>
      <w:r>
        <w:rPr>
          <w:rFonts w:ascii="Ddylr05K+KaiTi" w:hAnsi="Ddylr05K+KaiTi" w:eastAsia="Ddylr05K+KaiTi"/>
          <w:b/>
          <w:color w:val="000000"/>
          <w:sz w:val="28"/>
        </w:rPr>
        <w:t>机构简介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山</w:t>
      </w:r>
      <w:r>
        <w:rPr>
          <w:spacing w:val="4"/>
          <w:rFonts w:ascii="Ddylr05K+KaiTi" w:hAnsi="Ddylr05K+KaiTi" w:eastAsia="Ddylr05K+KaiTi"/>
          <w:color w:val="000000"/>
          <w:sz w:val="28"/>
        </w:rPr>
        <w:t>东</w:t>
      </w:r>
      <w:r>
        <w:rPr>
          <w:rFonts w:ascii="Ddylr05K+KaiTi" w:hAnsi="Ddylr05K+KaiTi" w:eastAsia="Ddylr05K+KaiTi"/>
          <w:color w:val="000000"/>
          <w:sz w:val="28"/>
        </w:rPr>
        <w:t>质</w:t>
      </w:r>
      <w:r>
        <w:rPr>
          <w:spacing w:val="4"/>
          <w:rFonts w:ascii="Ddylr05K+KaiTi" w:hAnsi="Ddylr05K+KaiTi" w:eastAsia="Ddylr05K+KaiTi"/>
          <w:color w:val="000000"/>
          <w:sz w:val="28"/>
        </w:rPr>
        <w:t>联</w:t>
      </w:r>
      <w:r>
        <w:rPr>
          <w:rFonts w:ascii="Ddylr05K+KaiTi" w:hAnsi="Ddylr05K+KaiTi" w:eastAsia="Ddylr05K+KaiTi"/>
          <w:color w:val="000000"/>
          <w:sz w:val="28"/>
        </w:rPr>
        <w:t>认</w:t>
      </w:r>
      <w:r>
        <w:rPr>
          <w:spacing w:val="4"/>
          <w:rFonts w:ascii="Ddylr05K+KaiTi" w:hAnsi="Ddylr05K+KaiTi" w:eastAsia="Ddylr05K+KaiTi"/>
          <w:color w:val="000000"/>
          <w:sz w:val="28"/>
        </w:rPr>
        <w:t>证</w:t>
      </w:r>
      <w:r>
        <w:rPr>
          <w:rFonts w:ascii="Ddylr05K+KaiTi" w:hAnsi="Ddylr05K+KaiTi" w:eastAsia="Ddylr05K+KaiTi"/>
          <w:color w:val="000000"/>
          <w:sz w:val="28"/>
        </w:rPr>
        <w:t>有限</w:t>
      </w:r>
      <w:r>
        <w:rPr>
          <w:spacing w:val="2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司</w:t>
      </w:r>
      <w:r>
        <w:rPr>
          <w:spacing w:val="2"/>
          <w:rFonts w:ascii="Ddylr05K+KaiTi" w:hAnsi="Ddylr05K+KaiTi" w:eastAsia="Ddylr05K+KaiTi"/>
          <w:color w:val="000000"/>
          <w:sz w:val="28"/>
        </w:rPr>
        <w:t>位</w:t>
      </w:r>
      <w:r>
        <w:rPr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西</w:t>
      </w:r>
      <w:r>
        <w:rPr>
          <w:rFonts w:ascii="Ddylr05K+KaiTi" w:hAnsi="Ddylr05K+KaiTi" w:eastAsia="Ddylr05K+KaiTi"/>
          <w:color w:val="000000"/>
          <w:sz w:val="28"/>
        </w:rPr>
        <w:t>海岸</w:t>
      </w:r>
      <w:r>
        <w:rPr>
          <w:spacing w:val="2"/>
          <w:rFonts w:ascii="Ddylr05K+KaiTi" w:hAnsi="Ddylr05K+KaiTi" w:eastAsia="Ddylr05K+KaiTi"/>
          <w:color w:val="000000"/>
          <w:sz w:val="28"/>
        </w:rPr>
        <w:t>新</w:t>
      </w:r>
      <w:r>
        <w:rPr>
          <w:rFonts w:ascii="Ddylr05K+KaiTi" w:hAnsi="Ddylr05K+KaiTi" w:eastAsia="Ddylr05K+KaiTi"/>
          <w:color w:val="000000"/>
          <w:sz w:val="28"/>
        </w:rPr>
        <w:t>区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是</w:t>
      </w:r>
      <w:r>
        <w:rPr>
          <w:spacing w:val="2"/>
          <w:rFonts w:ascii="Ddylr05K+KaiTi" w:hAnsi="Ddylr05K+KaiTi" w:eastAsia="Ddylr05K+KaiTi"/>
          <w:color w:val="000000"/>
          <w:sz w:val="28"/>
        </w:rPr>
        <w:t>一</w:t>
      </w:r>
      <w:r>
        <w:rPr>
          <w:rFonts w:ascii="Ddylr05K+KaiTi" w:hAnsi="Ddylr05K+KaiTi" w:eastAsia="Ddylr05K+KaiTi"/>
          <w:color w:val="000000"/>
          <w:sz w:val="28"/>
        </w:rPr>
        <w:t>家</w:t>
      </w:r>
      <w:r>
        <w:rPr>
          <w:spacing w:val="72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年</w:t>
      </w:r>
      <w:r>
        <w:rPr>
          <w:spacing w:val="2"/>
          <w:rFonts w:ascii="Ddylr05K+KaiTi" w:hAnsi="Ddylr05K+KaiTi" w:eastAsia="Ddylr05K+KaiTi"/>
          <w:color w:val="000000"/>
          <w:sz w:val="28"/>
        </w:rPr>
        <w:t>注</w:t>
      </w:r>
      <w:r>
        <w:rPr>
          <w:rFonts w:ascii="Ddylr05K+KaiTi" w:hAnsi="Ddylr05K+KaiTi" w:eastAsia="Ddylr05K+KaiTi"/>
          <w:color w:val="000000"/>
          <w:sz w:val="28"/>
        </w:rPr>
        <w:t>册</w:t>
      </w:r>
      <w:r>
        <w:rPr>
          <w:spacing w:val="4"/>
          <w:rFonts w:ascii="Ddylr05K+KaiTi" w:hAnsi="Ddylr05K+KaiTi" w:eastAsia="Ddylr05K+KaiTi"/>
          <w:color w:val="000000"/>
          <w:sz w:val="28"/>
        </w:rPr>
        <w:t>成</w:t>
      </w:r>
      <w:r>
        <w:rPr>
          <w:spacing w:val="6"/>
          <w:rFonts w:ascii="Ddylr05K+KaiTi" w:hAnsi="Ddylr05K+KaiTi" w:eastAsia="Ddylr05K+KaiTi"/>
          <w:color w:val="000000"/>
          <w:sz w:val="28"/>
        </w:rPr>
        <w:t>立</w:t>
      </w:r>
      <w:r>
        <w:rPr>
          <w:spacing w:val="4"/>
          <w:rFonts w:ascii="Ddylr05K+KaiTi" w:hAnsi="Ddylr05K+KaiTi" w:eastAsia="Ddylr05K+KaiTi"/>
          <w:color w:val="000000"/>
          <w:sz w:val="28"/>
        </w:rPr>
        <w:t>的专业</w:t>
      </w:r>
      <w:r>
        <w:rPr>
          <w:spacing w:val="6"/>
          <w:rFonts w:ascii="Ddylr05K+KaiTi" w:hAnsi="Ddylr05K+KaiTi" w:eastAsia="Ddylr05K+KaiTi"/>
          <w:color w:val="000000"/>
          <w:sz w:val="28"/>
        </w:rPr>
        <w:t>认证</w:t>
      </w:r>
      <w:r>
        <w:rPr>
          <w:spacing w:val="4"/>
          <w:rFonts w:ascii="Ddylr05K+KaiTi" w:hAnsi="Ddylr05K+KaiTi" w:eastAsia="Ddylr05K+KaiTi"/>
          <w:color w:val="000000"/>
          <w:sz w:val="28"/>
        </w:rPr>
        <w:t>机构，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备案</w:t>
      </w:r>
      <w:r>
        <w:rPr>
          <w:spacing w:val="4"/>
          <w:rFonts w:ascii="Ddylr05K+KaiTi" w:hAnsi="Ddylr05K+KaiTi" w:eastAsia="Ddylr05K+KaiTi"/>
          <w:color w:val="000000"/>
          <w:sz w:val="28"/>
        </w:rPr>
        <w:t>号</w:t>
      </w:r>
      <w:r>
        <w:rPr>
          <w:spacing w:val="74"/>
          <w:rFonts w:ascii="Ddylr05K+KaiTi" w:hAnsi="Ddylr05K+KaiTi" w:eastAsia="Ddylr05K+KaiTi"/>
          <w:color w:val="000000"/>
          <w:sz w:val="28"/>
        </w:rPr>
        <w:t>为</w:t>
      </w:r>
      <w:r>
        <w:rPr>
          <w:rFonts w:ascii="Ddylr05K+KaiTi" w:hAnsi="Ddylr05K+KaiTi" w:eastAsia="Ddylr05K+KaiTi"/>
          <w:color w:val="000000"/>
          <w:sz w:val="28"/>
        </w:rPr>
        <w:t>CN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A-</w:t>
      </w:r>
      <w:r>
        <w:rPr>
          <w:spacing w:val="-2"/>
          <w:rFonts w:ascii="Ddylr05K+KaiTi" w:hAnsi="Ddylr05K+KaiTi" w:eastAsia="Ddylr05K+KaiTi"/>
          <w:color w:val="000000"/>
          <w:sz w:val="28"/>
        </w:rPr>
        <w:t>R</w:t>
      </w:r>
      <w:r>
        <w:rPr>
          <w:rFonts w:ascii="Ddylr05K+KaiTi" w:hAnsi="Ddylr05K+KaiTi" w:eastAsia="Ddylr05K+KaiTi"/>
          <w:color w:val="000000"/>
          <w:sz w:val="28"/>
        </w:rPr>
        <w:t>-2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22</w:t>
      </w:r>
      <w:r>
        <w:rPr>
          <w:spacing w:val="-2"/>
          <w:rFonts w:ascii="Ddylr05K+KaiTi" w:hAnsi="Ddylr05K+KaiTi" w:eastAsia="Ddylr05K+KaiTi"/>
          <w:color w:val="000000"/>
          <w:sz w:val="28"/>
        </w:rPr>
        <w:t>-</w:t>
      </w:r>
      <w:r>
        <w:rPr>
          <w:rFonts w:ascii="Ddylr05K+KaiTi" w:hAnsi="Ddylr05K+KaiTi" w:eastAsia="Ddylr05K+KaiTi"/>
          <w:color w:val="000000"/>
          <w:sz w:val="28"/>
        </w:rPr>
        <w:t>10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spacing w:val="4"/>
          <w:rFonts w:ascii="Ddylr05K+KaiTi" w:hAnsi="Ddylr05K+KaiTi" w:eastAsia="Ddylr05K+KaiTi"/>
          <w:color w:val="000000"/>
          <w:sz w:val="28"/>
        </w:rPr>
        <w:t>2</w:t>
      </w:r>
      <w:r>
        <w:rPr>
          <w:spacing w:val="6"/>
          <w:rFonts w:ascii="Ddylr05K+KaiTi" w:hAnsi="Ddylr05K+KaiTi" w:eastAsia="Ddylr05K+KaiTi"/>
          <w:color w:val="000000"/>
          <w:sz w:val="28"/>
        </w:rPr>
        <w:t>。公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司主要</w:t>
      </w:r>
      <w:r>
        <w:rPr>
          <w:spacing w:val="6"/>
          <w:rFonts w:ascii="Ddylr05K+KaiTi" w:hAnsi="Ddylr05K+KaiTi" w:eastAsia="Ddylr05K+KaiTi"/>
          <w:color w:val="000000"/>
          <w:sz w:val="28"/>
        </w:rPr>
        <w:t>致</w:t>
      </w:r>
      <w:r>
        <w:rPr>
          <w:rFonts w:ascii="Ddylr05K+KaiTi" w:hAnsi="Ddylr05K+KaiTi" w:eastAsia="Ddylr05K+KaiTi"/>
          <w:color w:val="000000"/>
          <w:sz w:val="28"/>
        </w:rPr>
        <w:t>力</w:t>
      </w:r>
      <w:r>
        <w:rPr>
          <w:spacing w:val="70"/>
          <w:rFonts w:ascii="Ddylr05K+KaiTi" w:hAnsi="Ddylr05K+KaiTi" w:eastAsia="Ddylr05K+KaiTi"/>
          <w:color w:val="000000"/>
          <w:sz w:val="28"/>
        </w:rPr>
        <w:t>于</w:t>
      </w:r>
      <w:r>
        <w:rPr>
          <w:spacing w:val="-2"/>
          <w:rFonts w:ascii="Ddylr05K+KaiTi" w:hAnsi="Ddylr05K+KaiTi" w:eastAsia="Ddylr05K+KaiTi"/>
          <w:color w:val="000000"/>
          <w:sz w:val="28"/>
        </w:rPr>
        <w:t>I</w:t>
      </w:r>
      <w:r>
        <w:rPr>
          <w:spacing w:val="2"/>
          <w:rFonts w:ascii="Ddylr05K+KaiTi" w:hAnsi="Ddylr05K+KaiTi" w:eastAsia="Ddylr05K+KaiTi"/>
          <w:color w:val="000000"/>
          <w:sz w:val="28"/>
        </w:rPr>
        <w:t>S</w:t>
      </w:r>
      <w:r>
        <w:rPr>
          <w:spacing w:val="-2"/>
          <w:rFonts w:ascii="Ddylr05K+KaiTi" w:hAnsi="Ddylr05K+KaiTi" w:eastAsia="Ddylr05K+KaiTi"/>
          <w:color w:val="000000"/>
          <w:sz w:val="28"/>
        </w:rPr>
        <w:t>O9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0"/>
          <w:rFonts w:ascii="Ddylr05K+KaiTi" w:hAnsi="Ddylr05K+KaiTi" w:eastAsia="Ddylr05K+KaiTi"/>
          <w:color w:val="000000"/>
          <w:sz w:val="28"/>
        </w:rPr>
        <w:t>1</w:t>
      </w:r>
      <w:r>
        <w:rPr>
          <w:spacing w:val="4"/>
          <w:rFonts w:ascii="Ddylr05K+KaiTi" w:hAnsi="Ddylr05K+KaiTi" w:eastAsia="Ddylr05K+KaiTi"/>
          <w:color w:val="000000"/>
          <w:sz w:val="28"/>
        </w:rPr>
        <w:t>质</w:t>
      </w:r>
      <w:r>
        <w:rPr>
          <w:rFonts w:ascii="Ddylr05K+KaiTi" w:hAnsi="Ddylr05K+KaiTi" w:eastAsia="Ddylr05K+KaiTi"/>
          <w:color w:val="000000"/>
          <w:sz w:val="28"/>
        </w:rPr>
        <w:t>量</w:t>
      </w:r>
      <w:r>
        <w:rPr>
          <w:spacing w:val="4"/>
          <w:rFonts w:ascii="Ddylr05K+KaiTi" w:hAnsi="Ddylr05K+KaiTi" w:eastAsia="Ddylr05K+KaiTi"/>
          <w:color w:val="000000"/>
          <w:sz w:val="28"/>
        </w:rPr>
        <w:t>管</w:t>
      </w:r>
      <w:r>
        <w:rPr>
          <w:spacing w:val="2"/>
          <w:rFonts w:ascii="Ddylr05K+KaiTi" w:hAnsi="Ddylr05K+KaiTi" w:eastAsia="Ddylr05K+KaiTi"/>
          <w:color w:val="000000"/>
          <w:sz w:val="28"/>
        </w:rPr>
        <w:t>理</w:t>
      </w:r>
      <w:r>
        <w:rPr>
          <w:rFonts w:ascii="Ddylr05K+KaiTi" w:hAnsi="Ddylr05K+KaiTi" w:eastAsia="Ddylr05K+KaiTi"/>
          <w:color w:val="000000"/>
          <w:sz w:val="28"/>
        </w:rPr>
        <w:t>体</w:t>
      </w:r>
      <w:r>
        <w:rPr>
          <w:spacing w:val="2"/>
          <w:rFonts w:ascii="Ddylr05K+KaiTi" w:hAnsi="Ddylr05K+KaiTi" w:eastAsia="Ddylr05K+KaiTi"/>
          <w:color w:val="000000"/>
          <w:sz w:val="28"/>
        </w:rPr>
        <w:t>系、I</w:t>
      </w:r>
      <w:r>
        <w:rPr>
          <w:spacing w:val="-2"/>
          <w:rFonts w:ascii="Ddylr05K+KaiTi" w:hAnsi="Ddylr05K+KaiTi" w:eastAsia="Ddylr05K+KaiTi"/>
          <w:color w:val="000000"/>
          <w:sz w:val="28"/>
        </w:rPr>
        <w:t>S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4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70"/>
          <w:rFonts w:ascii="Ddylr05K+KaiTi" w:hAnsi="Ddylr05K+KaiTi" w:eastAsia="Ddylr05K+KaiTi"/>
          <w:color w:val="000000"/>
          <w:sz w:val="28"/>
        </w:rPr>
        <w:t>1</w:t>
      </w:r>
      <w:r>
        <w:rPr>
          <w:spacing w:val="2"/>
          <w:rFonts w:ascii="Ddylr05K+KaiTi" w:hAnsi="Ddylr05K+KaiTi" w:eastAsia="Ddylr05K+KaiTi"/>
          <w:color w:val="000000"/>
          <w:sz w:val="28"/>
        </w:rPr>
        <w:t>环</w:t>
      </w:r>
      <w:r>
        <w:rPr>
          <w:rFonts w:ascii="Ddylr05K+KaiTi" w:hAnsi="Ddylr05K+KaiTi" w:eastAsia="Ddylr05K+KaiTi"/>
          <w:color w:val="000000"/>
          <w:sz w:val="28"/>
        </w:rPr>
        <w:t>境</w:t>
      </w:r>
      <w:r>
        <w:rPr>
          <w:spacing w:val="2"/>
          <w:rFonts w:ascii="Ddylr05K+KaiTi" w:hAnsi="Ddylr05K+KaiTi" w:eastAsia="Ddylr05K+KaiTi"/>
          <w:color w:val="000000"/>
          <w:sz w:val="28"/>
        </w:rPr>
        <w:t>管理</w:t>
      </w:r>
      <w:r>
        <w:rPr>
          <w:rFonts w:ascii="Ddylr05K+KaiTi" w:hAnsi="Ddylr05K+KaiTi" w:eastAsia="Ddylr05K+KaiTi"/>
          <w:color w:val="000000"/>
          <w:sz w:val="28"/>
        </w:rPr>
        <w:t>体</w:t>
      </w:r>
      <w:r>
        <w:rPr>
          <w:spacing w:val="2"/>
          <w:rFonts w:ascii="Ddylr05K+KaiTi" w:hAnsi="Ddylr05K+KaiTi" w:eastAsia="Ddylr05K+KaiTi"/>
          <w:color w:val="000000"/>
          <w:sz w:val="28"/>
        </w:rPr>
        <w:t>系、</w:t>
      </w:r>
      <w:r>
        <w:rPr>
          <w:rFonts w:ascii="Ddylr05K+KaiTi" w:hAnsi="Ddylr05K+KaiTi" w:eastAsia="Ddylr05K+KaiTi"/>
          <w:color w:val="000000"/>
          <w:sz w:val="28"/>
        </w:rPr>
        <w:t>IS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28"/>
        </w:rPr>
        <w:t>45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70"/>
          <w:rFonts w:ascii="Ddylr05K+KaiTi" w:hAnsi="Ddylr05K+KaiTi" w:eastAsia="Ddylr05K+KaiTi"/>
          <w:color w:val="000000"/>
          <w:sz w:val="28"/>
        </w:rPr>
        <w:t>1</w:t>
      </w:r>
      <w:r>
        <w:rPr>
          <w:spacing w:val="2"/>
          <w:rFonts w:ascii="Ddylr05K+KaiTi" w:hAnsi="Ddylr05K+KaiTi" w:eastAsia="Ddylr05K+KaiTi"/>
          <w:color w:val="000000"/>
          <w:sz w:val="28"/>
        </w:rPr>
        <w:t>职</w:t>
      </w:r>
      <w:r>
        <w:rPr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健</w:t>
      </w:r>
      <w:r>
        <w:rPr>
          <w:spacing w:val="8"/>
          <w:rFonts w:ascii="Ddylr05K+KaiTi" w:hAnsi="Ddylr05K+KaiTi" w:eastAsia="Ddylr05K+KaiTi"/>
          <w:color w:val="000000"/>
          <w:sz w:val="28"/>
        </w:rPr>
        <w:t>康</w:t>
      </w:r>
      <w:r>
        <w:rPr>
          <w:spacing w:val="6"/>
          <w:rFonts w:ascii="Ddylr05K+KaiTi" w:hAnsi="Ddylr05K+KaiTi" w:eastAsia="Ddylr05K+KaiTi"/>
          <w:color w:val="000000"/>
          <w:sz w:val="28"/>
        </w:rPr>
        <w:t>安</w:t>
      </w:r>
      <w:r>
        <w:rPr>
          <w:spacing w:val="8"/>
          <w:rFonts w:ascii="Ddylr05K+KaiTi" w:hAnsi="Ddylr05K+KaiTi" w:eastAsia="Ddylr05K+KaiTi"/>
          <w:color w:val="000000"/>
          <w:sz w:val="28"/>
        </w:rPr>
        <w:t>全</w:t>
      </w:r>
      <w:r>
        <w:rPr>
          <w:spacing w:val="4"/>
          <w:rFonts w:ascii="Ddylr05K+KaiTi" w:hAnsi="Ddylr05K+KaiTi" w:eastAsia="Ddylr05K+KaiTi"/>
          <w:color w:val="000000"/>
          <w:sz w:val="28"/>
        </w:rPr>
        <w:t>管</w:t>
      </w:r>
      <w:r>
        <w:rPr>
          <w:spacing w:val="6"/>
          <w:rFonts w:ascii="Ddylr05K+KaiTi" w:hAnsi="Ddylr05K+KaiTi" w:eastAsia="Ddylr05K+KaiTi"/>
          <w:color w:val="000000"/>
          <w:sz w:val="28"/>
        </w:rPr>
        <w:t>理</w:t>
      </w:r>
      <w:r>
        <w:rPr>
          <w:spacing w:val="4"/>
          <w:rFonts w:ascii="Ddylr05K+KaiTi" w:hAnsi="Ddylr05K+KaiTi" w:eastAsia="Ddylr05K+KaiTi"/>
          <w:color w:val="000000"/>
          <w:sz w:val="28"/>
        </w:rPr>
        <w:t>体系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诚</w:t>
      </w:r>
      <w:r>
        <w:rPr>
          <w:spacing w:val="8"/>
          <w:rFonts w:ascii="Ddylr05K+KaiTi" w:hAnsi="Ddylr05K+KaiTi" w:eastAsia="Ddylr05K+KaiTi"/>
          <w:color w:val="000000"/>
          <w:sz w:val="28"/>
        </w:rPr>
        <w:t>信</w:t>
      </w:r>
      <w:r>
        <w:rPr>
          <w:spacing w:val="6"/>
          <w:rFonts w:ascii="Ddylr05K+KaiTi" w:hAnsi="Ddylr05K+KaiTi" w:eastAsia="Ddylr05K+KaiTi"/>
          <w:color w:val="000000"/>
          <w:sz w:val="28"/>
        </w:rPr>
        <w:t>管</w:t>
      </w:r>
      <w:r>
        <w:rPr>
          <w:spacing w:val="8"/>
          <w:rFonts w:ascii="Ddylr05K+KaiTi" w:hAnsi="Ddylr05K+KaiTi" w:eastAsia="Ddylr05K+KaiTi"/>
          <w:color w:val="000000"/>
          <w:sz w:val="28"/>
        </w:rPr>
        <w:t>理</w:t>
      </w:r>
      <w:r>
        <w:rPr>
          <w:spacing w:val="4"/>
          <w:rFonts w:ascii="Ddylr05K+KaiTi" w:hAnsi="Ddylr05K+KaiTi" w:eastAsia="Ddylr05K+KaiTi"/>
          <w:color w:val="000000"/>
          <w:sz w:val="28"/>
        </w:rPr>
        <w:t>体</w:t>
      </w:r>
      <w:r>
        <w:rPr>
          <w:spacing w:val="6"/>
          <w:rFonts w:ascii="Ddylr05K+KaiTi" w:hAnsi="Ddylr05K+KaiTi" w:eastAsia="Ddylr05K+KaiTi"/>
          <w:color w:val="000000"/>
          <w:sz w:val="28"/>
        </w:rPr>
        <w:t>系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、有</w:t>
      </w:r>
      <w:r>
        <w:rPr>
          <w:spacing w:val="8"/>
          <w:rFonts w:ascii="Ddylr05K+KaiTi" w:hAnsi="Ddylr05K+KaiTi" w:eastAsia="Ddylr05K+KaiTi"/>
          <w:color w:val="000000"/>
          <w:sz w:val="28"/>
        </w:rPr>
        <w:t>害</w:t>
      </w:r>
      <w:r>
        <w:rPr>
          <w:spacing w:val="6"/>
          <w:rFonts w:ascii="Ddylr05K+KaiTi" w:hAnsi="Ddylr05K+KaiTi" w:eastAsia="Ddylr05K+KaiTi"/>
          <w:color w:val="000000"/>
          <w:sz w:val="28"/>
        </w:rPr>
        <w:t>物</w:t>
      </w:r>
      <w:r>
        <w:rPr>
          <w:spacing w:val="8"/>
          <w:rFonts w:ascii="Ddylr05K+KaiTi" w:hAnsi="Ddylr05K+KaiTi" w:eastAsia="Ddylr05K+KaiTi"/>
          <w:color w:val="000000"/>
          <w:sz w:val="28"/>
        </w:rPr>
        <w:t>质</w:t>
      </w:r>
      <w:r>
        <w:rPr>
          <w:spacing w:val="6"/>
          <w:rFonts w:ascii="Ddylr05K+KaiTi" w:hAnsi="Ddylr05K+KaiTi" w:eastAsia="Ddylr05K+KaiTi"/>
          <w:color w:val="000000"/>
          <w:sz w:val="28"/>
        </w:rPr>
        <w:t>管</w:t>
      </w:r>
      <w:r>
        <w:rPr>
          <w:spacing w:val="8"/>
          <w:rFonts w:ascii="Ddylr05K+KaiTi" w:hAnsi="Ddylr05K+KaiTi" w:eastAsia="Ddylr05K+KaiTi"/>
          <w:color w:val="000000"/>
          <w:sz w:val="28"/>
        </w:rPr>
        <w:t>理</w:t>
      </w:r>
      <w:r>
        <w:rPr>
          <w:spacing w:val="4"/>
          <w:rFonts w:ascii="Ddylr05K+KaiTi" w:hAnsi="Ddylr05K+KaiTi" w:eastAsia="Ddylr05K+KaiTi"/>
          <w:color w:val="000000"/>
          <w:sz w:val="28"/>
        </w:rPr>
        <w:t>体系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售</w:t>
      </w:r>
      <w:r>
        <w:rPr>
          <w:spacing w:val="8"/>
          <w:rFonts w:ascii="Ddylr05K+KaiTi" w:hAnsi="Ddylr05K+KaiTi" w:eastAsia="Ddylr05K+KaiTi"/>
          <w:color w:val="000000"/>
          <w:sz w:val="28"/>
        </w:rPr>
        <w:t>后</w:t>
      </w:r>
      <w:r>
        <w:rPr>
          <w:spacing w:val="6"/>
          <w:rFonts w:ascii="Ddylr05K+KaiTi" w:hAnsi="Ddylr05K+KaiTi" w:eastAsia="Ddylr05K+KaiTi"/>
          <w:color w:val="000000"/>
          <w:sz w:val="28"/>
        </w:rPr>
        <w:t>服</w:t>
      </w:r>
      <w:r>
        <w:rPr>
          <w:rFonts w:ascii="Ddylr05K+KaiTi" w:hAnsi="Ddylr05K+KaiTi" w:eastAsia="Ddylr05K+KaiTi"/>
          <w:color w:val="000000"/>
          <w:sz w:val="28"/>
        </w:rPr>
        <w:t>务</w:t>
      </w:r>
      <w:r>
        <w:rPr>
          <w:spacing w:val="4"/>
          <w:rFonts w:ascii="Ddylr05K+KaiTi" w:hAnsi="Ddylr05K+KaiTi" w:eastAsia="Ddylr05K+KaiTi"/>
          <w:color w:val="000000"/>
          <w:sz w:val="28"/>
        </w:rPr>
        <w:t>管</w:t>
      </w:r>
      <w:r>
        <w:rPr>
          <w:spacing w:val="8"/>
          <w:rFonts w:ascii="Ddylr05K+KaiTi" w:hAnsi="Ddylr05K+KaiTi" w:eastAsia="Ddylr05K+KaiTi"/>
          <w:color w:val="000000"/>
          <w:sz w:val="28"/>
        </w:rPr>
        <w:t>理</w:t>
      </w:r>
      <w:r>
        <w:rPr>
          <w:spacing w:val="6"/>
          <w:rFonts w:ascii="Ddylr05K+KaiTi" w:hAnsi="Ddylr05K+KaiTi" w:eastAsia="Ddylr05K+KaiTi"/>
          <w:color w:val="000000"/>
          <w:sz w:val="28"/>
        </w:rPr>
        <w:t>体</w:t>
      </w:r>
      <w:r>
        <w:rPr>
          <w:spacing w:val="8"/>
          <w:rFonts w:ascii="Ddylr05K+KaiTi" w:hAnsi="Ddylr05K+KaiTi" w:eastAsia="Ddylr05K+KaiTi"/>
          <w:color w:val="000000"/>
          <w:sz w:val="28"/>
        </w:rPr>
        <w:t>系</w:t>
      </w:r>
      <w:r>
        <w:rPr>
          <w:spacing w:val="4"/>
          <w:rFonts w:ascii="Ddylr05K+KaiTi" w:hAnsi="Ddylr05K+KaiTi" w:eastAsia="Ddylr05K+KaiTi"/>
          <w:color w:val="000000"/>
          <w:sz w:val="28"/>
        </w:rPr>
        <w:t>以</w:t>
      </w:r>
      <w:r>
        <w:rPr>
          <w:spacing w:val="6"/>
          <w:rFonts w:ascii="Ddylr05K+KaiTi" w:hAnsi="Ddylr05K+KaiTi" w:eastAsia="Ddylr05K+KaiTi"/>
          <w:color w:val="000000"/>
          <w:sz w:val="28"/>
        </w:rPr>
        <w:t>及</w:t>
      </w:r>
      <w:r>
        <w:rPr>
          <w:spacing w:val="4"/>
          <w:rFonts w:ascii="Ddylr05K+KaiTi" w:hAnsi="Ddylr05K+KaiTi" w:eastAsia="Ddylr05K+KaiTi"/>
          <w:color w:val="000000"/>
          <w:sz w:val="28"/>
        </w:rPr>
        <w:t>绿色</w:t>
      </w:r>
      <w:r>
        <w:rPr>
          <w:spacing w:val="8"/>
          <w:rFonts w:ascii="Ddylr05K+KaiTi" w:hAnsi="Ddylr05K+KaiTi" w:eastAsia="Ddylr05K+KaiTi"/>
          <w:color w:val="000000"/>
          <w:sz w:val="28"/>
        </w:rPr>
        <w:t>供</w:t>
      </w:r>
      <w:r>
        <w:rPr>
          <w:spacing w:val="6"/>
          <w:rFonts w:ascii="Ddylr05K+KaiTi" w:hAnsi="Ddylr05K+KaiTi" w:eastAsia="Ddylr05K+KaiTi"/>
          <w:color w:val="000000"/>
          <w:sz w:val="28"/>
        </w:rPr>
        <w:t>应</w:t>
      </w:r>
      <w:r>
        <w:rPr>
          <w:spacing w:val="8"/>
          <w:rFonts w:ascii="Ddylr05K+KaiTi" w:hAnsi="Ddylr05K+KaiTi" w:eastAsia="Ddylr05K+KaiTi"/>
          <w:color w:val="000000"/>
          <w:sz w:val="28"/>
        </w:rPr>
        <w:t>链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8"/>
          <w:rFonts w:ascii="Ddylr05K+KaiTi" w:hAnsi="Ddylr05K+KaiTi" w:eastAsia="Ddylr05K+KaiTi"/>
          <w:color w:val="000000"/>
          <w:sz w:val="28"/>
        </w:rPr>
        <w:t>多</w:t>
      </w:r>
      <w:r>
        <w:rPr>
          <w:spacing w:val="4"/>
          <w:rFonts w:ascii="Ddylr05K+KaiTi" w:hAnsi="Ddylr05K+KaiTi" w:eastAsia="Ddylr05K+KaiTi"/>
          <w:color w:val="000000"/>
          <w:sz w:val="28"/>
        </w:rPr>
        <w:t>个</w:t>
      </w:r>
      <w:r>
        <w:rPr>
          <w:spacing w:val="6"/>
          <w:rFonts w:ascii="Ddylr05K+KaiTi" w:hAnsi="Ddylr05K+KaiTi" w:eastAsia="Ddylr05K+KaiTi"/>
          <w:color w:val="000000"/>
          <w:sz w:val="28"/>
        </w:rPr>
        <w:t>领</w:t>
      </w:r>
      <w:r>
        <w:rPr>
          <w:spacing w:val="4"/>
          <w:rFonts w:ascii="Ddylr05K+KaiTi" w:hAnsi="Ddylr05K+KaiTi" w:eastAsia="Ddylr05K+KaiTi"/>
          <w:color w:val="000000"/>
          <w:sz w:val="28"/>
        </w:rPr>
        <w:t>域的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管</w:t>
      </w:r>
      <w:r>
        <w:rPr>
          <w:spacing w:val="6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体</w:t>
      </w:r>
      <w:r>
        <w:rPr>
          <w:spacing w:val="6"/>
          <w:rFonts w:ascii="Ddylr05K+KaiTi" w:hAnsi="Ddylr05K+KaiTi" w:eastAsia="Ddylr05K+KaiTi"/>
          <w:color w:val="000000"/>
          <w:sz w:val="28"/>
        </w:rPr>
        <w:t>系</w:t>
      </w:r>
      <w:r>
        <w:rPr>
          <w:spacing w:val="8"/>
          <w:rFonts w:ascii="Ddylr05K+KaiTi" w:hAnsi="Ddylr05K+KaiTi" w:eastAsia="Ddylr05K+KaiTi"/>
          <w:color w:val="000000"/>
          <w:sz w:val="28"/>
        </w:rPr>
        <w:t>认</w:t>
      </w:r>
      <w:r>
        <w:rPr>
          <w:spacing w:val="4"/>
          <w:rFonts w:ascii="Ddylr05K+KaiTi" w:hAnsi="Ddylr05K+KaiTi" w:eastAsia="Ddylr05K+KaiTi"/>
          <w:color w:val="000000"/>
          <w:sz w:val="28"/>
        </w:rPr>
        <w:t>证。</w:t>
      </w:r>
      <w:r>
        <w:rPr>
          <w:spacing w:val="6"/>
          <w:rFonts w:ascii="Ddylr05K+KaiTi" w:hAnsi="Ddylr05K+KaiTi" w:eastAsia="Ddylr05K+KaiTi"/>
          <w:color w:val="000000"/>
          <w:sz w:val="28"/>
        </w:rPr>
        <w:t>目</w:t>
      </w:r>
      <w:r>
        <w:rPr>
          <w:spacing w:val="4"/>
          <w:rFonts w:ascii="Ddylr05K+KaiTi" w:hAnsi="Ddylr05K+KaiTi" w:eastAsia="Ddylr05K+KaiTi"/>
          <w:color w:val="000000"/>
          <w:sz w:val="28"/>
        </w:rPr>
        <w:t>前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质</w:t>
      </w:r>
      <w:r>
        <w:rPr>
          <w:rFonts w:ascii="Ddylr05K+KaiTi" w:hAnsi="Ddylr05K+KaiTi" w:eastAsia="Ddylr05K+KaiTi"/>
          <w:color w:val="000000"/>
          <w:sz w:val="28"/>
        </w:rPr>
        <w:t>联</w:t>
      </w:r>
      <w:r>
        <w:rPr>
          <w:spacing w:val="4"/>
          <w:rFonts w:ascii="Ddylr05K+KaiTi" w:hAnsi="Ddylr05K+KaiTi" w:eastAsia="Ddylr05K+KaiTi"/>
          <w:color w:val="000000"/>
          <w:sz w:val="28"/>
        </w:rPr>
        <w:t>正</w:t>
      </w: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6"/>
          <w:rFonts w:ascii="Ddylr05K+KaiTi" w:hAnsi="Ddylr05K+KaiTi" w:eastAsia="Ddylr05K+KaiTi"/>
          <w:color w:val="000000"/>
          <w:sz w:val="28"/>
        </w:rPr>
        <w:t>积</w:t>
      </w:r>
      <w:r>
        <w:rPr>
          <w:spacing w:val="8"/>
          <w:rFonts w:ascii="Ddylr05K+KaiTi" w:hAnsi="Ddylr05K+KaiTi" w:eastAsia="Ddylr05K+KaiTi"/>
          <w:color w:val="000000"/>
          <w:sz w:val="28"/>
        </w:rPr>
        <w:t>极</w:t>
      </w:r>
      <w:r>
        <w:rPr>
          <w:spacing w:val="4"/>
          <w:rFonts w:ascii="Ddylr05K+KaiTi" w:hAnsi="Ddylr05K+KaiTi" w:eastAsia="Ddylr05K+KaiTi"/>
          <w:color w:val="000000"/>
          <w:sz w:val="28"/>
        </w:rPr>
        <w:t>扩</w:t>
      </w:r>
      <w:r>
        <w:rPr>
          <w:spacing w:val="6"/>
          <w:rFonts w:ascii="Ddylr05K+KaiTi" w:hAnsi="Ddylr05K+KaiTi" w:eastAsia="Ddylr05K+KaiTi"/>
          <w:color w:val="000000"/>
          <w:sz w:val="28"/>
        </w:rPr>
        <w:t>展</w:t>
      </w:r>
      <w:r>
        <w:rPr>
          <w:spacing w:val="4"/>
          <w:rFonts w:ascii="Ddylr05K+KaiTi" w:hAnsi="Ddylr05K+KaiTi" w:eastAsia="Ddylr05K+KaiTi"/>
          <w:color w:val="000000"/>
          <w:sz w:val="28"/>
        </w:rPr>
        <w:t>其认</w:t>
      </w:r>
      <w:r>
        <w:rPr>
          <w:spacing w:val="8"/>
          <w:rFonts w:ascii="Ddylr05K+KaiTi" w:hAnsi="Ddylr05K+KaiTi" w:eastAsia="Ddylr05K+KaiTi"/>
          <w:color w:val="000000"/>
          <w:sz w:val="28"/>
        </w:rPr>
        <w:t>证</w:t>
      </w:r>
      <w:r>
        <w:rPr>
          <w:spacing w:val="6"/>
          <w:rFonts w:ascii="Ddylr05K+KaiTi" w:hAnsi="Ddylr05K+KaiTi" w:eastAsia="Ddylr05K+KaiTi"/>
          <w:color w:val="000000"/>
          <w:sz w:val="28"/>
        </w:rPr>
        <w:t>服</w:t>
      </w:r>
      <w:r>
        <w:rPr>
          <w:spacing w:val="8"/>
          <w:rFonts w:ascii="Ddylr05K+KaiTi" w:hAnsi="Ddylr05K+KaiTi" w:eastAsia="Ddylr05K+KaiTi"/>
          <w:color w:val="000000"/>
          <w:sz w:val="28"/>
        </w:rPr>
        <w:t>务</w:t>
      </w:r>
      <w:r>
        <w:rPr>
          <w:spacing w:val="6"/>
          <w:rFonts w:ascii="Ddylr05K+KaiTi" w:hAnsi="Ddylr05K+KaiTi" w:eastAsia="Ddylr05K+KaiTi"/>
          <w:color w:val="000000"/>
          <w:sz w:val="28"/>
        </w:rPr>
        <w:t>范</w:t>
      </w:r>
      <w:r>
        <w:rPr>
          <w:spacing w:val="8"/>
          <w:rFonts w:ascii="Ddylr05K+KaiTi" w:hAnsi="Ddylr05K+KaiTi" w:eastAsia="Ddylr05K+KaiTi"/>
          <w:color w:val="000000"/>
          <w:sz w:val="28"/>
        </w:rPr>
        <w:t>围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力</w:t>
      </w:r>
      <w:r>
        <w:rPr>
          <w:spacing w:val="4"/>
          <w:rFonts w:ascii="Ddylr05K+KaiTi" w:hAnsi="Ddylr05K+KaiTi" w:eastAsia="Ddylr05K+KaiTi"/>
          <w:color w:val="000000"/>
          <w:sz w:val="28"/>
        </w:rPr>
        <w:t>求为</w:t>
      </w:r>
      <w:r>
        <w:rPr>
          <w:spacing w:val="8"/>
          <w:rFonts w:ascii="Ddylr05K+KaiTi" w:hAnsi="Ddylr05K+KaiTi" w:eastAsia="Ddylr05K+KaiTi"/>
          <w:color w:val="000000"/>
          <w:sz w:val="28"/>
        </w:rPr>
        <w:t>更</w:t>
      </w:r>
      <w:r>
        <w:rPr>
          <w:spacing w:val="6"/>
          <w:rFonts w:ascii="Ddylr05K+KaiTi" w:hAnsi="Ddylr05K+KaiTi" w:eastAsia="Ddylr05K+KaiTi"/>
          <w:color w:val="000000"/>
          <w:sz w:val="28"/>
        </w:rPr>
        <w:t>多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提</w:t>
      </w:r>
      <w:r>
        <w:rPr>
          <w:spacing w:val="4"/>
          <w:rFonts w:ascii="Ddylr05K+KaiTi" w:hAnsi="Ddylr05K+KaiTi" w:eastAsia="Ddylr05K+KaiTi"/>
          <w:color w:val="000000"/>
          <w:sz w:val="28"/>
        </w:rPr>
        <w:t>供全</w:t>
      </w:r>
      <w:r>
        <w:rPr>
          <w:spacing w:val="6"/>
          <w:rFonts w:ascii="Ddylr05K+KaiTi" w:hAnsi="Ddylr05K+KaiTi" w:eastAsia="Ddylr05K+KaiTi"/>
          <w:color w:val="000000"/>
          <w:sz w:val="28"/>
        </w:rPr>
        <w:t>面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证</w:t>
      </w:r>
      <w:r>
        <w:rPr>
          <w:rFonts w:ascii="Ddylr05K+KaiTi" w:hAnsi="Ddylr05K+KaiTi" w:eastAsia="Ddylr05K+KaiTi"/>
          <w:color w:val="000000"/>
          <w:sz w:val="28"/>
        </w:rPr>
        <w:t>服</w:t>
      </w:r>
      <w:r>
        <w:rPr>
          <w:spacing w:val="-2"/>
          <w:rFonts w:ascii="Ddylr05K+KaiTi" w:hAnsi="Ddylr05K+KaiTi" w:eastAsia="Ddylr05K+KaiTi"/>
          <w:color w:val="000000"/>
          <w:sz w:val="28"/>
        </w:rPr>
        <w:t>务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360" w:right="336" w:firstLine="560"/>
        <w:jc w:val="both"/>
      </w:pPr>
      <w:r>
        <w:rPr>
          <w:rFonts w:ascii="Ddylr05K+KaiTi" w:hAnsi="Ddylr05K+KaiTi" w:eastAsia="Ddylr05K+KaiTi"/>
          <w:color w:val="000000"/>
          <w:sz w:val="28"/>
        </w:rPr>
        <w:t>山</w:t>
      </w:r>
      <w:r>
        <w:rPr>
          <w:spacing w:val="4"/>
          <w:rFonts w:ascii="Ddylr05K+KaiTi" w:hAnsi="Ddylr05K+KaiTi" w:eastAsia="Ddylr05K+KaiTi"/>
          <w:color w:val="000000"/>
          <w:sz w:val="28"/>
        </w:rPr>
        <w:t>东</w:t>
      </w:r>
      <w:r>
        <w:rPr>
          <w:rFonts w:ascii="Ddylr05K+KaiTi" w:hAnsi="Ddylr05K+KaiTi" w:eastAsia="Ddylr05K+KaiTi"/>
          <w:color w:val="000000"/>
          <w:sz w:val="28"/>
        </w:rPr>
        <w:t>质</w:t>
      </w:r>
      <w:r>
        <w:rPr>
          <w:spacing w:val="4"/>
          <w:rFonts w:ascii="Ddylr05K+KaiTi" w:hAnsi="Ddylr05K+KaiTi" w:eastAsia="Ddylr05K+KaiTi"/>
          <w:color w:val="000000"/>
          <w:sz w:val="28"/>
        </w:rPr>
        <w:t>联</w:t>
      </w:r>
      <w:r>
        <w:rPr>
          <w:rFonts w:ascii="Ddylr05K+KaiTi" w:hAnsi="Ddylr05K+KaiTi" w:eastAsia="Ddylr05K+KaiTi"/>
          <w:color w:val="000000"/>
          <w:sz w:val="28"/>
        </w:rPr>
        <w:t>认证</w:t>
      </w:r>
      <w:r>
        <w:rPr>
          <w:spacing w:val="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限</w:t>
      </w:r>
      <w:r>
        <w:rPr>
          <w:spacing w:val="2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司由</w:t>
      </w:r>
      <w:r>
        <w:rPr>
          <w:spacing w:val="2"/>
          <w:rFonts w:ascii="Ddylr05K+KaiTi" w:hAnsi="Ddylr05K+KaiTi" w:eastAsia="Ddylr05K+KaiTi"/>
          <w:color w:val="000000"/>
          <w:sz w:val="28"/>
        </w:rPr>
        <w:t>一</w:t>
      </w:r>
      <w:r>
        <w:rPr>
          <w:rFonts w:ascii="Ddylr05K+KaiTi" w:hAnsi="Ddylr05K+KaiTi" w:eastAsia="Ddylr05K+KaiTi"/>
          <w:color w:val="000000"/>
          <w:sz w:val="28"/>
        </w:rPr>
        <w:t>位</w:t>
      </w:r>
      <w:r>
        <w:rPr>
          <w:spacing w:val="2"/>
          <w:rFonts w:ascii="Ddylr05K+KaiTi" w:hAnsi="Ddylr05K+KaiTi" w:eastAsia="Ddylr05K+KaiTi"/>
          <w:color w:val="000000"/>
          <w:sz w:val="28"/>
        </w:rPr>
        <w:t>拥</w:t>
      </w:r>
      <w:r>
        <w:rPr>
          <w:spacing w:val="70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70"/>
          <w:rFonts w:ascii="Ddylr05K+KaiTi" w:hAnsi="Ddylr05K+KaiTi" w:eastAsia="Ddylr05K+KaiTi"/>
          <w:color w:val="000000"/>
          <w:sz w:val="28"/>
        </w:rPr>
        <w:t>7</w:t>
      </w:r>
      <w:r>
        <w:rPr>
          <w:rFonts w:ascii="Ddylr05K+KaiTi" w:hAnsi="Ddylr05K+KaiTi" w:eastAsia="Ddylr05K+KaiTi"/>
          <w:color w:val="000000"/>
          <w:sz w:val="28"/>
        </w:rPr>
        <w:t>年</w:t>
      </w:r>
      <w:r>
        <w:rPr>
          <w:spacing w:val="2"/>
          <w:rFonts w:ascii="Ddylr05K+KaiTi" w:hAnsi="Ddylr05K+KaiTi" w:eastAsia="Ddylr05K+KaiTi"/>
          <w:color w:val="000000"/>
          <w:sz w:val="28"/>
        </w:rPr>
        <w:t>审</w:t>
      </w:r>
      <w:r>
        <w:rPr>
          <w:rFonts w:ascii="Ddylr05K+KaiTi" w:hAnsi="Ddylr05K+KaiTi" w:eastAsia="Ddylr05K+KaiTi"/>
          <w:color w:val="000000"/>
          <w:sz w:val="28"/>
        </w:rPr>
        <w:t>核</w:t>
      </w:r>
      <w:r>
        <w:rPr>
          <w:spacing w:val="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验及</w:t>
      </w:r>
      <w:r>
        <w:rPr>
          <w:spacing w:val="2"/>
          <w:rFonts w:ascii="Ddylr05K+KaiTi" w:hAnsi="Ddylr05K+KaiTi" w:eastAsia="Ddylr05K+KaiTi"/>
          <w:color w:val="000000"/>
          <w:sz w:val="28"/>
        </w:rPr>
        <w:t>企</w:t>
      </w:r>
      <w:r>
        <w:rPr>
          <w:rFonts w:ascii="Ddylr05K+KaiTi" w:hAnsi="Ddylr05K+KaiTi" w:eastAsia="Ddylr05K+KaiTi"/>
          <w:color w:val="000000"/>
          <w:sz w:val="28"/>
        </w:rPr>
        <w:t>业</w:t>
      </w:r>
      <w:r>
        <w:rPr>
          <w:spacing w:val="2"/>
          <w:rFonts w:ascii="Ddylr05K+KaiTi" w:hAnsi="Ddylr05K+KaiTi" w:eastAsia="Ddylr05K+KaiTi"/>
          <w:color w:val="000000"/>
          <w:sz w:val="28"/>
        </w:rPr>
        <w:t>管</w:t>
      </w:r>
      <w:r>
        <w:rPr>
          <w:rFonts w:ascii="Ddylr05K+KaiTi" w:hAnsi="Ddylr05K+KaiTi" w:eastAsia="Ddylr05K+KaiTi"/>
          <w:color w:val="000000"/>
          <w:sz w:val="28"/>
        </w:rPr>
        <w:t>理培</w:t>
      </w:r>
      <w:r>
        <w:rPr>
          <w:spacing w:val="8"/>
          <w:rFonts w:ascii="Ddylr05K+KaiTi" w:hAnsi="Ddylr05K+KaiTi" w:eastAsia="Ddylr05K+KaiTi"/>
          <w:color w:val="000000"/>
          <w:sz w:val="28"/>
        </w:rPr>
        <w:t>训实</w:t>
      </w:r>
      <w:r>
        <w:rPr>
          <w:spacing w:val="10"/>
          <w:rFonts w:ascii="Ddylr05K+KaiTi" w:hAnsi="Ddylr05K+KaiTi" w:eastAsia="Ddylr05K+KaiTi"/>
          <w:color w:val="000000"/>
          <w:sz w:val="28"/>
        </w:rPr>
        <w:t>践经验的</w:t>
      </w:r>
      <w:r>
        <w:rPr>
          <w:spacing w:val="8"/>
          <w:rFonts w:ascii="Ddylr05K+KaiTi" w:hAnsi="Ddylr05K+KaiTi" w:eastAsia="Ddylr05K+KaiTi"/>
          <w:color w:val="000000"/>
          <w:sz w:val="28"/>
        </w:rPr>
        <w:t>资</w:t>
      </w:r>
      <w:r>
        <w:rPr>
          <w:spacing w:val="6"/>
          <w:rFonts w:ascii="Ddylr05K+KaiTi" w:hAnsi="Ddylr05K+KaiTi" w:eastAsia="Ddylr05K+KaiTi"/>
          <w:color w:val="000000"/>
          <w:sz w:val="28"/>
        </w:rPr>
        <w:t>深</w:t>
      </w:r>
      <w:r>
        <w:rPr>
          <w:spacing w:val="10"/>
          <w:rFonts w:ascii="Ddylr05K+KaiTi" w:hAnsi="Ddylr05K+KaiTi" w:eastAsia="Ddylr05K+KaiTi"/>
          <w:color w:val="000000"/>
          <w:sz w:val="28"/>
        </w:rPr>
        <w:t>审核员创</w:t>
      </w:r>
      <w:r>
        <w:rPr>
          <w:spacing w:val="8"/>
          <w:rFonts w:ascii="Ddylr05K+KaiTi" w:hAnsi="Ddylr05K+KaiTi" w:eastAsia="Ddylr05K+KaiTi"/>
          <w:color w:val="000000"/>
          <w:sz w:val="28"/>
        </w:rPr>
        <w:t>立</w:t>
      </w:r>
      <w:r>
        <w:rPr>
          <w:spacing w:val="10"/>
          <w:rFonts w:ascii="Ddylr05K+KaiTi" w:hAnsi="Ddylr05K+KaiTi" w:eastAsia="Ddylr05K+KaiTi"/>
          <w:color w:val="000000"/>
          <w:sz w:val="28"/>
        </w:rPr>
        <w:t>。创始人</w:t>
      </w:r>
      <w:r>
        <w:rPr>
          <w:spacing w:val="8"/>
          <w:rFonts w:ascii="Ddylr05K+KaiTi" w:hAnsi="Ddylr05K+KaiTi" w:eastAsia="Ddylr05K+KaiTi"/>
          <w:color w:val="000000"/>
          <w:sz w:val="28"/>
        </w:rPr>
        <w:t>具</w:t>
      </w:r>
      <w:r>
        <w:rPr>
          <w:spacing w:val="78"/>
          <w:rFonts w:ascii="Ddylr05K+KaiTi" w:hAnsi="Ddylr05K+KaiTi" w:eastAsia="Ddylr05K+KaiTi"/>
          <w:color w:val="000000"/>
          <w:sz w:val="28"/>
        </w:rPr>
        <w:t>备</w:t>
      </w:r>
      <w:r>
        <w:rPr>
          <w:spacing w:val="-2"/>
          <w:rFonts w:ascii="Ddylr05K+KaiTi" w:hAnsi="Ddylr05K+KaiTi" w:eastAsia="Ddylr05K+KaiTi"/>
          <w:color w:val="000000"/>
          <w:sz w:val="28"/>
        </w:rPr>
        <w:t>Q</w:t>
      </w:r>
      <w:r>
        <w:rPr>
          <w:spacing w:val="2"/>
          <w:rFonts w:ascii="Ddylr05K+KaiTi" w:hAnsi="Ddylr05K+KaiTi" w:eastAsia="Ddylr05K+KaiTi"/>
          <w:color w:val="000000"/>
          <w:sz w:val="28"/>
        </w:rPr>
        <w:t>M</w:t>
      </w:r>
      <w:r>
        <w:rPr>
          <w:spacing w:val="8"/>
          <w:rFonts w:ascii="Ddylr05K+KaiTi" w:hAnsi="Ddylr05K+KaiTi" w:eastAsia="Ddylr05K+KaiTi"/>
          <w:color w:val="000000"/>
          <w:sz w:val="28"/>
        </w:rPr>
        <w:t>S、</w:t>
      </w:r>
      <w:r>
        <w:rPr>
          <w:rFonts w:ascii="Ddylr05K+KaiTi" w:hAnsi="Ddylr05K+KaiTi" w:eastAsia="Ddylr05K+KaiTi"/>
          <w:color w:val="000000"/>
          <w:sz w:val="28"/>
        </w:rPr>
        <w:t>EM</w:t>
      </w:r>
      <w:r>
        <w:rPr>
          <w:spacing w:val="8"/>
          <w:rFonts w:ascii="Ddylr05K+KaiTi" w:hAnsi="Ddylr05K+KaiTi" w:eastAsia="Ddylr05K+KaiTi"/>
          <w:color w:val="000000"/>
          <w:sz w:val="28"/>
        </w:rPr>
        <w:t>S、</w:t>
      </w:r>
      <w:r>
        <w:rPr>
          <w:rFonts w:ascii="Ddylr05K+KaiTi" w:hAnsi="Ddylr05K+KaiTi" w:eastAsia="Ddylr05K+KaiTi"/>
          <w:color w:val="000000"/>
          <w:sz w:val="28"/>
        </w:rPr>
        <w:t>OH</w:t>
      </w:r>
      <w:r>
        <w:rPr>
          <w:spacing w:val="-2"/>
          <w:rFonts w:ascii="Ddylr05K+KaiTi" w:hAnsi="Ddylr05K+KaiTi" w:eastAsia="Ddylr05K+KaiTi"/>
          <w:color w:val="000000"/>
          <w:sz w:val="28"/>
        </w:rPr>
        <w:t>S</w:t>
      </w:r>
      <w:r>
        <w:rPr>
          <w:rFonts w:ascii="Ddylr05K+KaiTi" w:hAnsi="Ddylr05K+KaiTi" w:eastAsia="Ddylr05K+KaiTi"/>
          <w:color w:val="000000"/>
          <w:sz w:val="28"/>
        </w:rPr>
        <w:t>M</w:t>
      </w:r>
      <w:r>
        <w:rPr>
          <w:spacing w:val="10"/>
          <w:rFonts w:ascii="Ddylr05K+KaiTi" w:hAnsi="Ddylr05K+KaiTi" w:eastAsia="Ddylr05K+KaiTi"/>
          <w:color w:val="000000"/>
          <w:sz w:val="28"/>
        </w:rPr>
        <w:t>S、</w:t>
      </w:r>
      <w:r>
        <w:rPr>
          <w:rFonts w:ascii="Ddylr05K+KaiTi" w:hAnsi="Ddylr05K+KaiTi" w:eastAsia="Ddylr05K+KaiTi"/>
          <w:color w:val="000000"/>
          <w:sz w:val="28"/>
        </w:rPr>
        <w:t>建</w:t>
      </w:r>
      <w:r>
        <w:rPr>
          <w:spacing w:val="-2"/>
          <w:rFonts w:ascii="Ddylr05K+KaiTi" w:hAnsi="Ddylr05K+KaiTi" w:eastAsia="Ddylr05K+KaiTi"/>
          <w:color w:val="000000"/>
          <w:sz w:val="28"/>
        </w:rPr>
        <w:t>筑施</w:t>
      </w:r>
      <w:r>
        <w:rPr>
          <w:rFonts w:ascii="Ddylr05K+KaiTi" w:hAnsi="Ddylr05K+KaiTi" w:eastAsia="Ddylr05K+KaiTi"/>
          <w:color w:val="000000"/>
          <w:sz w:val="28"/>
        </w:rPr>
        <w:t>工质</w:t>
      </w:r>
      <w:r>
        <w:rPr>
          <w:spacing w:val="-2"/>
          <w:rFonts w:ascii="Ddylr05K+KaiTi" w:hAnsi="Ddylr05K+KaiTi" w:eastAsia="Ddylr05K+KaiTi"/>
          <w:color w:val="000000"/>
          <w:sz w:val="28"/>
        </w:rPr>
        <w:t>量</w:t>
      </w:r>
      <w:r>
        <w:rPr>
          <w:rFonts w:ascii="Ddylr05K+KaiTi" w:hAnsi="Ddylr05K+KaiTi" w:eastAsia="Ddylr05K+KaiTi"/>
          <w:color w:val="000000"/>
          <w:sz w:val="28"/>
        </w:rPr>
        <w:t>体系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售后</w:t>
      </w:r>
      <w:r>
        <w:rPr>
          <w:spacing w:val="-2"/>
          <w:rFonts w:ascii="Ddylr05K+KaiTi" w:hAnsi="Ddylr05K+KaiTi" w:eastAsia="Ddylr05K+KaiTi"/>
          <w:color w:val="000000"/>
          <w:sz w:val="28"/>
        </w:rPr>
        <w:t>服</w:t>
      </w:r>
      <w:r>
        <w:rPr>
          <w:rFonts w:ascii="Ddylr05K+KaiTi" w:hAnsi="Ddylr05K+KaiTi" w:eastAsia="Ddylr05K+KaiTi"/>
          <w:color w:val="000000"/>
          <w:sz w:val="28"/>
        </w:rPr>
        <w:t>务体</w:t>
      </w:r>
      <w:r>
        <w:rPr>
          <w:spacing w:val="-2"/>
          <w:rFonts w:ascii="Ddylr05K+KaiTi" w:hAnsi="Ddylr05K+KaiTi" w:eastAsia="Ddylr05K+KaiTi"/>
          <w:color w:val="000000"/>
          <w:sz w:val="28"/>
        </w:rPr>
        <w:t>系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2"/>
          <w:rFonts w:ascii="Ddylr05K+KaiTi" w:hAnsi="Ddylr05K+KaiTi" w:eastAsia="Ddylr05K+KaiTi"/>
          <w:color w:val="000000"/>
          <w:sz w:val="28"/>
        </w:rPr>
        <w:t>Q</w:t>
      </w:r>
      <w:r>
        <w:rPr>
          <w:spacing w:val="-2"/>
          <w:rFonts w:ascii="Ddylr05K+KaiTi" w:hAnsi="Ddylr05K+KaiTi" w:eastAsia="Ddylr05K+KaiTi"/>
          <w:color w:val="000000"/>
          <w:sz w:val="28"/>
        </w:rPr>
        <w:t>C-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80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68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等</w:t>
      </w:r>
      <w:r>
        <w:rPr>
          <w:spacing w:val="-4"/>
          <w:rFonts w:ascii="Ddylr05K+KaiTi" w:hAnsi="Ddylr05K+KaiTi" w:eastAsia="Ddylr05K+KaiTi"/>
          <w:color w:val="000000"/>
          <w:sz w:val="28"/>
        </w:rPr>
        <w:t>多</w:t>
      </w:r>
      <w:r>
        <w:rPr>
          <w:rFonts w:ascii="Ddylr05K+KaiTi" w:hAnsi="Ddylr05K+KaiTi" w:eastAsia="Ddylr05K+KaiTi"/>
          <w:color w:val="000000"/>
          <w:sz w:val="28"/>
        </w:rPr>
        <w:t>领域</w:t>
      </w:r>
      <w:r>
        <w:rPr>
          <w:spacing w:val="-4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审核</w:t>
      </w:r>
      <w:r>
        <w:rPr>
          <w:spacing w:val="-4"/>
          <w:rFonts w:ascii="Ddylr05K+KaiTi" w:hAnsi="Ddylr05K+KaiTi" w:eastAsia="Ddylr05K+KaiTi"/>
          <w:color w:val="000000"/>
          <w:sz w:val="28"/>
        </w:rPr>
        <w:t>资</w:t>
      </w:r>
      <w:r>
        <w:rPr>
          <w:rFonts w:ascii="Ddylr05K+KaiTi" w:hAnsi="Ddylr05K+KaiTi" w:eastAsia="Ddylr05K+KaiTi"/>
          <w:color w:val="000000"/>
          <w:sz w:val="28"/>
        </w:rPr>
        <w:t>格，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8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538" w:lineRule="exact" w:before="0" w:after="0"/>
        <w:ind w:left="360" w:right="360" w:firstLine="0"/>
        <w:jc w:val="both"/>
      </w:pPr>
      <w:r>
        <w:rPr>
          <w:spacing w:val="4"/>
          <w:rFonts w:ascii="Ddylr05K+KaiTi" w:hAnsi="Ddylr05K+KaiTi" w:eastAsia="Ddylr05K+KaiTi"/>
          <w:color w:val="000000"/>
          <w:sz w:val="28"/>
        </w:rPr>
        <w:t>对</w:t>
      </w:r>
      <w:r>
        <w:rPr>
          <w:spacing w:val="8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证</w:t>
      </w:r>
      <w:r>
        <w:rPr>
          <w:spacing w:val="8"/>
          <w:rFonts w:ascii="Ddylr05K+KaiTi" w:hAnsi="Ddylr05K+KaiTi" w:eastAsia="Ddylr05K+KaiTi"/>
          <w:color w:val="000000"/>
          <w:sz w:val="28"/>
        </w:rPr>
        <w:t>过</w:t>
      </w:r>
      <w:r>
        <w:rPr>
          <w:spacing w:val="4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规范</w:t>
      </w:r>
      <w:r>
        <w:rPr>
          <w:spacing w:val="8"/>
          <w:rFonts w:ascii="Ddylr05K+KaiTi" w:hAnsi="Ddylr05K+KaiTi" w:eastAsia="Ddylr05K+KaiTi"/>
          <w:color w:val="000000"/>
          <w:sz w:val="28"/>
        </w:rPr>
        <w:t>性</w:t>
      </w:r>
      <w:r>
        <w:rPr>
          <w:spacing w:val="6"/>
          <w:rFonts w:ascii="Ddylr05K+KaiTi" w:hAnsi="Ddylr05K+KaiTi" w:eastAsia="Ddylr05K+KaiTi"/>
          <w:color w:val="000000"/>
          <w:sz w:val="28"/>
        </w:rPr>
        <w:t>运</w:t>
      </w:r>
      <w:r>
        <w:rPr>
          <w:spacing w:val="8"/>
          <w:rFonts w:ascii="Ddylr05K+KaiTi" w:hAnsi="Ddylr05K+KaiTi" w:eastAsia="Ddylr05K+KaiTi"/>
          <w:color w:val="000000"/>
          <w:sz w:val="28"/>
        </w:rPr>
        <w:t>作</w:t>
      </w:r>
      <w:r>
        <w:rPr>
          <w:spacing w:val="6"/>
          <w:rFonts w:ascii="Ddylr05K+KaiTi" w:hAnsi="Ddylr05K+KaiTi" w:eastAsia="Ddylr05K+KaiTi"/>
          <w:color w:val="000000"/>
          <w:sz w:val="28"/>
        </w:rPr>
        <w:t>及</w:t>
      </w:r>
      <w:r>
        <w:rPr>
          <w:spacing w:val="8"/>
          <w:rFonts w:ascii="Ddylr05K+KaiTi" w:hAnsi="Ddylr05K+KaiTi" w:eastAsia="Ddylr05K+KaiTi"/>
          <w:color w:val="000000"/>
          <w:sz w:val="28"/>
        </w:rPr>
        <w:t>风</w:t>
      </w:r>
      <w:r>
        <w:rPr>
          <w:spacing w:val="4"/>
          <w:rFonts w:ascii="Ddylr05K+KaiTi" w:hAnsi="Ddylr05K+KaiTi" w:eastAsia="Ddylr05K+KaiTi"/>
          <w:color w:val="000000"/>
          <w:sz w:val="28"/>
        </w:rPr>
        <w:t>险</w:t>
      </w:r>
      <w:r>
        <w:rPr>
          <w:spacing w:val="6"/>
          <w:rFonts w:ascii="Ddylr05K+KaiTi" w:hAnsi="Ddylr05K+KaiTi" w:eastAsia="Ddylr05K+KaiTi"/>
          <w:color w:val="000000"/>
          <w:sz w:val="28"/>
        </w:rPr>
        <w:t>控</w:t>
      </w:r>
      <w:r>
        <w:rPr>
          <w:spacing w:val="4"/>
          <w:rFonts w:ascii="Ddylr05K+KaiTi" w:hAnsi="Ddylr05K+KaiTi" w:eastAsia="Ddylr05K+KaiTi"/>
          <w:color w:val="000000"/>
          <w:sz w:val="28"/>
        </w:rPr>
        <w:t>制有</w:t>
      </w:r>
      <w:r>
        <w:rPr>
          <w:spacing w:val="8"/>
          <w:rFonts w:ascii="Ddylr05K+KaiTi" w:hAnsi="Ddylr05K+KaiTi" w:eastAsia="Ddylr05K+KaiTi"/>
          <w:color w:val="000000"/>
          <w:sz w:val="28"/>
        </w:rPr>
        <w:t>着</w:t>
      </w:r>
      <w:r>
        <w:rPr>
          <w:spacing w:val="6"/>
          <w:rFonts w:ascii="Ddylr05K+KaiTi" w:hAnsi="Ddylr05K+KaiTi" w:eastAsia="Ddylr05K+KaiTi"/>
          <w:color w:val="000000"/>
          <w:sz w:val="28"/>
        </w:rPr>
        <w:t>丰</w:t>
      </w:r>
      <w:r>
        <w:rPr>
          <w:spacing w:val="8"/>
          <w:rFonts w:ascii="Ddylr05K+KaiTi" w:hAnsi="Ddylr05K+KaiTi" w:eastAsia="Ddylr05K+KaiTi"/>
          <w:color w:val="000000"/>
          <w:sz w:val="28"/>
        </w:rPr>
        <w:t>富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经</w:t>
      </w:r>
      <w:r>
        <w:rPr>
          <w:spacing w:val="4"/>
          <w:rFonts w:ascii="Ddylr05K+KaiTi" w:hAnsi="Ddylr05K+KaiTi" w:eastAsia="Ddylr05K+KaiTi"/>
          <w:color w:val="000000"/>
          <w:sz w:val="28"/>
        </w:rPr>
        <w:t>验。</w:t>
      </w:r>
      <w:r>
        <w:rPr>
          <w:spacing w:val="6"/>
          <w:rFonts w:ascii="Ddylr05K+KaiTi" w:hAnsi="Ddylr05K+KaiTi" w:eastAsia="Ddylr05K+KaiTi"/>
          <w:color w:val="000000"/>
          <w:sz w:val="28"/>
        </w:rPr>
        <w:t>公</w:t>
      </w:r>
      <w:r>
        <w:rPr>
          <w:spacing w:val="4"/>
          <w:rFonts w:ascii="Ddylr05K+KaiTi" w:hAnsi="Ddylr05K+KaiTi" w:eastAsia="Ddylr05K+KaiTi"/>
          <w:color w:val="000000"/>
          <w:sz w:val="28"/>
        </w:rPr>
        <w:t>司</w:t>
      </w:r>
      <w:r>
        <w:rPr>
          <w:spacing w:val="8"/>
          <w:rFonts w:ascii="Ddylr05K+KaiTi" w:hAnsi="Ddylr05K+KaiTi" w:eastAsia="Ddylr05K+KaiTi"/>
          <w:color w:val="000000"/>
          <w:sz w:val="28"/>
        </w:rPr>
        <w:t>以</w:t>
      </w:r>
      <w:r>
        <w:rPr>
          <w:spacing w:val="6"/>
          <w:rFonts w:ascii="Ddylr05K+KaiTi" w:hAnsi="Ddylr05K+KaiTi" w:eastAsia="Ddylr05K+KaiTi"/>
          <w:color w:val="000000"/>
          <w:sz w:val="28"/>
        </w:rPr>
        <w:t>强</w:t>
      </w:r>
      <w:r>
        <w:rPr>
          <w:rFonts w:ascii="Ddylr05K+KaiTi" w:hAnsi="Ddylr05K+KaiTi" w:eastAsia="Ddylr05K+KaiTi"/>
          <w:color w:val="000000"/>
          <w:sz w:val="28"/>
        </w:rPr>
        <w:t>化</w:t>
      </w:r>
      <w:r>
        <w:rPr>
          <w:spacing w:val="4"/>
          <w:rFonts w:ascii="Ddylr05K+KaiTi" w:hAnsi="Ddylr05K+KaiTi" w:eastAsia="Ddylr05K+KaiTi"/>
          <w:color w:val="000000"/>
          <w:sz w:val="28"/>
        </w:rPr>
        <w:t>认</w:t>
      </w:r>
      <w:r>
        <w:rPr>
          <w:spacing w:val="8"/>
          <w:rFonts w:ascii="Ddylr05K+KaiTi" w:hAnsi="Ddylr05K+KaiTi" w:eastAsia="Ddylr05K+KaiTi"/>
          <w:color w:val="000000"/>
          <w:sz w:val="28"/>
        </w:rPr>
        <w:t>证</w:t>
      </w:r>
      <w:r>
        <w:rPr>
          <w:spacing w:val="6"/>
          <w:rFonts w:ascii="Ddylr05K+KaiTi" w:hAnsi="Ddylr05K+KaiTi" w:eastAsia="Ddylr05K+KaiTi"/>
          <w:color w:val="000000"/>
          <w:sz w:val="28"/>
        </w:rPr>
        <w:t>过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帮</w:t>
      </w:r>
      <w:r>
        <w:rPr>
          <w:spacing w:val="4"/>
          <w:rFonts w:ascii="Ddylr05K+KaiTi" w:hAnsi="Ddylr05K+KaiTi" w:eastAsia="Ddylr05K+KaiTi"/>
          <w:color w:val="000000"/>
          <w:sz w:val="28"/>
        </w:rPr>
        <w:t>助企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通</w:t>
      </w:r>
      <w:r>
        <w:rPr>
          <w:spacing w:val="8"/>
          <w:rFonts w:ascii="Ddylr05K+KaiTi" w:hAnsi="Ddylr05K+KaiTi" w:eastAsia="Ddylr05K+KaiTi"/>
          <w:color w:val="000000"/>
          <w:sz w:val="28"/>
        </w:rPr>
        <w:t>过</w:t>
      </w:r>
      <w:r>
        <w:rPr>
          <w:spacing w:val="6"/>
          <w:rFonts w:ascii="Ddylr05K+KaiTi" w:hAnsi="Ddylr05K+KaiTi" w:eastAsia="Ddylr05K+KaiTi"/>
          <w:color w:val="000000"/>
          <w:sz w:val="28"/>
        </w:rPr>
        <w:t>认</w:t>
      </w:r>
      <w:r>
        <w:rPr>
          <w:spacing w:val="8"/>
          <w:rFonts w:ascii="Ddylr05K+KaiTi" w:hAnsi="Ddylr05K+KaiTi" w:eastAsia="Ddylr05K+KaiTi"/>
          <w:color w:val="000000"/>
          <w:sz w:val="28"/>
        </w:rPr>
        <w:t>证</w:t>
      </w:r>
      <w:r>
        <w:rPr>
          <w:spacing w:val="4"/>
          <w:rFonts w:ascii="Ddylr05K+KaiTi" w:hAnsi="Ddylr05K+KaiTi" w:eastAsia="Ddylr05K+KaiTi"/>
          <w:color w:val="000000"/>
          <w:sz w:val="28"/>
        </w:rPr>
        <w:t>实</w:t>
      </w:r>
      <w:r>
        <w:rPr>
          <w:spacing w:val="6"/>
          <w:rFonts w:ascii="Ddylr05K+KaiTi" w:hAnsi="Ddylr05K+KaiTi" w:eastAsia="Ddylr05K+KaiTi"/>
          <w:color w:val="000000"/>
          <w:sz w:val="28"/>
        </w:rPr>
        <w:t>现</w:t>
      </w:r>
      <w:r>
        <w:rPr>
          <w:spacing w:val="4"/>
          <w:rFonts w:ascii="Ddylr05K+KaiTi" w:hAnsi="Ddylr05K+KaiTi" w:eastAsia="Ddylr05K+KaiTi"/>
          <w:color w:val="000000"/>
          <w:sz w:val="28"/>
        </w:rPr>
        <w:t>管理</w:t>
      </w:r>
      <w:r>
        <w:rPr>
          <w:spacing w:val="8"/>
          <w:rFonts w:ascii="Ddylr05K+KaiTi" w:hAnsi="Ddylr05K+KaiTi" w:eastAsia="Ddylr05K+KaiTi"/>
          <w:color w:val="000000"/>
          <w:sz w:val="28"/>
        </w:rPr>
        <w:t>水</w:t>
      </w:r>
      <w:r>
        <w:rPr>
          <w:spacing w:val="6"/>
          <w:rFonts w:ascii="Ddylr05K+KaiTi" w:hAnsi="Ddylr05K+KaiTi" w:eastAsia="Ddylr05K+KaiTi"/>
          <w:color w:val="000000"/>
          <w:sz w:val="28"/>
        </w:rPr>
        <w:t>平</w:t>
      </w:r>
      <w:r>
        <w:rPr>
          <w:spacing w:val="8"/>
          <w:rFonts w:ascii="Ddylr05K+KaiTi" w:hAnsi="Ddylr05K+KaiTi" w:eastAsia="Ddylr05K+KaiTi"/>
          <w:color w:val="000000"/>
          <w:sz w:val="28"/>
        </w:rPr>
        <w:t>提</w:t>
      </w:r>
      <w:r>
        <w:rPr>
          <w:spacing w:val="6"/>
          <w:rFonts w:ascii="Ddylr05K+KaiTi" w:hAnsi="Ddylr05K+KaiTi" w:eastAsia="Ddylr05K+KaiTi"/>
          <w:color w:val="000000"/>
          <w:sz w:val="28"/>
        </w:rPr>
        <w:t>升</w:t>
      </w:r>
      <w:r>
        <w:rPr>
          <w:spacing w:val="8"/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理念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致</w:t>
      </w:r>
      <w:r>
        <w:rPr>
          <w:spacing w:val="8"/>
          <w:rFonts w:ascii="Ddylr05K+KaiTi" w:hAnsi="Ddylr05K+KaiTi" w:eastAsia="Ddylr05K+KaiTi"/>
          <w:color w:val="000000"/>
          <w:sz w:val="28"/>
        </w:rPr>
        <w:t>力</w:t>
      </w:r>
      <w:r>
        <w:rPr>
          <w:spacing w:val="6"/>
          <w:rFonts w:ascii="Ddylr05K+KaiTi" w:hAnsi="Ddylr05K+KaiTi" w:eastAsia="Ddylr05K+KaiTi"/>
          <w:color w:val="000000"/>
          <w:sz w:val="28"/>
        </w:rPr>
        <w:t>于</w:t>
      </w:r>
      <w:r>
        <w:rPr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每</w:t>
      </w:r>
      <w:r>
        <w:rPr>
          <w:spacing w:val="8"/>
          <w:rFonts w:ascii="Ddylr05K+KaiTi" w:hAnsi="Ddylr05K+KaiTi" w:eastAsia="Ddylr05K+KaiTi"/>
          <w:color w:val="000000"/>
          <w:sz w:val="28"/>
        </w:rPr>
        <w:t>个</w:t>
      </w:r>
      <w:r>
        <w:rPr>
          <w:spacing w:val="6"/>
          <w:rFonts w:ascii="Ddylr05K+KaiTi" w:hAnsi="Ddylr05K+KaiTi" w:eastAsia="Ddylr05K+KaiTi"/>
          <w:color w:val="000000"/>
          <w:sz w:val="28"/>
        </w:rPr>
        <w:t>客</w:t>
      </w:r>
      <w:r>
        <w:rPr>
          <w:spacing w:val="8"/>
          <w:rFonts w:ascii="Ddylr05K+KaiTi" w:hAnsi="Ddylr05K+KaiTi" w:eastAsia="Ddylr05K+KaiTi"/>
          <w:color w:val="000000"/>
          <w:sz w:val="28"/>
        </w:rPr>
        <w:t>户</w:t>
      </w:r>
      <w:r>
        <w:rPr>
          <w:spacing w:val="4"/>
          <w:rFonts w:ascii="Ddylr05K+KaiTi" w:hAnsi="Ddylr05K+KaiTi" w:eastAsia="Ddylr05K+KaiTi"/>
          <w:color w:val="000000"/>
          <w:sz w:val="28"/>
        </w:rPr>
        <w:t>提</w:t>
      </w:r>
      <w:r>
        <w:rPr>
          <w:spacing w:val="6"/>
          <w:rFonts w:ascii="Ddylr05K+KaiTi" w:hAnsi="Ddylr05K+KaiTi" w:eastAsia="Ddylr05K+KaiTi"/>
          <w:color w:val="000000"/>
          <w:sz w:val="28"/>
        </w:rPr>
        <w:t>供</w:t>
      </w:r>
      <w:r>
        <w:rPr>
          <w:spacing w:val="4"/>
          <w:rFonts w:ascii="Ddylr05K+KaiTi" w:hAnsi="Ddylr05K+KaiTi" w:eastAsia="Ddylr05K+KaiTi"/>
          <w:color w:val="000000"/>
          <w:sz w:val="28"/>
        </w:rPr>
        <w:t>优质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服</w:t>
      </w:r>
      <w:r>
        <w:rPr>
          <w:spacing w:val="8"/>
          <w:rFonts w:ascii="Ddylr05K+KaiTi" w:hAnsi="Ddylr05K+KaiTi" w:eastAsia="Ddylr05K+KaiTi"/>
          <w:color w:val="000000"/>
          <w:sz w:val="28"/>
        </w:rPr>
        <w:t>务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确</w:t>
      </w:r>
      <w:r>
        <w:rPr>
          <w:spacing w:val="4"/>
          <w:rFonts w:ascii="Ddylr05K+KaiTi" w:hAnsi="Ddylr05K+KaiTi" w:eastAsia="Ddylr05K+KaiTi"/>
          <w:color w:val="000000"/>
          <w:sz w:val="28"/>
        </w:rPr>
        <w:t>保</w:t>
      </w:r>
      <w:r>
        <w:rPr>
          <w:spacing w:val="6"/>
          <w:rFonts w:ascii="Ddylr05K+KaiTi" w:hAnsi="Ddylr05K+KaiTi" w:eastAsia="Ddylr05K+KaiTi"/>
          <w:color w:val="000000"/>
          <w:sz w:val="28"/>
        </w:rPr>
        <w:t>企</w:t>
      </w:r>
      <w:r>
        <w:rPr>
          <w:spacing w:val="4"/>
          <w:rFonts w:ascii="Ddylr05K+KaiTi" w:hAnsi="Ddylr05K+KaiTi" w:eastAsia="Ddylr05K+KaiTi"/>
          <w:color w:val="000000"/>
          <w:sz w:val="28"/>
        </w:rPr>
        <w:t>业在</w:t>
      </w:r>
      <w:r>
        <w:rPr>
          <w:spacing w:val="8"/>
          <w:rFonts w:ascii="Ddylr05K+KaiTi" w:hAnsi="Ddylr05K+KaiTi" w:eastAsia="Ddylr05K+KaiTi"/>
          <w:color w:val="000000"/>
          <w:sz w:val="28"/>
        </w:rPr>
        <w:t>完</w:t>
      </w:r>
      <w:r>
        <w:rPr>
          <w:spacing w:val="6"/>
          <w:rFonts w:ascii="Ddylr05K+KaiTi" w:hAnsi="Ddylr05K+KaiTi" w:eastAsia="Ddylr05K+KaiTi"/>
          <w:color w:val="000000"/>
          <w:sz w:val="28"/>
        </w:rPr>
        <w:t>成</w:t>
      </w:r>
      <w:r>
        <w:rPr>
          <w:spacing w:val="8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证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同时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够</w:t>
      </w:r>
      <w:r>
        <w:rPr>
          <w:spacing w:val="6"/>
          <w:rFonts w:ascii="Ddylr05K+KaiTi" w:hAnsi="Ddylr05K+KaiTi" w:eastAsia="Ddylr05K+KaiTi"/>
          <w:color w:val="000000"/>
          <w:sz w:val="28"/>
        </w:rPr>
        <w:t>获</w:t>
      </w:r>
      <w:r>
        <w:rPr>
          <w:rFonts w:ascii="Ddylr05K+KaiTi" w:hAnsi="Ddylr05K+KaiTi" w:eastAsia="Ddylr05K+KaiTi"/>
          <w:color w:val="000000"/>
          <w:sz w:val="28"/>
        </w:rPr>
        <w:t>得</w:t>
      </w:r>
      <w:r>
        <w:rPr>
          <w:spacing w:val="-2"/>
          <w:rFonts w:ascii="Ddylr05K+KaiTi" w:hAnsi="Ddylr05K+KaiTi" w:eastAsia="Ddylr05K+KaiTi"/>
          <w:color w:val="000000"/>
          <w:sz w:val="28"/>
        </w:rPr>
        <w:t>有效</w:t>
      </w:r>
      <w:r>
        <w:rPr>
          <w:rFonts w:ascii="Ddylr05K+KaiTi" w:hAnsi="Ddylr05K+KaiTi" w:eastAsia="Ddylr05K+KaiTi"/>
          <w:color w:val="000000"/>
          <w:sz w:val="28"/>
        </w:rPr>
        <w:t>的管</w:t>
      </w:r>
      <w:r>
        <w:rPr>
          <w:spacing w:val="-2"/>
          <w:rFonts w:ascii="Ddylr05K+KaiTi" w:hAnsi="Ddylr05K+KaiTi" w:eastAsia="Ddylr05K+KaiTi"/>
          <w:color w:val="000000"/>
          <w:sz w:val="28"/>
        </w:rPr>
        <w:t>理</w:t>
      </w:r>
      <w:r>
        <w:rPr>
          <w:rFonts w:ascii="Ddylr05K+KaiTi" w:hAnsi="Ddylr05K+KaiTi" w:eastAsia="Ddylr05K+KaiTi"/>
          <w:color w:val="000000"/>
          <w:sz w:val="28"/>
        </w:rPr>
        <w:t>改进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增值</w:t>
      </w:r>
      <w:r>
        <w:rPr>
          <w:spacing w:val="-2"/>
          <w:rFonts w:ascii="Ddylr05K+KaiTi" w:hAnsi="Ddylr05K+KaiTi" w:eastAsia="Ddylr05K+KaiTi"/>
          <w:color w:val="000000"/>
          <w:sz w:val="28"/>
        </w:rPr>
        <w:t>服</w:t>
      </w:r>
      <w:r>
        <w:rPr>
          <w:rFonts w:ascii="Ddylr05K+KaiTi" w:hAnsi="Ddylr05K+KaiTi" w:eastAsia="Ddylr05K+KaiTi"/>
          <w:color w:val="000000"/>
          <w:sz w:val="28"/>
        </w:rPr>
        <w:t>务。</w:t>
      </w:r>
    </w:p>
    <w:p>
      <w:pPr>
        <w:autoSpaceDN w:val="0"/>
        <w:autoSpaceDE w:val="0"/>
        <w:widowControl/>
        <w:spacing w:line="624" w:lineRule="exact" w:before="0" w:after="0"/>
        <w:ind w:left="360" w:right="0" w:firstLine="560"/>
        <w:jc w:val="left"/>
      </w:pPr>
      <w:r>
        <w:rPr>
          <w:rFonts w:ascii="Ddylr05K+KaiTi" w:hAnsi="Ddylr05K+KaiTi" w:eastAsia="Ddylr05K+KaiTi"/>
          <w:color w:val="000000"/>
          <w:sz w:val="28"/>
        </w:rPr>
        <w:t>公</w:t>
      </w:r>
      <w:r>
        <w:rPr>
          <w:spacing w:val="-2"/>
          <w:rFonts w:ascii="Ddylr05K+KaiTi" w:hAnsi="Ddylr05K+KaiTi" w:eastAsia="Ddylr05K+KaiTi"/>
          <w:color w:val="000000"/>
          <w:sz w:val="28"/>
        </w:rPr>
        <w:t>司</w:t>
      </w:r>
      <w:r>
        <w:rPr>
          <w:rFonts w:ascii="Ddylr05K+KaiTi" w:hAnsi="Ddylr05K+KaiTi" w:eastAsia="Ddylr05K+KaiTi"/>
          <w:color w:val="000000"/>
          <w:sz w:val="28"/>
        </w:rPr>
        <w:t>现有</w:t>
      </w:r>
      <w:r>
        <w:rPr>
          <w:spacing w:val="-2"/>
          <w:rFonts w:ascii="Ddylr05K+KaiTi" w:hAnsi="Ddylr05K+KaiTi" w:eastAsia="Ddylr05K+KaiTi"/>
          <w:color w:val="000000"/>
          <w:sz w:val="28"/>
        </w:rPr>
        <w:t>一</w:t>
      </w:r>
      <w:r>
        <w:rPr>
          <w:rFonts w:ascii="Ddylr05K+KaiTi" w:hAnsi="Ddylr05K+KaiTi" w:eastAsia="Ddylr05K+KaiTi"/>
          <w:color w:val="000000"/>
          <w:sz w:val="28"/>
        </w:rPr>
        <w:t>支</w:t>
      </w:r>
      <w:r>
        <w:rPr>
          <w:spacing w:val="70"/>
          <w:rFonts w:ascii="Ddylr05K+KaiTi" w:hAnsi="Ddylr05K+KaiTi" w:eastAsia="Ddylr05K+KaiTi"/>
          <w:color w:val="000000"/>
          <w:sz w:val="28"/>
        </w:rPr>
        <w:t>由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68"/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名专</w:t>
      </w:r>
      <w:r>
        <w:rPr>
          <w:rFonts w:ascii="Ddylr05K+KaiTi" w:hAnsi="Ddylr05K+KaiTi" w:eastAsia="Ddylr05K+KaiTi"/>
          <w:color w:val="000000"/>
          <w:sz w:val="28"/>
        </w:rPr>
        <w:t>职审</w:t>
      </w:r>
      <w:r>
        <w:rPr>
          <w:spacing w:val="-2"/>
          <w:rFonts w:ascii="Ddylr05K+KaiTi" w:hAnsi="Ddylr05K+KaiTi" w:eastAsia="Ddylr05K+KaiTi"/>
          <w:color w:val="000000"/>
          <w:sz w:val="28"/>
        </w:rPr>
        <w:t>核</w:t>
      </w:r>
      <w:r>
        <w:rPr>
          <w:rFonts w:ascii="Ddylr05K+KaiTi" w:hAnsi="Ddylr05K+KaiTi" w:eastAsia="Ddylr05K+KaiTi"/>
          <w:color w:val="000000"/>
          <w:sz w:val="28"/>
        </w:rPr>
        <w:t>员和</w:t>
      </w:r>
      <w:r>
        <w:rPr>
          <w:spacing w:val="-2"/>
          <w:rFonts w:ascii="Ddylr05K+KaiTi" w:hAnsi="Ddylr05K+KaiTi" w:eastAsia="Ddylr05K+KaiTi"/>
          <w:color w:val="000000"/>
          <w:sz w:val="28"/>
        </w:rPr>
        <w:t>若</w:t>
      </w:r>
      <w:r>
        <w:rPr>
          <w:rFonts w:ascii="Ddylr05K+KaiTi" w:hAnsi="Ddylr05K+KaiTi" w:eastAsia="Ddylr05K+KaiTi"/>
          <w:color w:val="000000"/>
          <w:sz w:val="28"/>
        </w:rPr>
        <w:t>干兼</w:t>
      </w:r>
      <w:r>
        <w:rPr>
          <w:spacing w:val="-2"/>
          <w:rFonts w:ascii="Ddylr05K+KaiTi" w:hAnsi="Ddylr05K+KaiTi" w:eastAsia="Ddylr05K+KaiTi"/>
          <w:color w:val="000000"/>
          <w:sz w:val="28"/>
        </w:rPr>
        <w:t>职</w:t>
      </w:r>
      <w:r>
        <w:rPr>
          <w:rFonts w:ascii="Ddylr05K+KaiTi" w:hAnsi="Ddylr05K+KaiTi" w:eastAsia="Ddylr05K+KaiTi"/>
          <w:color w:val="000000"/>
          <w:sz w:val="28"/>
        </w:rPr>
        <w:t>审核</w:t>
      </w:r>
      <w:r>
        <w:rPr>
          <w:spacing w:val="-2"/>
          <w:rFonts w:ascii="Ddylr05K+KaiTi" w:hAnsi="Ddylr05K+KaiTi" w:eastAsia="Ddylr05K+KaiTi"/>
          <w:color w:val="000000"/>
          <w:sz w:val="28"/>
        </w:rPr>
        <w:t>员</w:t>
      </w:r>
      <w:r>
        <w:rPr>
          <w:rFonts w:ascii="Ddylr05K+KaiTi" w:hAnsi="Ddylr05K+KaiTi" w:eastAsia="Ddylr05K+KaiTi"/>
          <w:color w:val="000000"/>
          <w:sz w:val="28"/>
        </w:rPr>
        <w:t>组成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团队，</w:t>
      </w:r>
      <w:r>
        <w:rPr>
          <w:spacing w:val="4"/>
          <w:rFonts w:ascii="Ddylr05K+KaiTi" w:hAnsi="Ddylr05K+KaiTi" w:eastAsia="Ddylr05K+KaiTi"/>
          <w:color w:val="000000"/>
          <w:sz w:val="28"/>
        </w:rPr>
        <w:t>他</w:t>
      </w:r>
      <w:r>
        <w:rPr>
          <w:spacing w:val="8"/>
          <w:rFonts w:ascii="Ddylr05K+KaiTi" w:hAnsi="Ddylr05K+KaiTi" w:eastAsia="Ddylr05K+KaiTi"/>
          <w:color w:val="000000"/>
          <w:sz w:val="28"/>
        </w:rPr>
        <w:t>们</w:t>
      </w:r>
      <w:r>
        <w:rPr>
          <w:spacing w:val="6"/>
          <w:rFonts w:ascii="Ddylr05K+KaiTi" w:hAnsi="Ddylr05K+KaiTi" w:eastAsia="Ddylr05K+KaiTi"/>
          <w:color w:val="000000"/>
          <w:sz w:val="28"/>
        </w:rPr>
        <w:t>均</w:t>
      </w: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4"/>
          <w:rFonts w:ascii="Ddylr05K+KaiTi" w:hAnsi="Ddylr05K+KaiTi" w:eastAsia="Ddylr05K+KaiTi"/>
          <w:color w:val="000000"/>
          <w:sz w:val="28"/>
        </w:rPr>
        <w:t>各</w:t>
      </w:r>
      <w:r>
        <w:rPr>
          <w:spacing w:val="6"/>
          <w:rFonts w:ascii="Ddylr05K+KaiTi" w:hAnsi="Ddylr05K+KaiTi" w:eastAsia="Ddylr05K+KaiTi"/>
          <w:color w:val="000000"/>
          <w:sz w:val="28"/>
        </w:rPr>
        <w:t>自</w:t>
      </w:r>
      <w:r>
        <w:rPr>
          <w:spacing w:val="4"/>
          <w:rFonts w:ascii="Ddylr05K+KaiTi" w:hAnsi="Ddylr05K+KaiTi" w:eastAsia="Ddylr05K+KaiTi"/>
          <w:color w:val="000000"/>
          <w:sz w:val="28"/>
        </w:rPr>
        <w:t>领域</w:t>
      </w:r>
      <w:r>
        <w:rPr>
          <w:spacing w:val="8"/>
          <w:rFonts w:ascii="Ddylr05K+KaiTi" w:hAnsi="Ddylr05K+KaiTi" w:eastAsia="Ddylr05K+KaiTi"/>
          <w:color w:val="000000"/>
          <w:sz w:val="28"/>
        </w:rPr>
        <w:t>具</w:t>
      </w:r>
      <w:r>
        <w:rPr>
          <w:spacing w:val="6"/>
          <w:rFonts w:ascii="Ddylr05K+KaiTi" w:hAnsi="Ddylr05K+KaiTi" w:eastAsia="Ddylr05K+KaiTi"/>
          <w:color w:val="000000"/>
          <w:sz w:val="28"/>
        </w:rPr>
        <w:t>有</w:t>
      </w:r>
      <w:r>
        <w:rPr>
          <w:spacing w:val="8"/>
          <w:rFonts w:ascii="Ddylr05K+KaiTi" w:hAnsi="Ddylr05K+KaiTi" w:eastAsia="Ddylr05K+KaiTi"/>
          <w:color w:val="000000"/>
          <w:sz w:val="28"/>
        </w:rPr>
        <w:t>丰</w:t>
      </w:r>
      <w:r>
        <w:rPr>
          <w:spacing w:val="6"/>
          <w:rFonts w:ascii="Ddylr05K+KaiTi" w:hAnsi="Ddylr05K+KaiTi" w:eastAsia="Ddylr05K+KaiTi"/>
          <w:color w:val="000000"/>
          <w:sz w:val="28"/>
        </w:rPr>
        <w:t>富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经</w:t>
      </w:r>
      <w:r>
        <w:rPr>
          <w:spacing w:val="6"/>
          <w:rFonts w:ascii="Ddylr05K+KaiTi" w:hAnsi="Ddylr05K+KaiTi" w:eastAsia="Ddylr05K+KaiTi"/>
          <w:color w:val="000000"/>
          <w:sz w:val="28"/>
        </w:rPr>
        <w:t>验</w:t>
      </w:r>
      <w:r>
        <w:rPr>
          <w:spacing w:val="4"/>
          <w:rFonts w:ascii="Ddylr05K+KaiTi" w:hAnsi="Ddylr05K+KaiTi" w:eastAsia="Ddylr05K+KaiTi"/>
          <w:color w:val="000000"/>
          <w:sz w:val="28"/>
        </w:rPr>
        <w:t>，并</w:t>
      </w:r>
      <w:r>
        <w:rPr>
          <w:spacing w:val="8"/>
          <w:rFonts w:ascii="Ddylr05K+KaiTi" w:hAnsi="Ddylr05K+KaiTi" w:eastAsia="Ddylr05K+KaiTi"/>
          <w:color w:val="000000"/>
          <w:sz w:val="28"/>
        </w:rPr>
        <w:t>且</w:t>
      </w:r>
      <w:r>
        <w:rPr>
          <w:spacing w:val="6"/>
          <w:rFonts w:ascii="Ddylr05K+KaiTi" w:hAnsi="Ddylr05K+KaiTi" w:eastAsia="Ddylr05K+KaiTi"/>
          <w:color w:val="000000"/>
          <w:sz w:val="28"/>
        </w:rPr>
        <w:t>配</w:t>
      </w:r>
      <w:r>
        <w:rPr>
          <w:spacing w:val="8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有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4"/>
          <w:rFonts w:ascii="Ddylr05K+KaiTi" w:hAnsi="Ddylr05K+KaiTi" w:eastAsia="Ddylr05K+KaiTi"/>
          <w:color w:val="000000"/>
          <w:sz w:val="28"/>
        </w:rPr>
        <w:t>同评</w:t>
      </w:r>
      <w:r>
        <w:rPr>
          <w:spacing w:val="6"/>
          <w:rFonts w:ascii="Ddylr05K+KaiTi" w:hAnsi="Ddylr05K+KaiTi" w:eastAsia="Ddylr05K+KaiTi"/>
          <w:color w:val="000000"/>
          <w:sz w:val="28"/>
        </w:rPr>
        <w:t>审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审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rFonts w:ascii="Ddylr05K+KaiTi" w:hAnsi="Ddylr05K+KaiTi" w:eastAsia="Ddylr05K+KaiTi"/>
          <w:color w:val="000000"/>
          <w:sz w:val="28"/>
        </w:rPr>
        <w:t>策</w:t>
      </w:r>
      <w:r>
        <w:rPr>
          <w:spacing w:val="4"/>
          <w:rFonts w:ascii="Ddylr05K+KaiTi" w:hAnsi="Ddylr05K+KaiTi" w:eastAsia="Ddylr05K+KaiTi"/>
          <w:color w:val="000000"/>
          <w:sz w:val="28"/>
        </w:rPr>
        <w:t>划</w:t>
      </w:r>
      <w:r>
        <w:rPr>
          <w:spacing w:val="8"/>
          <w:rFonts w:ascii="Ddylr05K+KaiTi" w:hAnsi="Ddylr05K+KaiTi" w:eastAsia="Ddylr05K+KaiTi"/>
          <w:color w:val="000000"/>
          <w:sz w:val="28"/>
        </w:rPr>
        <w:t>等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人</w:t>
      </w:r>
      <w:r>
        <w:rPr>
          <w:spacing w:val="6"/>
          <w:rFonts w:ascii="Ddylr05K+KaiTi" w:hAnsi="Ddylr05K+KaiTi" w:eastAsia="Ddylr05K+KaiTi"/>
          <w:color w:val="000000"/>
          <w:sz w:val="28"/>
        </w:rPr>
        <w:t>员</w:t>
      </w:r>
      <w:r>
        <w:rPr>
          <w:spacing w:val="4"/>
          <w:rFonts w:ascii="Ddylr05K+KaiTi" w:hAnsi="Ddylr05K+KaiTi" w:eastAsia="Ddylr05K+KaiTi"/>
          <w:color w:val="000000"/>
          <w:sz w:val="28"/>
        </w:rPr>
        <w:t>，可</w:t>
      </w:r>
      <w:r>
        <w:rPr>
          <w:spacing w:val="8"/>
          <w:rFonts w:ascii="Ddylr05K+KaiTi" w:hAnsi="Ddylr05K+KaiTi" w:eastAsia="Ddylr05K+KaiTi"/>
          <w:color w:val="000000"/>
          <w:sz w:val="28"/>
        </w:rPr>
        <w:t>以</w:t>
      </w:r>
      <w:r>
        <w:rPr>
          <w:spacing w:val="6"/>
          <w:rFonts w:ascii="Ddylr05K+KaiTi" w:hAnsi="Ddylr05K+KaiTi" w:eastAsia="Ddylr05K+KaiTi"/>
          <w:color w:val="000000"/>
          <w:sz w:val="28"/>
        </w:rPr>
        <w:t>为</w:t>
      </w:r>
      <w:r>
        <w:rPr>
          <w:spacing w:val="8"/>
          <w:rFonts w:ascii="Ddylr05K+KaiTi" w:hAnsi="Ddylr05K+KaiTi" w:eastAsia="Ddylr05K+KaiTi"/>
          <w:color w:val="000000"/>
          <w:sz w:val="28"/>
        </w:rPr>
        <w:t>不</w:t>
      </w:r>
      <w:r>
        <w:rPr>
          <w:spacing w:val="6"/>
          <w:rFonts w:ascii="Ddylr05K+KaiTi" w:hAnsi="Ddylr05K+KaiTi" w:eastAsia="Ddylr05K+KaiTi"/>
          <w:color w:val="000000"/>
          <w:sz w:val="28"/>
        </w:rPr>
        <w:t>同</w:t>
      </w:r>
      <w:r>
        <w:rPr>
          <w:spacing w:val="8"/>
          <w:rFonts w:ascii="Ddylr05K+KaiTi" w:hAnsi="Ddylr05K+KaiTi" w:eastAsia="Ddylr05K+KaiTi"/>
          <w:color w:val="000000"/>
          <w:sz w:val="28"/>
        </w:rPr>
        <w:t>需</w:t>
      </w:r>
      <w:r>
        <w:rPr>
          <w:spacing w:val="4"/>
          <w:rFonts w:ascii="Ddylr05K+KaiTi" w:hAnsi="Ddylr05K+KaiTi" w:eastAsia="Ddylr05K+KaiTi"/>
          <w:color w:val="000000"/>
          <w:sz w:val="28"/>
        </w:rPr>
        <w:t>求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企业</w:t>
      </w:r>
      <w:r>
        <w:rPr>
          <w:spacing w:val="8"/>
          <w:rFonts w:ascii="Ddylr05K+KaiTi" w:hAnsi="Ddylr05K+KaiTi" w:eastAsia="Ddylr05K+KaiTi"/>
          <w:color w:val="000000"/>
          <w:sz w:val="28"/>
        </w:rPr>
        <w:t>提</w:t>
      </w:r>
      <w:r>
        <w:rPr>
          <w:spacing w:val="6"/>
          <w:rFonts w:ascii="Ddylr05K+KaiTi" w:hAnsi="Ddylr05K+KaiTi" w:eastAsia="Ddylr05K+KaiTi"/>
          <w:color w:val="000000"/>
          <w:sz w:val="28"/>
        </w:rPr>
        <w:t>供</w:t>
      </w:r>
      <w:r>
        <w:rPr>
          <w:spacing w:val="8"/>
          <w:rFonts w:ascii="Ddylr05K+KaiTi" w:hAnsi="Ddylr05K+KaiTi" w:eastAsia="Ddylr05K+KaiTi"/>
          <w:color w:val="000000"/>
          <w:sz w:val="28"/>
        </w:rPr>
        <w:t>专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化</w:t>
      </w:r>
      <w:r>
        <w:rPr>
          <w:spacing w:val="4"/>
          <w:rFonts w:ascii="Ddylr05K+KaiTi" w:hAnsi="Ddylr05K+KaiTi" w:eastAsia="Ddylr05K+KaiTi"/>
          <w:color w:val="000000"/>
          <w:sz w:val="28"/>
        </w:rPr>
        <w:t>的审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spacing w:val="4"/>
          <w:rFonts w:ascii="Ddylr05K+KaiTi" w:hAnsi="Ddylr05K+KaiTi" w:eastAsia="Ddylr05K+KaiTi"/>
          <w:color w:val="000000"/>
          <w:sz w:val="28"/>
        </w:rPr>
        <w:t>服</w:t>
      </w:r>
      <w:r>
        <w:rPr>
          <w:spacing w:val="8"/>
          <w:rFonts w:ascii="Ddylr05K+KaiTi" w:hAnsi="Ddylr05K+KaiTi" w:eastAsia="Ddylr05K+KaiTi"/>
          <w:color w:val="000000"/>
          <w:sz w:val="28"/>
        </w:rPr>
        <w:t>务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rFonts w:ascii="Ddylr05K+KaiTi" w:hAnsi="Ddylr05K+KaiTi" w:eastAsia="Ddylr05K+KaiTi"/>
          <w:color w:val="000000"/>
          <w:sz w:val="28"/>
        </w:rPr>
        <w:t>质</w:t>
      </w:r>
      <w:r>
        <w:rPr>
          <w:spacing w:val="4"/>
          <w:rFonts w:ascii="Ddylr05K+KaiTi" w:hAnsi="Ddylr05K+KaiTi" w:eastAsia="Ddylr05K+KaiTi"/>
          <w:color w:val="000000"/>
          <w:sz w:val="28"/>
        </w:rPr>
        <w:t>联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审</w:t>
      </w:r>
      <w:r>
        <w:rPr>
          <w:spacing w:val="8"/>
          <w:rFonts w:ascii="Ddylr05K+KaiTi" w:hAnsi="Ddylr05K+KaiTi" w:eastAsia="Ddylr05K+KaiTi"/>
          <w:color w:val="000000"/>
          <w:sz w:val="28"/>
        </w:rPr>
        <w:t>核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务</w:t>
      </w:r>
      <w:r>
        <w:rPr>
          <w:spacing w:val="4"/>
          <w:rFonts w:ascii="Ddylr05K+KaiTi" w:hAnsi="Ddylr05K+KaiTi" w:eastAsia="Ddylr05K+KaiTi"/>
          <w:color w:val="000000"/>
          <w:sz w:val="28"/>
        </w:rPr>
        <w:t>广泛</w:t>
      </w:r>
      <w:r>
        <w:rPr>
          <w:spacing w:val="8"/>
          <w:rFonts w:ascii="Ddylr05K+KaiTi" w:hAnsi="Ddylr05K+KaiTi" w:eastAsia="Ddylr05K+KaiTi"/>
          <w:color w:val="000000"/>
          <w:sz w:val="28"/>
        </w:rPr>
        <w:t>覆</w:t>
      </w:r>
      <w:r>
        <w:rPr>
          <w:spacing w:val="6"/>
          <w:rFonts w:ascii="Ddylr05K+KaiTi" w:hAnsi="Ddylr05K+KaiTi" w:eastAsia="Ddylr05K+KaiTi"/>
          <w:color w:val="000000"/>
          <w:sz w:val="28"/>
        </w:rPr>
        <w:t>盖</w:t>
      </w:r>
      <w:r>
        <w:rPr>
          <w:spacing w:val="8"/>
          <w:rFonts w:ascii="Ddylr05K+KaiTi" w:hAnsi="Ddylr05K+KaiTi" w:eastAsia="Ddylr05K+KaiTi"/>
          <w:color w:val="000000"/>
          <w:sz w:val="28"/>
        </w:rPr>
        <w:t>了</w:t>
      </w:r>
      <w:r>
        <w:rPr>
          <w:spacing w:val="6"/>
          <w:rFonts w:ascii="Ddylr05K+KaiTi" w:hAnsi="Ddylr05K+KaiTi" w:eastAsia="Ddylr05K+KaiTi"/>
          <w:color w:val="000000"/>
          <w:sz w:val="28"/>
        </w:rPr>
        <w:t>包</w:t>
      </w:r>
      <w:r>
        <w:rPr>
          <w:spacing w:val="8"/>
          <w:rFonts w:ascii="Ddylr05K+KaiTi" w:hAnsi="Ddylr05K+KaiTi" w:eastAsia="Ddylr05K+KaiTi"/>
          <w:color w:val="000000"/>
          <w:sz w:val="28"/>
        </w:rPr>
        <w:t>括</w:t>
      </w:r>
      <w:r>
        <w:rPr>
          <w:spacing w:val="4"/>
          <w:rFonts w:ascii="Ddylr05K+KaiTi" w:hAnsi="Ddylr05K+KaiTi" w:eastAsia="Ddylr05K+KaiTi"/>
          <w:color w:val="000000"/>
          <w:sz w:val="28"/>
        </w:rPr>
        <w:t>电</w:t>
      </w:r>
      <w:r>
        <w:rPr>
          <w:spacing w:val="6"/>
          <w:rFonts w:ascii="Ddylr05K+KaiTi" w:hAnsi="Ddylr05K+KaiTi" w:eastAsia="Ddylr05K+KaiTi"/>
          <w:color w:val="000000"/>
          <w:sz w:val="28"/>
        </w:rPr>
        <w:t>子</w:t>
      </w:r>
      <w:r>
        <w:rPr>
          <w:spacing w:val="4"/>
          <w:rFonts w:ascii="Ddylr05K+KaiTi" w:hAnsi="Ddylr05K+KaiTi" w:eastAsia="Ddylr05K+KaiTi"/>
          <w:color w:val="000000"/>
          <w:sz w:val="28"/>
        </w:rPr>
        <w:t>、电</w:t>
      </w:r>
      <w:r>
        <w:rPr>
          <w:spacing w:val="8"/>
          <w:rFonts w:ascii="Ddylr05K+KaiTi" w:hAnsi="Ddylr05K+KaiTi" w:eastAsia="Ddylr05K+KaiTi"/>
          <w:color w:val="000000"/>
          <w:sz w:val="28"/>
        </w:rPr>
        <w:t>器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机</w:t>
      </w:r>
      <w:r>
        <w:rPr>
          <w:spacing w:val="6"/>
          <w:rFonts w:ascii="Ddylr05K+KaiTi" w:hAnsi="Ddylr05K+KaiTi" w:eastAsia="Ddylr05K+KaiTi"/>
          <w:color w:val="000000"/>
          <w:sz w:val="28"/>
        </w:rPr>
        <w:t>电</w:t>
      </w:r>
      <w:r>
        <w:rPr>
          <w:spacing w:val="8"/>
          <w:rFonts w:ascii="Ddylr05K+KaiTi" w:hAnsi="Ddylr05K+KaiTi" w:eastAsia="Ddylr05K+KaiTi"/>
          <w:color w:val="000000"/>
          <w:sz w:val="28"/>
        </w:rPr>
        <w:t>设</w:t>
      </w:r>
      <w:r>
        <w:rPr>
          <w:spacing w:val="4"/>
          <w:rFonts w:ascii="Ddylr05K+KaiTi" w:hAnsi="Ddylr05K+KaiTi" w:eastAsia="Ddylr05K+KaiTi"/>
          <w:color w:val="000000"/>
          <w:sz w:val="28"/>
        </w:rPr>
        <w:t>备制</w:t>
      </w:r>
      <w:r>
        <w:rPr>
          <w:spacing w:val="6"/>
          <w:rFonts w:ascii="Ddylr05K+KaiTi" w:hAnsi="Ddylr05K+KaiTi" w:eastAsia="Ddylr05K+KaiTi"/>
          <w:color w:val="000000"/>
          <w:sz w:val="28"/>
        </w:rPr>
        <w:t>造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自</w:t>
      </w:r>
      <w:r>
        <w:rPr>
          <w:spacing w:val="6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化</w:t>
      </w:r>
      <w:r>
        <w:rPr>
          <w:spacing w:val="4"/>
          <w:rFonts w:ascii="Ddylr05K+KaiTi" w:hAnsi="Ddylr05K+KaiTi" w:eastAsia="Ddylr05K+KaiTi"/>
          <w:color w:val="000000"/>
          <w:sz w:val="28"/>
        </w:rPr>
        <w:t>控</w:t>
      </w:r>
      <w:r>
        <w:rPr>
          <w:spacing w:val="8"/>
          <w:rFonts w:ascii="Ddylr05K+KaiTi" w:hAnsi="Ddylr05K+KaiTi" w:eastAsia="Ddylr05K+KaiTi"/>
          <w:color w:val="000000"/>
          <w:sz w:val="28"/>
        </w:rPr>
        <w:t>制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建</w:t>
      </w:r>
      <w:r>
        <w:rPr>
          <w:spacing w:val="4"/>
          <w:rFonts w:ascii="Ddylr05K+KaiTi" w:hAnsi="Ddylr05K+KaiTi" w:eastAsia="Ddylr05K+KaiTi"/>
          <w:color w:val="000000"/>
          <w:sz w:val="28"/>
        </w:rPr>
        <w:t>筑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程、</w:t>
      </w:r>
      <w:r>
        <w:rPr>
          <w:spacing w:val="8"/>
          <w:rFonts w:ascii="Ddylr05K+KaiTi" w:hAnsi="Ddylr05K+KaiTi" w:eastAsia="Ddylr05K+KaiTi"/>
          <w:color w:val="000000"/>
          <w:sz w:val="28"/>
        </w:rPr>
        <w:t>装</w:t>
      </w:r>
      <w:r>
        <w:rPr>
          <w:spacing w:val="6"/>
          <w:rFonts w:ascii="Ddylr05K+KaiTi" w:hAnsi="Ddylr05K+KaiTi" w:eastAsia="Ddylr05K+KaiTi"/>
          <w:color w:val="000000"/>
          <w:sz w:val="28"/>
        </w:rPr>
        <w:t>饰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印</w:t>
      </w:r>
      <w:r>
        <w:rPr>
          <w:spacing w:val="6"/>
          <w:rFonts w:ascii="Ddylr05K+KaiTi" w:hAnsi="Ddylr05K+KaiTi" w:eastAsia="Ddylr05K+KaiTi"/>
          <w:color w:val="000000"/>
          <w:sz w:val="28"/>
        </w:rPr>
        <w:t>刷</w:t>
      </w:r>
      <w:r>
        <w:rPr>
          <w:spacing w:val="4"/>
          <w:rFonts w:ascii="Ddylr05K+KaiTi" w:hAnsi="Ddylr05K+KaiTi" w:eastAsia="Ddylr05K+KaiTi"/>
          <w:color w:val="000000"/>
          <w:sz w:val="28"/>
        </w:rPr>
        <w:t>包装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软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6"/>
          <w:rFonts w:ascii="Ddylr05K+KaiTi" w:hAnsi="Ddylr05K+KaiTi" w:eastAsia="Ddylr05K+KaiTi"/>
          <w:color w:val="000000"/>
          <w:sz w:val="28"/>
        </w:rPr>
        <w:t>开</w:t>
      </w:r>
      <w:r>
        <w:rPr>
          <w:spacing w:val="8"/>
          <w:rFonts w:ascii="Ddylr05K+KaiTi" w:hAnsi="Ddylr05K+KaiTi" w:eastAsia="Ddylr05K+KaiTi"/>
          <w:color w:val="000000"/>
          <w:sz w:val="28"/>
        </w:rPr>
        <w:t>发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、服</w:t>
      </w:r>
      <w:r>
        <w:rPr>
          <w:spacing w:val="6"/>
          <w:rFonts w:ascii="Ddylr05K+KaiTi" w:hAnsi="Ddylr05K+KaiTi" w:eastAsia="Ddylr05K+KaiTi"/>
          <w:color w:val="000000"/>
          <w:sz w:val="28"/>
        </w:rPr>
        <w:t>装</w:t>
      </w:r>
      <w:r>
        <w:rPr>
          <w:spacing w:val="4"/>
          <w:rFonts w:ascii="Ddylr05K+KaiTi" w:hAnsi="Ddylr05K+KaiTi" w:eastAsia="Ddylr05K+KaiTi"/>
          <w:color w:val="000000"/>
          <w:sz w:val="28"/>
        </w:rPr>
        <w:t>纺</w:t>
      </w:r>
      <w:r>
        <w:rPr>
          <w:spacing w:val="8"/>
          <w:rFonts w:ascii="Ddylr05K+KaiTi" w:hAnsi="Ddylr05K+KaiTi" w:eastAsia="Ddylr05K+KaiTi"/>
          <w:color w:val="000000"/>
          <w:sz w:val="28"/>
        </w:rPr>
        <w:t>织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医</w:t>
      </w:r>
      <w:r>
        <w:rPr>
          <w:spacing w:val="-2"/>
          <w:rFonts w:ascii="Ddylr05K+KaiTi" w:hAnsi="Ddylr05K+KaiTi" w:eastAsia="Ddylr05K+KaiTi"/>
          <w:color w:val="000000"/>
          <w:sz w:val="28"/>
        </w:rPr>
        <w:t>疗</w:t>
      </w:r>
      <w:r>
        <w:rPr>
          <w:spacing w:val="2"/>
          <w:rFonts w:ascii="Ddylr05K+KaiTi" w:hAnsi="Ddylr05K+KaiTi" w:eastAsia="Ddylr05K+KaiTi"/>
          <w:color w:val="000000"/>
          <w:sz w:val="28"/>
        </w:rPr>
        <w:t>器</w:t>
      </w:r>
      <w:r>
        <w:rPr>
          <w:rFonts w:ascii="Ddylr05K+KaiTi" w:hAnsi="Ddylr05K+KaiTi" w:eastAsia="Ddylr05K+KaiTi"/>
          <w:color w:val="000000"/>
          <w:sz w:val="28"/>
        </w:rPr>
        <w:t>械、</w:t>
      </w:r>
      <w:r>
        <w:rPr>
          <w:spacing w:val="2"/>
          <w:rFonts w:ascii="Ddylr05K+KaiTi" w:hAnsi="Ddylr05K+KaiTi" w:eastAsia="Ddylr05K+KaiTi"/>
          <w:color w:val="000000"/>
          <w:sz w:val="28"/>
        </w:rPr>
        <w:t>汽</w:t>
      </w:r>
      <w:r>
        <w:rPr>
          <w:rFonts w:ascii="Ddylr05K+KaiTi" w:hAnsi="Ddylr05K+KaiTi" w:eastAsia="Ddylr05K+KaiTi"/>
          <w:color w:val="000000"/>
          <w:sz w:val="28"/>
        </w:rPr>
        <w:t>车部</w:t>
      </w:r>
      <w:r>
        <w:rPr>
          <w:spacing w:val="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等</w:t>
      </w:r>
      <w:r>
        <w:rPr>
          <w:spacing w:val="2"/>
          <w:rFonts w:ascii="Ddylr05K+KaiTi" w:hAnsi="Ddylr05K+KaiTi" w:eastAsia="Ddylr05K+KaiTi"/>
          <w:color w:val="000000"/>
          <w:sz w:val="28"/>
        </w:rPr>
        <w:t>在</w:t>
      </w:r>
      <w:r>
        <w:rPr>
          <w:rFonts w:ascii="Ddylr05K+KaiTi" w:hAnsi="Ddylr05K+KaiTi" w:eastAsia="Ddylr05K+KaiTi"/>
          <w:color w:val="000000"/>
          <w:sz w:val="28"/>
        </w:rPr>
        <w:t>内</w:t>
      </w:r>
      <w:r>
        <w:rPr>
          <w:spacing w:val="68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spacing w:val="72"/>
          <w:rFonts w:ascii="Ddylr05K+KaiTi" w:hAnsi="Ddylr05K+KaiTi" w:eastAsia="Ddylr05K+KaiTi"/>
          <w:color w:val="000000"/>
          <w:sz w:val="28"/>
        </w:rPr>
        <w:t>9</w:t>
      </w:r>
      <w:r>
        <w:rPr>
          <w:rFonts w:ascii="Ddylr05K+KaiTi" w:hAnsi="Ddylr05K+KaiTi" w:eastAsia="Ddylr05K+KaiTi"/>
          <w:color w:val="000000"/>
          <w:sz w:val="28"/>
        </w:rPr>
        <w:t>个</w:t>
      </w:r>
      <w:r>
        <w:rPr>
          <w:spacing w:val="2"/>
          <w:rFonts w:ascii="Ddylr05K+KaiTi" w:hAnsi="Ddylr05K+KaiTi" w:eastAsia="Ddylr05K+KaiTi"/>
          <w:color w:val="000000"/>
          <w:sz w:val="28"/>
        </w:rPr>
        <w:t>大</w:t>
      </w:r>
      <w:r>
        <w:rPr>
          <w:rFonts w:ascii="Ddylr05K+KaiTi" w:hAnsi="Ddylr05K+KaiTi" w:eastAsia="Ddylr05K+KaiTi"/>
          <w:color w:val="000000"/>
          <w:sz w:val="28"/>
        </w:rPr>
        <w:t>类行</w:t>
      </w:r>
      <w:r>
        <w:rPr>
          <w:spacing w:val="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。质</w:t>
      </w:r>
      <w:r>
        <w:rPr>
          <w:spacing w:val="4"/>
          <w:rFonts w:ascii="Ddylr05K+KaiTi" w:hAnsi="Ddylr05K+KaiTi" w:eastAsia="Ddylr05K+KaiTi"/>
          <w:color w:val="000000"/>
          <w:sz w:val="28"/>
        </w:rPr>
        <w:t>联</w:t>
      </w:r>
      <w:r>
        <w:rPr>
          <w:rFonts w:ascii="Ddylr05K+KaiTi" w:hAnsi="Ddylr05K+KaiTi" w:eastAsia="Ddylr05K+KaiTi"/>
          <w:color w:val="000000"/>
          <w:sz w:val="28"/>
        </w:rPr>
        <w:t>始</w:t>
      </w:r>
      <w:r>
        <w:rPr>
          <w:spacing w:val="4"/>
          <w:rFonts w:ascii="Ddylr05K+KaiTi" w:hAnsi="Ddylr05K+KaiTi" w:eastAsia="Ddylr05K+KaiTi"/>
          <w:color w:val="000000"/>
          <w:sz w:val="28"/>
        </w:rPr>
        <w:t>终</w:t>
      </w:r>
      <w:r>
        <w:rPr>
          <w:rFonts w:ascii="Ddylr05K+KaiTi" w:hAnsi="Ddylr05K+KaiTi" w:eastAsia="Ddylr05K+KaiTi"/>
          <w:color w:val="000000"/>
          <w:sz w:val="28"/>
        </w:rPr>
        <w:t>坚持</w:t>
      </w:r>
      <w:r>
        <w:rPr>
          <w:spacing w:val="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客户为</w:t>
      </w:r>
      <w:r>
        <w:rPr>
          <w:spacing w:val="-2"/>
          <w:rFonts w:ascii="Ddylr05K+KaiTi" w:hAnsi="Ddylr05K+KaiTi" w:eastAsia="Ddylr05K+KaiTi"/>
          <w:color w:val="000000"/>
          <w:sz w:val="28"/>
        </w:rPr>
        <w:t>中心</w:t>
      </w:r>
      <w:r>
        <w:rPr>
          <w:rFonts w:ascii="Ddylr05K+KaiTi" w:hAnsi="Ddylr05K+KaiTi" w:eastAsia="Ddylr05K+KaiTi"/>
          <w:color w:val="000000"/>
          <w:sz w:val="28"/>
        </w:rPr>
        <w:t>，提</w:t>
      </w:r>
      <w:r>
        <w:rPr>
          <w:spacing w:val="-2"/>
          <w:rFonts w:ascii="Ddylr05K+KaiTi" w:hAnsi="Ddylr05K+KaiTi" w:eastAsia="Ddylr05K+KaiTi"/>
          <w:color w:val="000000"/>
          <w:sz w:val="28"/>
        </w:rPr>
        <w:t>供</w:t>
      </w:r>
      <w:r>
        <w:rPr>
          <w:rFonts w:ascii="Ddylr05K+KaiTi" w:hAnsi="Ddylr05K+KaiTi" w:eastAsia="Ddylr05K+KaiTi"/>
          <w:color w:val="000000"/>
          <w:sz w:val="28"/>
        </w:rPr>
        <w:t>高效</w:t>
      </w:r>
      <w:r>
        <w:rPr>
          <w:spacing w:val="-2"/>
          <w:rFonts w:ascii="Ddylr05K+KaiTi" w:hAnsi="Ddylr05K+KaiTi" w:eastAsia="Ddylr05K+KaiTi"/>
          <w:color w:val="000000"/>
          <w:sz w:val="28"/>
        </w:rPr>
        <w:t>可</w:t>
      </w:r>
      <w:r>
        <w:rPr>
          <w:rFonts w:ascii="Ddylr05K+KaiTi" w:hAnsi="Ddylr05K+KaiTi" w:eastAsia="Ddylr05K+KaiTi"/>
          <w:color w:val="000000"/>
          <w:sz w:val="28"/>
        </w:rPr>
        <w:t>靠的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认</w:t>
      </w:r>
      <w:r>
        <w:rPr>
          <w:rFonts w:ascii="Ddylr05K+KaiTi" w:hAnsi="Ddylr05K+KaiTi" w:eastAsia="Ddylr05K+KaiTi"/>
          <w:color w:val="000000"/>
          <w:sz w:val="28"/>
        </w:rPr>
        <w:t>证服</w:t>
      </w:r>
      <w:r>
        <w:rPr>
          <w:spacing w:val="-2"/>
          <w:rFonts w:ascii="Ddylr05K+KaiTi" w:hAnsi="Ddylr05K+KaiTi" w:eastAsia="Ddylr05K+KaiTi"/>
          <w:color w:val="000000"/>
          <w:sz w:val="28"/>
        </w:rPr>
        <w:t>务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1.</w:t>
      </w:r>
      <w:r>
        <w:rPr>
          <w:rFonts w:ascii="Ddylr05K+KaiTi" w:hAnsi="Ddylr05K+KaiTi" w:eastAsia="Ddylr05K+KaiTi"/>
          <w:b/>
          <w:color w:val="000000"/>
          <w:sz w:val="28"/>
        </w:rPr>
        <w:t>2.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委托方产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品</w:t>
      </w:r>
      <w:r>
        <w:rPr>
          <w:rFonts w:ascii="Ddylr05K+KaiTi" w:hAnsi="Ddylr05K+KaiTi" w:eastAsia="Ddylr05K+KaiTi"/>
          <w:b/>
          <w:color w:val="000000"/>
          <w:sz w:val="28"/>
        </w:rPr>
        <w:t>介绍</w:t>
      </w:r>
    </w:p>
    <w:p>
      <w:pPr>
        <w:autoSpaceDN w:val="0"/>
        <w:autoSpaceDE w:val="0"/>
        <w:widowControl/>
        <w:spacing w:line="282" w:lineRule="exact" w:before="498" w:after="0"/>
        <w:ind w:left="360" w:right="0" w:firstLine="0"/>
        <w:jc w:val="left"/>
      </w:pPr>
      <w:r>
        <w:rPr>
          <w:spacing w:val="6"/>
          <w:rFonts w:ascii="Ddylr05K+KaiTi" w:hAnsi="Ddylr05K+KaiTi" w:eastAsia="Ddylr05K+KaiTi"/>
          <w:b/>
          <w:color w:val="000000"/>
          <w:sz w:val="28"/>
        </w:rPr>
        <w:t>1.2.3.</w:t>
      </w:r>
      <w:r>
        <w:rPr>
          <w:rFonts w:ascii="Ddylr05K+KaiTi" w:hAnsi="Ddylr05K+KaiTi" w:eastAsia="Ddylr05K+KaiTi"/>
          <w:b/>
          <w:color w:val="000000"/>
          <w:sz w:val="28"/>
        </w:rPr>
        <w:t>1</w:t>
      </w:r>
      <w:r>
        <w:rPr>
          <w:spacing w:val="6"/>
          <w:rFonts w:ascii="Arial" w:hAnsi="Arial" w:eastAsia="Arial"/>
          <w:b/>
          <w:color w:val="000000"/>
          <w:sz w:val="28"/>
        </w:rPr>
        <w:t xml:space="preserve"> 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生产工艺</w:t>
      </w:r>
      <w:r>
        <w:rPr>
          <w:spacing w:val="14"/>
          <w:rFonts w:ascii="Ddylr05K+KaiTi" w:hAnsi="Ddylr05K+KaiTi" w:eastAsia="Ddylr05K+KaiTi"/>
          <w:b/>
          <w:color w:val="000000"/>
          <w:sz w:val="28"/>
        </w:rPr>
        <w:t>流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程</w:t>
      </w:r>
      <w:r>
        <w:rPr>
          <w:rFonts w:ascii="Ddylr05K+KaiTi" w:hAnsi="Ddylr05K+KaiTi" w:eastAsia="Ddylr05K+KaiTi"/>
          <w:b/>
          <w:color w:val="000000"/>
          <w:sz w:val="28"/>
        </w:rPr>
        <w:t>图</w:t>
      </w:r>
    </w:p>
    <w:p>
      <w:pPr>
        <w:autoSpaceDN w:val="0"/>
        <w:autoSpaceDE w:val="0"/>
        <w:widowControl/>
        <w:spacing w:line="240" w:lineRule="auto" w:before="44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485390" cy="3011170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85390" cy="30111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20" w:lineRule="exact" w:before="904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9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282" w:lineRule="exact" w:before="0" w:after="0"/>
        <w:ind w:left="360" w:right="0" w:firstLine="0"/>
        <w:jc w:val="left"/>
      </w:pPr>
      <w:r>
        <w:rPr>
          <w:spacing w:val="6"/>
          <w:rFonts w:ascii="Ddylr05K+KaiTi" w:hAnsi="Ddylr05K+KaiTi" w:eastAsia="Ddylr05K+KaiTi"/>
          <w:b/>
          <w:color w:val="000000"/>
          <w:sz w:val="28"/>
        </w:rPr>
        <w:t>1.2.3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.</w:t>
      </w:r>
      <w:r>
        <w:rPr>
          <w:rFonts w:ascii="Ddylr05K+KaiTi" w:hAnsi="Ddylr05K+KaiTi" w:eastAsia="Ddylr05K+KaiTi"/>
          <w:b/>
          <w:color w:val="000000"/>
          <w:sz w:val="28"/>
        </w:rPr>
        <w:t>2</w:t>
      </w:r>
      <w:r>
        <w:rPr>
          <w:spacing w:val="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生产工艺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流</w:t>
      </w:r>
      <w:r>
        <w:rPr>
          <w:rFonts w:ascii="Ddylr05K+KaiTi" w:hAnsi="Ddylr05K+KaiTi" w:eastAsia="Ddylr05K+KaiTi"/>
          <w:b/>
          <w:color w:val="000000"/>
          <w:sz w:val="28"/>
        </w:rPr>
        <w:t>程简述</w:t>
      </w:r>
    </w:p>
    <w:p>
      <w:pPr>
        <w:autoSpaceDN w:val="0"/>
        <w:autoSpaceDE w:val="0"/>
        <w:widowControl/>
        <w:spacing w:line="624" w:lineRule="exact" w:before="156" w:after="0"/>
        <w:ind w:left="360" w:right="360" w:firstLine="0"/>
        <w:jc w:val="both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1）机</w:t>
      </w:r>
      <w:r>
        <w:rPr>
          <w:spacing w:val="4"/>
          <w:rFonts w:ascii="Ddylr05K+KaiTi" w:hAnsi="Ddylr05K+KaiTi" w:eastAsia="Ddylr05K+KaiTi"/>
          <w:color w:val="000000"/>
          <w:sz w:val="28"/>
        </w:rPr>
        <w:t>加</w:t>
      </w:r>
      <w:r>
        <w:rPr>
          <w:rFonts w:ascii="Ddylr05K+KaiTi" w:hAnsi="Ddylr05K+KaiTi" w:eastAsia="Ddylr05K+KaiTi"/>
          <w:color w:val="000000"/>
          <w:sz w:val="28"/>
        </w:rPr>
        <w:t>工：</w:t>
      </w:r>
      <w:r>
        <w:rPr>
          <w:spacing w:val="2"/>
          <w:rFonts w:ascii="Ddylr05K+KaiTi" w:hAnsi="Ddylr05K+KaiTi" w:eastAsia="Ddylr05K+KaiTi"/>
          <w:color w:val="000000"/>
          <w:sz w:val="28"/>
        </w:rPr>
        <w:t>外</w:t>
      </w:r>
      <w:r>
        <w:rPr>
          <w:rFonts w:ascii="Ddylr05K+KaiTi" w:hAnsi="Ddylr05K+KaiTi" w:eastAsia="Ddylr05K+KaiTi"/>
          <w:color w:val="000000"/>
          <w:sz w:val="28"/>
        </w:rPr>
        <w:t>购毛</w:t>
      </w:r>
      <w:r>
        <w:rPr>
          <w:spacing w:val="2"/>
          <w:rFonts w:ascii="Ddylr05K+KaiTi" w:hAnsi="Ddylr05K+KaiTi" w:eastAsia="Ddylr05K+KaiTi"/>
          <w:color w:val="000000"/>
          <w:sz w:val="28"/>
        </w:rPr>
        <w:t>坯</w:t>
      </w:r>
      <w:r>
        <w:rPr>
          <w:rFonts w:ascii="Ddylr05K+KaiTi" w:hAnsi="Ddylr05K+KaiTi" w:eastAsia="Ddylr05K+KaiTi"/>
          <w:color w:val="000000"/>
          <w:sz w:val="28"/>
        </w:rPr>
        <w:t>钢件</w:t>
      </w:r>
      <w:r>
        <w:rPr>
          <w:spacing w:val="2"/>
          <w:rFonts w:ascii="Ddylr05K+KaiTi" w:hAnsi="Ddylr05K+KaiTi" w:eastAsia="Ddylr05K+KaiTi"/>
          <w:color w:val="000000"/>
          <w:sz w:val="28"/>
        </w:rPr>
        <w:t>利</w:t>
      </w:r>
      <w:r>
        <w:rPr>
          <w:rFonts w:ascii="Ddylr05K+KaiTi" w:hAnsi="Ddylr05K+KaiTi" w:eastAsia="Ddylr05K+KaiTi"/>
          <w:color w:val="000000"/>
          <w:sz w:val="28"/>
        </w:rPr>
        <w:t>用多</w:t>
      </w:r>
      <w:r>
        <w:rPr>
          <w:spacing w:val="2"/>
          <w:rFonts w:ascii="Ddylr05K+KaiTi" w:hAnsi="Ddylr05K+KaiTi" w:eastAsia="Ddylr05K+KaiTi"/>
          <w:color w:val="000000"/>
          <w:sz w:val="28"/>
        </w:rPr>
        <w:t>种</w:t>
      </w:r>
      <w:r>
        <w:rPr>
          <w:rFonts w:ascii="Ddylr05K+KaiTi" w:hAnsi="Ddylr05K+KaiTi" w:eastAsia="Ddylr05K+KaiTi"/>
          <w:color w:val="000000"/>
          <w:sz w:val="28"/>
        </w:rPr>
        <w:t>设备</w:t>
      </w:r>
      <w:r>
        <w:rPr>
          <w:spacing w:val="4"/>
          <w:rFonts w:ascii="Ddylr05K+KaiTi" w:hAnsi="Ddylr05K+KaiTi" w:eastAsia="Ddylr05K+KaiTi"/>
          <w:color w:val="000000"/>
          <w:sz w:val="28"/>
        </w:rPr>
        <w:t>进</w:t>
      </w:r>
      <w:r>
        <w:rPr>
          <w:rFonts w:ascii="Ddylr05K+KaiTi" w:hAnsi="Ddylr05K+KaiTi" w:eastAsia="Ddylr05K+KaiTi"/>
          <w:color w:val="000000"/>
          <w:sz w:val="28"/>
        </w:rPr>
        <w:t>行加</w:t>
      </w:r>
      <w:r>
        <w:rPr>
          <w:spacing w:val="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，包</w:t>
      </w:r>
      <w:r>
        <w:rPr>
          <w:spacing w:val="2"/>
          <w:rFonts w:ascii="Ddylr05K+KaiTi" w:hAnsi="Ddylr05K+KaiTi" w:eastAsia="Ddylr05K+KaiTi"/>
          <w:color w:val="000000"/>
          <w:sz w:val="28"/>
        </w:rPr>
        <w:t>括</w:t>
      </w:r>
      <w:r>
        <w:rPr>
          <w:rFonts w:ascii="Ddylr05K+KaiTi" w:hAnsi="Ddylr05K+KaiTi" w:eastAsia="Ddylr05K+KaiTi"/>
          <w:color w:val="000000"/>
          <w:sz w:val="28"/>
        </w:rPr>
        <w:t>精车</w:t>
      </w:r>
      <w:r>
        <w:rPr>
          <w:spacing w:val="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反</w:t>
      </w:r>
      <w:r>
        <w:rPr>
          <w:spacing w:val="4"/>
          <w:rFonts w:ascii="Ddylr05K+KaiTi" w:hAnsi="Ddylr05K+KaiTi" w:eastAsia="Ddylr05K+KaiTi"/>
          <w:color w:val="000000"/>
          <w:sz w:val="28"/>
        </w:rPr>
        <w:t>精</w:t>
      </w:r>
      <w:r>
        <w:rPr>
          <w:spacing w:val="8"/>
          <w:rFonts w:ascii="Ddylr05K+KaiTi" w:hAnsi="Ddylr05K+KaiTi" w:eastAsia="Ddylr05K+KaiTi"/>
          <w:color w:val="000000"/>
          <w:sz w:val="28"/>
        </w:rPr>
        <w:t>车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钻</w:t>
      </w:r>
      <w:r>
        <w:rPr>
          <w:spacing w:val="4"/>
          <w:rFonts w:ascii="Ddylr05K+KaiTi" w:hAnsi="Ddylr05K+KaiTi" w:eastAsia="Ddylr05K+KaiTi"/>
          <w:color w:val="000000"/>
          <w:sz w:val="28"/>
        </w:rPr>
        <w:t>孔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4"/>
          <w:rFonts w:ascii="Ddylr05K+KaiTi" w:hAnsi="Ddylr05K+KaiTi" w:eastAsia="Ddylr05K+KaiTi"/>
          <w:color w:val="000000"/>
          <w:sz w:val="28"/>
        </w:rPr>
        <w:t>，得</w:t>
      </w:r>
      <w:r>
        <w:rPr>
          <w:spacing w:val="8"/>
          <w:rFonts w:ascii="Ddylr05K+KaiTi" w:hAnsi="Ddylr05K+KaiTi" w:eastAsia="Ddylr05K+KaiTi"/>
          <w:color w:val="000000"/>
          <w:sz w:val="28"/>
        </w:rPr>
        <w:t>到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粗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此</w:t>
      </w:r>
      <w:r>
        <w:rPr>
          <w:spacing w:val="4"/>
          <w:rFonts w:ascii="Ddylr05K+KaiTi" w:hAnsi="Ddylr05K+KaiTi" w:eastAsia="Ddylr05K+KaiTi"/>
          <w:color w:val="000000"/>
          <w:sz w:val="28"/>
        </w:rPr>
        <w:t>工序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生</w:t>
      </w:r>
      <w:r>
        <w:rPr>
          <w:spacing w:val="8"/>
          <w:rFonts w:ascii="Ddylr05K+KaiTi" w:hAnsi="Ddylr05K+KaiTi" w:eastAsia="Ddylr05K+KaiTi"/>
          <w:color w:val="000000"/>
          <w:sz w:val="28"/>
        </w:rPr>
        <w:t>下</w:t>
      </w:r>
      <w:r>
        <w:rPr>
          <w:spacing w:val="6"/>
          <w:rFonts w:ascii="Ddylr05K+KaiTi" w:hAnsi="Ddylr05K+KaiTi" w:eastAsia="Ddylr05K+KaiTi"/>
          <w:color w:val="000000"/>
          <w:sz w:val="28"/>
        </w:rPr>
        <w:t>脚</w:t>
      </w:r>
      <w:r>
        <w:rPr>
          <w:spacing w:val="8"/>
          <w:rFonts w:ascii="Ddylr05K+KaiTi" w:hAnsi="Ddylr05K+KaiTi" w:eastAsia="Ddylr05K+KaiTi"/>
          <w:color w:val="000000"/>
          <w:sz w:val="28"/>
        </w:rPr>
        <w:t>料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、沾</w:t>
      </w:r>
      <w:r>
        <w:rPr>
          <w:spacing w:val="6"/>
          <w:rFonts w:ascii="Ddylr05K+KaiTi" w:hAnsi="Ddylr05K+KaiTi" w:eastAsia="Ddylr05K+KaiTi"/>
          <w:color w:val="000000"/>
          <w:sz w:val="28"/>
        </w:rPr>
        <w:t>染</w:t>
      </w:r>
      <w:r>
        <w:rPr>
          <w:spacing w:val="4"/>
          <w:rFonts w:ascii="Ddylr05K+KaiTi" w:hAnsi="Ddylr05K+KaiTi" w:eastAsia="Ddylr05K+KaiTi"/>
          <w:color w:val="000000"/>
          <w:sz w:val="28"/>
        </w:rPr>
        <w:t>切</w:t>
      </w:r>
      <w:r>
        <w:rPr>
          <w:spacing w:val="8"/>
          <w:rFonts w:ascii="Ddylr05K+KaiTi" w:hAnsi="Ddylr05K+KaiTi" w:eastAsia="Ddylr05K+KaiTi"/>
          <w:color w:val="000000"/>
          <w:sz w:val="28"/>
        </w:rPr>
        <w:t>削</w:t>
      </w:r>
      <w:r>
        <w:rPr>
          <w:spacing w:val="6"/>
          <w:rFonts w:ascii="Ddylr05K+KaiTi" w:hAnsi="Ddylr05K+KaiTi" w:eastAsia="Ddylr05K+KaiTi"/>
          <w:color w:val="000000"/>
          <w:sz w:val="28"/>
        </w:rPr>
        <w:t>液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废金</w:t>
      </w:r>
      <w:r>
        <w:rPr>
          <w:rFonts w:ascii="Ddylr05K+KaiTi" w:hAnsi="Ddylr05K+KaiTi" w:eastAsia="Ddylr05K+KaiTi"/>
          <w:color w:val="000000"/>
          <w:sz w:val="28"/>
        </w:rPr>
        <w:t>属屑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废切</w:t>
      </w:r>
      <w:r>
        <w:rPr>
          <w:spacing w:val="-2"/>
          <w:rFonts w:ascii="Ddylr05K+KaiTi" w:hAnsi="Ddylr05K+KaiTi" w:eastAsia="Ddylr05K+KaiTi"/>
          <w:color w:val="000000"/>
          <w:sz w:val="28"/>
        </w:rPr>
        <w:t>削</w:t>
      </w:r>
      <w:r>
        <w:rPr>
          <w:rFonts w:ascii="Ddylr05K+KaiTi" w:hAnsi="Ddylr05K+KaiTi" w:eastAsia="Ddylr05K+KaiTi"/>
          <w:color w:val="000000"/>
          <w:sz w:val="28"/>
        </w:rPr>
        <w:t>液、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废</w:t>
      </w:r>
      <w:r>
        <w:rPr>
          <w:rFonts w:ascii="Ddylr05K+KaiTi" w:hAnsi="Ddylr05K+KaiTi" w:eastAsia="Ddylr05K+KaiTi"/>
          <w:color w:val="000000"/>
          <w:sz w:val="28"/>
        </w:rPr>
        <w:t>切削</w:t>
      </w:r>
      <w:r>
        <w:rPr>
          <w:spacing w:val="-2"/>
          <w:rFonts w:ascii="Ddylr05K+KaiTi" w:hAnsi="Ddylr05K+KaiTi" w:eastAsia="Ddylr05K+KaiTi"/>
          <w:color w:val="000000"/>
          <w:sz w:val="28"/>
        </w:rPr>
        <w:t>液</w:t>
      </w:r>
      <w:r>
        <w:rPr>
          <w:rFonts w:ascii="Ddylr05K+KaiTi" w:hAnsi="Ddylr05K+KaiTi" w:eastAsia="Ddylr05K+KaiTi"/>
          <w:color w:val="000000"/>
          <w:sz w:val="28"/>
        </w:rPr>
        <w:t>包装</w:t>
      </w:r>
      <w:r>
        <w:rPr>
          <w:spacing w:val="-2"/>
          <w:rFonts w:ascii="Ddylr05K+KaiTi" w:hAnsi="Ddylr05K+KaiTi" w:eastAsia="Ddylr05K+KaiTi"/>
          <w:color w:val="000000"/>
          <w:sz w:val="28"/>
        </w:rPr>
        <w:t>桶</w:t>
      </w:r>
      <w:r>
        <w:rPr>
          <w:rFonts w:ascii="Ddylr05K+KaiTi" w:hAnsi="Ddylr05K+KaiTi" w:eastAsia="Ddylr05K+KaiTi"/>
          <w:color w:val="000000"/>
          <w:sz w:val="28"/>
        </w:rPr>
        <w:t>及设</w:t>
      </w:r>
      <w:r>
        <w:rPr>
          <w:spacing w:val="-2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运转</w:t>
      </w:r>
      <w:r>
        <w:rPr>
          <w:spacing w:val="-2"/>
          <w:rFonts w:ascii="Ddylr05K+KaiTi" w:hAnsi="Ddylr05K+KaiTi" w:eastAsia="Ddylr05K+KaiTi"/>
          <w:color w:val="000000"/>
          <w:sz w:val="28"/>
        </w:rPr>
        <w:t>噪</w:t>
      </w:r>
      <w:r>
        <w:rPr>
          <w:rFonts w:ascii="Ddylr05K+KaiTi" w:hAnsi="Ddylr05K+KaiTi" w:eastAsia="Ddylr05K+KaiTi"/>
          <w:color w:val="000000"/>
          <w:sz w:val="28"/>
        </w:rPr>
        <w:t>声。</w:t>
      </w:r>
    </w:p>
    <w:p>
      <w:pPr>
        <w:autoSpaceDN w:val="0"/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2）热</w:t>
      </w:r>
      <w:r>
        <w:rPr>
          <w:spacing w:val="4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理（</w:t>
      </w:r>
      <w:r>
        <w:rPr>
          <w:spacing w:val="2"/>
          <w:rFonts w:ascii="Ddylr05K+KaiTi" w:hAnsi="Ddylr05K+KaiTi" w:eastAsia="Ddylr05K+KaiTi"/>
          <w:color w:val="000000"/>
          <w:sz w:val="28"/>
        </w:rPr>
        <w:t>外</w:t>
      </w:r>
      <w:r>
        <w:rPr>
          <w:rFonts w:ascii="Ddylr05K+KaiTi" w:hAnsi="Ddylr05K+KaiTi" w:eastAsia="Ddylr05K+KaiTi"/>
          <w:color w:val="000000"/>
          <w:sz w:val="28"/>
        </w:rPr>
        <w:t>协）</w:t>
      </w:r>
      <w:r>
        <w:rPr>
          <w:spacing w:val="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主要</w:t>
      </w:r>
      <w:r>
        <w:rPr>
          <w:spacing w:val="2"/>
          <w:rFonts w:ascii="Ddylr05K+KaiTi" w:hAnsi="Ddylr05K+KaiTi" w:eastAsia="Ddylr05K+KaiTi"/>
          <w:color w:val="000000"/>
          <w:sz w:val="28"/>
        </w:rPr>
        <w:t>包</w:t>
      </w:r>
      <w:r>
        <w:rPr>
          <w:rFonts w:ascii="Ddylr05K+KaiTi" w:hAnsi="Ddylr05K+KaiTi" w:eastAsia="Ddylr05K+KaiTi"/>
          <w:color w:val="000000"/>
          <w:sz w:val="28"/>
        </w:rPr>
        <w:t>括渗</w:t>
      </w:r>
      <w:r>
        <w:rPr>
          <w:spacing w:val="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、淬</w:t>
      </w:r>
      <w:r>
        <w:rPr>
          <w:spacing w:val="4"/>
          <w:rFonts w:ascii="Ddylr05K+KaiTi" w:hAnsi="Ddylr05K+KaiTi" w:eastAsia="Ddylr05K+KaiTi"/>
          <w:color w:val="000000"/>
          <w:sz w:val="28"/>
        </w:rPr>
        <w:t>火</w:t>
      </w:r>
      <w:r>
        <w:rPr>
          <w:rFonts w:ascii="Ddylr05K+KaiTi" w:hAnsi="Ddylr05K+KaiTi" w:eastAsia="Ddylr05K+KaiTi"/>
          <w:color w:val="000000"/>
          <w:sz w:val="28"/>
        </w:rPr>
        <w:t>、回</w:t>
      </w:r>
      <w:r>
        <w:rPr>
          <w:spacing w:val="2"/>
          <w:rFonts w:ascii="Ddylr05K+KaiTi" w:hAnsi="Ddylr05K+KaiTi" w:eastAsia="Ddylr05K+KaiTi"/>
          <w:color w:val="000000"/>
          <w:sz w:val="28"/>
        </w:rPr>
        <w:t>火</w:t>
      </w:r>
      <w:r>
        <w:rPr>
          <w:rFonts w:ascii="Ddylr05K+KaiTi" w:hAnsi="Ddylr05K+KaiTi" w:eastAsia="Ddylr05K+KaiTi"/>
          <w:color w:val="000000"/>
          <w:sz w:val="28"/>
        </w:rPr>
        <w:t>，以</w:t>
      </w:r>
      <w:r>
        <w:rPr>
          <w:spacing w:val="2"/>
          <w:rFonts w:ascii="Ddylr05K+KaiTi" w:hAnsi="Ddylr05K+KaiTi" w:eastAsia="Ddylr05K+KaiTi"/>
          <w:color w:val="000000"/>
          <w:sz w:val="28"/>
        </w:rPr>
        <w:t>提</w:t>
      </w:r>
      <w:r>
        <w:rPr>
          <w:rFonts w:ascii="Ddylr05K+KaiTi" w:hAnsi="Ddylr05K+KaiTi" w:eastAsia="Ddylr05K+KaiTi"/>
          <w:color w:val="000000"/>
          <w:sz w:val="28"/>
        </w:rPr>
        <w:t>高工</w:t>
      </w:r>
      <w:r>
        <w:rPr>
          <w:spacing w:val="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性</w:t>
      </w:r>
      <w:r>
        <w:rPr>
          <w:spacing w:val="-2"/>
          <w:rFonts w:ascii="Ddylr05K+KaiTi" w:hAnsi="Ddylr05K+KaiTi" w:eastAsia="Ddylr05K+KaiTi"/>
          <w:color w:val="000000"/>
          <w:sz w:val="28"/>
        </w:rPr>
        <w:t>能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0"/>
        <w:jc w:val="both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3）抛</w:t>
      </w:r>
      <w:r>
        <w:rPr>
          <w:spacing w:val="4"/>
          <w:rFonts w:ascii="Ddylr05K+KaiTi" w:hAnsi="Ddylr05K+KaiTi" w:eastAsia="Ddylr05K+KaiTi"/>
          <w:color w:val="000000"/>
          <w:sz w:val="28"/>
        </w:rPr>
        <w:t>丸</w:t>
      </w:r>
      <w:r>
        <w:rPr>
          <w:rFonts w:ascii="Ddylr05K+KaiTi" w:hAnsi="Ddylr05K+KaiTi" w:eastAsia="Ddylr05K+KaiTi"/>
          <w:color w:val="000000"/>
          <w:sz w:val="28"/>
        </w:rPr>
        <w:t>：利</w:t>
      </w:r>
      <w:r>
        <w:rPr>
          <w:spacing w:val="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抛丸</w:t>
      </w:r>
      <w:r>
        <w:rPr>
          <w:spacing w:val="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对工</w:t>
      </w:r>
      <w:r>
        <w:rPr>
          <w:spacing w:val="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表面</w:t>
      </w:r>
      <w:r>
        <w:rPr>
          <w:spacing w:val="2"/>
          <w:rFonts w:ascii="Ddylr05K+KaiTi" w:hAnsi="Ddylr05K+KaiTi" w:eastAsia="Ddylr05K+KaiTi"/>
          <w:color w:val="000000"/>
          <w:sz w:val="28"/>
        </w:rPr>
        <w:t>进</w:t>
      </w:r>
      <w:r>
        <w:rPr>
          <w:rFonts w:ascii="Ddylr05K+KaiTi" w:hAnsi="Ddylr05K+KaiTi" w:eastAsia="Ddylr05K+KaiTi"/>
          <w:color w:val="000000"/>
          <w:sz w:val="28"/>
        </w:rPr>
        <w:t>行处</w:t>
      </w:r>
      <w:r>
        <w:rPr>
          <w:spacing w:val="4"/>
          <w:rFonts w:ascii="Ddylr05K+KaiTi" w:hAnsi="Ddylr05K+KaiTi" w:eastAsia="Ddylr05K+KaiTi"/>
          <w:color w:val="000000"/>
          <w:sz w:val="28"/>
        </w:rPr>
        <w:t>理</w:t>
      </w:r>
      <w:r>
        <w:rPr>
          <w:rFonts w:ascii="Ddylr05K+KaiTi" w:hAnsi="Ddylr05K+KaiTi" w:eastAsia="Ddylr05K+KaiTi"/>
          <w:color w:val="000000"/>
          <w:sz w:val="28"/>
        </w:rPr>
        <w:t>，去</w:t>
      </w:r>
      <w:r>
        <w:rPr>
          <w:spacing w:val="2"/>
          <w:rFonts w:ascii="Ddylr05K+KaiTi" w:hAnsi="Ddylr05K+KaiTi" w:eastAsia="Ddylr05K+KaiTi"/>
          <w:color w:val="000000"/>
          <w:sz w:val="28"/>
        </w:rPr>
        <w:t>除</w:t>
      </w:r>
      <w:r>
        <w:rPr>
          <w:rFonts w:ascii="Ddylr05K+KaiTi" w:hAnsi="Ddylr05K+KaiTi" w:eastAsia="Ddylr05K+KaiTi"/>
          <w:color w:val="000000"/>
          <w:sz w:val="28"/>
        </w:rPr>
        <w:t>表面</w:t>
      </w:r>
      <w:r>
        <w:rPr>
          <w:spacing w:val="2"/>
          <w:rFonts w:ascii="Ddylr05K+KaiTi" w:hAnsi="Ddylr05K+KaiTi" w:eastAsia="Ddylr05K+KaiTi"/>
          <w:color w:val="000000"/>
          <w:sz w:val="28"/>
        </w:rPr>
        <w:t>氧</w:t>
      </w:r>
      <w:r>
        <w:rPr>
          <w:rFonts w:ascii="Ddylr05K+KaiTi" w:hAnsi="Ddylr05K+KaiTi" w:eastAsia="Ddylr05K+KaiTi"/>
          <w:color w:val="000000"/>
          <w:sz w:val="28"/>
        </w:rPr>
        <w:t>化皮</w:t>
      </w:r>
      <w:r>
        <w:rPr>
          <w:spacing w:val="2"/>
          <w:rFonts w:ascii="Ddylr05K+KaiTi" w:hAnsi="Ddylr05K+KaiTi" w:eastAsia="Ddylr05K+KaiTi"/>
          <w:color w:val="000000"/>
          <w:sz w:val="28"/>
        </w:rPr>
        <w:t>等</w:t>
      </w:r>
      <w:r>
        <w:rPr>
          <w:rFonts w:ascii="Ddylr05K+KaiTi" w:hAnsi="Ddylr05K+KaiTi" w:eastAsia="Ddylr05K+KaiTi"/>
          <w:color w:val="000000"/>
          <w:sz w:val="28"/>
        </w:rPr>
        <w:t>杂</w:t>
      </w:r>
      <w:r>
        <w:rPr>
          <w:spacing w:val="4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提</w:t>
      </w:r>
      <w:r>
        <w:rPr>
          <w:spacing w:val="8"/>
          <w:rFonts w:ascii="Ddylr05K+KaiTi" w:hAnsi="Ddylr05K+KaiTi" w:eastAsia="Ddylr05K+KaiTi"/>
          <w:color w:val="000000"/>
          <w:sz w:val="28"/>
        </w:rPr>
        <w:t>高</w:t>
      </w:r>
      <w:r>
        <w:rPr>
          <w:spacing w:val="4"/>
          <w:rFonts w:ascii="Ddylr05K+KaiTi" w:hAnsi="Ddylr05K+KaiTi" w:eastAsia="Ddylr05K+KaiTi"/>
          <w:color w:val="000000"/>
          <w:sz w:val="28"/>
        </w:rPr>
        <w:t>外</w:t>
      </w:r>
      <w:r>
        <w:rPr>
          <w:spacing w:val="6"/>
          <w:rFonts w:ascii="Ddylr05K+KaiTi" w:hAnsi="Ddylr05K+KaiTi" w:eastAsia="Ddylr05K+KaiTi"/>
          <w:color w:val="000000"/>
          <w:sz w:val="28"/>
        </w:rPr>
        <w:t>观</w:t>
      </w:r>
      <w:r>
        <w:rPr>
          <w:spacing w:val="4"/>
          <w:rFonts w:ascii="Ddylr05K+KaiTi" w:hAnsi="Ddylr05K+KaiTi" w:eastAsia="Ddylr05K+KaiTi"/>
          <w:color w:val="000000"/>
          <w:sz w:val="28"/>
        </w:rPr>
        <w:t>质量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此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序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抛</w:t>
      </w:r>
      <w:r>
        <w:rPr>
          <w:spacing w:val="4"/>
          <w:rFonts w:ascii="Ddylr05K+KaiTi" w:hAnsi="Ddylr05K+KaiTi" w:eastAsia="Ddylr05K+KaiTi"/>
          <w:color w:val="000000"/>
          <w:sz w:val="28"/>
        </w:rPr>
        <w:t>丸粉</w:t>
      </w:r>
      <w:r>
        <w:rPr>
          <w:spacing w:val="8"/>
          <w:rFonts w:ascii="Ddylr05K+KaiTi" w:hAnsi="Ddylr05K+KaiTi" w:eastAsia="Ddylr05K+KaiTi"/>
          <w:color w:val="000000"/>
          <w:sz w:val="28"/>
        </w:rPr>
        <w:t>尘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废</w:t>
      </w:r>
      <w:r>
        <w:rPr>
          <w:spacing w:val="6"/>
          <w:rFonts w:ascii="Ddylr05K+KaiTi" w:hAnsi="Ddylr05K+KaiTi" w:eastAsia="Ddylr05K+KaiTi"/>
          <w:color w:val="000000"/>
          <w:sz w:val="28"/>
        </w:rPr>
        <w:t>钢</w:t>
      </w:r>
      <w:r>
        <w:rPr>
          <w:spacing w:val="8"/>
          <w:rFonts w:ascii="Ddylr05K+KaiTi" w:hAnsi="Ddylr05K+KaiTi" w:eastAsia="Ddylr05K+KaiTi"/>
          <w:color w:val="000000"/>
          <w:sz w:val="28"/>
        </w:rPr>
        <w:t>丸</w:t>
      </w:r>
      <w:r>
        <w:rPr>
          <w:spacing w:val="4"/>
          <w:rFonts w:ascii="Ddylr05K+KaiTi" w:hAnsi="Ddylr05K+KaiTi" w:eastAsia="Ddylr05K+KaiTi"/>
          <w:color w:val="000000"/>
          <w:sz w:val="28"/>
        </w:rPr>
        <w:t>以及</w:t>
      </w:r>
      <w:r>
        <w:rPr>
          <w:spacing w:val="6"/>
          <w:rFonts w:ascii="Ddylr05K+KaiTi" w:hAnsi="Ddylr05K+KaiTi" w:eastAsia="Ddylr05K+KaiTi"/>
          <w:color w:val="000000"/>
          <w:sz w:val="28"/>
        </w:rPr>
        <w:t>设</w:t>
      </w:r>
      <w:r>
        <w:rPr>
          <w:spacing w:val="4"/>
          <w:rFonts w:ascii="Ddylr05K+KaiTi" w:hAnsi="Ddylr05K+KaiTi" w:eastAsia="Ddylr05K+KaiTi"/>
          <w:color w:val="000000"/>
          <w:sz w:val="28"/>
        </w:rPr>
        <w:t>备</w:t>
      </w:r>
      <w:r>
        <w:rPr>
          <w:spacing w:val="8"/>
          <w:rFonts w:ascii="Ddylr05K+KaiTi" w:hAnsi="Ddylr05K+KaiTi" w:eastAsia="Ddylr05K+KaiTi"/>
          <w:color w:val="000000"/>
          <w:sz w:val="28"/>
        </w:rPr>
        <w:t>运</w:t>
      </w:r>
      <w:r>
        <w:rPr>
          <w:spacing w:val="6"/>
          <w:rFonts w:ascii="Ddylr05K+KaiTi" w:hAnsi="Ddylr05K+KaiTi" w:eastAsia="Ddylr05K+KaiTi"/>
          <w:color w:val="000000"/>
          <w:sz w:val="28"/>
        </w:rPr>
        <w:t>转</w:t>
      </w:r>
      <w:r>
        <w:rPr>
          <w:rFonts w:ascii="Ddylr05K+KaiTi" w:hAnsi="Ddylr05K+KaiTi" w:eastAsia="Ddylr05K+KaiTi"/>
          <w:color w:val="000000"/>
          <w:sz w:val="28"/>
        </w:rPr>
        <w:t>噪</w:t>
      </w:r>
      <w:r>
        <w:rPr>
          <w:spacing w:val="-2"/>
          <w:rFonts w:ascii="Ddylr05K+KaiTi" w:hAnsi="Ddylr05K+KaiTi" w:eastAsia="Ddylr05K+KaiTi"/>
          <w:color w:val="000000"/>
          <w:sz w:val="28"/>
        </w:rPr>
        <w:t>声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4）精</w:t>
      </w:r>
      <w:r>
        <w:rPr>
          <w:spacing w:val="4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加工</w:t>
      </w:r>
      <w:r>
        <w:rPr>
          <w:spacing w:val="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进一</w:t>
      </w:r>
      <w:r>
        <w:rPr>
          <w:spacing w:val="2"/>
          <w:rFonts w:ascii="Ddylr05K+KaiTi" w:hAnsi="Ddylr05K+KaiTi" w:eastAsia="Ddylr05K+KaiTi"/>
          <w:color w:val="000000"/>
          <w:sz w:val="28"/>
        </w:rPr>
        <w:t>步</w:t>
      </w:r>
      <w:r>
        <w:rPr>
          <w:rFonts w:ascii="Ddylr05K+KaiTi" w:hAnsi="Ddylr05K+KaiTi" w:eastAsia="Ddylr05K+KaiTi"/>
          <w:color w:val="000000"/>
          <w:sz w:val="28"/>
        </w:rPr>
        <w:t>加工</w:t>
      </w:r>
      <w:r>
        <w:rPr>
          <w:spacing w:val="2"/>
          <w:rFonts w:ascii="Ddylr05K+KaiTi" w:hAnsi="Ddylr05K+KaiTi" w:eastAsia="Ddylr05K+KaiTi"/>
          <w:color w:val="000000"/>
          <w:sz w:val="28"/>
        </w:rPr>
        <w:t>使</w:t>
      </w:r>
      <w:r>
        <w:rPr>
          <w:rFonts w:ascii="Ddylr05K+KaiTi" w:hAnsi="Ddylr05K+KaiTi" w:eastAsia="Ddylr05K+KaiTi"/>
          <w:color w:val="000000"/>
          <w:sz w:val="28"/>
        </w:rPr>
        <w:t>工件</w:t>
      </w:r>
      <w:r>
        <w:rPr>
          <w:spacing w:val="2"/>
          <w:rFonts w:ascii="Ddylr05K+KaiTi" w:hAnsi="Ddylr05K+KaiTi" w:eastAsia="Ddylr05K+KaiTi"/>
          <w:color w:val="000000"/>
          <w:sz w:val="28"/>
        </w:rPr>
        <w:t>符</w:t>
      </w:r>
      <w:r>
        <w:rPr>
          <w:rFonts w:ascii="Ddylr05K+KaiTi" w:hAnsi="Ddylr05K+KaiTi" w:eastAsia="Ddylr05K+KaiTi"/>
          <w:color w:val="000000"/>
          <w:sz w:val="28"/>
        </w:rPr>
        <w:t>合要</w:t>
      </w:r>
      <w:r>
        <w:rPr>
          <w:spacing w:val="4"/>
          <w:rFonts w:ascii="Ddylr05K+KaiTi" w:hAnsi="Ddylr05K+KaiTi" w:eastAsia="Ddylr05K+KaiTi"/>
          <w:color w:val="000000"/>
          <w:sz w:val="28"/>
        </w:rPr>
        <w:t>求</w:t>
      </w:r>
      <w:r>
        <w:rPr>
          <w:rFonts w:ascii="Ddylr05K+KaiTi" w:hAnsi="Ddylr05K+KaiTi" w:eastAsia="Ddylr05K+KaiTi"/>
          <w:color w:val="000000"/>
          <w:sz w:val="28"/>
        </w:rPr>
        <w:t>，产</w:t>
      </w:r>
      <w:r>
        <w:rPr>
          <w:spacing w:val="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下脚</w:t>
      </w:r>
      <w:r>
        <w:rPr>
          <w:spacing w:val="2"/>
          <w:rFonts w:ascii="Ddylr05K+KaiTi" w:hAnsi="Ddylr05K+KaiTi" w:eastAsia="Ddylr05K+KaiTi"/>
          <w:color w:val="000000"/>
          <w:sz w:val="28"/>
        </w:rPr>
        <w:t>料</w:t>
      </w:r>
      <w:r>
        <w:rPr>
          <w:rFonts w:ascii="Ddylr05K+KaiTi" w:hAnsi="Ddylr05K+KaiTi" w:eastAsia="Ddylr05K+KaiTi"/>
          <w:color w:val="000000"/>
          <w:sz w:val="28"/>
        </w:rPr>
        <w:t>、沾</w:t>
      </w:r>
      <w:r>
        <w:rPr>
          <w:spacing w:val="2"/>
          <w:rFonts w:ascii="Ddylr05K+KaiTi" w:hAnsi="Ddylr05K+KaiTi" w:eastAsia="Ddylr05K+KaiTi"/>
          <w:color w:val="000000"/>
          <w:sz w:val="28"/>
        </w:rPr>
        <w:t>染</w:t>
      </w:r>
      <w:r>
        <w:rPr>
          <w:rFonts w:ascii="Ddylr05K+KaiTi" w:hAnsi="Ddylr05K+KaiTi" w:eastAsia="Ddylr05K+KaiTi"/>
          <w:color w:val="000000"/>
          <w:sz w:val="28"/>
        </w:rPr>
        <w:t>切</w:t>
      </w:r>
      <w:r>
        <w:rPr>
          <w:spacing w:val="-2"/>
          <w:rFonts w:ascii="Ddylr05K+KaiTi" w:hAnsi="Ddylr05K+KaiTi" w:eastAsia="Ddylr05K+KaiTi"/>
          <w:color w:val="000000"/>
          <w:sz w:val="28"/>
        </w:rPr>
        <w:t>削液</w:t>
      </w:r>
      <w:r>
        <w:rPr>
          <w:rFonts w:ascii="Ddylr05K+KaiTi" w:hAnsi="Ddylr05K+KaiTi" w:eastAsia="Ddylr05K+KaiTi"/>
          <w:color w:val="000000"/>
          <w:sz w:val="28"/>
        </w:rPr>
        <w:t>的废</w:t>
      </w:r>
      <w:r>
        <w:rPr>
          <w:spacing w:val="-2"/>
          <w:rFonts w:ascii="Ddylr05K+KaiTi" w:hAnsi="Ddylr05K+KaiTi" w:eastAsia="Ddylr05K+KaiTi"/>
          <w:color w:val="000000"/>
          <w:sz w:val="28"/>
        </w:rPr>
        <w:t>金</w:t>
      </w:r>
      <w:r>
        <w:rPr>
          <w:rFonts w:ascii="Ddylr05K+KaiTi" w:hAnsi="Ddylr05K+KaiTi" w:eastAsia="Ddylr05K+KaiTi"/>
          <w:color w:val="000000"/>
          <w:sz w:val="28"/>
        </w:rPr>
        <w:t>属屑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废切</w:t>
      </w:r>
      <w:r>
        <w:rPr>
          <w:spacing w:val="-2"/>
          <w:rFonts w:ascii="Ddylr05K+KaiTi" w:hAnsi="Ddylr05K+KaiTi" w:eastAsia="Ddylr05K+KaiTi"/>
          <w:color w:val="000000"/>
          <w:sz w:val="28"/>
        </w:rPr>
        <w:t>削</w:t>
      </w:r>
      <w:r>
        <w:rPr>
          <w:rFonts w:ascii="Ddylr05K+KaiTi" w:hAnsi="Ddylr05K+KaiTi" w:eastAsia="Ddylr05K+KaiTi"/>
          <w:color w:val="000000"/>
          <w:sz w:val="28"/>
        </w:rPr>
        <w:t>液、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废</w:t>
      </w:r>
      <w:r>
        <w:rPr>
          <w:rFonts w:ascii="Ddylr05K+KaiTi" w:hAnsi="Ddylr05K+KaiTi" w:eastAsia="Ddylr05K+KaiTi"/>
          <w:color w:val="000000"/>
          <w:sz w:val="28"/>
        </w:rPr>
        <w:t>切削</w:t>
      </w:r>
      <w:r>
        <w:rPr>
          <w:spacing w:val="-2"/>
          <w:rFonts w:ascii="Ddylr05K+KaiTi" w:hAnsi="Ddylr05K+KaiTi" w:eastAsia="Ddylr05K+KaiTi"/>
          <w:color w:val="000000"/>
          <w:sz w:val="28"/>
        </w:rPr>
        <w:t>液</w:t>
      </w:r>
      <w:r>
        <w:rPr>
          <w:rFonts w:ascii="Ddylr05K+KaiTi" w:hAnsi="Ddylr05K+KaiTi" w:eastAsia="Ddylr05K+KaiTi"/>
          <w:color w:val="000000"/>
          <w:sz w:val="28"/>
        </w:rPr>
        <w:t>包装</w:t>
      </w:r>
      <w:r>
        <w:rPr>
          <w:spacing w:val="-2"/>
          <w:rFonts w:ascii="Ddylr05K+KaiTi" w:hAnsi="Ddylr05K+KaiTi" w:eastAsia="Ddylr05K+KaiTi"/>
          <w:color w:val="000000"/>
          <w:sz w:val="28"/>
        </w:rPr>
        <w:t>桶</w:t>
      </w:r>
      <w:r>
        <w:rPr>
          <w:rFonts w:ascii="Ddylr05K+KaiTi" w:hAnsi="Ddylr05K+KaiTi" w:eastAsia="Ddylr05K+KaiTi"/>
          <w:color w:val="000000"/>
          <w:sz w:val="28"/>
        </w:rPr>
        <w:t>及设</w:t>
      </w:r>
      <w:r>
        <w:rPr>
          <w:spacing w:val="-2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运转</w:t>
      </w:r>
      <w:r>
        <w:rPr>
          <w:spacing w:val="-2"/>
          <w:rFonts w:ascii="Ddylr05K+KaiTi" w:hAnsi="Ddylr05K+KaiTi" w:eastAsia="Ddylr05K+KaiTi"/>
          <w:color w:val="000000"/>
          <w:sz w:val="28"/>
        </w:rPr>
        <w:t>噪</w:t>
      </w:r>
      <w:r>
        <w:rPr>
          <w:rFonts w:ascii="Ddylr05K+KaiTi" w:hAnsi="Ddylr05K+KaiTi" w:eastAsia="Ddylr05K+KaiTi"/>
          <w:color w:val="000000"/>
          <w:sz w:val="28"/>
        </w:rPr>
        <w:t>声。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5）检</w:t>
      </w:r>
      <w:r>
        <w:rPr>
          <w:spacing w:val="4"/>
          <w:rFonts w:ascii="Ddylr05K+KaiTi" w:hAnsi="Ddylr05K+KaiTi" w:eastAsia="Ddylr05K+KaiTi"/>
          <w:color w:val="000000"/>
          <w:sz w:val="28"/>
        </w:rPr>
        <w:t>测</w:t>
      </w:r>
      <w:r>
        <w:rPr>
          <w:rFonts w:ascii="Ddylr05K+KaiTi" w:hAnsi="Ddylr05K+KaiTi" w:eastAsia="Ddylr05K+KaiTi"/>
          <w:color w:val="000000"/>
          <w:sz w:val="28"/>
        </w:rPr>
        <w:t>：对</w:t>
      </w:r>
      <w:r>
        <w:rPr>
          <w:spacing w:val="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件进</w:t>
      </w:r>
      <w:r>
        <w:rPr>
          <w:spacing w:val="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检测</w:t>
      </w:r>
      <w:r>
        <w:rPr>
          <w:spacing w:val="2"/>
          <w:rFonts w:ascii="Ddylr05K+KaiTi" w:hAnsi="Ddylr05K+KaiTi" w:eastAsia="Ddylr05K+KaiTi"/>
          <w:color w:val="000000"/>
          <w:sz w:val="28"/>
        </w:rPr>
        <w:t>并</w:t>
      </w:r>
      <w:r>
        <w:rPr>
          <w:rFonts w:ascii="Ddylr05K+KaiTi" w:hAnsi="Ddylr05K+KaiTi" w:eastAsia="Ddylr05K+KaiTi"/>
          <w:color w:val="000000"/>
          <w:sz w:val="28"/>
        </w:rPr>
        <w:t>打标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产生</w:t>
      </w:r>
      <w:r>
        <w:rPr>
          <w:spacing w:val="4"/>
          <w:rFonts w:ascii="Ddylr05K+KaiTi" w:hAnsi="Ddylr05K+KaiTi" w:eastAsia="Ddylr05K+KaiTi"/>
          <w:color w:val="000000"/>
          <w:sz w:val="28"/>
        </w:rPr>
        <w:t>打</w:t>
      </w:r>
      <w:r>
        <w:rPr>
          <w:rFonts w:ascii="Ddylr05K+KaiTi" w:hAnsi="Ddylr05K+KaiTi" w:eastAsia="Ddylr05K+KaiTi"/>
          <w:color w:val="000000"/>
          <w:sz w:val="28"/>
        </w:rPr>
        <w:t>标粉</w:t>
      </w:r>
      <w:r>
        <w:rPr>
          <w:spacing w:val="2"/>
          <w:rFonts w:ascii="Ddylr05K+KaiTi" w:hAnsi="Ddylr05K+KaiTi" w:eastAsia="Ddylr05K+KaiTi"/>
          <w:color w:val="000000"/>
          <w:sz w:val="28"/>
        </w:rPr>
        <w:t>尘</w:t>
      </w:r>
      <w:r>
        <w:rPr>
          <w:rFonts w:ascii="Ddylr05K+KaiTi" w:hAnsi="Ddylr05K+KaiTi" w:eastAsia="Ddylr05K+KaiTi"/>
          <w:color w:val="000000"/>
          <w:sz w:val="28"/>
        </w:rPr>
        <w:t>、不</w:t>
      </w:r>
      <w:r>
        <w:rPr>
          <w:spacing w:val="2"/>
          <w:rFonts w:ascii="Ddylr05K+KaiTi" w:hAnsi="Ddylr05K+KaiTi" w:eastAsia="Ddylr05K+KaiTi"/>
          <w:color w:val="000000"/>
          <w:sz w:val="28"/>
        </w:rPr>
        <w:t>合</w:t>
      </w:r>
      <w:r>
        <w:rPr>
          <w:rFonts w:ascii="Ddylr05K+KaiTi" w:hAnsi="Ddylr05K+KaiTi" w:eastAsia="Ddylr05K+KaiTi"/>
          <w:color w:val="000000"/>
          <w:sz w:val="28"/>
        </w:rPr>
        <w:t>格品</w:t>
      </w:r>
      <w:r>
        <w:rPr>
          <w:spacing w:val="2"/>
          <w:rFonts w:ascii="Ddylr05K+KaiTi" w:hAnsi="Ddylr05K+KaiTi" w:eastAsia="Ddylr05K+KaiTi"/>
          <w:color w:val="000000"/>
          <w:sz w:val="28"/>
        </w:rPr>
        <w:t>及</w:t>
      </w:r>
      <w:r>
        <w:rPr>
          <w:rFonts w:ascii="Ddylr05K+KaiTi" w:hAnsi="Ddylr05K+KaiTi" w:eastAsia="Ddylr05K+KaiTi"/>
          <w:color w:val="000000"/>
          <w:sz w:val="28"/>
        </w:rPr>
        <w:t>设</w:t>
      </w:r>
      <w:r>
        <w:rPr>
          <w:spacing w:val="-2"/>
          <w:rFonts w:ascii="Ddylr05K+KaiTi" w:hAnsi="Ddylr05K+KaiTi" w:eastAsia="Ddylr05K+KaiTi"/>
          <w:color w:val="000000"/>
          <w:sz w:val="28"/>
        </w:rPr>
        <w:t>备运</w:t>
      </w:r>
      <w:r>
        <w:rPr>
          <w:rFonts w:ascii="Ddylr05K+KaiTi" w:hAnsi="Ddylr05K+KaiTi" w:eastAsia="Ddylr05K+KaiTi"/>
          <w:color w:val="000000"/>
          <w:sz w:val="28"/>
        </w:rPr>
        <w:t>转噪</w:t>
      </w:r>
      <w:r>
        <w:rPr>
          <w:spacing w:val="-2"/>
          <w:rFonts w:ascii="Ddylr05K+KaiTi" w:hAnsi="Ddylr05K+KaiTi" w:eastAsia="Ddylr05K+KaiTi"/>
          <w:color w:val="000000"/>
          <w:sz w:val="28"/>
        </w:rPr>
        <w:t>声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（6）</w:t>
      </w:r>
      <w:r>
        <w:rPr>
          <w:rFonts w:ascii="Ddylr05K+KaiTi" w:hAnsi="Ddylr05K+KaiTi" w:eastAsia="Ddylr05K+KaiTi"/>
          <w:color w:val="000000"/>
          <w:sz w:val="28"/>
        </w:rPr>
        <w:t>清</w:t>
      </w:r>
      <w:r>
        <w:rPr>
          <w:spacing w:val="-2"/>
          <w:rFonts w:ascii="Ddylr05K+KaiTi" w:hAnsi="Ddylr05K+KaiTi" w:eastAsia="Ddylr05K+KaiTi"/>
          <w:color w:val="000000"/>
          <w:sz w:val="28"/>
        </w:rPr>
        <w:t>洗</w:t>
      </w:r>
      <w:r>
        <w:rPr>
          <w:rFonts w:ascii="Ddylr05K+KaiTi" w:hAnsi="Ddylr05K+KaiTi" w:eastAsia="Ddylr05K+KaiTi"/>
          <w:color w:val="000000"/>
          <w:sz w:val="28"/>
        </w:rPr>
        <w:t>防锈</w:t>
      </w:r>
      <w:r>
        <w:rPr>
          <w:spacing w:val="-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工件</w:t>
      </w:r>
      <w:r>
        <w:rPr>
          <w:spacing w:val="-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清洗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漂洗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吹干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涂油</w:t>
      </w:r>
      <w:r>
        <w:rPr>
          <w:spacing w:val="-2"/>
          <w:rFonts w:ascii="Ddylr05K+KaiTi" w:hAnsi="Ddylr05K+KaiTi" w:eastAsia="Ddylr05K+KaiTi"/>
          <w:color w:val="000000"/>
          <w:sz w:val="28"/>
        </w:rPr>
        <w:t>等</w:t>
      </w:r>
      <w:r>
        <w:rPr>
          <w:rFonts w:ascii="Ddylr05K+KaiTi" w:hAnsi="Ddylr05K+KaiTi" w:eastAsia="Ddylr05K+KaiTi"/>
          <w:color w:val="000000"/>
          <w:sz w:val="28"/>
        </w:rPr>
        <w:t>步骤</w:t>
      </w:r>
      <w:r>
        <w:rPr>
          <w:spacing w:val="-2"/>
          <w:rFonts w:ascii="Ddylr05K+KaiTi" w:hAnsi="Ddylr05K+KaiTi" w:eastAsia="Ddylr05K+KaiTi"/>
          <w:color w:val="000000"/>
          <w:sz w:val="28"/>
        </w:rPr>
        <w:t>后</w:t>
      </w:r>
      <w:r>
        <w:rPr>
          <w:rFonts w:ascii="Ddylr05K+KaiTi" w:hAnsi="Ddylr05K+KaiTi" w:eastAsia="Ddylr05K+KaiTi"/>
          <w:color w:val="000000"/>
          <w:sz w:val="28"/>
        </w:rPr>
        <w:t>入库</w:t>
      </w:r>
      <w:r>
        <w:rPr>
          <w:spacing w:val="-2"/>
          <w:rFonts w:ascii="Ddylr05K+KaiTi" w:hAnsi="Ddylr05K+KaiTi" w:eastAsia="Ddylr05K+KaiTi"/>
          <w:color w:val="000000"/>
          <w:sz w:val="28"/>
        </w:rPr>
        <w:t>待</w:t>
      </w:r>
      <w:r>
        <w:rPr>
          <w:rFonts w:ascii="Ddylr05K+KaiTi" w:hAnsi="Ddylr05K+KaiTi" w:eastAsia="Ddylr05K+KaiTi"/>
          <w:color w:val="000000"/>
          <w:sz w:val="28"/>
        </w:rPr>
        <w:t>售，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此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序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涂</w:t>
      </w:r>
      <w:r>
        <w:rPr>
          <w:spacing w:val="4"/>
          <w:rFonts w:ascii="Ddylr05K+KaiTi" w:hAnsi="Ddylr05K+KaiTi" w:eastAsia="Ddylr05K+KaiTi"/>
          <w:color w:val="000000"/>
          <w:sz w:val="28"/>
        </w:rPr>
        <w:t>油废</w:t>
      </w:r>
      <w:r>
        <w:rPr>
          <w:spacing w:val="8"/>
          <w:rFonts w:ascii="Ddylr05K+KaiTi" w:hAnsi="Ddylr05K+KaiTi" w:eastAsia="Ddylr05K+KaiTi"/>
          <w:color w:val="000000"/>
          <w:sz w:val="28"/>
        </w:rPr>
        <w:t>气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废</w:t>
      </w:r>
      <w:r>
        <w:rPr>
          <w:spacing w:val="6"/>
          <w:rFonts w:ascii="Ddylr05K+KaiTi" w:hAnsi="Ddylr05K+KaiTi" w:eastAsia="Ddylr05K+KaiTi"/>
          <w:color w:val="000000"/>
          <w:sz w:val="28"/>
        </w:rPr>
        <w:t>氢</w:t>
      </w:r>
      <w:r>
        <w:rPr>
          <w:spacing w:val="8"/>
          <w:rFonts w:ascii="Ddylr05K+KaiTi" w:hAnsi="Ddylr05K+KaiTi" w:eastAsia="Ddylr05K+KaiTi"/>
          <w:color w:val="000000"/>
          <w:sz w:val="28"/>
        </w:rPr>
        <w:t>氧</w:t>
      </w:r>
      <w:r>
        <w:rPr>
          <w:spacing w:val="4"/>
          <w:rFonts w:ascii="Ddylr05K+KaiTi" w:hAnsi="Ddylr05K+KaiTi" w:eastAsia="Ddylr05K+KaiTi"/>
          <w:color w:val="000000"/>
          <w:sz w:val="28"/>
        </w:rPr>
        <w:t>化</w:t>
      </w:r>
      <w:r>
        <w:rPr>
          <w:spacing w:val="6"/>
          <w:rFonts w:ascii="Ddylr05K+KaiTi" w:hAnsi="Ddylr05K+KaiTi" w:eastAsia="Ddylr05K+KaiTi"/>
          <w:color w:val="000000"/>
          <w:sz w:val="28"/>
        </w:rPr>
        <w:t>钠</w:t>
      </w:r>
      <w:r>
        <w:rPr>
          <w:spacing w:val="4"/>
          <w:rFonts w:ascii="Ddylr05K+KaiTi" w:hAnsi="Ddylr05K+KaiTi" w:eastAsia="Ddylr05K+KaiTi"/>
          <w:color w:val="000000"/>
          <w:sz w:val="28"/>
        </w:rPr>
        <w:t>包装</w:t>
      </w:r>
      <w:r>
        <w:rPr>
          <w:spacing w:val="8"/>
          <w:rFonts w:ascii="Ddylr05K+KaiTi" w:hAnsi="Ddylr05K+KaiTi" w:eastAsia="Ddylr05K+KaiTi"/>
          <w:color w:val="000000"/>
          <w:sz w:val="28"/>
        </w:rPr>
        <w:t>袋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废</w:t>
      </w:r>
      <w:r>
        <w:rPr>
          <w:spacing w:val="6"/>
          <w:rFonts w:ascii="Ddylr05K+KaiTi" w:hAnsi="Ddylr05K+KaiTi" w:eastAsia="Ddylr05K+KaiTi"/>
          <w:color w:val="000000"/>
          <w:sz w:val="28"/>
        </w:rPr>
        <w:t>清</w:t>
      </w:r>
      <w:r>
        <w:rPr>
          <w:spacing w:val="8"/>
          <w:rFonts w:ascii="Ddylr05K+KaiTi" w:hAnsi="Ddylr05K+KaiTi" w:eastAsia="Ddylr05K+KaiTi"/>
          <w:color w:val="000000"/>
          <w:sz w:val="28"/>
        </w:rPr>
        <w:t>洗</w:t>
      </w:r>
      <w:r>
        <w:rPr>
          <w:spacing w:val="4"/>
          <w:rFonts w:ascii="Ddylr05K+KaiTi" w:hAnsi="Ddylr05K+KaiTi" w:eastAsia="Ddylr05K+KaiTi"/>
          <w:color w:val="000000"/>
          <w:sz w:val="28"/>
        </w:rPr>
        <w:t>液、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漂</w:t>
      </w:r>
      <w:r>
        <w:rPr>
          <w:spacing w:val="4"/>
          <w:rFonts w:ascii="Ddylr05K+KaiTi" w:hAnsi="Ddylr05K+KaiTi" w:eastAsia="Ddylr05K+KaiTi"/>
          <w:color w:val="000000"/>
          <w:sz w:val="28"/>
        </w:rPr>
        <w:t>洗</w:t>
      </w:r>
      <w:r>
        <w:rPr>
          <w:spacing w:val="8"/>
          <w:rFonts w:ascii="Ddylr05K+KaiTi" w:hAnsi="Ddylr05K+KaiTi" w:eastAsia="Ddylr05K+KaiTi"/>
          <w:color w:val="000000"/>
          <w:sz w:val="28"/>
        </w:rPr>
        <w:t>更</w:t>
      </w:r>
      <w:r>
        <w:rPr>
          <w:spacing w:val="6"/>
          <w:rFonts w:ascii="Ddylr05K+KaiTi" w:hAnsi="Ddylr05K+KaiTi" w:eastAsia="Ddylr05K+KaiTi"/>
          <w:color w:val="000000"/>
          <w:sz w:val="28"/>
        </w:rPr>
        <w:t>换</w:t>
      </w:r>
      <w:r>
        <w:rPr>
          <w:rFonts w:ascii="Ddylr05K+KaiTi" w:hAnsi="Ddylr05K+KaiTi" w:eastAsia="Ddylr05K+KaiTi"/>
          <w:color w:val="000000"/>
          <w:sz w:val="28"/>
        </w:rPr>
        <w:t>废</w:t>
      </w:r>
      <w:r>
        <w:rPr>
          <w:spacing w:val="-2"/>
          <w:rFonts w:ascii="Ddylr05K+KaiTi" w:hAnsi="Ddylr05K+KaiTi" w:eastAsia="Ddylr05K+KaiTi"/>
          <w:color w:val="000000"/>
          <w:sz w:val="28"/>
        </w:rPr>
        <w:t>水、</w:t>
      </w:r>
      <w:r>
        <w:rPr>
          <w:rFonts w:ascii="Ddylr05K+KaiTi" w:hAnsi="Ddylr05K+KaiTi" w:eastAsia="Ddylr05K+KaiTi"/>
          <w:color w:val="000000"/>
          <w:sz w:val="28"/>
        </w:rPr>
        <w:t>废滤</w:t>
      </w:r>
      <w:r>
        <w:rPr>
          <w:spacing w:val="-2"/>
          <w:rFonts w:ascii="Ddylr05K+KaiTi" w:hAnsi="Ddylr05K+KaiTi" w:eastAsia="Ddylr05K+KaiTi"/>
          <w:color w:val="000000"/>
          <w:sz w:val="28"/>
        </w:rPr>
        <w:t>芯</w:t>
      </w:r>
      <w:r>
        <w:rPr>
          <w:rFonts w:ascii="Ddylr05K+KaiTi" w:hAnsi="Ddylr05K+KaiTi" w:eastAsia="Ddylr05K+KaiTi"/>
          <w:color w:val="000000"/>
          <w:sz w:val="28"/>
        </w:rPr>
        <w:t>、废</w:t>
      </w:r>
      <w:r>
        <w:rPr>
          <w:spacing w:val="-2"/>
          <w:rFonts w:ascii="Ddylr05K+KaiTi" w:hAnsi="Ddylr05K+KaiTi" w:eastAsia="Ddylr05K+KaiTi"/>
          <w:color w:val="000000"/>
          <w:sz w:val="28"/>
        </w:rPr>
        <w:t>防</w:t>
      </w:r>
      <w:r>
        <w:rPr>
          <w:rFonts w:ascii="Ddylr05K+KaiTi" w:hAnsi="Ddylr05K+KaiTi" w:eastAsia="Ddylr05K+KaiTi"/>
          <w:color w:val="000000"/>
          <w:sz w:val="28"/>
        </w:rPr>
        <w:t>锈油</w:t>
      </w:r>
      <w:r>
        <w:rPr>
          <w:spacing w:val="-2"/>
          <w:rFonts w:ascii="Ddylr05K+KaiTi" w:hAnsi="Ddylr05K+KaiTi" w:eastAsia="Ddylr05K+KaiTi"/>
          <w:color w:val="000000"/>
          <w:sz w:val="28"/>
        </w:rPr>
        <w:t>桶</w:t>
      </w:r>
      <w:r>
        <w:rPr>
          <w:rFonts w:ascii="Ddylr05K+KaiTi" w:hAnsi="Ddylr05K+KaiTi" w:eastAsia="Ddylr05K+KaiTi"/>
          <w:color w:val="000000"/>
          <w:sz w:val="28"/>
        </w:rPr>
        <w:t>及设</w:t>
      </w:r>
      <w:r>
        <w:rPr>
          <w:spacing w:val="-2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运转</w:t>
      </w:r>
      <w:r>
        <w:rPr>
          <w:spacing w:val="-2"/>
          <w:rFonts w:ascii="Ddylr05K+KaiTi" w:hAnsi="Ddylr05K+KaiTi" w:eastAsia="Ddylr05K+KaiTi"/>
          <w:color w:val="000000"/>
          <w:sz w:val="28"/>
        </w:rPr>
        <w:t>噪</w:t>
      </w:r>
      <w:r>
        <w:rPr>
          <w:rFonts w:ascii="Ddylr05K+KaiTi" w:hAnsi="Ddylr05K+KaiTi" w:eastAsia="Ddylr05K+KaiTi"/>
          <w:color w:val="000000"/>
          <w:sz w:val="28"/>
        </w:rPr>
        <w:t>声。</w:t>
      </w:r>
    </w:p>
    <w:p>
      <w:pPr>
        <w:autoSpaceDN w:val="0"/>
        <w:tabs>
          <w:tab w:pos="480" w:val="left"/>
          <w:tab w:pos="760" w:val="left"/>
        </w:tabs>
        <w:autoSpaceDE w:val="0"/>
        <w:widowControl/>
        <w:spacing w:line="624" w:lineRule="exact" w:before="0" w:after="0"/>
        <w:ind w:left="360" w:right="432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1.</w:t>
      </w:r>
      <w:r>
        <w:rPr>
          <w:rFonts w:ascii="Ddylr05K+KaiTi" w:hAnsi="Ddylr05K+KaiTi" w:eastAsia="Ddylr05K+KaiTi"/>
          <w:b/>
          <w:color w:val="000000"/>
          <w:sz w:val="28"/>
        </w:rPr>
        <w:t>2.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4</w:t>
      </w:r>
      <w:r>
        <w:rPr>
          <w:rFonts w:ascii="Ddylr05K+KaiTi" w:hAnsi="Ddylr05K+KaiTi" w:eastAsia="Ddylr05K+KaiTi"/>
          <w:b/>
          <w:color w:val="000000"/>
          <w:sz w:val="28"/>
        </w:rPr>
        <w:t>评价依据</w:t>
      </w:r>
      <w:r>
        <w:br/>
      </w:r>
      <w:r>
        <w:tab/>
      </w:r>
      <w:r>
        <w:rPr>
          <w:spacing w:val="6"/>
          <w:rFonts w:ascii="Ddylr05K+KaiTi" w:hAnsi="Ddylr05K+KaiTi" w:eastAsia="Ddylr05K+KaiTi"/>
          <w:color w:val="000000"/>
          <w:sz w:val="28"/>
        </w:rPr>
        <w:t>（</w:t>
      </w:r>
      <w:r>
        <w:rPr>
          <w:spacing w:val="8"/>
          <w:rFonts w:ascii="Ddylr05K+KaiTi" w:hAnsi="Ddylr05K+KaiTi" w:eastAsia="Ddylr05K+KaiTi"/>
          <w:color w:val="000000"/>
          <w:sz w:val="28"/>
        </w:rPr>
        <w:t>1）</w:t>
      </w:r>
      <w:r>
        <w:rPr>
          <w:spacing w:val="10"/>
          <w:rFonts w:ascii="Ddylr05K+KaiTi" w:hAnsi="Ddylr05K+KaiTi" w:eastAsia="Ddylr05K+KaiTi"/>
          <w:color w:val="000000"/>
          <w:sz w:val="28"/>
        </w:rPr>
        <w:t>《</w:t>
      </w:r>
      <w:r>
        <w:rPr>
          <w:spacing w:val="8"/>
          <w:rFonts w:ascii="Ddylr05K+KaiTi" w:hAnsi="Ddylr05K+KaiTi" w:eastAsia="Ddylr05K+KaiTi"/>
          <w:color w:val="000000"/>
          <w:sz w:val="28"/>
        </w:rPr>
        <w:t>商品和</w:t>
      </w:r>
      <w:r>
        <w:rPr>
          <w:spacing w:val="10"/>
          <w:rFonts w:ascii="Ddylr05K+KaiTi" w:hAnsi="Ddylr05K+KaiTi" w:eastAsia="Ddylr05K+KaiTi"/>
          <w:color w:val="000000"/>
          <w:sz w:val="28"/>
        </w:rPr>
        <w:t>服</w:t>
      </w:r>
      <w:r>
        <w:rPr>
          <w:spacing w:val="6"/>
          <w:rFonts w:ascii="Ddylr05K+KaiTi" w:hAnsi="Ddylr05K+KaiTi" w:eastAsia="Ddylr05K+KaiTi"/>
          <w:color w:val="000000"/>
          <w:sz w:val="28"/>
        </w:rPr>
        <w:t>务的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命周期</w:t>
      </w:r>
      <w:r>
        <w:rPr>
          <w:spacing w:val="10"/>
          <w:rFonts w:ascii="Ddylr05K+KaiTi" w:hAnsi="Ddylr05K+KaiTi" w:eastAsia="Ddylr05K+KaiTi"/>
          <w:color w:val="000000"/>
          <w:sz w:val="28"/>
        </w:rPr>
        <w:t>温</w:t>
      </w:r>
      <w:r>
        <w:rPr>
          <w:spacing w:val="8"/>
          <w:rFonts w:ascii="Ddylr05K+KaiTi" w:hAnsi="Ddylr05K+KaiTi" w:eastAsia="Ddylr05K+KaiTi"/>
          <w:color w:val="000000"/>
          <w:sz w:val="28"/>
        </w:rPr>
        <w:t>室气</w:t>
      </w:r>
      <w:r>
        <w:rPr>
          <w:spacing w:val="10"/>
          <w:rFonts w:ascii="Ddylr05K+KaiTi" w:hAnsi="Ddylr05K+KaiTi" w:eastAsia="Ddylr05K+KaiTi"/>
          <w:color w:val="000000"/>
          <w:sz w:val="28"/>
        </w:rPr>
        <w:t>体</w:t>
      </w:r>
      <w:r>
        <w:rPr>
          <w:spacing w:val="8"/>
          <w:rFonts w:ascii="Ddylr05K+KaiTi" w:hAnsi="Ddylr05K+KaiTi" w:eastAsia="Ddylr05K+KaiTi"/>
          <w:color w:val="000000"/>
          <w:sz w:val="28"/>
        </w:rPr>
        <w:t>排放评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规范</w:t>
      </w:r>
      <w:r>
        <w:rPr>
          <w:spacing w:val="10"/>
          <w:rFonts w:ascii="Ddylr05K+KaiTi" w:hAnsi="Ddylr05K+KaiTi" w:eastAsia="Ddylr05K+KaiTi"/>
          <w:color w:val="000000"/>
          <w:sz w:val="28"/>
        </w:rPr>
        <w:t>》</w:t>
      </w:r>
      <w:r>
        <w:rPr>
          <w:spacing w:val="6"/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P</w:t>
      </w:r>
      <w:r>
        <w:rPr>
          <w:rFonts w:ascii="Ddylr05K+KaiTi" w:hAnsi="Ddylr05K+KaiTi" w:eastAsia="Ddylr05K+KaiTi"/>
          <w:color w:val="000000"/>
          <w:sz w:val="28"/>
        </w:rPr>
        <w:t xml:space="preserve">AS </w:t>
      </w:r>
      <w:r>
        <w:tab/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05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:2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11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br/>
      </w:r>
      <w:r>
        <w:tab/>
      </w:r>
      <w:r>
        <w:rPr>
          <w:spacing w:val="28"/>
          <w:rFonts w:ascii="Ddylr05K+KaiTi" w:hAnsi="Ddylr05K+KaiTi" w:eastAsia="Ddylr05K+KaiTi"/>
          <w:color w:val="000000"/>
          <w:sz w:val="28"/>
        </w:rPr>
        <w:t>（</w:t>
      </w:r>
      <w:r>
        <w:rPr>
          <w:spacing w:val="30"/>
          <w:rFonts w:ascii="Ddylr05K+KaiTi" w:hAnsi="Ddylr05K+KaiTi" w:eastAsia="Ddylr05K+KaiTi"/>
          <w:color w:val="000000"/>
          <w:sz w:val="28"/>
        </w:rPr>
        <w:t>2）《</w:t>
      </w:r>
      <w:r>
        <w:rPr>
          <w:spacing w:val="28"/>
          <w:rFonts w:ascii="Ddylr05K+KaiTi" w:hAnsi="Ddylr05K+KaiTi" w:eastAsia="Ddylr05K+KaiTi"/>
          <w:color w:val="000000"/>
          <w:sz w:val="28"/>
        </w:rPr>
        <w:t>温</w:t>
      </w:r>
      <w:r>
        <w:rPr>
          <w:spacing w:val="30"/>
          <w:rFonts w:ascii="Ddylr05K+KaiTi" w:hAnsi="Ddylr05K+KaiTi" w:eastAsia="Ddylr05K+KaiTi"/>
          <w:color w:val="000000"/>
          <w:sz w:val="28"/>
        </w:rPr>
        <w:t>室气体-产品</w:t>
      </w:r>
      <w:r>
        <w:rPr>
          <w:spacing w:val="28"/>
          <w:rFonts w:ascii="Ddylr05K+KaiTi" w:hAnsi="Ddylr05K+KaiTi" w:eastAsia="Ddylr05K+KaiTi"/>
          <w:color w:val="000000"/>
          <w:sz w:val="28"/>
        </w:rPr>
        <w:t>碳</w:t>
      </w:r>
      <w:r>
        <w:rPr>
          <w:spacing w:val="30"/>
          <w:rFonts w:ascii="Ddylr05K+KaiTi" w:hAnsi="Ddylr05K+KaiTi" w:eastAsia="Ddylr05K+KaiTi"/>
          <w:color w:val="000000"/>
          <w:sz w:val="28"/>
        </w:rPr>
        <w:t>足</w:t>
      </w:r>
      <w:r>
        <w:rPr>
          <w:spacing w:val="32"/>
          <w:rFonts w:ascii="Ddylr05K+KaiTi" w:hAnsi="Ddylr05K+KaiTi" w:eastAsia="Ddylr05K+KaiTi"/>
          <w:color w:val="000000"/>
          <w:sz w:val="28"/>
        </w:rPr>
        <w:t>迹</w:t>
      </w:r>
      <w:r>
        <w:rPr>
          <w:spacing w:val="30"/>
          <w:rFonts w:ascii="Ddylr05K+KaiTi" w:hAnsi="Ddylr05K+KaiTi" w:eastAsia="Ddylr05K+KaiTi"/>
          <w:color w:val="000000"/>
          <w:sz w:val="28"/>
        </w:rPr>
        <w:t>-</w:t>
      </w:r>
      <w:r>
        <w:rPr>
          <w:spacing w:val="32"/>
          <w:rFonts w:ascii="Ddylr05K+KaiTi" w:hAnsi="Ddylr05K+KaiTi" w:eastAsia="Ddylr05K+KaiTi"/>
          <w:color w:val="000000"/>
          <w:sz w:val="28"/>
        </w:rPr>
        <w:t>量化</w:t>
      </w:r>
      <w:r>
        <w:rPr>
          <w:spacing w:val="28"/>
          <w:rFonts w:ascii="Ddylr05K+KaiTi" w:hAnsi="Ddylr05K+KaiTi" w:eastAsia="Ddylr05K+KaiTi"/>
          <w:color w:val="000000"/>
          <w:sz w:val="28"/>
        </w:rPr>
        <w:t>的</w:t>
      </w:r>
      <w:r>
        <w:rPr>
          <w:spacing w:val="30"/>
          <w:rFonts w:ascii="Ddylr05K+KaiTi" w:hAnsi="Ddylr05K+KaiTi" w:eastAsia="Ddylr05K+KaiTi"/>
          <w:color w:val="000000"/>
          <w:sz w:val="28"/>
        </w:rPr>
        <w:t>要求和</w:t>
      </w:r>
      <w:r>
        <w:rPr>
          <w:spacing w:val="28"/>
          <w:rFonts w:ascii="Ddylr05K+KaiTi" w:hAnsi="Ddylr05K+KaiTi" w:eastAsia="Ddylr05K+KaiTi"/>
          <w:color w:val="000000"/>
          <w:sz w:val="28"/>
        </w:rPr>
        <w:t>指</w:t>
      </w:r>
      <w:r>
        <w:rPr>
          <w:spacing w:val="30"/>
          <w:rFonts w:ascii="Ddylr05K+KaiTi" w:hAnsi="Ddylr05K+KaiTi" w:eastAsia="Ddylr05K+KaiTi"/>
          <w:color w:val="000000"/>
          <w:sz w:val="28"/>
        </w:rPr>
        <w:t>南》（</w:t>
      </w:r>
      <w:r>
        <w:rPr>
          <w:spacing w:val="2"/>
          <w:rFonts w:ascii="Ddylr05K+KaiTi" w:hAnsi="Ddylr05K+KaiTi" w:eastAsia="Ddylr05K+KaiTi"/>
          <w:color w:val="000000"/>
          <w:sz w:val="28"/>
        </w:rPr>
        <w:t>I</w:t>
      </w:r>
      <w:r>
        <w:rPr>
          <w:rFonts w:ascii="Ddylr05K+KaiTi" w:hAnsi="Ddylr05K+KaiTi" w:eastAsia="Ddylr05K+KaiTi"/>
          <w:color w:val="000000"/>
          <w:sz w:val="28"/>
        </w:rPr>
        <w:t xml:space="preserve">SO </w:t>
      </w:r>
      <w:r>
        <w:tab/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40</w:t>
      </w:r>
      <w:r>
        <w:rPr>
          <w:spacing w:val="2"/>
          <w:rFonts w:ascii="Ddylr05K+KaiTi" w:hAnsi="Ddylr05K+KaiTi" w:eastAsia="Ddylr05K+KaiTi"/>
          <w:color w:val="000000"/>
          <w:sz w:val="28"/>
        </w:rPr>
        <w:t>6</w:t>
      </w:r>
      <w:r>
        <w:rPr>
          <w:spacing w:val="-2"/>
          <w:rFonts w:ascii="Ddylr05K+KaiTi" w:hAnsi="Ddylr05K+KaiTi" w:eastAsia="Ddylr05K+KaiTi"/>
          <w:color w:val="000000"/>
          <w:sz w:val="28"/>
        </w:rPr>
        <w:t>7: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01</w:t>
      </w:r>
      <w:r>
        <w:rPr>
          <w:spacing w:val="2"/>
          <w:rFonts w:ascii="Ddylr05K+KaiTi" w:hAnsi="Ddylr05K+KaiTi" w:eastAsia="Ddylr05K+KaiTi"/>
          <w:color w:val="000000"/>
          <w:sz w:val="28"/>
        </w:rPr>
        <w:t>8</w:t>
      </w:r>
      <w:r>
        <w:rPr>
          <w:spacing w:val="-2"/>
          <w:rFonts w:ascii="Ddylr05K+KaiTi" w:hAnsi="Ddylr05K+KaiTi" w:eastAsia="Ddylr05K+KaiTi"/>
          <w:color w:val="000000"/>
          <w:sz w:val="28"/>
        </w:rPr>
        <w:t>(E</w:t>
      </w:r>
      <w:r>
        <w:rPr>
          <w:rFonts w:ascii="Ddylr05K+KaiTi" w:hAnsi="Ddylr05K+KaiTi" w:eastAsia="Ddylr05K+KaiTi"/>
          <w:color w:val="000000"/>
          <w:sz w:val="28"/>
        </w:rPr>
        <w:t>)）</w:t>
      </w:r>
      <w:r>
        <w:br/>
      </w:r>
      <w:r>
        <w:tab/>
      </w:r>
      <w:r>
        <w:rPr>
          <w:spacing w:val="38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spacing w:val="-38"/>
          <w:rFonts w:ascii="Arial" w:hAnsi="Arial" w:eastAsia="Arial"/>
          <w:color w:val="000000"/>
          <w:sz w:val="28"/>
        </w:rPr>
        <w:t xml:space="preserve"> </w:t>
      </w:r>
      <w:r>
        <w:rPr>
          <w:spacing w:val="38"/>
          <w:rFonts w:ascii="Ddylr05K+KaiTi" w:hAnsi="Ddylr05K+KaiTi" w:eastAsia="Ddylr05K+KaiTi"/>
          <w:color w:val="000000"/>
          <w:sz w:val="28"/>
        </w:rPr>
        <w:t>）</w:t>
      </w:r>
      <w:r>
        <w:rPr>
          <w:spacing w:val="40"/>
          <w:rFonts w:ascii="Ddylr05K+KaiTi" w:hAnsi="Ddylr05K+KaiTi" w:eastAsia="Ddylr05K+KaiTi"/>
          <w:color w:val="000000"/>
          <w:sz w:val="28"/>
        </w:rPr>
        <w:t>《</w:t>
      </w:r>
      <w:r>
        <w:rPr>
          <w:spacing w:val="38"/>
          <w:rFonts w:ascii="Ddylr05K+KaiTi" w:hAnsi="Ddylr05K+KaiTi" w:eastAsia="Ddylr05K+KaiTi"/>
          <w:color w:val="000000"/>
          <w:sz w:val="28"/>
        </w:rPr>
        <w:t>工</w:t>
      </w:r>
      <w:r>
        <w:rPr>
          <w:spacing w:val="42"/>
          <w:rFonts w:ascii="Ddylr05K+KaiTi" w:hAnsi="Ddylr05K+KaiTi" w:eastAsia="Ddylr05K+KaiTi"/>
          <w:color w:val="000000"/>
          <w:sz w:val="28"/>
        </w:rPr>
        <w:t>业</w:t>
      </w:r>
      <w:r>
        <w:rPr>
          <w:spacing w:val="38"/>
          <w:rFonts w:ascii="Ddylr05K+KaiTi" w:hAnsi="Ddylr05K+KaiTi" w:eastAsia="Ddylr05K+KaiTi"/>
          <w:color w:val="000000"/>
          <w:sz w:val="28"/>
        </w:rPr>
        <w:t>企</w:t>
      </w:r>
      <w:r>
        <w:rPr>
          <w:spacing w:val="40"/>
          <w:rFonts w:ascii="Ddylr05K+KaiTi" w:hAnsi="Ddylr05K+KaiTi" w:eastAsia="Ddylr05K+KaiTi"/>
          <w:color w:val="000000"/>
          <w:sz w:val="28"/>
        </w:rPr>
        <w:t>业</w:t>
      </w:r>
      <w:r>
        <w:rPr>
          <w:spacing w:val="38"/>
          <w:rFonts w:ascii="Ddylr05K+KaiTi" w:hAnsi="Ddylr05K+KaiTi" w:eastAsia="Ddylr05K+KaiTi"/>
          <w:color w:val="000000"/>
          <w:sz w:val="28"/>
        </w:rPr>
        <w:t>温</w:t>
      </w:r>
      <w:r>
        <w:rPr>
          <w:spacing w:val="42"/>
          <w:rFonts w:ascii="Ddylr05K+KaiTi" w:hAnsi="Ddylr05K+KaiTi" w:eastAsia="Ddylr05K+KaiTi"/>
          <w:color w:val="000000"/>
          <w:sz w:val="28"/>
        </w:rPr>
        <w:t>室</w:t>
      </w:r>
      <w:r>
        <w:rPr>
          <w:spacing w:val="38"/>
          <w:rFonts w:ascii="Ddylr05K+KaiTi" w:hAnsi="Ddylr05K+KaiTi" w:eastAsia="Ddylr05K+KaiTi"/>
          <w:color w:val="000000"/>
          <w:sz w:val="28"/>
        </w:rPr>
        <w:t>气体</w:t>
      </w:r>
      <w:r>
        <w:rPr>
          <w:spacing w:val="42"/>
          <w:rFonts w:ascii="Ddylr05K+KaiTi" w:hAnsi="Ddylr05K+KaiTi" w:eastAsia="Ddylr05K+KaiTi"/>
          <w:color w:val="000000"/>
          <w:sz w:val="28"/>
        </w:rPr>
        <w:t>排</w:t>
      </w:r>
      <w:r>
        <w:rPr>
          <w:spacing w:val="38"/>
          <w:rFonts w:ascii="Ddylr05K+KaiTi" w:hAnsi="Ddylr05K+KaiTi" w:eastAsia="Ddylr05K+KaiTi"/>
          <w:color w:val="000000"/>
          <w:sz w:val="28"/>
        </w:rPr>
        <w:t>放</w:t>
      </w:r>
      <w:r>
        <w:rPr>
          <w:spacing w:val="40"/>
          <w:rFonts w:ascii="Ddylr05K+KaiTi" w:hAnsi="Ddylr05K+KaiTi" w:eastAsia="Ddylr05K+KaiTi"/>
          <w:color w:val="000000"/>
          <w:sz w:val="28"/>
        </w:rPr>
        <w:t>核算和</w:t>
      </w:r>
      <w:r>
        <w:rPr>
          <w:spacing w:val="38"/>
          <w:rFonts w:ascii="Ddylr05K+KaiTi" w:hAnsi="Ddylr05K+KaiTi" w:eastAsia="Ddylr05K+KaiTi"/>
          <w:color w:val="000000"/>
          <w:sz w:val="28"/>
        </w:rPr>
        <w:t>报</w:t>
      </w:r>
      <w:r>
        <w:rPr>
          <w:spacing w:val="42"/>
          <w:rFonts w:ascii="Ddylr05K+KaiTi" w:hAnsi="Ddylr05K+KaiTi" w:eastAsia="Ddylr05K+KaiTi"/>
          <w:color w:val="000000"/>
          <w:sz w:val="28"/>
        </w:rPr>
        <w:t>告</w:t>
      </w:r>
      <w:r>
        <w:rPr>
          <w:spacing w:val="38"/>
          <w:rFonts w:ascii="Ddylr05K+KaiTi" w:hAnsi="Ddylr05K+KaiTi" w:eastAsia="Ddylr05K+KaiTi"/>
          <w:color w:val="000000"/>
          <w:sz w:val="28"/>
        </w:rPr>
        <w:t>通则</w:t>
      </w:r>
      <w:r>
        <w:rPr>
          <w:rFonts w:ascii="Ddylr05K+KaiTi" w:hAnsi="Ddylr05K+KaiTi" w:eastAsia="Ddylr05K+KaiTi"/>
          <w:color w:val="000000"/>
          <w:sz w:val="28"/>
        </w:rPr>
        <w:t>》</w:t>
      </w:r>
      <w:r>
        <w:rPr>
          <w:spacing w:val="-36"/>
          <w:rFonts w:ascii="Arial" w:hAnsi="Arial" w:eastAsia="Arial"/>
          <w:color w:val="000000"/>
          <w:sz w:val="28"/>
        </w:rPr>
        <w:t xml:space="preserve"> </w:t>
      </w:r>
      <w:r>
        <w:rPr>
          <w:spacing w:val="38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GB</w:t>
      </w:r>
      <w:r>
        <w:rPr>
          <w:spacing w:val="-2"/>
          <w:rFonts w:ascii="Ddylr05K+KaiTi" w:hAnsi="Ddylr05K+KaiTi" w:eastAsia="Ddylr05K+KaiTi"/>
          <w:color w:val="000000"/>
          <w:sz w:val="28"/>
        </w:rPr>
        <w:t>/</w:t>
      </w:r>
      <w:r>
        <w:rPr>
          <w:rFonts w:ascii="Ddylr05K+KaiTi" w:hAnsi="Ddylr05K+KaiTi" w:eastAsia="Ddylr05K+KaiTi"/>
          <w:color w:val="000000"/>
          <w:sz w:val="28"/>
        </w:rPr>
        <w:t>T</w:t>
      </w:r>
    </w:p>
    <w:p>
      <w:pPr>
        <w:autoSpaceDN w:val="0"/>
        <w:autoSpaceDE w:val="0"/>
        <w:widowControl/>
        <w:spacing w:line="220" w:lineRule="exact" w:before="47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10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7556500</wp:posOffset>
            </wp:positionV>
            <wp:extent cx="5448300" cy="2120900"/>
            <wp:wrapNone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21209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4749800</wp:posOffset>
            </wp:positionV>
            <wp:extent cx="5905500" cy="965200"/>
            <wp:wrapNone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9652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tabs>
          <w:tab w:pos="760" w:val="left"/>
        </w:tabs>
        <w:autoSpaceDE w:val="0"/>
        <w:widowControl/>
        <w:spacing w:line="568" w:lineRule="exact" w:before="0" w:after="0"/>
        <w:ind w:left="480" w:right="720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21</w:t>
      </w:r>
      <w:r>
        <w:rPr>
          <w:spacing w:val="2"/>
          <w:rFonts w:ascii="Ddylr05K+KaiTi" w:hAnsi="Ddylr05K+KaiTi" w:eastAsia="Ddylr05K+KaiTi"/>
          <w:color w:val="000000"/>
          <w:sz w:val="28"/>
        </w:rPr>
        <w:t>5</w:t>
      </w:r>
      <w:r>
        <w:rPr>
          <w:spacing w:val="-2"/>
          <w:rFonts w:ascii="Ddylr05K+KaiTi" w:hAnsi="Ddylr05K+KaiTi" w:eastAsia="Ddylr05K+KaiTi"/>
          <w:color w:val="000000"/>
          <w:sz w:val="28"/>
        </w:rPr>
        <w:t>0-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01</w:t>
      </w:r>
      <w:r>
        <w:rPr>
          <w:rFonts w:ascii="Ddylr05K+KaiTi" w:hAnsi="Ddylr05K+KaiTi" w:eastAsia="Ddylr05K+KaiTi"/>
          <w:color w:val="000000"/>
          <w:sz w:val="28"/>
        </w:rPr>
        <w:t>5）</w:t>
      </w:r>
      <w:r>
        <w:br/>
      </w:r>
      <w:r>
        <w:tab/>
      </w:r>
      <w:r>
        <w:rPr>
          <w:spacing w:val="6"/>
          <w:rFonts w:ascii="Ddylr05K+KaiTi" w:hAnsi="Ddylr05K+KaiTi" w:eastAsia="Ddylr05K+KaiTi"/>
          <w:color w:val="000000"/>
          <w:sz w:val="28"/>
        </w:rPr>
        <w:t>（</w:t>
      </w:r>
      <w:r>
        <w:rPr>
          <w:spacing w:val="10"/>
          <w:rFonts w:ascii="Ddylr05K+KaiTi" w:hAnsi="Ddylr05K+KaiTi" w:eastAsia="Ddylr05K+KaiTi"/>
          <w:color w:val="000000"/>
          <w:sz w:val="28"/>
        </w:rPr>
        <w:t>4</w:t>
      </w:r>
      <w:r>
        <w:rPr>
          <w:spacing w:val="8"/>
          <w:rFonts w:ascii="Ddylr05K+KaiTi" w:hAnsi="Ddylr05K+KaiTi" w:eastAsia="Ddylr05K+KaiTi"/>
          <w:color w:val="000000"/>
          <w:sz w:val="28"/>
        </w:rPr>
        <w:t>）《</w:t>
      </w:r>
      <w:r>
        <w:rPr>
          <w:spacing w:val="12"/>
          <w:rFonts w:ascii="Ddylr05K+KaiTi" w:hAnsi="Ddylr05K+KaiTi" w:eastAsia="Ddylr05K+KaiTi"/>
          <w:color w:val="000000"/>
          <w:sz w:val="28"/>
        </w:rPr>
        <w:t>碳</w:t>
      </w:r>
      <w:r>
        <w:rPr>
          <w:spacing w:val="10"/>
          <w:rFonts w:ascii="Ddylr05K+KaiTi" w:hAnsi="Ddylr05K+KaiTi" w:eastAsia="Ddylr05K+KaiTi"/>
          <w:color w:val="000000"/>
          <w:sz w:val="28"/>
        </w:rPr>
        <w:t>排放</w:t>
      </w:r>
      <w:r>
        <w:rPr>
          <w:spacing w:val="8"/>
          <w:rFonts w:ascii="Ddylr05K+KaiTi" w:hAnsi="Ddylr05K+KaiTi" w:eastAsia="Ddylr05K+KaiTi"/>
          <w:color w:val="000000"/>
          <w:sz w:val="28"/>
        </w:rPr>
        <w:t>权</w:t>
      </w:r>
      <w:r>
        <w:rPr>
          <w:spacing w:val="12"/>
          <w:rFonts w:ascii="Ddylr05K+KaiTi" w:hAnsi="Ddylr05K+KaiTi" w:eastAsia="Ddylr05K+KaiTi"/>
          <w:color w:val="000000"/>
          <w:sz w:val="28"/>
        </w:rPr>
        <w:t>交</w:t>
      </w:r>
      <w:r>
        <w:rPr>
          <w:spacing w:val="10"/>
          <w:rFonts w:ascii="Ddylr05K+KaiTi" w:hAnsi="Ddylr05K+KaiTi" w:eastAsia="Ddylr05K+KaiTi"/>
          <w:color w:val="000000"/>
          <w:sz w:val="28"/>
        </w:rPr>
        <w:t>易管</w:t>
      </w:r>
      <w:r>
        <w:rPr>
          <w:spacing w:val="8"/>
          <w:rFonts w:ascii="Ddylr05K+KaiTi" w:hAnsi="Ddylr05K+KaiTi" w:eastAsia="Ddylr05K+KaiTi"/>
          <w:color w:val="000000"/>
          <w:sz w:val="28"/>
        </w:rPr>
        <w:t>理</w:t>
      </w:r>
      <w:r>
        <w:rPr>
          <w:spacing w:val="12"/>
          <w:rFonts w:ascii="Ddylr05K+KaiTi" w:hAnsi="Ddylr05K+KaiTi" w:eastAsia="Ddylr05K+KaiTi"/>
          <w:color w:val="000000"/>
          <w:sz w:val="28"/>
        </w:rPr>
        <w:t>办</w:t>
      </w:r>
      <w:r>
        <w:rPr>
          <w:spacing w:val="10"/>
          <w:rFonts w:ascii="Ddylr05K+KaiTi" w:hAnsi="Ddylr05K+KaiTi" w:eastAsia="Ddylr05K+KaiTi"/>
          <w:color w:val="000000"/>
          <w:sz w:val="28"/>
        </w:rPr>
        <w:t>法</w:t>
      </w:r>
      <w:r>
        <w:rPr>
          <w:spacing w:val="12"/>
          <w:rFonts w:ascii="Ddylr05K+KaiTi" w:hAnsi="Ddylr05K+KaiTi" w:eastAsia="Ddylr05K+KaiTi"/>
          <w:color w:val="000000"/>
          <w:sz w:val="28"/>
        </w:rPr>
        <w:t>(</w:t>
      </w:r>
      <w:r>
        <w:rPr>
          <w:spacing w:val="10"/>
          <w:rFonts w:ascii="Ddylr05K+KaiTi" w:hAnsi="Ddylr05K+KaiTi" w:eastAsia="Ddylr05K+KaiTi"/>
          <w:color w:val="000000"/>
          <w:sz w:val="28"/>
        </w:rPr>
        <w:t>试</w:t>
      </w:r>
      <w:r>
        <w:rPr>
          <w:spacing w:val="12"/>
          <w:rFonts w:ascii="Ddylr05K+KaiTi" w:hAnsi="Ddylr05K+KaiTi" w:eastAsia="Ddylr05K+KaiTi"/>
          <w:color w:val="000000"/>
          <w:sz w:val="28"/>
        </w:rPr>
        <w:t>行)</w:t>
      </w:r>
      <w:r>
        <w:rPr>
          <w:spacing w:val="10"/>
          <w:rFonts w:ascii="Ddylr05K+KaiTi" w:hAnsi="Ddylr05K+KaiTi" w:eastAsia="Ddylr05K+KaiTi"/>
          <w:color w:val="000000"/>
          <w:sz w:val="28"/>
        </w:rPr>
        <w:t>》（</w:t>
      </w:r>
      <w:r>
        <w:rPr>
          <w:spacing w:val="12"/>
          <w:rFonts w:ascii="Ddylr05K+KaiTi" w:hAnsi="Ddylr05K+KaiTi" w:eastAsia="Ddylr05K+KaiTi"/>
          <w:color w:val="000000"/>
          <w:sz w:val="28"/>
        </w:rPr>
        <w:t>生</w:t>
      </w:r>
      <w:r>
        <w:rPr>
          <w:spacing w:val="10"/>
          <w:rFonts w:ascii="Ddylr05K+KaiTi" w:hAnsi="Ddylr05K+KaiTi" w:eastAsia="Ddylr05K+KaiTi"/>
          <w:color w:val="000000"/>
          <w:sz w:val="28"/>
        </w:rPr>
        <w:t>态环境</w:t>
      </w:r>
      <w:r>
        <w:rPr>
          <w:spacing w:val="12"/>
          <w:rFonts w:ascii="Ddylr05K+KaiTi" w:hAnsi="Ddylr05K+KaiTi" w:eastAsia="Ddylr05K+KaiTi"/>
          <w:color w:val="000000"/>
          <w:sz w:val="28"/>
        </w:rPr>
        <w:t>部</w:t>
      </w:r>
      <w:r>
        <w:rPr>
          <w:spacing w:val="10"/>
          <w:rFonts w:ascii="Ddylr05K+KaiTi" w:hAnsi="Ddylr05K+KaiTi" w:eastAsia="Ddylr05K+KaiTi"/>
          <w:color w:val="000000"/>
          <w:sz w:val="28"/>
        </w:rPr>
        <w:t>令</w:t>
      </w:r>
      <w:r>
        <w:rPr>
          <w:rFonts w:ascii="Ddylr05K+KaiTi" w:hAnsi="Ddylr05K+KaiTi" w:eastAsia="Ddylr05K+KaiTi"/>
          <w:color w:val="000000"/>
          <w:sz w:val="28"/>
        </w:rPr>
        <w:t>第</w:t>
      </w:r>
      <w:r>
        <w:rPr>
          <w:spacing w:val="2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9</w:t>
      </w:r>
      <w:r>
        <w:rPr>
          <w:spacing w:val="-2"/>
          <w:rFonts w:ascii="Ddylr05K+KaiTi" w:hAnsi="Ddylr05K+KaiTi" w:eastAsia="Ddylr05K+KaiTi"/>
          <w:color w:val="000000"/>
          <w:sz w:val="28"/>
        </w:rPr>
        <w:t>号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br/>
      </w: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5）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《</w:t>
      </w:r>
      <w:r>
        <w:rPr>
          <w:rFonts w:ascii="Ddylr05K+KaiTi" w:hAnsi="Ddylr05K+KaiTi" w:eastAsia="Ddylr05K+KaiTi"/>
          <w:color w:val="000000"/>
          <w:sz w:val="28"/>
        </w:rPr>
        <w:t>综合</w:t>
      </w:r>
      <w:r>
        <w:rPr>
          <w:spacing w:val="-2"/>
          <w:rFonts w:ascii="Ddylr05K+KaiTi" w:hAnsi="Ddylr05K+KaiTi" w:eastAsia="Ddylr05K+KaiTi"/>
          <w:color w:val="000000"/>
          <w:sz w:val="28"/>
        </w:rPr>
        <w:t>能</w:t>
      </w:r>
      <w:r>
        <w:rPr>
          <w:rFonts w:ascii="Ddylr05K+KaiTi" w:hAnsi="Ddylr05K+KaiTi" w:eastAsia="Ddylr05K+KaiTi"/>
          <w:color w:val="000000"/>
          <w:sz w:val="28"/>
        </w:rPr>
        <w:t>耗计</w:t>
      </w:r>
      <w:r>
        <w:rPr>
          <w:spacing w:val="-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通则</w:t>
      </w:r>
      <w:r>
        <w:rPr>
          <w:spacing w:val="-2"/>
          <w:rFonts w:ascii="Ddylr05K+KaiTi" w:hAnsi="Ddylr05K+KaiTi" w:eastAsia="Ddylr05K+KaiTi"/>
          <w:color w:val="000000"/>
          <w:sz w:val="28"/>
        </w:rPr>
        <w:t>》</w:t>
      </w:r>
      <w:r>
        <w:rPr>
          <w:rFonts w:ascii="Ddylr05K+KaiTi" w:hAnsi="Ddylr05K+KaiTi" w:eastAsia="Ddylr05K+KaiTi"/>
          <w:color w:val="000000"/>
          <w:sz w:val="28"/>
        </w:rPr>
        <w:t>（</w:t>
      </w:r>
      <w:r>
        <w:rPr>
          <w:spacing w:val="-2"/>
          <w:rFonts w:ascii="Ddylr05K+KaiTi" w:hAnsi="Ddylr05K+KaiTi" w:eastAsia="Ddylr05K+KaiTi"/>
          <w:color w:val="000000"/>
          <w:sz w:val="28"/>
        </w:rPr>
        <w:t>G</w:t>
      </w:r>
      <w:r>
        <w:rPr>
          <w:spacing w:val="2"/>
          <w:rFonts w:ascii="Ddylr05K+KaiTi" w:hAnsi="Ddylr05K+KaiTi" w:eastAsia="Ddylr05K+KaiTi"/>
          <w:color w:val="000000"/>
          <w:sz w:val="28"/>
        </w:rPr>
        <w:t>B</w:t>
      </w:r>
      <w:r>
        <w:rPr>
          <w:spacing w:val="-2"/>
          <w:rFonts w:ascii="Ddylr05K+KaiTi" w:hAnsi="Ddylr05K+KaiTi" w:eastAsia="Ddylr05K+KaiTi"/>
          <w:color w:val="000000"/>
          <w:sz w:val="28"/>
        </w:rPr>
        <w:t>/</w:t>
      </w:r>
      <w:r>
        <w:rPr>
          <w:rFonts w:ascii="Ddylr05K+KaiTi" w:hAnsi="Ddylr05K+KaiTi" w:eastAsia="Ddylr05K+KaiTi"/>
          <w:color w:val="000000"/>
          <w:sz w:val="28"/>
        </w:rPr>
        <w:t>T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5</w:t>
      </w:r>
      <w:r>
        <w:rPr>
          <w:rFonts w:ascii="Ddylr05K+KaiTi" w:hAnsi="Ddylr05K+KaiTi" w:eastAsia="Ddylr05K+KaiTi"/>
          <w:color w:val="000000"/>
          <w:sz w:val="28"/>
        </w:rPr>
        <w:t>89</w:t>
      </w:r>
      <w:r>
        <w:rPr>
          <w:spacing w:val="-2"/>
          <w:rFonts w:ascii="Ddylr05K+KaiTi" w:hAnsi="Ddylr05K+KaiTi" w:eastAsia="Ddylr05K+KaiTi"/>
          <w:color w:val="000000"/>
          <w:sz w:val="28"/>
        </w:rPr>
        <w:t>-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0）</w:t>
      </w:r>
      <w:r>
        <w:br/>
      </w:r>
      <w:r>
        <w:tab/>
      </w:r>
      <w:r>
        <w:rPr>
          <w:spacing w:val="6"/>
          <w:rFonts w:ascii="Ddylr05K+KaiTi" w:hAnsi="Ddylr05K+KaiTi" w:eastAsia="Ddylr05K+KaiTi"/>
          <w:color w:val="000000"/>
          <w:sz w:val="28"/>
        </w:rPr>
        <w:t>（</w:t>
      </w:r>
      <w:r>
        <w:rPr>
          <w:spacing w:val="8"/>
          <w:rFonts w:ascii="Ddylr05K+KaiTi" w:hAnsi="Ddylr05K+KaiTi" w:eastAsia="Ddylr05K+KaiTi"/>
          <w:color w:val="000000"/>
          <w:sz w:val="28"/>
        </w:rPr>
        <w:t>6</w:t>
      </w:r>
      <w:r>
        <w:rPr>
          <w:spacing w:val="10"/>
          <w:rFonts w:ascii="Ddylr05K+KaiTi" w:hAnsi="Ddylr05K+KaiTi" w:eastAsia="Ddylr05K+KaiTi"/>
          <w:color w:val="000000"/>
          <w:sz w:val="28"/>
        </w:rPr>
        <w:t>）</w:t>
      </w:r>
      <w:r>
        <w:rPr>
          <w:spacing w:val="8"/>
          <w:rFonts w:ascii="Ddylr05K+KaiTi" w:hAnsi="Ddylr05K+KaiTi" w:eastAsia="Ddylr05K+KaiTi"/>
          <w:color w:val="000000"/>
          <w:sz w:val="28"/>
        </w:rPr>
        <w:t>《</w:t>
      </w:r>
      <w:r>
        <w:rPr>
          <w:spacing w:val="10"/>
          <w:rFonts w:ascii="Ddylr05K+KaiTi" w:hAnsi="Ddylr05K+KaiTi" w:eastAsia="Ddylr05K+KaiTi"/>
          <w:color w:val="000000"/>
          <w:sz w:val="28"/>
        </w:rPr>
        <w:t>用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单</w:t>
      </w:r>
      <w:r>
        <w:rPr>
          <w:spacing w:val="10"/>
          <w:rFonts w:ascii="Ddylr05K+KaiTi" w:hAnsi="Ddylr05K+KaiTi" w:eastAsia="Ddylr05K+KaiTi"/>
          <w:color w:val="000000"/>
          <w:sz w:val="28"/>
        </w:rPr>
        <w:t>位</w:t>
      </w:r>
      <w:r>
        <w:rPr>
          <w:spacing w:val="8"/>
          <w:rFonts w:ascii="Ddylr05K+KaiTi" w:hAnsi="Ddylr05K+KaiTi" w:eastAsia="Ddylr05K+KaiTi"/>
          <w:color w:val="000000"/>
          <w:sz w:val="28"/>
        </w:rPr>
        <w:t>能</w:t>
      </w:r>
      <w:r>
        <w:rPr>
          <w:spacing w:val="10"/>
          <w:rFonts w:ascii="Ddylr05K+KaiTi" w:hAnsi="Ddylr05K+KaiTi" w:eastAsia="Ddylr05K+KaiTi"/>
          <w:color w:val="000000"/>
          <w:sz w:val="28"/>
        </w:rPr>
        <w:t>源</w:t>
      </w:r>
      <w:r>
        <w:rPr>
          <w:spacing w:val="8"/>
          <w:rFonts w:ascii="Ddylr05K+KaiTi" w:hAnsi="Ddylr05K+KaiTi" w:eastAsia="Ddylr05K+KaiTi"/>
          <w:color w:val="000000"/>
          <w:sz w:val="28"/>
        </w:rPr>
        <w:t>计</w:t>
      </w:r>
      <w:r>
        <w:rPr>
          <w:spacing w:val="10"/>
          <w:rFonts w:ascii="Ddylr05K+KaiTi" w:hAnsi="Ddylr05K+KaiTi" w:eastAsia="Ddylr05K+KaiTi"/>
          <w:color w:val="000000"/>
          <w:sz w:val="28"/>
        </w:rPr>
        <w:t>量</w:t>
      </w:r>
      <w:r>
        <w:rPr>
          <w:spacing w:val="8"/>
          <w:rFonts w:ascii="Ddylr05K+KaiTi" w:hAnsi="Ddylr05K+KaiTi" w:eastAsia="Ddylr05K+KaiTi"/>
          <w:color w:val="000000"/>
          <w:sz w:val="28"/>
        </w:rPr>
        <w:t>器</w:t>
      </w:r>
      <w:r>
        <w:rPr>
          <w:spacing w:val="10"/>
          <w:rFonts w:ascii="Ddylr05K+KaiTi" w:hAnsi="Ddylr05K+KaiTi" w:eastAsia="Ddylr05K+KaiTi"/>
          <w:color w:val="000000"/>
          <w:sz w:val="28"/>
        </w:rPr>
        <w:t>具</w:t>
      </w:r>
      <w:r>
        <w:rPr>
          <w:spacing w:val="8"/>
          <w:rFonts w:ascii="Ddylr05K+KaiTi" w:hAnsi="Ddylr05K+KaiTi" w:eastAsia="Ddylr05K+KaiTi"/>
          <w:color w:val="000000"/>
          <w:sz w:val="28"/>
        </w:rPr>
        <w:t>配</w:t>
      </w:r>
      <w:r>
        <w:rPr>
          <w:spacing w:val="6"/>
          <w:rFonts w:ascii="Ddylr05K+KaiTi" w:hAnsi="Ddylr05K+KaiTi" w:eastAsia="Ddylr05K+KaiTi"/>
          <w:color w:val="000000"/>
          <w:sz w:val="28"/>
        </w:rPr>
        <w:t>备</w:t>
      </w:r>
      <w:r>
        <w:rPr>
          <w:spacing w:val="10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管</w:t>
      </w:r>
      <w:r>
        <w:rPr>
          <w:spacing w:val="10"/>
          <w:rFonts w:ascii="Ddylr05K+KaiTi" w:hAnsi="Ddylr05K+KaiTi" w:eastAsia="Ddylr05K+KaiTi"/>
          <w:color w:val="000000"/>
          <w:sz w:val="28"/>
        </w:rPr>
        <w:t>理通</w:t>
      </w:r>
      <w:r>
        <w:rPr>
          <w:spacing w:val="8"/>
          <w:rFonts w:ascii="Ddylr05K+KaiTi" w:hAnsi="Ddylr05K+KaiTi" w:eastAsia="Ddylr05K+KaiTi"/>
          <w:color w:val="000000"/>
          <w:sz w:val="28"/>
        </w:rPr>
        <w:t>则</w:t>
      </w:r>
      <w:r>
        <w:rPr>
          <w:spacing w:val="10"/>
          <w:rFonts w:ascii="Ddylr05K+KaiTi" w:hAnsi="Ddylr05K+KaiTi" w:eastAsia="Ddylr05K+KaiTi"/>
          <w:color w:val="000000"/>
          <w:sz w:val="28"/>
        </w:rPr>
        <w:t>》</w:t>
      </w:r>
      <w:r>
        <w:rPr>
          <w:spacing w:val="8"/>
          <w:rFonts w:ascii="Ddylr05K+KaiTi" w:hAnsi="Ddylr05K+KaiTi" w:eastAsia="Ddylr05K+KaiTi"/>
          <w:color w:val="000000"/>
          <w:sz w:val="28"/>
        </w:rPr>
        <w:t>（</w:t>
      </w:r>
      <w:r>
        <w:rPr>
          <w:spacing w:val="-2"/>
          <w:rFonts w:ascii="Ddylr05K+KaiTi" w:hAnsi="Ddylr05K+KaiTi" w:eastAsia="Ddylr05K+KaiTi"/>
          <w:color w:val="000000"/>
          <w:sz w:val="28"/>
        </w:rPr>
        <w:t>G</w:t>
      </w:r>
      <w:r>
        <w:rPr>
          <w:rFonts w:ascii="Ddylr05K+KaiTi" w:hAnsi="Ddylr05K+KaiTi" w:eastAsia="Ddylr05K+KaiTi"/>
          <w:color w:val="000000"/>
          <w:sz w:val="28"/>
        </w:rPr>
        <w:t>B</w:t>
      </w:r>
      <w:r>
        <w:rPr>
          <w:spacing w:val="70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71</w:t>
      </w:r>
      <w:r>
        <w:rPr>
          <w:spacing w:val="2"/>
          <w:rFonts w:ascii="Ddylr05K+KaiTi" w:hAnsi="Ddylr05K+KaiTi" w:eastAsia="Ddylr05K+KaiTi"/>
          <w:color w:val="000000"/>
          <w:sz w:val="28"/>
        </w:rPr>
        <w:t>6</w:t>
      </w:r>
      <w:r>
        <w:rPr>
          <w:spacing w:val="-2"/>
          <w:rFonts w:ascii="Ddylr05K+KaiTi" w:hAnsi="Ddylr05K+KaiTi" w:eastAsia="Ddylr05K+KaiTi"/>
          <w:color w:val="000000"/>
          <w:sz w:val="28"/>
        </w:rPr>
        <w:t>7</w:t>
      </w:r>
      <w:r>
        <w:rPr>
          <w:rFonts w:ascii="Ddylr05K+KaiTi" w:hAnsi="Ddylr05K+KaiTi" w:eastAsia="Ddylr05K+KaiTi"/>
          <w:color w:val="000000"/>
          <w:sz w:val="28"/>
        </w:rPr>
        <w:t>-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00</w:t>
      </w:r>
      <w:r>
        <w:rPr>
          <w:rFonts w:ascii="Ddylr05K+KaiTi" w:hAnsi="Ddylr05K+KaiTi" w:eastAsia="Ddylr05K+KaiTi"/>
          <w:color w:val="000000"/>
          <w:sz w:val="28"/>
        </w:rPr>
        <w:t>6）</w:t>
      </w:r>
    </w:p>
    <w:p>
      <w:pPr>
        <w:autoSpaceDN w:val="0"/>
        <w:autoSpaceDE w:val="0"/>
        <w:widowControl/>
        <w:spacing w:line="282" w:lineRule="exact" w:before="342" w:after="0"/>
        <w:ind w:left="7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7）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《</w:t>
      </w:r>
      <w:r>
        <w:rPr>
          <w:rFonts w:ascii="Ddylr05K+KaiTi" w:hAnsi="Ddylr05K+KaiTi" w:eastAsia="Ddylr05K+KaiTi"/>
          <w:color w:val="000000"/>
          <w:sz w:val="28"/>
        </w:rPr>
        <w:t>山东</w:t>
      </w:r>
      <w:r>
        <w:rPr>
          <w:spacing w:val="-2"/>
          <w:rFonts w:ascii="Ddylr05K+KaiTi" w:hAnsi="Ddylr05K+KaiTi" w:eastAsia="Ddylr05K+KaiTi"/>
          <w:color w:val="000000"/>
          <w:sz w:val="28"/>
        </w:rPr>
        <w:t>省</w:t>
      </w:r>
      <w:r>
        <w:rPr>
          <w:rFonts w:ascii="Ddylr05K+KaiTi" w:hAnsi="Ddylr05K+KaiTi" w:eastAsia="Ddylr05K+KaiTi"/>
          <w:color w:val="000000"/>
          <w:sz w:val="28"/>
        </w:rPr>
        <w:t>产品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足迹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价通</w:t>
      </w:r>
      <w:r>
        <w:rPr>
          <w:spacing w:val="-2"/>
          <w:rFonts w:ascii="Ddylr05K+KaiTi" w:hAnsi="Ddylr05K+KaiTi" w:eastAsia="Ddylr05K+KaiTi"/>
          <w:color w:val="000000"/>
          <w:sz w:val="28"/>
        </w:rPr>
        <w:t>则</w:t>
      </w:r>
      <w:r>
        <w:rPr>
          <w:rFonts w:ascii="Ddylr05K+KaiTi" w:hAnsi="Ddylr05K+KaiTi" w:eastAsia="Ddylr05K+KaiTi"/>
          <w:color w:val="000000"/>
          <w:sz w:val="28"/>
        </w:rPr>
        <w:t>》</w:t>
      </w:r>
    </w:p>
    <w:p>
      <w:pPr>
        <w:autoSpaceDN w:val="0"/>
        <w:autoSpaceDE w:val="0"/>
        <w:widowControl/>
        <w:spacing w:line="312" w:lineRule="exact" w:before="330" w:after="0"/>
        <w:ind w:left="360" w:right="0" w:firstLine="0"/>
        <w:jc w:val="left"/>
      </w:pPr>
      <w:r>
        <w:rPr>
          <w:spacing w:val="2"/>
          <w:rFonts w:ascii="GdJYNGgr+TimesNewRomanPS" w:hAnsi="GdJYNGgr+TimesNewRomanPS" w:eastAsia="GdJYNGgr+TimesNewRomanPS"/>
          <w:color w:val="000000"/>
          <w:sz w:val="28"/>
        </w:rPr>
        <w:t>1</w:t>
      </w:r>
      <w:r>
        <w:rPr>
          <w:rFonts w:ascii="GdJYNGgr+TimesNewRomanPS" w:hAnsi="GdJYNGgr+TimesNewRomanPS" w:eastAsia="GdJYNGgr+TimesNewRomanPS"/>
          <w:color w:val="000000"/>
          <w:sz w:val="28"/>
        </w:rPr>
        <w:t>.</w:t>
      </w:r>
      <w:r>
        <w:rPr>
          <w:rFonts w:ascii="GdJYNGgr+TimesNewRomanPS" w:hAnsi="GdJYNGgr+TimesNewRomanPS" w:eastAsia="GdJYNGgr+TimesNewRomanPS"/>
          <w:color w:val="000000"/>
          <w:sz w:val="28"/>
        </w:rPr>
        <w:t>3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评价范围</w:t>
      </w:r>
    </w:p>
    <w:p>
      <w:pPr>
        <w:autoSpaceDN w:val="0"/>
        <w:autoSpaceDE w:val="0"/>
        <w:widowControl/>
        <w:spacing w:line="282" w:lineRule="exact" w:before="324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1.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1</w:t>
      </w:r>
      <w:r>
        <w:rPr>
          <w:rFonts w:ascii="Ddylr05K+KaiTi" w:hAnsi="Ddylr05K+KaiTi" w:eastAsia="Ddylr05K+KaiTi"/>
          <w:b/>
          <w:color w:val="000000"/>
          <w:sz w:val="28"/>
        </w:rPr>
        <w:t>产品信息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及</w:t>
      </w:r>
      <w:r>
        <w:rPr>
          <w:rFonts w:ascii="Ddylr05K+KaiTi" w:hAnsi="Ddylr05K+KaiTi" w:eastAsia="Ddylr05K+KaiTi"/>
          <w:b/>
          <w:color w:val="000000"/>
          <w:sz w:val="28"/>
        </w:rPr>
        <w:t>功能单位</w:t>
      </w:r>
    </w:p>
    <w:p>
      <w:pPr>
        <w:autoSpaceDN w:val="0"/>
        <w:autoSpaceDE w:val="0"/>
        <w:widowControl/>
        <w:spacing w:line="240" w:lineRule="exact" w:before="328" w:after="40"/>
        <w:ind w:left="0" w:right="3340" w:firstLine="0"/>
        <w:jc w:val="right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信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息</w:t>
      </w:r>
      <w:r>
        <w:rPr>
          <w:rFonts w:ascii="Ddylr05K+KaiTi" w:hAnsi="Ddylr05K+KaiTi" w:eastAsia="Ddylr05K+KaiTi"/>
          <w:b/>
          <w:color w:val="000000"/>
          <w:sz w:val="24"/>
        </w:rPr>
        <w:t>及功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能</w:t>
      </w:r>
      <w:r>
        <w:rPr>
          <w:rFonts w:ascii="Ddylr05K+KaiTi" w:hAnsi="Ddylr05K+KaiTi" w:eastAsia="Ddylr05K+KaiTi"/>
          <w:b/>
          <w:color w:val="000000"/>
          <w:sz w:val="24"/>
        </w:rPr>
        <w:t>单位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60.0" w:type="dxa"/>
      </w:tblPr>
      <w:tblGrid>
        <w:gridCol w:w="1320"/>
        <w:gridCol w:w="2140"/>
        <w:gridCol w:w="1440"/>
        <w:gridCol w:w="4220"/>
      </w:tblGrid>
      <w:tr>
        <w:trPr>
          <w:trHeight w:hRule="exact" w:val="306"/>
        </w:trPr>
        <w:tc>
          <w:tcPr>
            <w:tcW w:type="dxa" w:w="13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产品名称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224" w:right="0" w:firstLine="0"/>
              <w:jc w:val="left"/>
            </w:pPr>
            <w:r>
              <w:rPr>
                <w:spacing w:val="22"/>
                <w:rFonts w:ascii="Ddylr05K+KaiTi" w:hAnsi="Ddylr05K+KaiTi" w:eastAsia="Ddylr05K+KaiTi"/>
                <w:color w:val="000000"/>
                <w:sz w:val="24"/>
              </w:rPr>
              <w:t>车</w:t>
            </w:r>
            <w:r>
              <w:rPr>
                <w:spacing w:val="24"/>
                <w:rFonts w:ascii="Ddylr05K+KaiTi" w:hAnsi="Ddylr05K+KaiTi" w:eastAsia="Ddylr05K+KaiTi"/>
                <w:color w:val="000000"/>
                <w:sz w:val="24"/>
              </w:rPr>
              <w:t>辆</w:t>
            </w:r>
            <w:r>
              <w:rPr>
                <w:spacing w:val="22"/>
                <w:rFonts w:ascii="Ddylr05K+KaiTi" w:hAnsi="Ddylr05K+KaiTi" w:eastAsia="Ddylr05K+KaiTi"/>
                <w:color w:val="000000"/>
                <w:sz w:val="24"/>
              </w:rPr>
              <w:t>变</w:t>
            </w:r>
            <w:r>
              <w:rPr>
                <w:spacing w:val="20"/>
                <w:rFonts w:ascii="Ddylr05K+KaiTi" w:hAnsi="Ddylr05K+KaiTi" w:eastAsia="Ddylr05K+KaiTi"/>
                <w:color w:val="000000"/>
                <w:sz w:val="24"/>
              </w:rPr>
              <w:t>速</w:t>
            </w:r>
            <w:r>
              <w:rPr>
                <w:spacing w:val="24"/>
                <w:rFonts w:ascii="Ddylr05K+KaiTi" w:hAnsi="Ddylr05K+KaiTi" w:eastAsia="Ddylr05K+KaiTi"/>
                <w:color w:val="000000"/>
                <w:sz w:val="24"/>
              </w:rPr>
              <w:t>箱</w:t>
            </w:r>
            <w:r>
              <w:rPr>
                <w:spacing w:val="22"/>
                <w:rFonts w:ascii="Ddylr05K+KaiTi" w:hAnsi="Ddylr05K+KaiTi" w:eastAsia="Ddylr05K+KaiTi"/>
                <w:color w:val="000000"/>
                <w:sz w:val="24"/>
              </w:rPr>
              <w:t>、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驱</w:t>
            </w:r>
          </w:p>
        </w:tc>
        <w:tc>
          <w:tcPr>
            <w:tcW w:type="dxa" w:w="14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6" w:after="0"/>
              <w:ind w:left="11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时间周期</w:t>
            </w:r>
          </w:p>
        </w:tc>
        <w:tc>
          <w:tcPr>
            <w:tcW w:type="dxa" w:w="4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6" w:after="0"/>
              <w:ind w:left="37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202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3年1月1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日-202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3年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2月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3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日</w:t>
            </w:r>
          </w:p>
        </w:tc>
      </w:tr>
      <w:tr>
        <w:trPr>
          <w:trHeight w:hRule="exact" w:val="260"/>
        </w:trPr>
        <w:tc>
          <w:tcPr>
            <w:tcW w:type="dxa" w:w="2324"/>
            <w:vMerge/>
          </w:tcPr>
          <w:p/>
        </w:tc>
        <w:tc>
          <w:tcPr>
            <w:tcW w:type="dxa" w:w="21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6" w:after="0"/>
              <w:ind w:left="22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动桥齿轮</w:t>
            </w:r>
          </w:p>
        </w:tc>
        <w:tc>
          <w:tcPr>
            <w:tcW w:type="dxa" w:w="2324"/>
            <w:vMerge/>
          </w:tcPr>
          <w:p/>
        </w:tc>
        <w:tc>
          <w:tcPr>
            <w:tcW w:type="dxa" w:w="2324"/>
            <w:vMerge/>
          </w:tcPr>
          <w:p/>
        </w:tc>
      </w:tr>
      <w:tr>
        <w:trPr>
          <w:trHeight w:hRule="exact" w:val="92"/>
        </w:trPr>
        <w:tc>
          <w:tcPr>
            <w:tcW w:type="dxa" w:w="13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58" w:after="0"/>
              <w:ind w:left="16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品牌</w:t>
            </w:r>
          </w:p>
        </w:tc>
        <w:tc>
          <w:tcPr>
            <w:tcW w:type="dxa" w:w="2324"/>
            <w:vMerge/>
          </w:tcPr>
          <w:p/>
        </w:tc>
        <w:tc>
          <w:tcPr>
            <w:tcW w:type="dxa" w:w="14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58" w:after="0"/>
              <w:ind w:left="11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型号</w:t>
            </w:r>
          </w:p>
        </w:tc>
        <w:tc>
          <w:tcPr>
            <w:tcW w:type="dxa" w:w="4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58" w:after="0"/>
              <w:ind w:left="37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/</w:t>
            </w:r>
          </w:p>
        </w:tc>
      </w:tr>
      <w:tr>
        <w:trPr>
          <w:trHeight w:hRule="exact" w:val="388"/>
        </w:trPr>
        <w:tc>
          <w:tcPr>
            <w:tcW w:type="dxa" w:w="2324"/>
            <w:vMerge/>
          </w:tcPr>
          <w:p/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6" w:after="0"/>
              <w:ind w:left="22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国众</w:t>
            </w:r>
          </w:p>
        </w:tc>
        <w:tc>
          <w:tcPr>
            <w:tcW w:type="dxa" w:w="2324"/>
            <w:vMerge/>
          </w:tcPr>
          <w:p/>
        </w:tc>
        <w:tc>
          <w:tcPr>
            <w:tcW w:type="dxa" w:w="2324"/>
            <w:vMerge/>
          </w:tcPr>
          <w:p/>
        </w:tc>
      </w:tr>
      <w:tr>
        <w:trPr>
          <w:trHeight w:hRule="exact" w:val="404"/>
        </w:trPr>
        <w:tc>
          <w:tcPr>
            <w:tcW w:type="dxa" w:w="1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4" w:after="0"/>
              <w:ind w:left="16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规格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4" w:after="0"/>
              <w:ind w:left="22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/</w:t>
            </w:r>
          </w:p>
        </w:tc>
        <w:tc>
          <w:tcPr>
            <w:tcW w:type="dxa" w:w="1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4" w:after="0"/>
              <w:ind w:left="11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功能单位</w:t>
            </w:r>
          </w:p>
        </w:tc>
        <w:tc>
          <w:tcPr>
            <w:tcW w:type="dxa" w:w="4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4" w:after="0"/>
              <w:ind w:left="376" w:right="0" w:firstLine="0"/>
              <w:jc w:val="left"/>
            </w:pP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件</w:t>
            </w:r>
          </w:p>
        </w:tc>
      </w:tr>
    </w:tbl>
    <w:p>
      <w:pPr>
        <w:autoSpaceDN w:val="0"/>
        <w:tabs>
          <w:tab w:pos="640" w:val="left"/>
        </w:tabs>
        <w:autoSpaceDE w:val="0"/>
        <w:widowControl/>
        <w:spacing w:line="590" w:lineRule="exact" w:before="0" w:after="0"/>
        <w:ind w:left="360" w:right="576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1.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2</w:t>
      </w:r>
      <w:r>
        <w:rPr>
          <w:rFonts w:ascii="Ddylr05K+KaiTi" w:hAnsi="Ddylr05K+KaiTi" w:eastAsia="Ddylr05K+KaiTi"/>
          <w:b/>
          <w:color w:val="000000"/>
          <w:sz w:val="28"/>
        </w:rPr>
        <w:t>系统边界</w:t>
      </w:r>
      <w:r>
        <w:br/>
      </w:r>
      <w:r>
        <w:tab/>
      </w:r>
      <w:r>
        <w:rPr>
          <w:spacing w:val="12"/>
          <w:rFonts w:ascii="Ddylr05K+KaiTi" w:hAnsi="Ddylr05K+KaiTi" w:eastAsia="Ddylr05K+KaiTi"/>
          <w:color w:val="000000"/>
          <w:sz w:val="28"/>
        </w:rPr>
        <w:t>本</w:t>
      </w:r>
      <w:r>
        <w:rPr>
          <w:spacing w:val="10"/>
          <w:rFonts w:ascii="Ddylr05K+KaiTi" w:hAnsi="Ddylr05K+KaiTi" w:eastAsia="Ddylr05K+KaiTi"/>
          <w:color w:val="000000"/>
          <w:sz w:val="28"/>
        </w:rPr>
        <w:t>项</w:t>
      </w:r>
      <w:r>
        <w:rPr>
          <w:spacing w:val="12"/>
          <w:rFonts w:ascii="Ddylr05K+KaiTi" w:hAnsi="Ddylr05K+KaiTi" w:eastAsia="Ddylr05K+KaiTi"/>
          <w:color w:val="000000"/>
          <w:sz w:val="28"/>
        </w:rPr>
        <w:t>目评价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12"/>
          <w:rFonts w:ascii="Ddylr05K+KaiTi" w:hAnsi="Ddylr05K+KaiTi" w:eastAsia="Ddylr05K+KaiTi"/>
          <w:color w:val="000000"/>
          <w:sz w:val="28"/>
        </w:rPr>
        <w:t>系统边</w:t>
      </w:r>
      <w:r>
        <w:rPr>
          <w:spacing w:val="10"/>
          <w:rFonts w:ascii="Ddylr05K+KaiTi" w:hAnsi="Ddylr05K+KaiTi" w:eastAsia="Ddylr05K+KaiTi"/>
          <w:color w:val="000000"/>
          <w:sz w:val="28"/>
        </w:rPr>
        <w:t>界</w:t>
      </w:r>
      <w:r>
        <w:rPr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C</w:t>
      </w:r>
      <w:r>
        <w:rPr>
          <w:spacing w:val="-2"/>
          <w:rFonts w:ascii="Ddylr05K+KaiTi" w:hAnsi="Ddylr05K+KaiTi" w:eastAsia="Ddylr05K+KaiTi"/>
          <w:color w:val="000000"/>
          <w:sz w:val="28"/>
        </w:rPr>
        <w:t>ra</w:t>
      </w:r>
      <w:r>
        <w:rPr>
          <w:spacing w:val="2"/>
          <w:rFonts w:ascii="Ddylr05K+KaiTi" w:hAnsi="Ddylr05K+KaiTi" w:eastAsia="Ddylr05K+KaiTi"/>
          <w:color w:val="000000"/>
          <w:sz w:val="28"/>
        </w:rPr>
        <w:t>d</w:t>
      </w:r>
      <w:r>
        <w:rPr>
          <w:spacing w:val="-2"/>
          <w:rFonts w:ascii="Ddylr05K+KaiTi" w:hAnsi="Ddylr05K+KaiTi" w:eastAsia="Ddylr05K+KaiTi"/>
          <w:color w:val="000000"/>
          <w:sz w:val="28"/>
        </w:rPr>
        <w:t>le</w:t>
      </w:r>
      <w:r>
        <w:rPr>
          <w:spacing w:val="2"/>
          <w:rFonts w:ascii="Ddylr05K+KaiTi" w:hAnsi="Ddylr05K+KaiTi" w:eastAsia="Ddylr05K+KaiTi"/>
          <w:color w:val="000000"/>
          <w:sz w:val="28"/>
        </w:rPr>
        <w:t>-</w:t>
      </w:r>
      <w:r>
        <w:rPr>
          <w:spacing w:val="-2"/>
          <w:rFonts w:ascii="Ddylr05K+KaiTi" w:hAnsi="Ddylr05K+KaiTi" w:eastAsia="Ddylr05K+KaiTi"/>
          <w:color w:val="000000"/>
          <w:sz w:val="28"/>
        </w:rPr>
        <w:t>to</w:t>
      </w:r>
      <w:r>
        <w:rPr>
          <w:spacing w:val="2"/>
          <w:rFonts w:ascii="Ddylr05K+KaiTi" w:hAnsi="Ddylr05K+KaiTi" w:eastAsia="Ddylr05K+KaiTi"/>
          <w:color w:val="000000"/>
          <w:sz w:val="28"/>
        </w:rPr>
        <w:t>-</w:t>
      </w:r>
      <w:r>
        <w:rPr>
          <w:spacing w:val="-2"/>
          <w:rFonts w:ascii="Ddylr05K+KaiTi" w:hAnsi="Ddylr05K+KaiTi" w:eastAsia="Ddylr05K+KaiTi"/>
          <w:color w:val="000000"/>
          <w:sz w:val="28"/>
        </w:rPr>
        <w:t>ga</w:t>
      </w:r>
      <w:r>
        <w:rPr>
          <w:spacing w:val="2"/>
          <w:rFonts w:ascii="Ddylr05K+KaiTi" w:hAnsi="Ddylr05K+KaiTi" w:eastAsia="Ddylr05K+KaiTi"/>
          <w:color w:val="000000"/>
          <w:sz w:val="28"/>
        </w:rPr>
        <w:t>t</w:t>
      </w:r>
      <w:r>
        <w:rPr>
          <w:spacing w:val="10"/>
          <w:rFonts w:ascii="Ddylr05K+KaiTi" w:hAnsi="Ddylr05K+KaiTi" w:eastAsia="Ddylr05K+KaiTi"/>
          <w:color w:val="000000"/>
          <w:sz w:val="28"/>
        </w:rPr>
        <w:t>e</w:t>
      </w:r>
      <w:r>
        <w:rPr>
          <w:spacing w:val="12"/>
          <w:rFonts w:ascii="Ddylr05K+KaiTi" w:hAnsi="Ddylr05K+KaiTi" w:eastAsia="Ddylr05K+KaiTi"/>
          <w:color w:val="000000"/>
          <w:sz w:val="28"/>
        </w:rPr>
        <w:t>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即</w:t>
      </w:r>
      <w:r>
        <w:rPr>
          <w:spacing w:val="12"/>
          <w:rFonts w:ascii="Ddylr05K+KaiTi" w:hAnsi="Ddylr05K+KaiTi" w:eastAsia="Ddylr05K+KaiTi"/>
          <w:color w:val="000000"/>
          <w:sz w:val="28"/>
        </w:rPr>
        <w:t>原材料</w:t>
      </w:r>
      <w:r>
        <w:rPr>
          <w:spacing w:val="8"/>
          <w:rFonts w:ascii="Ddylr05K+KaiTi" w:hAnsi="Ddylr05K+KaiTi" w:eastAsia="Ddylr05K+KaiTi"/>
          <w:color w:val="000000"/>
          <w:sz w:val="28"/>
        </w:rPr>
        <w:t>获</w:t>
      </w:r>
      <w:r>
        <w:rPr>
          <w:spacing w:val="12"/>
          <w:rFonts w:ascii="Ddylr05K+KaiTi" w:hAnsi="Ddylr05K+KaiTi" w:eastAsia="Ddylr05K+KaiTi"/>
          <w:color w:val="000000"/>
          <w:sz w:val="28"/>
        </w:rPr>
        <w:t>取</w:t>
      </w:r>
      <w:r>
        <w:rPr>
          <w:spacing w:val="10"/>
          <w:rFonts w:ascii="Ddylr05K+KaiTi" w:hAnsi="Ddylr05K+KaiTi" w:eastAsia="Ddylr05K+KaiTi"/>
          <w:color w:val="000000"/>
          <w:sz w:val="28"/>
        </w:rPr>
        <w:t>-</w:t>
      </w:r>
      <w:r>
        <w:rPr>
          <w:spacing w:val="12"/>
          <w:rFonts w:ascii="Ddylr05K+KaiTi" w:hAnsi="Ddylr05K+KaiTi" w:eastAsia="Ddylr05K+KaiTi"/>
          <w:color w:val="000000"/>
          <w:sz w:val="28"/>
        </w:rPr>
        <w:t>原</w:t>
      </w:r>
      <w:r>
        <w:rPr>
          <w:rFonts w:ascii="Ddylr05K+KaiTi" w:hAnsi="Ddylr05K+KaiTi" w:eastAsia="Ddylr05K+KaiTi"/>
          <w:color w:val="000000"/>
          <w:sz w:val="28"/>
        </w:rPr>
        <w:t>材</w:t>
      </w:r>
      <w:r>
        <w:rPr>
          <w:spacing w:val="2"/>
          <w:rFonts w:ascii="Ddylr05K+KaiTi" w:hAnsi="Ddylr05K+KaiTi" w:eastAsia="Ddylr05K+KaiTi"/>
          <w:color w:val="000000"/>
          <w:sz w:val="28"/>
        </w:rPr>
        <w:t>料</w:t>
      </w:r>
      <w:r>
        <w:rPr>
          <w:spacing w:val="4"/>
          <w:rFonts w:ascii="Ddylr05K+KaiTi" w:hAnsi="Ddylr05K+KaiTi" w:eastAsia="Ddylr05K+KaiTi"/>
          <w:color w:val="000000"/>
          <w:sz w:val="28"/>
        </w:rPr>
        <w:t>运</w:t>
      </w:r>
      <w:r>
        <w:rPr>
          <w:spacing w:val="2"/>
          <w:rFonts w:ascii="Ddylr05K+KaiTi" w:hAnsi="Ddylr05K+KaiTi" w:eastAsia="Ddylr05K+KaiTi"/>
          <w:color w:val="000000"/>
          <w:sz w:val="28"/>
        </w:rPr>
        <w:t>输</w:t>
      </w:r>
      <w:r>
        <w:rPr>
          <w:spacing w:val="4"/>
          <w:rFonts w:ascii="Ddylr05K+KaiTi" w:hAnsi="Ddylr05K+KaiTi" w:eastAsia="Ddylr05K+KaiTi"/>
          <w:color w:val="000000"/>
          <w:sz w:val="28"/>
        </w:rPr>
        <w:t>-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2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2"/>
          <w:rFonts w:ascii="Ddylr05K+KaiTi" w:hAnsi="Ddylr05K+KaiTi" w:eastAsia="Ddylr05K+KaiTi"/>
          <w:color w:val="000000"/>
          <w:sz w:val="28"/>
        </w:rPr>
        <w:t>，包</w:t>
      </w:r>
      <w:r>
        <w:rPr>
          <w:spacing w:val="6"/>
          <w:rFonts w:ascii="Ddylr05K+KaiTi" w:hAnsi="Ddylr05K+KaiTi" w:eastAsia="Ddylr05K+KaiTi"/>
          <w:color w:val="000000"/>
          <w:sz w:val="28"/>
        </w:rPr>
        <w:t>含</w:t>
      </w:r>
      <w:r>
        <w:rPr>
          <w:spacing w:val="2"/>
          <w:rFonts w:ascii="Ddylr05K+KaiTi" w:hAnsi="Ddylr05K+KaiTi" w:eastAsia="Ddylr05K+KaiTi"/>
          <w:color w:val="000000"/>
          <w:sz w:val="28"/>
        </w:rPr>
        <w:t>和</w:t>
      </w:r>
      <w:r>
        <w:rPr>
          <w:spacing w:val="4"/>
          <w:rFonts w:ascii="Ddylr05K+KaiTi" w:hAnsi="Ddylr05K+KaiTi" w:eastAsia="Ddylr05K+KaiTi"/>
          <w:color w:val="000000"/>
          <w:sz w:val="28"/>
        </w:rPr>
        <w:t>未</w:t>
      </w:r>
      <w:r>
        <w:rPr>
          <w:spacing w:val="2"/>
          <w:rFonts w:ascii="Ddylr05K+KaiTi" w:hAnsi="Ddylr05K+KaiTi" w:eastAsia="Ddylr05K+KaiTi"/>
          <w:color w:val="000000"/>
          <w:sz w:val="28"/>
        </w:rPr>
        <w:t>包含</w:t>
      </w:r>
      <w:r>
        <w:rPr>
          <w:spacing w:val="4"/>
          <w:rFonts w:ascii="Ddylr05K+KaiTi" w:hAnsi="Ddylr05K+KaiTi" w:eastAsia="Ddylr05K+KaiTi"/>
          <w:color w:val="000000"/>
          <w:sz w:val="28"/>
        </w:rPr>
        <w:t>在</w:t>
      </w:r>
      <w:r>
        <w:rPr>
          <w:spacing w:val="2"/>
          <w:rFonts w:ascii="Ddylr05K+KaiTi" w:hAnsi="Ddylr05K+KaiTi" w:eastAsia="Ddylr05K+KaiTi"/>
          <w:color w:val="000000"/>
          <w:sz w:val="28"/>
        </w:rPr>
        <w:t>系统</w:t>
      </w:r>
      <w:r>
        <w:rPr>
          <w:spacing w:val="4"/>
          <w:rFonts w:ascii="Ddylr05K+KaiTi" w:hAnsi="Ddylr05K+KaiTi" w:eastAsia="Ddylr05K+KaiTi"/>
          <w:color w:val="000000"/>
          <w:sz w:val="28"/>
        </w:rPr>
        <w:t>边</w:t>
      </w:r>
      <w:r>
        <w:rPr>
          <w:spacing w:val="2"/>
          <w:rFonts w:ascii="Ddylr05K+KaiTi" w:hAnsi="Ddylr05K+KaiTi" w:eastAsia="Ddylr05K+KaiTi"/>
          <w:color w:val="000000"/>
          <w:sz w:val="28"/>
        </w:rPr>
        <w:t>界</w:t>
      </w:r>
      <w:r>
        <w:rPr>
          <w:spacing w:val="6"/>
          <w:rFonts w:ascii="Ddylr05K+KaiTi" w:hAnsi="Ddylr05K+KaiTi" w:eastAsia="Ddylr05K+KaiTi"/>
          <w:color w:val="000000"/>
          <w:sz w:val="28"/>
        </w:rPr>
        <w:t>内</w:t>
      </w:r>
      <w:r>
        <w:rPr>
          <w:spacing w:val="2"/>
          <w:rFonts w:ascii="Ddylr05K+KaiTi" w:hAnsi="Ddylr05K+KaiTi" w:eastAsia="Ddylr05K+KaiTi"/>
          <w:color w:val="000000"/>
          <w:sz w:val="28"/>
        </w:rPr>
        <w:t>的排</w:t>
      </w:r>
      <w:r>
        <w:rPr>
          <w:spacing w:val="6"/>
          <w:rFonts w:ascii="Ddylr05K+KaiTi" w:hAnsi="Ddylr05K+KaiTi" w:eastAsia="Ddylr05K+KaiTi"/>
          <w:color w:val="000000"/>
          <w:sz w:val="28"/>
        </w:rPr>
        <w:t>放</w:t>
      </w:r>
      <w:r>
        <w:rPr>
          <w:spacing w:val="2"/>
          <w:rFonts w:ascii="Ddylr05K+KaiTi" w:hAnsi="Ddylr05K+KaiTi" w:eastAsia="Ddylr05K+KaiTi"/>
          <w:color w:val="000000"/>
          <w:sz w:val="28"/>
        </w:rPr>
        <w:t>过</w:t>
      </w:r>
      <w:r>
        <w:rPr>
          <w:spacing w:val="4"/>
          <w:rFonts w:ascii="Ddylr05K+KaiTi" w:hAnsi="Ddylr05K+KaiTi" w:eastAsia="Ddylr05K+KaiTi"/>
          <w:color w:val="000000"/>
          <w:sz w:val="28"/>
        </w:rPr>
        <w:t>程</w:t>
      </w:r>
      <w:r>
        <w:rPr>
          <w:spacing w:val="2"/>
          <w:rFonts w:ascii="Ddylr05K+KaiTi" w:hAnsi="Ddylr05K+KaiTi" w:eastAsia="Ddylr05K+KaiTi"/>
          <w:color w:val="000000"/>
          <w:sz w:val="28"/>
        </w:rPr>
        <w:t>如</w:t>
      </w:r>
      <w:r>
        <w:rPr>
          <w:spacing w:val="74"/>
          <w:rFonts w:ascii="Ddylr05K+KaiTi" w:hAnsi="Ddylr05K+KaiTi" w:eastAsia="Ddylr05K+KaiTi"/>
          <w:color w:val="000000"/>
          <w:sz w:val="28"/>
        </w:rPr>
        <w:t>表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-2</w:t>
      </w:r>
      <w:r>
        <w:rPr>
          <w:spacing w:val="-2"/>
          <w:rFonts w:ascii="Ddylr05K+KaiTi" w:hAnsi="Ddylr05K+KaiTi" w:eastAsia="Ddylr05K+KaiTi"/>
          <w:color w:val="000000"/>
          <w:sz w:val="28"/>
        </w:rPr>
        <w:t>所示</w:t>
      </w:r>
      <w:r>
        <w:rPr>
          <w:rFonts w:ascii="Ddylr05K+KaiTi" w:hAnsi="Ddylr05K+KaiTi" w:eastAsia="Ddylr05K+KaiTi"/>
          <w:color w:val="000000"/>
          <w:sz w:val="28"/>
        </w:rPr>
        <w:t>：</w:t>
      </w:r>
    </w:p>
    <w:p>
      <w:pPr>
        <w:autoSpaceDN w:val="0"/>
        <w:autoSpaceDE w:val="0"/>
        <w:widowControl/>
        <w:spacing w:line="240" w:lineRule="exact" w:before="328" w:after="116"/>
        <w:ind w:left="0" w:right="3186" w:firstLine="0"/>
        <w:jc w:val="right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2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系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统</w:t>
      </w:r>
      <w:r>
        <w:rPr>
          <w:rFonts w:ascii="Ddylr05K+KaiTi" w:hAnsi="Ddylr05K+KaiTi" w:eastAsia="Ddylr05K+KaiTi"/>
          <w:b/>
          <w:color w:val="000000"/>
          <w:sz w:val="24"/>
        </w:rPr>
        <w:t>边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界</w:t>
      </w:r>
      <w:r>
        <w:rPr>
          <w:rFonts w:ascii="Ddylr05K+KaiTi" w:hAnsi="Ddylr05K+KaiTi" w:eastAsia="Ddylr05K+KaiTi"/>
          <w:b/>
          <w:color w:val="000000"/>
          <w:sz w:val="24"/>
        </w:rPr>
        <w:t>内的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排</w:t>
      </w:r>
      <w:r>
        <w:rPr>
          <w:rFonts w:ascii="Ddylr05K+KaiTi" w:hAnsi="Ddylr05K+KaiTi" w:eastAsia="Ddylr05K+KaiTi"/>
          <w:b/>
          <w:color w:val="000000"/>
          <w:sz w:val="24"/>
        </w:rPr>
        <w:t>放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过</w:t>
      </w:r>
      <w:r>
        <w:rPr>
          <w:rFonts w:ascii="Ddylr05K+KaiTi" w:hAnsi="Ddylr05K+KaiTi" w:eastAsia="Ddylr05K+KaiTi"/>
          <w:b/>
          <w:color w:val="000000"/>
          <w:sz w:val="24"/>
        </w:rPr>
        <w:t>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40.0" w:type="dxa"/>
      </w:tblPr>
      <w:tblGrid>
        <w:gridCol w:w="1680"/>
        <w:gridCol w:w="3600"/>
        <w:gridCol w:w="3280"/>
      </w:tblGrid>
      <w:tr>
        <w:trPr>
          <w:trHeight w:hRule="exact" w:val="328"/>
        </w:trPr>
        <w:tc>
          <w:tcPr>
            <w:tcW w:type="dxa" w:w="16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60" w:after="0"/>
              <w:ind w:left="26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序号</w:t>
            </w:r>
          </w:p>
        </w:tc>
        <w:tc>
          <w:tcPr>
            <w:tcW w:type="dxa" w:w="3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包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含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的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排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放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过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程</w:t>
            </w:r>
          </w:p>
        </w:tc>
        <w:tc>
          <w:tcPr>
            <w:tcW w:type="dxa" w:w="32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60" w:after="0"/>
              <w:ind w:left="0" w:right="48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未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包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含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的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排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过程</w:t>
            </w:r>
          </w:p>
        </w:tc>
      </w:tr>
    </w:tbl>
    <w:p>
      <w:pPr>
        <w:autoSpaceDN w:val="0"/>
        <w:autoSpaceDE w:val="0"/>
        <w:widowControl/>
        <w:spacing w:line="208" w:lineRule="exact" w:before="210" w:after="0"/>
        <w:ind w:left="1380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生</w:t>
      </w:r>
      <w:r>
        <w:rPr>
          <w:spacing w:val="2"/>
          <w:rFonts w:ascii="Ddylr05K+KaiTi" w:hAnsi="Ddylr05K+KaiTi" w:eastAsia="Ddylr05K+KaiTi"/>
          <w:color w:val="000000"/>
          <w:sz w:val="21"/>
        </w:rPr>
        <w:t>产</w:t>
      </w:r>
      <w:r>
        <w:rPr>
          <w:rFonts w:ascii="Ddylr05K+KaiTi" w:hAnsi="Ddylr05K+KaiTi" w:eastAsia="Ddylr05K+KaiTi"/>
          <w:color w:val="000000"/>
          <w:sz w:val="21"/>
        </w:rPr>
        <w:t>过</w:t>
      </w:r>
      <w:r>
        <w:rPr>
          <w:spacing w:val="2"/>
          <w:rFonts w:ascii="Ddylr05K+KaiTi" w:hAnsi="Ddylr05K+KaiTi" w:eastAsia="Ddylr05K+KaiTi"/>
          <w:color w:val="000000"/>
          <w:sz w:val="21"/>
        </w:rPr>
        <w:t>程</w:t>
      </w:r>
      <w:r>
        <w:rPr>
          <w:rFonts w:ascii="Ddylr05K+KaiTi" w:hAnsi="Ddylr05K+KaiTi" w:eastAsia="Ddylr05K+KaiTi"/>
          <w:color w:val="000000"/>
          <w:sz w:val="21"/>
        </w:rPr>
        <w:t>中</w:t>
      </w:r>
      <w:r>
        <w:rPr>
          <w:spacing w:val="2"/>
          <w:rFonts w:ascii="Ddylr05K+KaiTi" w:hAnsi="Ddylr05K+KaiTi" w:eastAsia="Ddylr05K+KaiTi"/>
          <w:color w:val="000000"/>
          <w:sz w:val="21"/>
        </w:rPr>
        <w:t>的</w:t>
      </w:r>
      <w:r>
        <w:rPr>
          <w:rFonts w:ascii="Ddylr05K+KaiTi" w:hAnsi="Ddylr05K+KaiTi" w:eastAsia="Ddylr05K+KaiTi"/>
          <w:color w:val="000000"/>
          <w:sz w:val="21"/>
        </w:rPr>
        <w:t>产</w:t>
      </w:r>
      <w:r>
        <w:rPr>
          <w:spacing w:val="2"/>
          <w:rFonts w:ascii="Ddylr05K+KaiTi" w:hAnsi="Ddylr05K+KaiTi" w:eastAsia="Ddylr05K+KaiTi"/>
          <w:color w:val="000000"/>
          <w:sz w:val="21"/>
        </w:rPr>
        <w:t>生</w:t>
      </w:r>
      <w:r>
        <w:rPr>
          <w:rFonts w:ascii="Ddylr05K+KaiTi" w:hAnsi="Ddylr05K+KaiTi" w:eastAsia="Ddylr05K+KaiTi"/>
          <w:color w:val="000000"/>
          <w:sz w:val="21"/>
        </w:rPr>
        <w:t>的</w:t>
      </w:r>
      <w:r>
        <w:rPr>
          <w:spacing w:val="2"/>
          <w:rFonts w:ascii="Ddylr05K+KaiTi" w:hAnsi="Ddylr05K+KaiTi" w:eastAsia="Ddylr05K+KaiTi"/>
          <w:color w:val="000000"/>
          <w:sz w:val="21"/>
        </w:rPr>
        <w:t>排</w:t>
      </w:r>
      <w:r>
        <w:rPr>
          <w:rFonts w:ascii="Ddylr05K+KaiTi" w:hAnsi="Ddylr05K+KaiTi" w:eastAsia="Ddylr05K+KaiTi"/>
          <w:color w:val="000000"/>
          <w:sz w:val="21"/>
        </w:rPr>
        <w:t>放</w:t>
      </w:r>
      <w:r>
        <w:rPr>
          <w:spacing w:val="2"/>
          <w:rFonts w:ascii="Ddylr05K+KaiTi" w:hAnsi="Ddylr05K+KaiTi" w:eastAsia="Ddylr05K+KaiTi"/>
          <w:color w:val="000000"/>
          <w:sz w:val="21"/>
        </w:rPr>
        <w:t>，</w:t>
      </w:r>
      <w:r>
        <w:rPr>
          <w:rFonts w:ascii="Ddylr05K+KaiTi" w:hAnsi="Ddylr05K+KaiTi" w:eastAsia="Ddylr05K+KaiTi"/>
          <w:color w:val="000000"/>
          <w:sz w:val="21"/>
        </w:rPr>
        <w:t>包</w:t>
      </w:r>
      <w:r>
        <w:rPr>
          <w:spacing w:val="2"/>
          <w:rFonts w:ascii="Ddylr05K+KaiTi" w:hAnsi="Ddylr05K+KaiTi" w:eastAsia="Ddylr05K+KaiTi"/>
          <w:color w:val="000000"/>
          <w:sz w:val="21"/>
        </w:rPr>
        <w:t>括</w:t>
      </w:r>
      <w:r>
        <w:rPr>
          <w:rFonts w:ascii="Ddylr05K+KaiTi" w:hAnsi="Ddylr05K+KaiTi" w:eastAsia="Ddylr05K+KaiTi"/>
          <w:color w:val="000000"/>
          <w:sz w:val="21"/>
        </w:rPr>
        <w:t>能</w:t>
      </w:r>
      <w:r>
        <w:rPr>
          <w:spacing w:val="2"/>
          <w:rFonts w:ascii="Ddylr05K+KaiTi" w:hAnsi="Ddylr05K+KaiTi" w:eastAsia="Ddylr05K+KaiTi"/>
          <w:color w:val="000000"/>
          <w:sz w:val="21"/>
        </w:rPr>
        <w:t>源</w:t>
      </w:r>
      <w:r>
        <w:rPr>
          <w:rFonts w:ascii="Ddylr05K+KaiTi" w:hAnsi="Ddylr05K+KaiTi" w:eastAsia="Ddylr05K+KaiTi"/>
          <w:color w:val="000000"/>
          <w:sz w:val="21"/>
        </w:rPr>
        <w:t>消</w:t>
      </w:r>
      <w:r>
        <w:rPr>
          <w:spacing w:val="2"/>
          <w:rFonts w:ascii="Ddylr05K+KaiTi" w:hAnsi="Ddylr05K+KaiTi" w:eastAsia="Ddylr05K+KaiTi"/>
          <w:color w:val="000000"/>
          <w:sz w:val="21"/>
        </w:rPr>
        <w:t>耗</w:t>
      </w:r>
      <w:r>
        <w:rPr>
          <w:rFonts w:ascii="Ddylr05K+KaiTi" w:hAnsi="Ddylr05K+KaiTi" w:eastAsia="Ddylr05K+KaiTi"/>
          <w:color w:val="000000"/>
          <w:sz w:val="21"/>
        </w:rPr>
        <w:t>、</w:t>
      </w:r>
      <w:r>
        <w:rPr>
          <w:spacing w:val="2"/>
          <w:rFonts w:ascii="Ddylr05K+KaiTi" w:hAnsi="Ddylr05K+KaiTi" w:eastAsia="Ddylr05K+KaiTi"/>
          <w:color w:val="000000"/>
          <w:sz w:val="21"/>
        </w:rPr>
        <w:t>过</w:t>
      </w:r>
      <w:r>
        <w:rPr>
          <w:rFonts w:ascii="Ddylr05K+KaiTi" w:hAnsi="Ddylr05K+KaiTi" w:eastAsia="Ddylr05K+KaiTi"/>
          <w:color w:val="000000"/>
          <w:sz w:val="21"/>
        </w:rPr>
        <w:t>程排</w:t>
      </w:r>
    </w:p>
    <w:p>
      <w:pPr>
        <w:autoSpaceDN w:val="0"/>
        <w:autoSpaceDE w:val="0"/>
        <w:widowControl/>
        <w:spacing w:line="208" w:lineRule="exact" w:before="260" w:after="0"/>
        <w:ind w:left="1380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放</w:t>
      </w:r>
      <w:r>
        <w:rPr>
          <w:spacing w:val="2"/>
          <w:rFonts w:ascii="Ddylr05K+KaiTi" w:hAnsi="Ddylr05K+KaiTi" w:eastAsia="Ddylr05K+KaiTi"/>
          <w:color w:val="000000"/>
          <w:sz w:val="21"/>
        </w:rPr>
        <w:t>；</w:t>
      </w:r>
      <w:r>
        <w:rPr>
          <w:rFonts w:ascii="Ddylr05K+KaiTi" w:hAnsi="Ddylr05K+KaiTi" w:eastAsia="Ddylr05K+KaiTi"/>
          <w:color w:val="000000"/>
          <w:sz w:val="21"/>
        </w:rPr>
        <w:t>（</w:t>
      </w:r>
      <w:r>
        <w:rPr>
          <w:spacing w:val="2"/>
          <w:rFonts w:ascii="Ddylr05K+KaiTi" w:hAnsi="Ddylr05K+KaiTi" w:eastAsia="Ddylr05K+KaiTi"/>
          <w:color w:val="000000"/>
          <w:sz w:val="21"/>
        </w:rPr>
        <w:t>该</w:t>
      </w:r>
      <w:r>
        <w:rPr>
          <w:rFonts w:ascii="Ddylr05K+KaiTi" w:hAnsi="Ddylr05K+KaiTi" w:eastAsia="Ddylr05K+KaiTi"/>
          <w:color w:val="000000"/>
          <w:sz w:val="21"/>
        </w:rPr>
        <w:t>阶</w:t>
      </w:r>
      <w:r>
        <w:rPr>
          <w:spacing w:val="2"/>
          <w:rFonts w:ascii="Ddylr05K+KaiTi" w:hAnsi="Ddylr05K+KaiTi" w:eastAsia="Ddylr05K+KaiTi"/>
          <w:color w:val="000000"/>
          <w:sz w:val="21"/>
        </w:rPr>
        <w:t>段</w:t>
      </w:r>
      <w:r>
        <w:rPr>
          <w:rFonts w:ascii="Ddylr05K+KaiTi" w:hAnsi="Ddylr05K+KaiTi" w:eastAsia="Ddylr05K+KaiTi"/>
          <w:color w:val="000000"/>
          <w:sz w:val="21"/>
        </w:rPr>
        <w:t>的</w:t>
      </w:r>
      <w:r>
        <w:rPr>
          <w:spacing w:val="2"/>
          <w:rFonts w:ascii="Ddylr05K+KaiTi" w:hAnsi="Ddylr05K+KaiTi" w:eastAsia="Ddylr05K+KaiTi"/>
          <w:color w:val="000000"/>
          <w:sz w:val="21"/>
        </w:rPr>
        <w:t>排</w:t>
      </w:r>
      <w:r>
        <w:rPr>
          <w:rFonts w:ascii="Ddylr05K+KaiTi" w:hAnsi="Ddylr05K+KaiTi" w:eastAsia="Ddylr05K+KaiTi"/>
          <w:color w:val="000000"/>
          <w:sz w:val="21"/>
        </w:rPr>
        <w:t>放</w:t>
      </w:r>
      <w:r>
        <w:rPr>
          <w:spacing w:val="2"/>
          <w:rFonts w:ascii="Ddylr05K+KaiTi" w:hAnsi="Ddylr05K+KaiTi" w:eastAsia="Ddylr05K+KaiTi"/>
          <w:color w:val="000000"/>
          <w:sz w:val="21"/>
        </w:rPr>
        <w:t>不</w:t>
      </w:r>
      <w:r>
        <w:rPr>
          <w:rFonts w:ascii="Ddylr05K+KaiTi" w:hAnsi="Ddylr05K+KaiTi" w:eastAsia="Ddylr05K+KaiTi"/>
          <w:color w:val="000000"/>
          <w:sz w:val="21"/>
        </w:rPr>
        <w:t>包</w:t>
      </w:r>
      <w:r>
        <w:rPr>
          <w:spacing w:val="2"/>
          <w:rFonts w:ascii="Ddylr05K+KaiTi" w:hAnsi="Ddylr05K+KaiTi" w:eastAsia="Ddylr05K+KaiTi"/>
          <w:color w:val="000000"/>
          <w:sz w:val="21"/>
        </w:rPr>
        <w:t>含</w:t>
      </w:r>
      <w:r>
        <w:rPr>
          <w:rFonts w:ascii="Ddylr05K+KaiTi" w:hAnsi="Ddylr05K+KaiTi" w:eastAsia="Ddylr05K+KaiTi"/>
          <w:color w:val="000000"/>
          <w:sz w:val="21"/>
        </w:rPr>
        <w:t>公</w:t>
      </w:r>
      <w:r>
        <w:rPr>
          <w:spacing w:val="2"/>
          <w:rFonts w:ascii="Ddylr05K+KaiTi" w:hAnsi="Ddylr05K+KaiTi" w:eastAsia="Ddylr05K+KaiTi"/>
          <w:color w:val="000000"/>
          <w:sz w:val="21"/>
        </w:rPr>
        <w:t>务</w:t>
      </w:r>
      <w:r>
        <w:rPr>
          <w:rFonts w:ascii="Ddylr05K+KaiTi" w:hAnsi="Ddylr05K+KaiTi" w:eastAsia="Ddylr05K+KaiTi"/>
          <w:color w:val="000000"/>
          <w:sz w:val="21"/>
        </w:rPr>
        <w:t>车</w:t>
      </w:r>
      <w:r>
        <w:rPr>
          <w:spacing w:val="2"/>
          <w:rFonts w:ascii="Ddylr05K+KaiTi" w:hAnsi="Ddylr05K+KaiTi" w:eastAsia="Ddylr05K+KaiTi"/>
          <w:color w:val="000000"/>
          <w:sz w:val="21"/>
        </w:rPr>
        <w:t>消</w:t>
      </w:r>
      <w:r>
        <w:rPr>
          <w:rFonts w:ascii="Ddylr05K+KaiTi" w:hAnsi="Ddylr05K+KaiTi" w:eastAsia="Ddylr05K+KaiTi"/>
          <w:color w:val="000000"/>
          <w:sz w:val="21"/>
        </w:rPr>
        <w:t>耗</w:t>
      </w:r>
      <w:r>
        <w:rPr>
          <w:spacing w:val="2"/>
          <w:rFonts w:ascii="Ddylr05K+KaiTi" w:hAnsi="Ddylr05K+KaiTi" w:eastAsia="Ddylr05K+KaiTi"/>
          <w:color w:val="000000"/>
          <w:sz w:val="21"/>
        </w:rPr>
        <w:t>柴</w:t>
      </w:r>
      <w:r>
        <w:rPr>
          <w:rFonts w:ascii="Ddylr05K+KaiTi" w:hAnsi="Ddylr05K+KaiTi" w:eastAsia="Ddylr05K+KaiTi"/>
          <w:color w:val="000000"/>
          <w:sz w:val="21"/>
        </w:rPr>
        <w:t>汽</w:t>
      </w:r>
      <w:r>
        <w:rPr>
          <w:spacing w:val="2"/>
          <w:rFonts w:ascii="Ddylr05K+KaiTi" w:hAnsi="Ddylr05K+KaiTi" w:eastAsia="Ddylr05K+KaiTi"/>
          <w:color w:val="000000"/>
          <w:sz w:val="21"/>
        </w:rPr>
        <w:t>油</w:t>
      </w:r>
      <w:r>
        <w:rPr>
          <w:rFonts w:ascii="Ddylr05K+KaiTi" w:hAnsi="Ddylr05K+KaiTi" w:eastAsia="Ddylr05K+KaiTi"/>
          <w:color w:val="000000"/>
          <w:sz w:val="21"/>
        </w:rPr>
        <w:t>、办</w:t>
      </w:r>
    </w:p>
    <w:p>
      <w:pPr>
        <w:autoSpaceDN w:val="0"/>
        <w:tabs>
          <w:tab w:pos="6634" w:val="left"/>
        </w:tabs>
        <w:autoSpaceDE w:val="0"/>
        <w:widowControl/>
        <w:spacing w:line="210" w:lineRule="exact" w:before="24" w:after="0"/>
        <w:ind w:left="662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1</w:t>
      </w:r>
      <w:r>
        <w:tab/>
      </w:r>
      <w:r>
        <w:rPr>
          <w:rFonts w:ascii="Ddylr05K+KaiTi" w:hAnsi="Ddylr05K+KaiTi" w:eastAsia="Ddylr05K+KaiTi"/>
          <w:color w:val="000000"/>
          <w:sz w:val="21"/>
        </w:rPr>
        <w:t>设</w:t>
      </w:r>
      <w:r>
        <w:rPr>
          <w:spacing w:val="2"/>
          <w:rFonts w:ascii="Ddylr05K+KaiTi" w:hAnsi="Ddylr05K+KaiTi" w:eastAsia="Ddylr05K+KaiTi"/>
          <w:color w:val="000000"/>
          <w:sz w:val="21"/>
        </w:rPr>
        <w:t>备</w:t>
      </w:r>
      <w:r>
        <w:rPr>
          <w:rFonts w:ascii="Ddylr05K+KaiTi" w:hAnsi="Ddylr05K+KaiTi" w:eastAsia="Ddylr05K+KaiTi"/>
          <w:color w:val="000000"/>
          <w:sz w:val="21"/>
        </w:rPr>
        <w:t>的</w:t>
      </w:r>
      <w:r>
        <w:rPr>
          <w:spacing w:val="2"/>
          <w:rFonts w:ascii="Ddylr05K+KaiTi" w:hAnsi="Ddylr05K+KaiTi" w:eastAsia="Ddylr05K+KaiTi"/>
          <w:color w:val="000000"/>
          <w:sz w:val="21"/>
        </w:rPr>
        <w:t>生</w:t>
      </w:r>
      <w:r>
        <w:rPr>
          <w:rFonts w:ascii="Ddylr05K+KaiTi" w:hAnsi="Ddylr05K+KaiTi" w:eastAsia="Ddylr05K+KaiTi"/>
          <w:color w:val="000000"/>
          <w:sz w:val="21"/>
        </w:rPr>
        <w:t>产</w:t>
      </w:r>
      <w:r>
        <w:rPr>
          <w:spacing w:val="2"/>
          <w:rFonts w:ascii="Ddylr05K+KaiTi" w:hAnsi="Ddylr05K+KaiTi" w:eastAsia="Ddylr05K+KaiTi"/>
          <w:color w:val="000000"/>
          <w:sz w:val="21"/>
        </w:rPr>
        <w:t>和</w:t>
      </w:r>
      <w:r>
        <w:rPr>
          <w:rFonts w:ascii="Ddylr05K+KaiTi" w:hAnsi="Ddylr05K+KaiTi" w:eastAsia="Ddylr05K+KaiTi"/>
          <w:color w:val="000000"/>
          <w:sz w:val="21"/>
        </w:rPr>
        <w:t>维修</w:t>
      </w:r>
    </w:p>
    <w:p>
      <w:pPr>
        <w:autoSpaceDN w:val="0"/>
        <w:autoSpaceDE w:val="0"/>
        <w:widowControl/>
        <w:spacing w:line="208" w:lineRule="exact" w:before="26" w:after="0"/>
        <w:ind w:left="1380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公</w:t>
      </w:r>
      <w:r>
        <w:rPr>
          <w:spacing w:val="2"/>
          <w:rFonts w:ascii="Ddylr05K+KaiTi" w:hAnsi="Ddylr05K+KaiTi" w:eastAsia="Ddylr05K+KaiTi"/>
          <w:color w:val="000000"/>
          <w:sz w:val="21"/>
        </w:rPr>
        <w:t>场</w:t>
      </w:r>
      <w:r>
        <w:rPr>
          <w:rFonts w:ascii="Ddylr05K+KaiTi" w:hAnsi="Ddylr05K+KaiTi" w:eastAsia="Ddylr05K+KaiTi"/>
          <w:color w:val="000000"/>
          <w:sz w:val="21"/>
        </w:rPr>
        <w:t>所</w:t>
      </w:r>
      <w:r>
        <w:rPr>
          <w:spacing w:val="2"/>
          <w:rFonts w:ascii="Ddylr05K+KaiTi" w:hAnsi="Ddylr05K+KaiTi" w:eastAsia="Ddylr05K+KaiTi"/>
          <w:color w:val="000000"/>
          <w:sz w:val="21"/>
        </w:rPr>
        <w:t>制</w:t>
      </w:r>
      <w:r>
        <w:rPr>
          <w:rFonts w:ascii="Ddylr05K+KaiTi" w:hAnsi="Ddylr05K+KaiTi" w:eastAsia="Ddylr05K+KaiTi"/>
          <w:color w:val="000000"/>
          <w:sz w:val="21"/>
        </w:rPr>
        <w:t>冷</w:t>
      </w:r>
      <w:r>
        <w:rPr>
          <w:spacing w:val="2"/>
          <w:rFonts w:ascii="Ddylr05K+KaiTi" w:hAnsi="Ddylr05K+KaiTi" w:eastAsia="Ddylr05K+KaiTi"/>
          <w:color w:val="000000"/>
          <w:sz w:val="21"/>
        </w:rPr>
        <w:t>剂</w:t>
      </w:r>
      <w:r>
        <w:rPr>
          <w:rFonts w:ascii="Ddylr05K+KaiTi" w:hAnsi="Ddylr05K+KaiTi" w:eastAsia="Ddylr05K+KaiTi"/>
          <w:color w:val="000000"/>
          <w:sz w:val="21"/>
        </w:rPr>
        <w:t>和</w:t>
      </w:r>
      <w:r>
        <w:rPr>
          <w:spacing w:val="2"/>
          <w:rFonts w:ascii="Ddylr05K+KaiTi" w:hAnsi="Ddylr05K+KaiTi" w:eastAsia="Ddylr05K+KaiTi"/>
          <w:color w:val="000000"/>
          <w:sz w:val="21"/>
        </w:rPr>
        <w:t>能</w:t>
      </w:r>
      <w:r>
        <w:rPr>
          <w:rFonts w:ascii="Ddylr05K+KaiTi" w:hAnsi="Ddylr05K+KaiTi" w:eastAsia="Ddylr05K+KaiTi"/>
          <w:color w:val="000000"/>
          <w:sz w:val="21"/>
        </w:rPr>
        <w:t>源</w:t>
      </w:r>
      <w:r>
        <w:rPr>
          <w:spacing w:val="2"/>
          <w:rFonts w:ascii="Ddylr05K+KaiTi" w:hAnsi="Ddylr05K+KaiTi" w:eastAsia="Ddylr05K+KaiTi"/>
          <w:color w:val="000000"/>
          <w:sz w:val="21"/>
        </w:rPr>
        <w:t>消</w:t>
      </w:r>
      <w:r>
        <w:rPr>
          <w:rFonts w:ascii="Ddylr05K+KaiTi" w:hAnsi="Ddylr05K+KaiTi" w:eastAsia="Ddylr05K+KaiTi"/>
          <w:color w:val="000000"/>
          <w:sz w:val="21"/>
        </w:rPr>
        <w:t>耗</w:t>
      </w:r>
      <w:r>
        <w:rPr>
          <w:spacing w:val="2"/>
          <w:rFonts w:ascii="Ddylr05K+KaiTi" w:hAnsi="Ddylr05K+KaiTi" w:eastAsia="Ddylr05K+KaiTi"/>
          <w:color w:val="000000"/>
          <w:sz w:val="21"/>
        </w:rPr>
        <w:t>等</w:t>
      </w:r>
      <w:r>
        <w:rPr>
          <w:rFonts w:ascii="Ddylr05K+KaiTi" w:hAnsi="Ddylr05K+KaiTi" w:eastAsia="Ddylr05K+KaiTi"/>
          <w:color w:val="000000"/>
          <w:sz w:val="21"/>
        </w:rPr>
        <w:t>，</w:t>
      </w:r>
      <w:r>
        <w:rPr>
          <w:spacing w:val="2"/>
          <w:rFonts w:ascii="Ddylr05K+KaiTi" w:hAnsi="Ddylr05K+KaiTi" w:eastAsia="Ddylr05K+KaiTi"/>
          <w:color w:val="000000"/>
          <w:sz w:val="21"/>
        </w:rPr>
        <w:t>与</w:t>
      </w:r>
      <w:r>
        <w:rPr>
          <w:rFonts w:ascii="Ddylr05K+KaiTi" w:hAnsi="Ddylr05K+KaiTi" w:eastAsia="Ddylr05K+KaiTi"/>
          <w:color w:val="000000"/>
          <w:sz w:val="21"/>
        </w:rPr>
        <w:t>产</w:t>
      </w:r>
      <w:r>
        <w:rPr>
          <w:spacing w:val="2"/>
          <w:rFonts w:ascii="Ddylr05K+KaiTi" w:hAnsi="Ddylr05K+KaiTi" w:eastAsia="Ddylr05K+KaiTi"/>
          <w:color w:val="000000"/>
          <w:sz w:val="21"/>
        </w:rPr>
        <w:t>品</w:t>
      </w:r>
      <w:r>
        <w:rPr>
          <w:rFonts w:ascii="Ddylr05K+KaiTi" w:hAnsi="Ddylr05K+KaiTi" w:eastAsia="Ddylr05K+KaiTi"/>
          <w:color w:val="000000"/>
          <w:sz w:val="21"/>
        </w:rPr>
        <w:t>本</w:t>
      </w:r>
      <w:r>
        <w:rPr>
          <w:spacing w:val="2"/>
          <w:rFonts w:ascii="Ddylr05K+KaiTi" w:hAnsi="Ddylr05K+KaiTi" w:eastAsia="Ddylr05K+KaiTi"/>
          <w:color w:val="000000"/>
          <w:sz w:val="21"/>
        </w:rPr>
        <w:t>身</w:t>
      </w:r>
      <w:r>
        <w:rPr>
          <w:rFonts w:ascii="Ddylr05K+KaiTi" w:hAnsi="Ddylr05K+KaiTi" w:eastAsia="Ddylr05K+KaiTi"/>
          <w:color w:val="000000"/>
          <w:sz w:val="21"/>
        </w:rPr>
        <w:t>不</w:t>
      </w:r>
      <w:r>
        <w:rPr>
          <w:spacing w:val="2"/>
          <w:rFonts w:ascii="Ddylr05K+KaiTi" w:hAnsi="Ddylr05K+KaiTi" w:eastAsia="Ddylr05K+KaiTi"/>
          <w:color w:val="000000"/>
          <w:sz w:val="21"/>
        </w:rPr>
        <w:t>相</w:t>
      </w:r>
      <w:r>
        <w:rPr>
          <w:rFonts w:ascii="Ddylr05K+KaiTi" w:hAnsi="Ddylr05K+KaiTi" w:eastAsia="Ddylr05K+KaiTi"/>
          <w:color w:val="000000"/>
          <w:sz w:val="21"/>
        </w:rPr>
        <w:t>关的</w:t>
      </w:r>
    </w:p>
    <w:p>
      <w:pPr>
        <w:autoSpaceDN w:val="0"/>
        <w:autoSpaceDE w:val="0"/>
        <w:widowControl/>
        <w:spacing w:line="208" w:lineRule="exact" w:before="260" w:after="0"/>
        <w:ind w:left="0" w:right="5290" w:firstLine="0"/>
        <w:jc w:val="right"/>
      </w:pPr>
      <w:r>
        <w:rPr>
          <w:rFonts w:ascii="Ddylr05K+KaiTi" w:hAnsi="Ddylr05K+KaiTi" w:eastAsia="Ddylr05K+KaiTi"/>
          <w:color w:val="000000"/>
          <w:sz w:val="21"/>
        </w:rPr>
        <w:t>排</w:t>
      </w:r>
      <w:r>
        <w:rPr>
          <w:spacing w:val="2"/>
          <w:rFonts w:ascii="Ddylr05K+KaiTi" w:hAnsi="Ddylr05K+KaiTi" w:eastAsia="Ddylr05K+KaiTi"/>
          <w:color w:val="000000"/>
          <w:sz w:val="21"/>
        </w:rPr>
        <w:t>放</w:t>
      </w:r>
      <w:r>
        <w:rPr>
          <w:rFonts w:ascii="Ddylr05K+KaiTi" w:hAnsi="Ddylr05K+KaiTi" w:eastAsia="Ddylr05K+KaiTi"/>
          <w:color w:val="000000"/>
          <w:sz w:val="21"/>
        </w:rPr>
        <w:t>）</w:t>
      </w:r>
    </w:p>
    <w:p>
      <w:pPr>
        <w:autoSpaceDN w:val="0"/>
        <w:autoSpaceDE w:val="0"/>
        <w:widowControl/>
        <w:spacing w:line="210" w:lineRule="exact" w:before="268" w:after="0"/>
        <w:ind w:left="1380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主</w:t>
      </w:r>
      <w:r>
        <w:rPr>
          <w:spacing w:val="2"/>
          <w:rFonts w:ascii="Ddylr05K+KaiTi" w:hAnsi="Ddylr05K+KaiTi" w:eastAsia="Ddylr05K+KaiTi"/>
          <w:color w:val="000000"/>
          <w:sz w:val="21"/>
        </w:rPr>
        <w:t>要</w:t>
      </w:r>
      <w:r>
        <w:rPr>
          <w:rFonts w:ascii="Ddylr05K+KaiTi" w:hAnsi="Ddylr05K+KaiTi" w:eastAsia="Ddylr05K+KaiTi"/>
          <w:color w:val="000000"/>
          <w:sz w:val="21"/>
        </w:rPr>
        <w:t>原</w:t>
      </w:r>
      <w:r>
        <w:rPr>
          <w:spacing w:val="2"/>
          <w:rFonts w:ascii="Ddylr05K+KaiTi" w:hAnsi="Ddylr05K+KaiTi" w:eastAsia="Ddylr05K+KaiTi"/>
          <w:color w:val="000000"/>
          <w:sz w:val="21"/>
        </w:rPr>
        <w:t>材</w:t>
      </w:r>
      <w:r>
        <w:rPr>
          <w:rFonts w:ascii="Ddylr05K+KaiTi" w:hAnsi="Ddylr05K+KaiTi" w:eastAsia="Ddylr05K+KaiTi"/>
          <w:color w:val="000000"/>
          <w:sz w:val="21"/>
        </w:rPr>
        <w:t>料</w:t>
      </w:r>
      <w:r>
        <w:rPr>
          <w:spacing w:val="2"/>
          <w:rFonts w:ascii="Ddylr05K+KaiTi" w:hAnsi="Ddylr05K+KaiTi" w:eastAsia="Ddylr05K+KaiTi"/>
          <w:color w:val="000000"/>
          <w:sz w:val="21"/>
        </w:rPr>
        <w:t>隐</w:t>
      </w:r>
      <w:r>
        <w:rPr>
          <w:rFonts w:ascii="Ddylr05K+KaiTi" w:hAnsi="Ddylr05K+KaiTi" w:eastAsia="Ddylr05K+KaiTi"/>
          <w:color w:val="000000"/>
          <w:sz w:val="21"/>
        </w:rPr>
        <w:t>含</w:t>
      </w:r>
      <w:r>
        <w:rPr>
          <w:spacing w:val="2"/>
          <w:rFonts w:ascii="Ddylr05K+KaiTi" w:hAnsi="Ddylr05K+KaiTi" w:eastAsia="Ddylr05K+KaiTi"/>
          <w:color w:val="000000"/>
          <w:sz w:val="21"/>
        </w:rPr>
        <w:t>的</w:t>
      </w:r>
      <w:r>
        <w:rPr>
          <w:rFonts w:ascii="Ddylr05K+KaiTi" w:hAnsi="Ddylr05K+KaiTi" w:eastAsia="Ddylr05K+KaiTi"/>
          <w:color w:val="000000"/>
          <w:sz w:val="21"/>
        </w:rPr>
        <w:t>排</w:t>
      </w:r>
      <w:r>
        <w:rPr>
          <w:spacing w:val="2"/>
          <w:rFonts w:ascii="Ddylr05K+KaiTi" w:hAnsi="Ddylr05K+KaiTi" w:eastAsia="Ddylr05K+KaiTi"/>
          <w:color w:val="000000"/>
          <w:sz w:val="21"/>
        </w:rPr>
        <w:t>放</w:t>
      </w:r>
      <w:r>
        <w:rPr>
          <w:rFonts w:ascii="Ddylr05K+KaiTi" w:hAnsi="Ddylr05K+KaiTi" w:eastAsia="Ddylr05K+KaiTi"/>
          <w:color w:val="000000"/>
          <w:sz w:val="21"/>
        </w:rPr>
        <w:t>，</w:t>
      </w:r>
      <w:r>
        <w:rPr>
          <w:spacing w:val="2"/>
          <w:rFonts w:ascii="Ddylr05K+KaiTi" w:hAnsi="Ddylr05K+KaiTi" w:eastAsia="Ddylr05K+KaiTi"/>
          <w:color w:val="000000"/>
          <w:sz w:val="21"/>
        </w:rPr>
        <w:t>原</w:t>
      </w:r>
      <w:r>
        <w:rPr>
          <w:rFonts w:ascii="Ddylr05K+KaiTi" w:hAnsi="Ddylr05K+KaiTi" w:eastAsia="Ddylr05K+KaiTi"/>
          <w:color w:val="000000"/>
          <w:sz w:val="21"/>
        </w:rPr>
        <w:t>材</w:t>
      </w:r>
      <w:r>
        <w:rPr>
          <w:spacing w:val="2"/>
          <w:rFonts w:ascii="Ddylr05K+KaiTi" w:hAnsi="Ddylr05K+KaiTi" w:eastAsia="Ddylr05K+KaiTi"/>
          <w:color w:val="000000"/>
          <w:sz w:val="21"/>
        </w:rPr>
        <w:t>料</w:t>
      </w:r>
      <w:r>
        <w:rPr>
          <w:rFonts w:ascii="Ddylr05K+KaiTi" w:hAnsi="Ddylr05K+KaiTi" w:eastAsia="Ddylr05K+KaiTi"/>
          <w:color w:val="000000"/>
          <w:sz w:val="21"/>
        </w:rPr>
        <w:t>类</w:t>
      </w:r>
      <w:r>
        <w:rPr>
          <w:spacing w:val="2"/>
          <w:rFonts w:ascii="Ddylr05K+KaiTi" w:hAnsi="Ddylr05K+KaiTi" w:eastAsia="Ddylr05K+KaiTi"/>
          <w:color w:val="000000"/>
          <w:sz w:val="21"/>
        </w:rPr>
        <w:t>别</w:t>
      </w:r>
      <w:r>
        <w:rPr>
          <w:rFonts w:ascii="Ddylr05K+KaiTi" w:hAnsi="Ddylr05K+KaiTi" w:eastAsia="Ddylr05K+KaiTi"/>
          <w:color w:val="000000"/>
          <w:sz w:val="21"/>
        </w:rPr>
        <w:t>包</w:t>
      </w:r>
      <w:r>
        <w:rPr>
          <w:spacing w:val="2"/>
          <w:rFonts w:ascii="Ddylr05K+KaiTi" w:hAnsi="Ddylr05K+KaiTi" w:eastAsia="Ddylr05K+KaiTi"/>
          <w:color w:val="000000"/>
          <w:sz w:val="21"/>
        </w:rPr>
        <w:t>括</w:t>
      </w:r>
      <w:r>
        <w:rPr>
          <w:spacing w:val="4"/>
          <w:rFonts w:ascii="Ddylr05K+KaiTi" w:hAnsi="Ddylr05K+KaiTi" w:eastAsia="Ddylr05K+KaiTi"/>
          <w:color w:val="000000"/>
          <w:sz w:val="21"/>
        </w:rPr>
        <w:t>：</w:t>
      </w:r>
      <w:r>
        <w:rPr>
          <w:rFonts w:ascii="Ddylr05K+KaiTi" w:hAnsi="Ddylr05K+KaiTi" w:eastAsia="Ddylr05K+KaiTi"/>
          <w:color w:val="000000"/>
          <w:sz w:val="21"/>
        </w:rPr>
        <w:t>圆</w:t>
      </w:r>
      <w:r>
        <w:rPr>
          <w:spacing w:val="4"/>
          <w:rFonts w:ascii="Ddylr05K+KaiTi" w:hAnsi="Ddylr05K+KaiTi" w:eastAsia="Ddylr05K+KaiTi"/>
          <w:color w:val="000000"/>
          <w:sz w:val="21"/>
        </w:rPr>
        <w:t>钢</w:t>
      </w:r>
      <w:r>
        <w:rPr>
          <w:rFonts w:ascii="Ddylr05K+KaiTi" w:hAnsi="Ddylr05K+KaiTi" w:eastAsia="Ddylr05K+KaiTi"/>
          <w:color w:val="000000"/>
          <w:sz w:val="21"/>
        </w:rPr>
        <w:t>、</w:t>
      </w:r>
    </w:p>
    <w:p>
      <w:pPr>
        <w:autoSpaceDN w:val="0"/>
        <w:tabs>
          <w:tab w:pos="6634" w:val="left"/>
        </w:tabs>
        <w:autoSpaceDE w:val="0"/>
        <w:widowControl/>
        <w:spacing w:line="210" w:lineRule="exact" w:before="26" w:after="0"/>
        <w:ind w:left="662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2</w:t>
      </w:r>
      <w:r>
        <w:tab/>
      </w:r>
      <w:r>
        <w:rPr>
          <w:rFonts w:ascii="Ddylr05K+KaiTi" w:hAnsi="Ddylr05K+KaiTi" w:eastAsia="Ddylr05K+KaiTi"/>
          <w:color w:val="000000"/>
          <w:sz w:val="21"/>
        </w:rPr>
        <w:t>产</w:t>
      </w:r>
      <w:r>
        <w:rPr>
          <w:spacing w:val="2"/>
          <w:rFonts w:ascii="Ddylr05K+KaiTi" w:hAnsi="Ddylr05K+KaiTi" w:eastAsia="Ddylr05K+KaiTi"/>
          <w:color w:val="000000"/>
          <w:sz w:val="21"/>
        </w:rPr>
        <w:t>品</w:t>
      </w:r>
      <w:r>
        <w:rPr>
          <w:rFonts w:ascii="Ddylr05K+KaiTi" w:hAnsi="Ddylr05K+KaiTi" w:eastAsia="Ddylr05K+KaiTi"/>
          <w:color w:val="000000"/>
          <w:sz w:val="21"/>
        </w:rPr>
        <w:t>的</w:t>
      </w:r>
      <w:r>
        <w:rPr>
          <w:spacing w:val="2"/>
          <w:rFonts w:ascii="Ddylr05K+KaiTi" w:hAnsi="Ddylr05K+KaiTi" w:eastAsia="Ddylr05K+KaiTi"/>
          <w:color w:val="000000"/>
          <w:sz w:val="21"/>
        </w:rPr>
        <w:t>销</w:t>
      </w:r>
      <w:r>
        <w:rPr>
          <w:rFonts w:ascii="Ddylr05K+KaiTi" w:hAnsi="Ddylr05K+KaiTi" w:eastAsia="Ddylr05K+KaiTi"/>
          <w:color w:val="000000"/>
          <w:sz w:val="21"/>
        </w:rPr>
        <w:t>售</w:t>
      </w:r>
      <w:r>
        <w:rPr>
          <w:spacing w:val="2"/>
          <w:rFonts w:ascii="Ddylr05K+KaiTi" w:hAnsi="Ddylr05K+KaiTi" w:eastAsia="Ddylr05K+KaiTi"/>
          <w:color w:val="000000"/>
          <w:sz w:val="21"/>
        </w:rPr>
        <w:t>和</w:t>
      </w:r>
      <w:r>
        <w:rPr>
          <w:rFonts w:ascii="Ddylr05K+KaiTi" w:hAnsi="Ddylr05K+KaiTi" w:eastAsia="Ddylr05K+KaiTi"/>
          <w:color w:val="000000"/>
          <w:sz w:val="21"/>
        </w:rPr>
        <w:t>使用</w:t>
      </w:r>
    </w:p>
    <w:p>
      <w:pPr>
        <w:autoSpaceDN w:val="0"/>
        <w:autoSpaceDE w:val="0"/>
        <w:widowControl/>
        <w:spacing w:line="210" w:lineRule="exact" w:before="22" w:after="0"/>
        <w:ind w:left="0" w:right="5290" w:firstLine="0"/>
        <w:jc w:val="right"/>
      </w:pPr>
      <w:r>
        <w:rPr>
          <w:rFonts w:ascii="Ddylr05K+KaiTi" w:hAnsi="Ddylr05K+KaiTi" w:eastAsia="Ddylr05K+KaiTi"/>
          <w:color w:val="000000"/>
          <w:sz w:val="21"/>
        </w:rPr>
        <w:t>毛</w:t>
      </w:r>
      <w:r>
        <w:rPr>
          <w:spacing w:val="2"/>
          <w:rFonts w:ascii="Ddylr05K+KaiTi" w:hAnsi="Ddylr05K+KaiTi" w:eastAsia="Ddylr05K+KaiTi"/>
          <w:color w:val="000000"/>
          <w:sz w:val="21"/>
        </w:rPr>
        <w:t>坯</w:t>
      </w:r>
      <w:r>
        <w:rPr>
          <w:rFonts w:ascii="Ddylr05K+KaiTi" w:hAnsi="Ddylr05K+KaiTi" w:eastAsia="Ddylr05K+KaiTi"/>
          <w:color w:val="000000"/>
          <w:sz w:val="21"/>
        </w:rPr>
        <w:t>。</w:t>
      </w:r>
    </w:p>
    <w:p>
      <w:pPr>
        <w:autoSpaceDN w:val="0"/>
        <w:autoSpaceDE w:val="0"/>
        <w:widowControl/>
        <w:spacing w:line="220" w:lineRule="exact" w:before="538" w:after="0"/>
        <w:ind w:left="0" w:right="4682" w:firstLine="0"/>
        <w:jc w:val="right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11</w:t>
      </w:r>
    </w:p>
    <w:p>
      <w:pPr>
        <w:sectPr>
          <w:pgSz w:w="11906" w:h="17238"/>
          <w:pgMar w:top="806" w:right="1170" w:bottom="496" w:left="1440" w:header="720" w:footer="720" w:gutter="0"/>
          <w:cols w:num="1" w:equalWidth="0" w:space="720">
            <w:col w:w="929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68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914400</wp:posOffset>
            </wp:positionV>
            <wp:extent cx="5448300" cy="609600"/>
            <wp:wrapNone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6096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tabs>
          <w:tab w:pos="6316" w:val="left"/>
        </w:tabs>
        <w:autoSpaceDE w:val="0"/>
        <w:widowControl/>
        <w:spacing w:line="210" w:lineRule="exact" w:before="0" w:after="0"/>
        <w:ind w:left="1486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原</w:t>
      </w:r>
      <w:r>
        <w:rPr>
          <w:spacing w:val="2"/>
          <w:rFonts w:ascii="Ddylr05K+KaiTi" w:hAnsi="Ddylr05K+KaiTi" w:eastAsia="Ddylr05K+KaiTi"/>
          <w:color w:val="000000"/>
          <w:sz w:val="21"/>
        </w:rPr>
        <w:t>材</w:t>
      </w:r>
      <w:r>
        <w:rPr>
          <w:rFonts w:ascii="Ddylr05K+KaiTi" w:hAnsi="Ddylr05K+KaiTi" w:eastAsia="Ddylr05K+KaiTi"/>
          <w:color w:val="000000"/>
          <w:sz w:val="21"/>
        </w:rPr>
        <w:t>料</w:t>
      </w:r>
      <w:r>
        <w:rPr>
          <w:spacing w:val="2"/>
          <w:rFonts w:ascii="Ddylr05K+KaiTi" w:hAnsi="Ddylr05K+KaiTi" w:eastAsia="Ddylr05K+KaiTi"/>
          <w:color w:val="000000"/>
          <w:sz w:val="21"/>
        </w:rPr>
        <w:t>运</w:t>
      </w:r>
      <w:r>
        <w:rPr>
          <w:rFonts w:ascii="Ddylr05K+KaiTi" w:hAnsi="Ddylr05K+KaiTi" w:eastAsia="Ddylr05K+KaiTi"/>
          <w:color w:val="000000"/>
          <w:sz w:val="21"/>
        </w:rPr>
        <w:t>输</w:t>
      </w:r>
      <w:r>
        <w:rPr>
          <w:spacing w:val="2"/>
          <w:rFonts w:ascii="Ddylr05K+KaiTi" w:hAnsi="Ddylr05K+KaiTi" w:eastAsia="Ddylr05K+KaiTi"/>
          <w:color w:val="000000"/>
          <w:sz w:val="21"/>
        </w:rPr>
        <w:t>过</w:t>
      </w:r>
      <w:r>
        <w:rPr>
          <w:rFonts w:ascii="Ddylr05K+KaiTi" w:hAnsi="Ddylr05K+KaiTi" w:eastAsia="Ddylr05K+KaiTi"/>
          <w:color w:val="000000"/>
          <w:sz w:val="21"/>
        </w:rPr>
        <w:t>程</w:t>
      </w:r>
      <w:r>
        <w:rPr>
          <w:spacing w:val="2"/>
          <w:rFonts w:ascii="Ddylr05K+KaiTi" w:hAnsi="Ddylr05K+KaiTi" w:eastAsia="Ddylr05K+KaiTi"/>
          <w:color w:val="000000"/>
          <w:sz w:val="21"/>
        </w:rPr>
        <w:t>排</w:t>
      </w:r>
      <w:r>
        <w:rPr>
          <w:rFonts w:ascii="Ddylr05K+KaiTi" w:hAnsi="Ddylr05K+KaiTi" w:eastAsia="Ddylr05K+KaiTi"/>
          <w:color w:val="000000"/>
          <w:sz w:val="21"/>
        </w:rPr>
        <w:t>放</w:t>
      </w:r>
      <w:r>
        <w:rPr>
          <w:spacing w:val="2"/>
          <w:rFonts w:ascii="Ddylr05K+KaiTi" w:hAnsi="Ddylr05K+KaiTi" w:eastAsia="Ddylr05K+KaiTi"/>
          <w:color w:val="000000"/>
          <w:sz w:val="21"/>
        </w:rPr>
        <w:t>：</w:t>
      </w:r>
      <w:r>
        <w:rPr>
          <w:rFonts w:ascii="Ddylr05K+KaiTi" w:hAnsi="Ddylr05K+KaiTi" w:eastAsia="Ddylr05K+KaiTi"/>
          <w:color w:val="000000"/>
          <w:sz w:val="21"/>
        </w:rPr>
        <w:t>从</w:t>
      </w:r>
      <w:r>
        <w:rPr>
          <w:spacing w:val="2"/>
          <w:rFonts w:ascii="Ddylr05K+KaiTi" w:hAnsi="Ddylr05K+KaiTi" w:eastAsia="Ddylr05K+KaiTi"/>
          <w:color w:val="000000"/>
          <w:sz w:val="21"/>
        </w:rPr>
        <w:t>上</w:t>
      </w:r>
      <w:r>
        <w:rPr>
          <w:rFonts w:ascii="Ddylr05K+KaiTi" w:hAnsi="Ddylr05K+KaiTi" w:eastAsia="Ddylr05K+KaiTi"/>
          <w:color w:val="000000"/>
          <w:sz w:val="21"/>
        </w:rPr>
        <w:t>游</w:t>
      </w:r>
      <w:r>
        <w:rPr>
          <w:spacing w:val="2"/>
          <w:rFonts w:ascii="Ddylr05K+KaiTi" w:hAnsi="Ddylr05K+KaiTi" w:eastAsia="Ddylr05K+KaiTi"/>
          <w:color w:val="000000"/>
          <w:sz w:val="21"/>
        </w:rPr>
        <w:t>供</w:t>
      </w:r>
      <w:r>
        <w:rPr>
          <w:rFonts w:ascii="Ddylr05K+KaiTi" w:hAnsi="Ddylr05K+KaiTi" w:eastAsia="Ddylr05K+KaiTi"/>
          <w:color w:val="000000"/>
          <w:sz w:val="21"/>
        </w:rPr>
        <w:t>应</w:t>
      </w:r>
      <w:r>
        <w:rPr>
          <w:spacing w:val="2"/>
          <w:rFonts w:ascii="Ddylr05K+KaiTi" w:hAnsi="Ddylr05K+KaiTi" w:eastAsia="Ddylr05K+KaiTi"/>
          <w:color w:val="000000"/>
          <w:sz w:val="21"/>
        </w:rPr>
        <w:t>商</w:t>
      </w:r>
      <w:r>
        <w:rPr>
          <w:rFonts w:ascii="Ddylr05K+KaiTi" w:hAnsi="Ddylr05K+KaiTi" w:eastAsia="Ddylr05K+KaiTi"/>
          <w:color w:val="000000"/>
          <w:sz w:val="21"/>
        </w:rPr>
        <w:t>到</w:t>
      </w:r>
      <w:r>
        <w:rPr>
          <w:spacing w:val="2"/>
          <w:rFonts w:ascii="Ddylr05K+KaiTi" w:hAnsi="Ddylr05K+KaiTi" w:eastAsia="Ddylr05K+KaiTi"/>
          <w:color w:val="000000"/>
          <w:sz w:val="21"/>
        </w:rPr>
        <w:t>生</w:t>
      </w:r>
      <w:r>
        <w:rPr>
          <w:rFonts w:ascii="Ddylr05K+KaiTi" w:hAnsi="Ddylr05K+KaiTi" w:eastAsia="Ddylr05K+KaiTi"/>
          <w:color w:val="000000"/>
          <w:sz w:val="21"/>
        </w:rPr>
        <w:t>产</w:t>
      </w:r>
      <w:r>
        <w:rPr>
          <w:spacing w:val="2"/>
          <w:rFonts w:ascii="Ddylr05K+KaiTi" w:hAnsi="Ddylr05K+KaiTi" w:eastAsia="Ddylr05K+KaiTi"/>
          <w:color w:val="000000"/>
          <w:sz w:val="21"/>
        </w:rPr>
        <w:t>厂</w:t>
      </w:r>
      <w:r>
        <w:rPr>
          <w:rFonts w:ascii="Ddylr05K+KaiTi" w:hAnsi="Ddylr05K+KaiTi" w:eastAsia="Ddylr05K+KaiTi"/>
          <w:color w:val="000000"/>
          <w:sz w:val="21"/>
        </w:rPr>
        <w:t>大</w:t>
      </w:r>
      <w:r>
        <w:tab/>
      </w:r>
      <w:r>
        <w:rPr>
          <w:rFonts w:ascii="Ddylr05K+KaiTi" w:hAnsi="Ddylr05K+KaiTi" w:eastAsia="Ddylr05K+KaiTi"/>
          <w:color w:val="000000"/>
          <w:sz w:val="21"/>
        </w:rPr>
        <w:t>产</w:t>
      </w:r>
      <w:r>
        <w:rPr>
          <w:spacing w:val="2"/>
          <w:rFonts w:ascii="Ddylr05K+KaiTi" w:hAnsi="Ddylr05K+KaiTi" w:eastAsia="Ddylr05K+KaiTi"/>
          <w:color w:val="000000"/>
          <w:sz w:val="21"/>
        </w:rPr>
        <w:t>品</w:t>
      </w:r>
      <w:r>
        <w:rPr>
          <w:rFonts w:ascii="Ddylr05K+KaiTi" w:hAnsi="Ddylr05K+KaiTi" w:eastAsia="Ddylr05K+KaiTi"/>
          <w:color w:val="000000"/>
          <w:sz w:val="21"/>
        </w:rPr>
        <w:t>回</w:t>
      </w:r>
      <w:r>
        <w:rPr>
          <w:spacing w:val="2"/>
          <w:rFonts w:ascii="Ddylr05K+KaiTi" w:hAnsi="Ddylr05K+KaiTi" w:eastAsia="Ddylr05K+KaiTi"/>
          <w:color w:val="000000"/>
          <w:sz w:val="21"/>
        </w:rPr>
        <w:t>收</w:t>
      </w:r>
      <w:r>
        <w:rPr>
          <w:rFonts w:ascii="Ddylr05K+KaiTi" w:hAnsi="Ddylr05K+KaiTi" w:eastAsia="Ddylr05K+KaiTi"/>
          <w:color w:val="000000"/>
          <w:sz w:val="21"/>
        </w:rPr>
        <w:t>、</w:t>
      </w:r>
      <w:r>
        <w:rPr>
          <w:spacing w:val="2"/>
          <w:rFonts w:ascii="Ddylr05K+KaiTi" w:hAnsi="Ddylr05K+KaiTi" w:eastAsia="Ddylr05K+KaiTi"/>
          <w:color w:val="000000"/>
          <w:sz w:val="21"/>
        </w:rPr>
        <w:t>处</w:t>
      </w:r>
      <w:r>
        <w:rPr>
          <w:rFonts w:ascii="Ddylr05K+KaiTi" w:hAnsi="Ddylr05K+KaiTi" w:eastAsia="Ddylr05K+KaiTi"/>
          <w:color w:val="000000"/>
          <w:sz w:val="21"/>
        </w:rPr>
        <w:t>置</w:t>
      </w:r>
      <w:r>
        <w:rPr>
          <w:spacing w:val="2"/>
          <w:rFonts w:ascii="Ddylr05K+KaiTi" w:hAnsi="Ddylr05K+KaiTi" w:eastAsia="Ddylr05K+KaiTi"/>
          <w:color w:val="000000"/>
          <w:sz w:val="21"/>
        </w:rPr>
        <w:t>和</w:t>
      </w:r>
      <w:r>
        <w:rPr>
          <w:rFonts w:ascii="Ddylr05K+KaiTi" w:hAnsi="Ddylr05K+KaiTi" w:eastAsia="Ddylr05K+KaiTi"/>
          <w:color w:val="000000"/>
          <w:sz w:val="21"/>
        </w:rPr>
        <w:t>废</w:t>
      </w:r>
      <w:r>
        <w:rPr>
          <w:spacing w:val="2"/>
          <w:rFonts w:ascii="Ddylr05K+KaiTi" w:hAnsi="Ddylr05K+KaiTi" w:eastAsia="Ddylr05K+KaiTi"/>
          <w:color w:val="000000"/>
          <w:sz w:val="21"/>
        </w:rPr>
        <w:t>弃</w:t>
      </w:r>
      <w:r>
        <w:rPr>
          <w:rFonts w:ascii="Ddylr05K+KaiTi" w:hAnsi="Ddylr05K+KaiTi" w:eastAsia="Ddylr05K+KaiTi"/>
          <w:color w:val="000000"/>
          <w:sz w:val="21"/>
        </w:rPr>
        <w:t>阶</w:t>
      </w:r>
    </w:p>
    <w:p>
      <w:pPr>
        <w:autoSpaceDN w:val="0"/>
        <w:autoSpaceDE w:val="0"/>
        <w:widowControl/>
        <w:spacing w:line="208" w:lineRule="exact" w:before="26" w:after="0"/>
        <w:ind w:left="662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3</w:t>
      </w:r>
    </w:p>
    <w:p>
      <w:pPr>
        <w:autoSpaceDN w:val="0"/>
        <w:tabs>
          <w:tab w:pos="7368" w:val="left"/>
        </w:tabs>
        <w:autoSpaceDE w:val="0"/>
        <w:widowControl/>
        <w:spacing w:line="210" w:lineRule="exact" w:before="24" w:after="0"/>
        <w:ind w:left="348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1"/>
        </w:rPr>
        <w:t>门</w:t>
      </w:r>
      <w:r>
        <w:rPr>
          <w:rFonts w:ascii="Ddylr05K+KaiTi" w:hAnsi="Ddylr05K+KaiTi" w:eastAsia="Ddylr05K+KaiTi"/>
          <w:color w:val="000000"/>
          <w:sz w:val="21"/>
        </w:rPr>
        <w:t>。</w:t>
      </w:r>
      <w:r>
        <w:tab/>
      </w:r>
      <w:r>
        <w:rPr>
          <w:rFonts w:ascii="Ddylr05K+KaiTi" w:hAnsi="Ddylr05K+KaiTi" w:eastAsia="Ddylr05K+KaiTi"/>
          <w:color w:val="000000"/>
          <w:sz w:val="21"/>
        </w:rPr>
        <w:t>段</w:t>
      </w:r>
    </w:p>
    <w:p>
      <w:pPr>
        <w:autoSpaceDN w:val="0"/>
        <w:tabs>
          <w:tab w:pos="920" w:val="left"/>
        </w:tabs>
        <w:autoSpaceDE w:val="0"/>
        <w:widowControl/>
        <w:spacing w:line="608" w:lineRule="exact" w:before="0" w:after="0"/>
        <w:ind w:left="360" w:right="288" w:firstLine="0"/>
        <w:jc w:val="left"/>
      </w:pP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取舍</w:t>
      </w:r>
      <w:r>
        <w:rPr>
          <w:spacing w:val="4"/>
          <w:rFonts w:ascii="Ddylr05K+KaiTi" w:hAnsi="Ddylr05K+KaiTi" w:eastAsia="Ddylr05K+KaiTi"/>
          <w:color w:val="000000"/>
          <w:sz w:val="28"/>
        </w:rPr>
        <w:t>原</w:t>
      </w:r>
      <w:r>
        <w:rPr>
          <w:spacing w:val="6"/>
          <w:rFonts w:ascii="Ddylr05K+KaiTi" w:hAnsi="Ddylr05K+KaiTi" w:eastAsia="Ddylr05K+KaiTi"/>
          <w:color w:val="000000"/>
          <w:sz w:val="28"/>
        </w:rPr>
        <w:t>则：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4"/>
          <w:rFonts w:ascii="Ddylr05K+KaiTi" w:hAnsi="Ddylr05K+KaiTi" w:eastAsia="Ddylr05K+KaiTi"/>
          <w:color w:val="000000"/>
          <w:sz w:val="28"/>
        </w:rPr>
        <w:t>%</w:t>
      </w:r>
      <w:r>
        <w:rPr>
          <w:spacing w:val="6"/>
          <w:rFonts w:ascii="Ddylr05K+KaiTi" w:hAnsi="Ddylr05K+KaiTi" w:eastAsia="Ddylr05K+KaiTi"/>
          <w:color w:val="000000"/>
          <w:sz w:val="28"/>
        </w:rPr>
        <w:t>，即</w:t>
      </w:r>
      <w:r>
        <w:rPr>
          <w:spacing w:val="8"/>
          <w:rFonts w:ascii="Ddylr05K+KaiTi" w:hAnsi="Ddylr05K+KaiTi" w:eastAsia="Ddylr05K+KaiTi"/>
          <w:color w:val="000000"/>
          <w:sz w:val="28"/>
        </w:rPr>
        <w:t>若某</w:t>
      </w:r>
      <w:r>
        <w:rPr>
          <w:spacing w:val="6"/>
          <w:rFonts w:ascii="Ddylr05K+KaiTi" w:hAnsi="Ddylr05K+KaiTi" w:eastAsia="Ddylr05K+KaiTi"/>
          <w:color w:val="000000"/>
          <w:sz w:val="28"/>
        </w:rPr>
        <w:t>个</w:t>
      </w:r>
      <w:r>
        <w:rPr>
          <w:spacing w:val="8"/>
          <w:rFonts w:ascii="Ddylr05K+KaiTi" w:hAnsi="Ddylr05K+KaiTi" w:eastAsia="Ddylr05K+KaiTi"/>
          <w:color w:val="000000"/>
          <w:sz w:val="28"/>
        </w:rPr>
        <w:t>过程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碳</w:t>
      </w:r>
      <w:r>
        <w:rPr>
          <w:spacing w:val="4"/>
          <w:rFonts w:ascii="Ddylr05K+KaiTi" w:hAnsi="Ddylr05K+KaiTi" w:eastAsia="Ddylr05K+KaiTi"/>
          <w:color w:val="000000"/>
          <w:sz w:val="28"/>
        </w:rPr>
        <w:t>排</w:t>
      </w:r>
      <w:r>
        <w:rPr>
          <w:spacing w:val="6"/>
          <w:rFonts w:ascii="Ddylr05K+KaiTi" w:hAnsi="Ddylr05K+KaiTi" w:eastAsia="Ddylr05K+KaiTi"/>
          <w:color w:val="000000"/>
          <w:sz w:val="28"/>
        </w:rPr>
        <w:t>放量</w:t>
      </w:r>
      <w:r>
        <w:rPr>
          <w:spacing w:val="4"/>
          <w:rFonts w:ascii="Ddylr05K+KaiTi" w:hAnsi="Ddylr05K+KaiTi" w:eastAsia="Ddylr05K+KaiTi"/>
          <w:color w:val="000000"/>
          <w:sz w:val="28"/>
        </w:rPr>
        <w:t>对</w:t>
      </w:r>
      <w:r>
        <w:rPr>
          <w:spacing w:val="8"/>
          <w:rFonts w:ascii="Ddylr05K+KaiTi" w:hAnsi="Ddylr05K+KaiTi" w:eastAsia="Ddylr05K+KaiTi"/>
          <w:color w:val="000000"/>
          <w:sz w:val="28"/>
        </w:rPr>
        <w:t>产品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碳</w:t>
      </w:r>
      <w:r>
        <w:rPr>
          <w:spacing w:val="8"/>
          <w:rFonts w:ascii="Ddylr05K+KaiTi" w:hAnsi="Ddylr05K+KaiTi" w:eastAsia="Ddylr05K+KaiTi"/>
          <w:color w:val="000000"/>
          <w:sz w:val="28"/>
        </w:rPr>
        <w:t>足迹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贡献</w:t>
      </w:r>
      <w:r>
        <w:rPr>
          <w:rFonts w:ascii="Ddylr05K+KaiTi" w:hAnsi="Ddylr05K+KaiTi" w:eastAsia="Ddylr05K+KaiTi"/>
          <w:color w:val="000000"/>
          <w:sz w:val="28"/>
        </w:rPr>
        <w:t>小</w:t>
      </w:r>
      <w:r>
        <w:rPr>
          <w:spacing w:val="70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4"/>
          <w:rFonts w:ascii="Ddylr05K+KaiTi" w:hAnsi="Ddylr05K+KaiTi" w:eastAsia="Ddylr05K+KaiTi"/>
          <w:color w:val="000000"/>
          <w:sz w:val="28"/>
        </w:rPr>
        <w:t>%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则</w:t>
      </w:r>
      <w:r>
        <w:rPr>
          <w:rFonts w:ascii="Ddylr05K+KaiTi" w:hAnsi="Ddylr05K+KaiTi" w:eastAsia="Ddylr05K+KaiTi"/>
          <w:color w:val="000000"/>
          <w:sz w:val="28"/>
        </w:rPr>
        <w:t>此过</w:t>
      </w:r>
      <w:r>
        <w:rPr>
          <w:spacing w:val="-2"/>
          <w:rFonts w:ascii="Ddylr05K+KaiTi" w:hAnsi="Ddylr05K+KaiTi" w:eastAsia="Ddylr05K+KaiTi"/>
          <w:color w:val="000000"/>
          <w:sz w:val="28"/>
        </w:rPr>
        <w:t>程</w:t>
      </w:r>
      <w:r>
        <w:rPr>
          <w:rFonts w:ascii="Ddylr05K+KaiTi" w:hAnsi="Ddylr05K+KaiTi" w:eastAsia="Ddylr05K+KaiTi"/>
          <w:color w:val="000000"/>
          <w:sz w:val="28"/>
        </w:rPr>
        <w:t>可忽</w:t>
      </w:r>
      <w:r>
        <w:rPr>
          <w:spacing w:val="-2"/>
          <w:rFonts w:ascii="Ddylr05K+KaiTi" w:hAnsi="Ddylr05K+KaiTi" w:eastAsia="Ddylr05K+KaiTi"/>
          <w:color w:val="000000"/>
          <w:sz w:val="28"/>
        </w:rPr>
        <w:t>略</w:t>
      </w:r>
      <w:r>
        <w:rPr>
          <w:rFonts w:ascii="Ddylr05K+KaiTi" w:hAnsi="Ddylr05K+KaiTi" w:eastAsia="Ddylr05K+KaiTi"/>
          <w:color w:val="000000"/>
          <w:sz w:val="28"/>
        </w:rPr>
        <w:t>，总</w:t>
      </w:r>
      <w:r>
        <w:rPr>
          <w:spacing w:val="-2"/>
          <w:rFonts w:ascii="Ddylr05K+KaiTi" w:hAnsi="Ddylr05K+KaiTi" w:eastAsia="Ddylr05K+KaiTi"/>
          <w:color w:val="000000"/>
          <w:sz w:val="28"/>
        </w:rPr>
        <w:t>共</w:t>
      </w:r>
      <w:r>
        <w:rPr>
          <w:rFonts w:ascii="Ddylr05K+KaiTi" w:hAnsi="Ddylr05K+KaiTi" w:eastAsia="Ddylr05K+KaiTi"/>
          <w:color w:val="000000"/>
          <w:sz w:val="28"/>
        </w:rPr>
        <w:t>忽略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碳排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量不</w:t>
      </w:r>
      <w:r>
        <w:rPr>
          <w:spacing w:val="-2"/>
          <w:rFonts w:ascii="Ddylr05K+KaiTi" w:hAnsi="Ddylr05K+KaiTi" w:eastAsia="Ddylr05K+KaiTi"/>
          <w:color w:val="000000"/>
          <w:sz w:val="28"/>
        </w:rPr>
        <w:t>超</w:t>
      </w:r>
      <w:r>
        <w:rPr>
          <w:spacing w:val="72"/>
          <w:rFonts w:ascii="Ddylr05K+KaiTi" w:hAnsi="Ddylr05K+KaiTi" w:eastAsia="Ddylr05K+KaiTi"/>
          <w:color w:val="000000"/>
          <w:sz w:val="28"/>
        </w:rPr>
        <w:t>过</w:t>
      </w:r>
      <w:r>
        <w:rPr>
          <w:spacing w:val="-2"/>
          <w:rFonts w:ascii="Ddylr05K+KaiTi" w:hAnsi="Ddylr05K+KaiTi" w:eastAsia="Ddylr05K+KaiTi"/>
          <w:color w:val="000000"/>
          <w:sz w:val="28"/>
        </w:rPr>
        <w:t>5</w:t>
      </w:r>
      <w:r>
        <w:rPr>
          <w:rFonts w:ascii="Ddylr05K+KaiTi" w:hAnsi="Ddylr05K+KaiTi" w:eastAsia="Ddylr05K+KaiTi"/>
          <w:color w:val="000000"/>
          <w:sz w:val="28"/>
        </w:rPr>
        <w:t>%。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.2</w:t>
      </w:r>
      <w:r>
        <w:rPr>
          <w:spacing w:val="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多产</w:t>
      </w:r>
      <w:r>
        <w:rPr>
          <w:rFonts w:ascii="Ddylr05K+KaiTi" w:hAnsi="Ddylr05K+KaiTi" w:eastAsia="Ddylr05K+KaiTi"/>
          <w:color w:val="000000"/>
          <w:sz w:val="28"/>
        </w:rPr>
        <w:t>品分配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价“车</w:t>
      </w:r>
      <w:r>
        <w:rPr>
          <w:spacing w:val="4"/>
          <w:rFonts w:ascii="Ddylr05K+KaiTi" w:hAnsi="Ddylr05K+KaiTi" w:eastAsia="Ddylr05K+KaiTi"/>
          <w:color w:val="000000"/>
          <w:sz w:val="28"/>
        </w:rPr>
        <w:t>辆</w:t>
      </w:r>
      <w:r>
        <w:rPr>
          <w:spacing w:val="6"/>
          <w:rFonts w:ascii="Ddylr05K+KaiTi" w:hAnsi="Ddylr05K+KaiTi" w:eastAsia="Ddylr05K+KaiTi"/>
          <w:color w:val="000000"/>
          <w:sz w:val="28"/>
        </w:rPr>
        <w:t>变速</w:t>
      </w:r>
      <w:r>
        <w:rPr>
          <w:spacing w:val="4"/>
          <w:rFonts w:ascii="Ddylr05K+KaiTi" w:hAnsi="Ddylr05K+KaiTi" w:eastAsia="Ddylr05K+KaiTi"/>
          <w:color w:val="000000"/>
          <w:sz w:val="28"/>
        </w:rPr>
        <w:t>箱</w:t>
      </w:r>
      <w:r>
        <w:rPr>
          <w:spacing w:val="8"/>
          <w:rFonts w:ascii="Ddylr05K+KaiTi" w:hAnsi="Ddylr05K+KaiTi" w:eastAsia="Ddylr05K+KaiTi"/>
          <w:color w:val="000000"/>
          <w:sz w:val="28"/>
        </w:rPr>
        <w:t>、驱</w:t>
      </w:r>
      <w:r>
        <w:rPr>
          <w:spacing w:val="6"/>
          <w:rFonts w:ascii="Ddylr05K+KaiTi" w:hAnsi="Ddylr05K+KaiTi" w:eastAsia="Ddylr05K+KaiTi"/>
          <w:color w:val="000000"/>
          <w:sz w:val="28"/>
        </w:rPr>
        <w:t>动</w:t>
      </w:r>
      <w:r>
        <w:rPr>
          <w:spacing w:val="8"/>
          <w:rFonts w:ascii="Ddylr05K+KaiTi" w:hAnsi="Ddylr05K+KaiTi" w:eastAsia="Ddylr05K+KaiTi"/>
          <w:color w:val="000000"/>
          <w:sz w:val="28"/>
        </w:rPr>
        <w:t>桥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4"/>
          <w:rFonts w:ascii="Ddylr05K+KaiTi" w:hAnsi="Ddylr05K+KaiTi" w:eastAsia="Ddylr05K+KaiTi"/>
          <w:color w:val="000000"/>
          <w:sz w:val="28"/>
        </w:rPr>
        <w:t>”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的全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8"/>
          <w:rFonts w:ascii="Ddylr05K+KaiTi" w:hAnsi="Ddylr05K+KaiTi" w:eastAsia="Ddylr05K+KaiTi"/>
          <w:color w:val="000000"/>
          <w:sz w:val="28"/>
        </w:rPr>
        <w:t>命周</w:t>
      </w:r>
      <w:r>
        <w:rPr>
          <w:spacing w:val="6"/>
          <w:rFonts w:ascii="Ddylr05K+KaiTi" w:hAnsi="Ddylr05K+KaiTi" w:eastAsia="Ddylr05K+KaiTi"/>
          <w:color w:val="000000"/>
          <w:sz w:val="28"/>
        </w:rPr>
        <w:t>期</w:t>
      </w:r>
      <w:r>
        <w:rPr>
          <w:spacing w:val="8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</w:t>
      </w:r>
      <w:r>
        <w:rPr>
          <w:spacing w:val="4"/>
          <w:rFonts w:ascii="Ddylr05K+KaiTi" w:hAnsi="Ddylr05K+KaiTi" w:eastAsia="Ddylr05K+KaiTi"/>
          <w:color w:val="000000"/>
          <w:sz w:val="28"/>
        </w:rPr>
        <w:t>时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由</w:t>
      </w:r>
      <w:r>
        <w:rPr>
          <w:spacing w:val="4"/>
          <w:rFonts w:ascii="Ddylr05K+KaiTi" w:hAnsi="Ddylr05K+KaiTi" w:eastAsia="Ddylr05K+KaiTi"/>
          <w:color w:val="000000"/>
          <w:sz w:val="28"/>
        </w:rPr>
        <w:t>于车</w:t>
      </w:r>
      <w:r>
        <w:rPr>
          <w:spacing w:val="6"/>
          <w:rFonts w:ascii="Ddylr05K+KaiTi" w:hAnsi="Ddylr05K+KaiTi" w:eastAsia="Ddylr05K+KaiTi"/>
          <w:color w:val="000000"/>
          <w:sz w:val="28"/>
        </w:rPr>
        <w:t>辆</w:t>
      </w:r>
      <w:r>
        <w:rPr>
          <w:spacing w:val="4"/>
          <w:rFonts w:ascii="Ddylr05K+KaiTi" w:hAnsi="Ddylr05K+KaiTi" w:eastAsia="Ddylr05K+KaiTi"/>
          <w:color w:val="000000"/>
          <w:sz w:val="28"/>
        </w:rPr>
        <w:t>变</w:t>
      </w:r>
      <w:r>
        <w:rPr>
          <w:spacing w:val="8"/>
          <w:rFonts w:ascii="Ddylr05K+KaiTi" w:hAnsi="Ddylr05K+KaiTi" w:eastAsia="Ddylr05K+KaiTi"/>
          <w:color w:val="000000"/>
          <w:sz w:val="28"/>
        </w:rPr>
        <w:t>速</w:t>
      </w:r>
      <w:r>
        <w:rPr>
          <w:spacing w:val="6"/>
          <w:rFonts w:ascii="Ddylr05K+KaiTi" w:hAnsi="Ddylr05K+KaiTi" w:eastAsia="Ddylr05K+KaiTi"/>
          <w:color w:val="000000"/>
          <w:sz w:val="28"/>
        </w:rPr>
        <w:t>箱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驱</w:t>
      </w:r>
      <w:r>
        <w:rPr>
          <w:spacing w:val="4"/>
          <w:rFonts w:ascii="Ddylr05K+KaiTi" w:hAnsi="Ddylr05K+KaiTi" w:eastAsia="Ddylr05K+KaiTi"/>
          <w:color w:val="000000"/>
          <w:sz w:val="28"/>
        </w:rPr>
        <w:t>动</w:t>
      </w:r>
      <w:r>
        <w:rPr>
          <w:spacing w:val="6"/>
          <w:rFonts w:ascii="Ddylr05K+KaiTi" w:hAnsi="Ddylr05K+KaiTi" w:eastAsia="Ddylr05K+KaiTi"/>
          <w:color w:val="000000"/>
          <w:sz w:val="28"/>
        </w:rPr>
        <w:t>桥</w:t>
      </w:r>
      <w:r>
        <w:rPr>
          <w:spacing w:val="4"/>
          <w:rFonts w:ascii="Ddylr05K+KaiTi" w:hAnsi="Ddylr05K+KaiTi" w:eastAsia="Ddylr05K+KaiTi"/>
          <w:color w:val="000000"/>
          <w:sz w:val="28"/>
        </w:rPr>
        <w:t>齿</w:t>
      </w:r>
      <w:r>
        <w:rPr>
          <w:spacing w:val="6"/>
          <w:rFonts w:ascii="Ddylr05K+KaiTi" w:hAnsi="Ddylr05K+KaiTi" w:eastAsia="Ddylr05K+KaiTi"/>
          <w:color w:val="000000"/>
          <w:sz w:val="28"/>
        </w:rPr>
        <w:t>轮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原</w:t>
      </w:r>
      <w:r>
        <w:rPr>
          <w:spacing w:val="6"/>
          <w:rFonts w:ascii="Ddylr05K+KaiTi" w:hAnsi="Ddylr05K+KaiTi" w:eastAsia="Ddylr05K+KaiTi"/>
          <w:color w:val="000000"/>
          <w:sz w:val="28"/>
        </w:rPr>
        <w:t>料</w:t>
      </w:r>
      <w:r>
        <w:rPr>
          <w:spacing w:val="8"/>
          <w:rFonts w:ascii="Ddylr05K+KaiTi" w:hAnsi="Ddylr05K+KaiTi" w:eastAsia="Ddylr05K+KaiTi"/>
          <w:color w:val="000000"/>
          <w:sz w:val="28"/>
        </w:rPr>
        <w:t>主</w:t>
      </w:r>
      <w:r>
        <w:rPr>
          <w:spacing w:val="4"/>
          <w:rFonts w:ascii="Ddylr05K+KaiTi" w:hAnsi="Ddylr05K+KaiTi" w:eastAsia="Ddylr05K+KaiTi"/>
          <w:color w:val="000000"/>
          <w:sz w:val="28"/>
        </w:rPr>
        <w:t>要</w:t>
      </w:r>
      <w:r>
        <w:rPr>
          <w:spacing w:val="6"/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Ddylr05K+KaiTi" w:hAnsi="Ddylr05K+KaiTi" w:eastAsia="Ddylr05K+KaiTi"/>
          <w:color w:val="000000"/>
          <w:sz w:val="28"/>
        </w:rPr>
        <w:t>圆</w:t>
      </w:r>
      <w:r>
        <w:rPr>
          <w:spacing w:val="6"/>
          <w:rFonts w:ascii="Ddylr05K+KaiTi" w:hAnsi="Ddylr05K+KaiTi" w:eastAsia="Ddylr05K+KaiTi"/>
          <w:color w:val="000000"/>
          <w:sz w:val="28"/>
        </w:rPr>
        <w:t>钢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毛</w:t>
      </w:r>
      <w:r>
        <w:rPr>
          <w:spacing w:val="6"/>
          <w:rFonts w:ascii="Ddylr05K+KaiTi" w:hAnsi="Ddylr05K+KaiTi" w:eastAsia="Ddylr05K+KaiTi"/>
          <w:color w:val="000000"/>
          <w:sz w:val="28"/>
        </w:rPr>
        <w:t>坯</w:t>
      </w:r>
      <w:r>
        <w:rPr>
          <w:rFonts w:ascii="Ddylr05K+KaiTi" w:hAnsi="Ddylr05K+KaiTi" w:eastAsia="Ddylr05K+KaiTi"/>
          <w:color w:val="000000"/>
          <w:sz w:val="28"/>
        </w:rPr>
        <w:t>等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以</w:t>
      </w:r>
      <w:r>
        <w:rPr>
          <w:spacing w:val="4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可</w:t>
      </w:r>
      <w:r>
        <w:rPr>
          <w:spacing w:val="4"/>
          <w:rFonts w:ascii="Ddylr05K+KaiTi" w:hAnsi="Ddylr05K+KaiTi" w:eastAsia="Ddylr05K+KaiTi"/>
          <w:color w:val="000000"/>
          <w:sz w:val="28"/>
        </w:rPr>
        <w:t>能涉</w:t>
      </w:r>
      <w:r>
        <w:rPr>
          <w:spacing w:val="8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其</w:t>
      </w:r>
      <w:r>
        <w:rPr>
          <w:spacing w:val="6"/>
          <w:rFonts w:ascii="Ddylr05K+KaiTi" w:hAnsi="Ddylr05K+KaiTi" w:eastAsia="Ddylr05K+KaiTi"/>
          <w:color w:val="000000"/>
          <w:sz w:val="28"/>
        </w:rPr>
        <w:t>他</w:t>
      </w:r>
      <w:r>
        <w:rPr>
          <w:spacing w:val="8"/>
          <w:rFonts w:ascii="Ddylr05K+KaiTi" w:hAnsi="Ddylr05K+KaiTi" w:eastAsia="Ddylr05K+KaiTi"/>
          <w:color w:val="000000"/>
          <w:sz w:val="28"/>
        </w:rPr>
        <w:t>辅</w:t>
      </w:r>
      <w:r>
        <w:rPr>
          <w:spacing w:val="4"/>
          <w:rFonts w:ascii="Ddylr05K+KaiTi" w:hAnsi="Ddylr05K+KaiTi" w:eastAsia="Ddylr05K+KaiTi"/>
          <w:color w:val="000000"/>
          <w:sz w:val="28"/>
        </w:rPr>
        <w:t>助</w:t>
      </w:r>
      <w:r>
        <w:rPr>
          <w:spacing w:val="6"/>
          <w:rFonts w:ascii="Ddylr05K+KaiTi" w:hAnsi="Ddylr05K+KaiTi" w:eastAsia="Ddylr05K+KaiTi"/>
          <w:color w:val="000000"/>
          <w:sz w:val="28"/>
        </w:rPr>
        <w:t>材</w:t>
      </w:r>
      <w:r>
        <w:rPr>
          <w:spacing w:val="4"/>
          <w:rFonts w:ascii="Ddylr05K+KaiTi" w:hAnsi="Ddylr05K+KaiTi" w:eastAsia="Ddylr05K+KaiTi"/>
          <w:color w:val="000000"/>
          <w:sz w:val="28"/>
        </w:rPr>
        <w:t>料（</w:t>
      </w:r>
      <w:r>
        <w:rPr>
          <w:spacing w:val="8"/>
          <w:rFonts w:ascii="Ddylr05K+KaiTi" w:hAnsi="Ddylr05K+KaiTi" w:eastAsia="Ddylr05K+KaiTi"/>
          <w:color w:val="000000"/>
          <w:sz w:val="28"/>
        </w:rPr>
        <w:t>如</w:t>
      </w:r>
      <w:r>
        <w:rPr>
          <w:spacing w:val="6"/>
          <w:rFonts w:ascii="Ddylr05K+KaiTi" w:hAnsi="Ddylr05K+KaiTi" w:eastAsia="Ddylr05K+KaiTi"/>
          <w:color w:val="000000"/>
          <w:sz w:val="28"/>
        </w:rPr>
        <w:t>包</w:t>
      </w:r>
      <w:r>
        <w:rPr>
          <w:spacing w:val="8"/>
          <w:rFonts w:ascii="Ddylr05K+KaiTi" w:hAnsi="Ddylr05K+KaiTi" w:eastAsia="Ddylr05K+KaiTi"/>
          <w:color w:val="000000"/>
          <w:sz w:val="28"/>
        </w:rPr>
        <w:t>装</w:t>
      </w:r>
      <w:r>
        <w:rPr>
          <w:spacing w:val="6"/>
          <w:rFonts w:ascii="Ddylr05K+KaiTi" w:hAnsi="Ddylr05K+KaiTi" w:eastAsia="Ddylr05K+KaiTi"/>
          <w:color w:val="000000"/>
          <w:sz w:val="28"/>
        </w:rPr>
        <w:t>材</w:t>
      </w:r>
      <w:r>
        <w:rPr>
          <w:spacing w:val="8"/>
          <w:rFonts w:ascii="Ddylr05K+KaiTi" w:hAnsi="Ddylr05K+KaiTi" w:eastAsia="Ddylr05K+KaiTi"/>
          <w:color w:val="000000"/>
          <w:sz w:val="28"/>
        </w:rPr>
        <w:t>料</w:t>
      </w:r>
      <w:r>
        <w:rPr>
          <w:spacing w:val="4"/>
          <w:rFonts w:ascii="Ddylr05K+KaiTi" w:hAnsi="Ddylr05K+KaiTi" w:eastAsia="Ddylr05K+KaiTi"/>
          <w:color w:val="000000"/>
          <w:sz w:val="28"/>
        </w:rPr>
        <w:t>），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组</w:t>
      </w:r>
      <w:r>
        <w:rPr>
          <w:spacing w:val="6"/>
          <w:rFonts w:ascii="Ddylr05K+KaiTi" w:hAnsi="Ddylr05K+KaiTi" w:eastAsia="Ddylr05K+KaiTi"/>
          <w:color w:val="000000"/>
          <w:sz w:val="28"/>
        </w:rPr>
        <w:t>将</w:t>
      </w:r>
      <w:r>
        <w:rPr>
          <w:rFonts w:ascii="Ddylr05K+KaiTi" w:hAnsi="Ddylr05K+KaiTi" w:eastAsia="Ddylr05K+KaiTi"/>
          <w:color w:val="000000"/>
          <w:sz w:val="28"/>
        </w:rPr>
        <w:t>采</w:t>
      </w:r>
      <w:r>
        <w:rPr>
          <w:spacing w:val="-2"/>
          <w:rFonts w:ascii="Ddylr05K+KaiTi" w:hAnsi="Ddylr05K+KaiTi" w:eastAsia="Ddylr05K+KaiTi"/>
          <w:color w:val="000000"/>
          <w:sz w:val="28"/>
        </w:rPr>
        <w:t>用按</w:t>
      </w:r>
      <w:r>
        <w:rPr>
          <w:rFonts w:ascii="Ddylr05K+KaiTi" w:hAnsi="Ddylr05K+KaiTi" w:eastAsia="Ddylr05K+KaiTi"/>
          <w:color w:val="000000"/>
          <w:sz w:val="28"/>
        </w:rPr>
        <w:t>照各</w:t>
      </w:r>
      <w:r>
        <w:rPr>
          <w:spacing w:val="-2"/>
          <w:rFonts w:ascii="Ddylr05K+KaiTi" w:hAnsi="Ddylr05K+KaiTi" w:eastAsia="Ddylr05K+KaiTi"/>
          <w:color w:val="000000"/>
          <w:sz w:val="28"/>
        </w:rPr>
        <w:t>原</w:t>
      </w:r>
      <w:r>
        <w:rPr>
          <w:rFonts w:ascii="Ddylr05K+KaiTi" w:hAnsi="Ddylr05K+KaiTi" w:eastAsia="Ddylr05K+KaiTi"/>
          <w:color w:val="000000"/>
          <w:sz w:val="28"/>
        </w:rPr>
        <w:t>材料</w:t>
      </w:r>
      <w:r>
        <w:rPr>
          <w:spacing w:val="-2"/>
          <w:rFonts w:ascii="Ddylr05K+KaiTi" w:hAnsi="Ddylr05K+KaiTi" w:eastAsia="Ddylr05K+KaiTi"/>
          <w:color w:val="000000"/>
          <w:sz w:val="28"/>
        </w:rPr>
        <w:t>使</w:t>
      </w:r>
      <w:r>
        <w:rPr>
          <w:rFonts w:ascii="Ddylr05K+KaiTi" w:hAnsi="Ddylr05K+KaiTi" w:eastAsia="Ddylr05K+KaiTi"/>
          <w:color w:val="000000"/>
          <w:sz w:val="28"/>
        </w:rPr>
        <w:t>用比</w:t>
      </w:r>
      <w:r>
        <w:rPr>
          <w:spacing w:val="-2"/>
          <w:rFonts w:ascii="Ddylr05K+KaiTi" w:hAnsi="Ddylr05K+KaiTi" w:eastAsia="Ddylr05K+KaiTi"/>
          <w:color w:val="000000"/>
          <w:sz w:val="28"/>
        </w:rPr>
        <w:t>例</w:t>
      </w:r>
      <w:r>
        <w:rPr>
          <w:rFonts w:ascii="Ddylr05K+KaiTi" w:hAnsi="Ddylr05K+KaiTi" w:eastAsia="Ddylr05K+KaiTi"/>
          <w:color w:val="000000"/>
          <w:sz w:val="28"/>
        </w:rPr>
        <w:t>的方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式</w:t>
      </w:r>
      <w:r>
        <w:rPr>
          <w:rFonts w:ascii="Ddylr05K+KaiTi" w:hAnsi="Ddylr05K+KaiTi" w:eastAsia="Ddylr05K+KaiTi"/>
          <w:color w:val="000000"/>
          <w:sz w:val="28"/>
        </w:rPr>
        <w:t>进行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足迹</w:t>
      </w:r>
      <w:r>
        <w:rPr>
          <w:spacing w:val="-2"/>
          <w:rFonts w:ascii="Ddylr05K+KaiTi" w:hAnsi="Ddylr05K+KaiTi" w:eastAsia="Ddylr05K+KaiTi"/>
          <w:color w:val="000000"/>
          <w:sz w:val="28"/>
        </w:rPr>
        <w:t>分</w:t>
      </w:r>
      <w:r>
        <w:rPr>
          <w:rFonts w:ascii="Ddylr05K+KaiTi" w:hAnsi="Ddylr05K+KaiTi" w:eastAsia="Ddylr05K+KaiTi"/>
          <w:color w:val="000000"/>
          <w:sz w:val="28"/>
        </w:rPr>
        <w:t>析。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560"/>
        <w:jc w:val="both"/>
      </w:pPr>
      <w:r>
        <w:rPr>
          <w:spacing w:val="8"/>
          <w:rFonts w:ascii="Ddylr05K+KaiTi" w:hAnsi="Ddylr05K+KaiTi" w:eastAsia="Ddylr05K+KaiTi"/>
          <w:color w:val="000000"/>
          <w:sz w:val="28"/>
        </w:rPr>
        <w:t>具</w:t>
      </w:r>
      <w:r>
        <w:rPr>
          <w:spacing w:val="4"/>
          <w:rFonts w:ascii="Ddylr05K+KaiTi" w:hAnsi="Ddylr05K+KaiTi" w:eastAsia="Ddylr05K+KaiTi"/>
          <w:color w:val="000000"/>
          <w:sz w:val="28"/>
        </w:rPr>
        <w:t>体</w:t>
      </w:r>
      <w:r>
        <w:rPr>
          <w:spacing w:val="6"/>
          <w:rFonts w:ascii="Ddylr05K+KaiTi" w:hAnsi="Ddylr05K+KaiTi" w:eastAsia="Ddylr05K+KaiTi"/>
          <w:color w:val="000000"/>
          <w:sz w:val="28"/>
        </w:rPr>
        <w:t>而言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8"/>
          <w:rFonts w:ascii="Ddylr05K+KaiTi" w:hAnsi="Ddylr05K+KaiTi" w:eastAsia="Ddylr05K+KaiTi"/>
          <w:color w:val="000000"/>
          <w:sz w:val="28"/>
        </w:rPr>
        <w:t>会</w:t>
      </w:r>
      <w:r>
        <w:rPr>
          <w:spacing w:val="6"/>
          <w:rFonts w:ascii="Ddylr05K+KaiTi" w:hAnsi="Ddylr05K+KaiTi" w:eastAsia="Ddylr05K+KaiTi"/>
          <w:color w:val="000000"/>
          <w:sz w:val="28"/>
        </w:rPr>
        <w:t>首</w:t>
      </w:r>
      <w:r>
        <w:rPr>
          <w:spacing w:val="8"/>
          <w:rFonts w:ascii="Ddylr05K+KaiTi" w:hAnsi="Ddylr05K+KaiTi" w:eastAsia="Ddylr05K+KaiTi"/>
          <w:color w:val="000000"/>
          <w:sz w:val="28"/>
        </w:rPr>
        <w:t>先量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spacing w:val="8"/>
          <w:rFonts w:ascii="Ddylr05K+KaiTi" w:hAnsi="Ddylr05K+KaiTi" w:eastAsia="Ddylr05K+KaiTi"/>
          <w:color w:val="000000"/>
          <w:sz w:val="28"/>
        </w:rPr>
        <w:t>每批车</w:t>
      </w:r>
      <w:r>
        <w:rPr>
          <w:spacing w:val="4"/>
          <w:rFonts w:ascii="Ddylr05K+KaiTi" w:hAnsi="Ddylr05K+KaiTi" w:eastAsia="Ddylr05K+KaiTi"/>
          <w:color w:val="000000"/>
          <w:sz w:val="28"/>
        </w:rPr>
        <w:t>辆</w:t>
      </w:r>
      <w:r>
        <w:rPr>
          <w:spacing w:val="6"/>
          <w:rFonts w:ascii="Ddylr05K+KaiTi" w:hAnsi="Ddylr05K+KaiTi" w:eastAsia="Ddylr05K+KaiTi"/>
          <w:color w:val="000000"/>
          <w:sz w:val="28"/>
        </w:rPr>
        <w:t>变速</w:t>
      </w:r>
      <w:r>
        <w:rPr>
          <w:spacing w:val="4"/>
          <w:rFonts w:ascii="Ddylr05K+KaiTi" w:hAnsi="Ddylr05K+KaiTi" w:eastAsia="Ddylr05K+KaiTi"/>
          <w:color w:val="000000"/>
          <w:sz w:val="28"/>
        </w:rPr>
        <w:t>箱</w:t>
      </w:r>
      <w:r>
        <w:rPr>
          <w:spacing w:val="6"/>
          <w:rFonts w:ascii="Ddylr05K+KaiTi" w:hAnsi="Ddylr05K+KaiTi" w:eastAsia="Ddylr05K+KaiTi"/>
          <w:color w:val="000000"/>
          <w:sz w:val="28"/>
        </w:rPr>
        <w:t>、驱</w:t>
      </w:r>
      <w:r>
        <w:rPr>
          <w:spacing w:val="4"/>
          <w:rFonts w:ascii="Ddylr05K+KaiTi" w:hAnsi="Ddylr05K+KaiTi" w:eastAsia="Ddylr05K+KaiTi"/>
          <w:color w:val="000000"/>
          <w:sz w:val="28"/>
        </w:rPr>
        <w:t>动</w:t>
      </w:r>
      <w:r>
        <w:rPr>
          <w:spacing w:val="8"/>
          <w:rFonts w:ascii="Ddylr05K+KaiTi" w:hAnsi="Ddylr05K+KaiTi" w:eastAsia="Ddylr05K+KaiTi"/>
          <w:color w:val="000000"/>
          <w:sz w:val="28"/>
        </w:rPr>
        <w:t>桥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中</w:t>
      </w:r>
      <w:r>
        <w:rPr>
          <w:spacing w:val="6"/>
          <w:rFonts w:ascii="Ddylr05K+KaiTi" w:hAnsi="Ddylr05K+KaiTi" w:eastAsia="Ddylr05K+KaiTi"/>
          <w:color w:val="000000"/>
          <w:sz w:val="28"/>
        </w:rPr>
        <w:t>各</w:t>
      </w:r>
      <w:r>
        <w:rPr>
          <w:spacing w:val="8"/>
          <w:rFonts w:ascii="Ddylr05K+KaiTi" w:hAnsi="Ddylr05K+KaiTi" w:eastAsia="Ddylr05K+KaiTi"/>
          <w:color w:val="000000"/>
          <w:sz w:val="28"/>
        </w:rPr>
        <w:t>类</w:t>
      </w:r>
      <w:r>
        <w:rPr>
          <w:spacing w:val="4"/>
          <w:rFonts w:ascii="Ddylr05K+KaiTi" w:hAnsi="Ddylr05K+KaiTi" w:eastAsia="Ddylr05K+KaiTi"/>
          <w:color w:val="000000"/>
          <w:sz w:val="28"/>
        </w:rPr>
        <w:t>原</w:t>
      </w:r>
      <w:r>
        <w:rPr>
          <w:spacing w:val="6"/>
          <w:rFonts w:ascii="Ddylr05K+KaiTi" w:hAnsi="Ddylr05K+KaiTi" w:eastAsia="Ddylr05K+KaiTi"/>
          <w:color w:val="000000"/>
          <w:sz w:val="28"/>
        </w:rPr>
        <w:t>材</w:t>
      </w:r>
      <w:r>
        <w:rPr>
          <w:spacing w:val="4"/>
          <w:rFonts w:ascii="Ddylr05K+KaiTi" w:hAnsi="Ddylr05K+KaiTi" w:eastAsia="Ddylr05K+KaiTi"/>
          <w:color w:val="000000"/>
          <w:sz w:val="28"/>
        </w:rPr>
        <w:t>料和</w:t>
      </w:r>
      <w:r>
        <w:rPr>
          <w:spacing w:val="8"/>
          <w:rFonts w:ascii="Ddylr05K+KaiTi" w:hAnsi="Ddylr05K+KaiTi" w:eastAsia="Ddylr05K+KaiTi"/>
          <w:color w:val="000000"/>
          <w:sz w:val="28"/>
        </w:rPr>
        <w:t>辅</w:t>
      </w:r>
      <w:r>
        <w:rPr>
          <w:spacing w:val="6"/>
          <w:rFonts w:ascii="Ddylr05K+KaiTi" w:hAnsi="Ddylr05K+KaiTi" w:eastAsia="Ddylr05K+KaiTi"/>
          <w:color w:val="000000"/>
          <w:sz w:val="28"/>
        </w:rPr>
        <w:t>料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实</w:t>
      </w:r>
      <w:r>
        <w:rPr>
          <w:spacing w:val="8"/>
          <w:rFonts w:ascii="Ddylr05K+KaiTi" w:hAnsi="Ddylr05K+KaiTi" w:eastAsia="Ddylr05K+KaiTi"/>
          <w:color w:val="000000"/>
          <w:sz w:val="28"/>
        </w:rPr>
        <w:t>际</w:t>
      </w:r>
      <w:r>
        <w:rPr>
          <w:spacing w:val="4"/>
          <w:rFonts w:ascii="Ddylr05K+KaiTi" w:hAnsi="Ddylr05K+KaiTi" w:eastAsia="Ddylr05K+KaiTi"/>
          <w:color w:val="000000"/>
          <w:sz w:val="28"/>
        </w:rPr>
        <w:t>投</w:t>
      </w:r>
      <w:r>
        <w:rPr>
          <w:spacing w:val="6"/>
          <w:rFonts w:ascii="Ddylr05K+KaiTi" w:hAnsi="Ddylr05K+KaiTi" w:eastAsia="Ddylr05K+KaiTi"/>
          <w:color w:val="000000"/>
          <w:sz w:val="28"/>
        </w:rPr>
        <w:t>入</w:t>
      </w:r>
      <w:r>
        <w:rPr>
          <w:spacing w:val="4"/>
          <w:rFonts w:ascii="Ddylr05K+KaiTi" w:hAnsi="Ddylr05K+KaiTi" w:eastAsia="Ddylr05K+KaiTi"/>
          <w:color w:val="000000"/>
          <w:sz w:val="28"/>
        </w:rPr>
        <w:t>量，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并</w:t>
      </w:r>
      <w:r>
        <w:rPr>
          <w:spacing w:val="6"/>
          <w:rFonts w:ascii="Ddylr05K+KaiTi" w:hAnsi="Ddylr05K+KaiTi" w:eastAsia="Ddylr05K+KaiTi"/>
          <w:color w:val="000000"/>
          <w:sz w:val="28"/>
        </w:rPr>
        <w:t>依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每</w:t>
      </w:r>
      <w:r>
        <w:rPr>
          <w:spacing w:val="8"/>
          <w:rFonts w:ascii="Ddylr05K+KaiTi" w:hAnsi="Ddylr05K+KaiTi" w:eastAsia="Ddylr05K+KaiTi"/>
          <w:color w:val="000000"/>
          <w:sz w:val="28"/>
        </w:rPr>
        <w:t>种</w:t>
      </w:r>
      <w:r>
        <w:rPr>
          <w:spacing w:val="4"/>
          <w:rFonts w:ascii="Ddylr05K+KaiTi" w:hAnsi="Ddylr05K+KaiTi" w:eastAsia="Ddylr05K+KaiTi"/>
          <w:color w:val="000000"/>
          <w:sz w:val="28"/>
        </w:rPr>
        <w:t>原料</w:t>
      </w:r>
      <w:r>
        <w:rPr>
          <w:spacing w:val="6"/>
          <w:rFonts w:ascii="Ddylr05K+KaiTi" w:hAnsi="Ddylr05K+KaiTi" w:eastAsia="Ddylr05K+KaiTi"/>
          <w:color w:val="000000"/>
          <w:sz w:val="28"/>
        </w:rPr>
        <w:t>单</w:t>
      </w:r>
      <w:r>
        <w:rPr>
          <w:spacing w:val="4"/>
          <w:rFonts w:ascii="Ddylr05K+KaiTi" w:hAnsi="Ddylr05K+KaiTi" w:eastAsia="Ddylr05K+KaiTi"/>
          <w:color w:val="000000"/>
          <w:sz w:val="28"/>
        </w:rPr>
        <w:t>位</w:t>
      </w:r>
      <w:r>
        <w:rPr>
          <w:spacing w:val="8"/>
          <w:rFonts w:ascii="Ddylr05K+KaiTi" w:hAnsi="Ddylr05K+KaiTi" w:eastAsia="Ddylr05K+KaiTi"/>
          <w:color w:val="000000"/>
          <w:sz w:val="28"/>
        </w:rPr>
        <w:t>重</w:t>
      </w:r>
      <w:r>
        <w:rPr>
          <w:spacing w:val="6"/>
          <w:rFonts w:ascii="Ddylr05K+KaiTi" w:hAnsi="Ddylr05K+KaiTi" w:eastAsia="Ddylr05K+KaiTi"/>
          <w:color w:val="000000"/>
          <w:sz w:val="28"/>
        </w:rPr>
        <w:t>量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碳含</w:t>
      </w:r>
      <w:r>
        <w:rPr>
          <w:rFonts w:ascii="Ddylr05K+KaiTi" w:hAnsi="Ddylr05K+KaiTi" w:eastAsia="Ddylr05K+KaiTi"/>
          <w:color w:val="000000"/>
          <w:sz w:val="28"/>
        </w:rPr>
        <w:t>量及</w:t>
      </w:r>
      <w:r>
        <w:rPr>
          <w:spacing w:val="-2"/>
          <w:rFonts w:ascii="Ddylr05K+KaiTi" w:hAnsi="Ddylr05K+KaiTi" w:eastAsia="Ddylr05K+KaiTi"/>
          <w:color w:val="000000"/>
          <w:sz w:val="28"/>
        </w:rPr>
        <w:t>其</w:t>
      </w:r>
      <w:r>
        <w:rPr>
          <w:rFonts w:ascii="Ddylr05K+KaiTi" w:hAnsi="Ddylr05K+KaiTi" w:eastAsia="Ddylr05K+KaiTi"/>
          <w:color w:val="000000"/>
          <w:sz w:val="28"/>
        </w:rPr>
        <w:t>对应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碳排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因子</w:t>
      </w:r>
      <w:r>
        <w:rPr>
          <w:spacing w:val="-2"/>
          <w:rFonts w:ascii="Ddylr05K+KaiTi" w:hAnsi="Ddylr05K+KaiTi" w:eastAsia="Ddylr05K+KaiTi"/>
          <w:color w:val="000000"/>
          <w:sz w:val="28"/>
        </w:rPr>
        <w:t>进</w:t>
      </w:r>
      <w:r>
        <w:rPr>
          <w:rFonts w:ascii="Ddylr05K+KaiTi" w:hAnsi="Ddylr05K+KaiTi" w:eastAsia="Ddylr05K+KaiTi"/>
          <w:color w:val="000000"/>
          <w:sz w:val="28"/>
        </w:rPr>
        <w:t>行计</w:t>
      </w:r>
      <w:r>
        <w:rPr>
          <w:spacing w:val="-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560"/>
        <w:jc w:val="both"/>
      </w:pPr>
      <w:r>
        <w:rPr>
          <w:spacing w:val="8"/>
          <w:rFonts w:ascii="Ddylr05K+KaiTi" w:hAnsi="Ddylr05K+KaiTi" w:eastAsia="Ddylr05K+KaiTi"/>
          <w:color w:val="000000"/>
          <w:sz w:val="28"/>
        </w:rPr>
        <w:t>另</w:t>
      </w:r>
      <w:r>
        <w:rPr>
          <w:spacing w:val="4"/>
          <w:rFonts w:ascii="Ddylr05K+KaiTi" w:hAnsi="Ddylr05K+KaiTi" w:eastAsia="Ddylr05K+KaiTi"/>
          <w:color w:val="000000"/>
          <w:sz w:val="28"/>
        </w:rPr>
        <w:t>外</w:t>
      </w:r>
      <w:r>
        <w:rPr>
          <w:spacing w:val="6"/>
          <w:rFonts w:ascii="Ddylr05K+KaiTi" w:hAnsi="Ddylr05K+KaiTi" w:eastAsia="Ddylr05K+KaiTi"/>
          <w:color w:val="000000"/>
          <w:sz w:val="28"/>
        </w:rPr>
        <w:t>，对</w:t>
      </w:r>
      <w:r>
        <w:rPr>
          <w:spacing w:val="4"/>
          <w:rFonts w:ascii="Ddylr05K+KaiTi" w:hAnsi="Ddylr05K+KaiTi" w:eastAsia="Ddylr05K+KaiTi"/>
          <w:color w:val="000000"/>
          <w:sz w:val="28"/>
        </w:rPr>
        <w:t>于</w:t>
      </w:r>
      <w:r>
        <w:rPr>
          <w:spacing w:val="6"/>
          <w:rFonts w:ascii="Ddylr05K+KaiTi" w:hAnsi="Ddylr05K+KaiTi" w:eastAsia="Ddylr05K+KaiTi"/>
          <w:color w:val="000000"/>
          <w:sz w:val="28"/>
        </w:rPr>
        <w:t>运输</w:t>
      </w:r>
      <w:r>
        <w:rPr>
          <w:spacing w:val="4"/>
          <w:rFonts w:ascii="Ddylr05K+KaiTi" w:hAnsi="Ddylr05K+KaiTi" w:eastAsia="Ddylr05K+KaiTi"/>
          <w:color w:val="000000"/>
          <w:sz w:val="28"/>
        </w:rPr>
        <w:t>过</w:t>
      </w:r>
      <w:r>
        <w:rPr>
          <w:spacing w:val="8"/>
          <w:rFonts w:ascii="Ddylr05K+KaiTi" w:hAnsi="Ddylr05K+KaiTi" w:eastAsia="Ddylr05K+KaiTi"/>
          <w:color w:val="000000"/>
          <w:sz w:val="28"/>
        </w:rPr>
        <w:t>程</w:t>
      </w:r>
      <w:r>
        <w:rPr>
          <w:spacing w:val="6"/>
          <w:rFonts w:ascii="Ddylr05K+KaiTi" w:hAnsi="Ddylr05K+KaiTi" w:eastAsia="Ddylr05K+KaiTi"/>
          <w:color w:val="000000"/>
          <w:sz w:val="28"/>
        </w:rPr>
        <w:t>中</w:t>
      </w:r>
      <w:r>
        <w:rPr>
          <w:spacing w:val="8"/>
          <w:rFonts w:ascii="Ddylr05K+KaiTi" w:hAnsi="Ddylr05K+KaiTi" w:eastAsia="Ddylr05K+KaiTi"/>
          <w:color w:val="000000"/>
          <w:sz w:val="28"/>
        </w:rPr>
        <w:t>的碳</w:t>
      </w:r>
      <w:r>
        <w:rPr>
          <w:spacing w:val="6"/>
          <w:rFonts w:ascii="Ddylr05K+KaiTi" w:hAnsi="Ddylr05K+KaiTi" w:eastAsia="Ddylr05K+KaiTi"/>
          <w:color w:val="000000"/>
          <w:sz w:val="28"/>
        </w:rPr>
        <w:t>排</w:t>
      </w:r>
      <w:r>
        <w:rPr>
          <w:spacing w:val="8"/>
          <w:rFonts w:ascii="Ddylr05K+KaiTi" w:hAnsi="Ddylr05K+KaiTi" w:eastAsia="Ddylr05K+KaiTi"/>
          <w:color w:val="000000"/>
          <w:sz w:val="28"/>
        </w:rPr>
        <w:t>放，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价组</w:t>
      </w:r>
      <w:r>
        <w:rPr>
          <w:spacing w:val="4"/>
          <w:rFonts w:ascii="Ddylr05K+KaiTi" w:hAnsi="Ddylr05K+KaiTi" w:eastAsia="Ddylr05K+KaiTi"/>
          <w:color w:val="000000"/>
          <w:sz w:val="28"/>
        </w:rPr>
        <w:t>将</w:t>
      </w:r>
      <w:r>
        <w:rPr>
          <w:spacing w:val="6"/>
          <w:rFonts w:ascii="Ddylr05K+KaiTi" w:hAnsi="Ddylr05K+KaiTi" w:eastAsia="Ddylr05K+KaiTi"/>
          <w:color w:val="000000"/>
          <w:sz w:val="28"/>
        </w:rPr>
        <w:t>根据</w:t>
      </w:r>
      <w:r>
        <w:rPr>
          <w:spacing w:val="4"/>
          <w:rFonts w:ascii="Ddylr05K+KaiTi" w:hAnsi="Ddylr05K+KaiTi" w:eastAsia="Ddylr05K+KaiTi"/>
          <w:color w:val="000000"/>
          <w:sz w:val="28"/>
        </w:rPr>
        <w:t>这</w:t>
      </w:r>
      <w:r>
        <w:rPr>
          <w:spacing w:val="8"/>
          <w:rFonts w:ascii="Ddylr05K+KaiTi" w:hAnsi="Ddylr05K+KaiTi" w:eastAsia="Ddylr05K+KaiTi"/>
          <w:color w:val="000000"/>
          <w:sz w:val="28"/>
        </w:rPr>
        <w:t>些原</w:t>
      </w:r>
      <w:r>
        <w:rPr>
          <w:spacing w:val="6"/>
          <w:rFonts w:ascii="Ddylr05K+KaiTi" w:hAnsi="Ddylr05K+KaiTi" w:eastAsia="Ddylr05K+KaiTi"/>
          <w:color w:val="000000"/>
          <w:sz w:val="28"/>
        </w:rPr>
        <w:t>材</w:t>
      </w:r>
      <w:r>
        <w:rPr>
          <w:spacing w:val="8"/>
          <w:rFonts w:ascii="Ddylr05K+KaiTi" w:hAnsi="Ddylr05K+KaiTi" w:eastAsia="Ddylr05K+KaiTi"/>
          <w:color w:val="000000"/>
          <w:sz w:val="28"/>
        </w:rPr>
        <w:t>料</w:t>
      </w:r>
      <w:r>
        <w:rPr>
          <w:rFonts w:ascii="Ddylr05K+KaiTi" w:hAnsi="Ddylr05K+KaiTi" w:eastAsia="Ddylr05K+KaiTi"/>
          <w:color w:val="000000"/>
          <w:sz w:val="28"/>
        </w:rPr>
        <w:t>从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地</w:t>
      </w:r>
      <w:r>
        <w:rPr>
          <w:spacing w:val="6"/>
          <w:rFonts w:ascii="Ddylr05K+KaiTi" w:hAnsi="Ddylr05K+KaiTi" w:eastAsia="Ddylr05K+KaiTi"/>
          <w:color w:val="000000"/>
          <w:sz w:val="28"/>
        </w:rPr>
        <w:t>到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加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4"/>
          <w:rFonts w:ascii="Ddylr05K+KaiTi" w:hAnsi="Ddylr05K+KaiTi" w:eastAsia="Ddylr05K+KaiTi"/>
          <w:color w:val="000000"/>
          <w:sz w:val="28"/>
        </w:rPr>
        <w:t>地的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物</w:t>
      </w:r>
      <w:r>
        <w:rPr>
          <w:spacing w:val="6"/>
          <w:rFonts w:ascii="Ddylr05K+KaiTi" w:hAnsi="Ddylr05K+KaiTi" w:eastAsia="Ddylr05K+KaiTi"/>
          <w:color w:val="000000"/>
          <w:sz w:val="28"/>
        </w:rPr>
        <w:t>流</w:t>
      </w:r>
      <w:r>
        <w:rPr>
          <w:spacing w:val="8"/>
          <w:rFonts w:ascii="Ddylr05K+KaiTi" w:hAnsi="Ddylr05K+KaiTi" w:eastAsia="Ddylr05K+KaiTi"/>
          <w:color w:val="000000"/>
          <w:sz w:val="28"/>
        </w:rPr>
        <w:t>距</w:t>
      </w:r>
      <w:r>
        <w:rPr>
          <w:spacing w:val="4"/>
          <w:rFonts w:ascii="Ddylr05K+KaiTi" w:hAnsi="Ddylr05K+KaiTi" w:eastAsia="Ddylr05K+KaiTi"/>
          <w:color w:val="000000"/>
          <w:sz w:val="28"/>
        </w:rPr>
        <w:t>离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运输</w:t>
      </w:r>
      <w:r>
        <w:rPr>
          <w:spacing w:val="8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式</w:t>
      </w:r>
      <w:r>
        <w:rPr>
          <w:spacing w:val="8"/>
          <w:rFonts w:ascii="Ddylr05K+KaiTi" w:hAnsi="Ddylr05K+KaiTi" w:eastAsia="Ddylr05K+KaiTi"/>
          <w:color w:val="000000"/>
          <w:sz w:val="28"/>
        </w:rPr>
        <w:t>（</w:t>
      </w:r>
      <w:r>
        <w:rPr>
          <w:spacing w:val="6"/>
          <w:rFonts w:ascii="Ddylr05K+KaiTi" w:hAnsi="Ddylr05K+KaiTi" w:eastAsia="Ddylr05K+KaiTi"/>
          <w:color w:val="000000"/>
          <w:sz w:val="28"/>
        </w:rPr>
        <w:t>陆</w:t>
      </w:r>
      <w:r>
        <w:rPr>
          <w:spacing w:val="8"/>
          <w:rFonts w:ascii="Ddylr05K+KaiTi" w:hAnsi="Ddylr05K+KaiTi" w:eastAsia="Ddylr05K+KaiTi"/>
          <w:color w:val="000000"/>
          <w:sz w:val="28"/>
        </w:rPr>
        <w:t>运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水</w:t>
      </w:r>
      <w:r>
        <w:rPr>
          <w:spacing w:val="4"/>
          <w:rFonts w:ascii="Ddylr05K+KaiTi" w:hAnsi="Ddylr05K+KaiTi" w:eastAsia="Ddylr05K+KaiTi"/>
          <w:color w:val="000000"/>
          <w:sz w:val="28"/>
        </w:rPr>
        <w:t>运或</w:t>
      </w:r>
      <w:r>
        <w:rPr>
          <w:spacing w:val="8"/>
          <w:rFonts w:ascii="Ddylr05K+KaiTi" w:hAnsi="Ddylr05K+KaiTi" w:eastAsia="Ddylr05K+KaiTi"/>
          <w:color w:val="000000"/>
          <w:sz w:val="28"/>
        </w:rPr>
        <w:t>空</w:t>
      </w:r>
      <w:r>
        <w:rPr>
          <w:spacing w:val="6"/>
          <w:rFonts w:ascii="Ddylr05K+KaiTi" w:hAnsi="Ddylr05K+KaiTi" w:eastAsia="Ddylr05K+KaiTi"/>
          <w:color w:val="000000"/>
          <w:sz w:val="28"/>
        </w:rPr>
        <w:t>运</w:t>
      </w:r>
      <w:r>
        <w:rPr>
          <w:spacing w:val="8"/>
          <w:rFonts w:ascii="Ddylr05K+KaiTi" w:hAnsi="Ddylr05K+KaiTi" w:eastAsia="Ddylr05K+KaiTi"/>
          <w:color w:val="000000"/>
          <w:sz w:val="28"/>
        </w:rPr>
        <w:t>）</w:t>
      </w:r>
      <w:r>
        <w:rPr>
          <w:rFonts w:ascii="Ddylr05K+KaiTi" w:hAnsi="Ddylr05K+KaiTi" w:eastAsia="Ddylr05K+KaiTi"/>
          <w:color w:val="000000"/>
          <w:sz w:val="28"/>
        </w:rPr>
        <w:t>及</w:t>
      </w:r>
      <w:r>
        <w:rPr>
          <w:spacing w:val="-2"/>
          <w:rFonts w:ascii="Ddylr05K+KaiTi" w:hAnsi="Ddylr05K+KaiTi" w:eastAsia="Ddylr05K+KaiTi"/>
          <w:color w:val="000000"/>
          <w:sz w:val="28"/>
        </w:rPr>
        <w:t>相应</w:t>
      </w:r>
      <w:r>
        <w:rPr>
          <w:rFonts w:ascii="Ddylr05K+KaiTi" w:hAnsi="Ddylr05K+KaiTi" w:eastAsia="Ddylr05K+KaiTi"/>
          <w:color w:val="000000"/>
          <w:sz w:val="28"/>
        </w:rPr>
        <w:t>的能</w:t>
      </w:r>
      <w:r>
        <w:rPr>
          <w:spacing w:val="-2"/>
          <w:rFonts w:ascii="Ddylr05K+KaiTi" w:hAnsi="Ddylr05K+KaiTi" w:eastAsia="Ddylr05K+KaiTi"/>
          <w:color w:val="000000"/>
          <w:sz w:val="28"/>
        </w:rPr>
        <w:t>源</w:t>
      </w:r>
      <w:r>
        <w:rPr>
          <w:rFonts w:ascii="Ddylr05K+KaiTi" w:hAnsi="Ddylr05K+KaiTi" w:eastAsia="Ddylr05K+KaiTi"/>
          <w:color w:val="000000"/>
          <w:sz w:val="28"/>
        </w:rPr>
        <w:t>消耗</w:t>
      </w:r>
      <w:r>
        <w:rPr>
          <w:spacing w:val="-2"/>
          <w:rFonts w:ascii="Ddylr05K+KaiTi" w:hAnsi="Ddylr05K+KaiTi" w:eastAsia="Ddylr05K+KaiTi"/>
          <w:color w:val="000000"/>
          <w:sz w:val="28"/>
        </w:rPr>
        <w:t>系</w:t>
      </w:r>
      <w:r>
        <w:rPr>
          <w:rFonts w:ascii="Ddylr05K+KaiTi" w:hAnsi="Ddylr05K+KaiTi" w:eastAsia="Ddylr05K+KaiTi"/>
          <w:color w:val="000000"/>
          <w:sz w:val="28"/>
        </w:rPr>
        <w:t>数来</w:t>
      </w:r>
      <w:r>
        <w:rPr>
          <w:spacing w:val="-2"/>
          <w:rFonts w:ascii="Ddylr05K+KaiTi" w:hAnsi="Ddylr05K+KaiTi" w:eastAsia="Ddylr05K+KaiTi"/>
          <w:color w:val="000000"/>
          <w:sz w:val="28"/>
        </w:rPr>
        <w:t>计</w:t>
      </w:r>
      <w:r>
        <w:rPr>
          <w:rFonts w:ascii="Ddylr05K+KaiTi" w:hAnsi="Ddylr05K+KaiTi" w:eastAsia="Ddylr05K+KaiTi"/>
          <w:color w:val="000000"/>
          <w:sz w:val="28"/>
        </w:rPr>
        <w:t>算运</w:t>
      </w:r>
      <w:r>
        <w:rPr>
          <w:spacing w:val="-2"/>
          <w:rFonts w:ascii="Ddylr05K+KaiTi" w:hAnsi="Ddylr05K+KaiTi" w:eastAsia="Ddylr05K+KaiTi"/>
          <w:color w:val="000000"/>
          <w:sz w:val="28"/>
        </w:rPr>
        <w:t>输</w:t>
      </w:r>
      <w:r>
        <w:rPr>
          <w:rFonts w:ascii="Ddylr05K+KaiTi" w:hAnsi="Ddylr05K+KaiTi" w:eastAsia="Ddylr05K+KaiTi"/>
          <w:color w:val="000000"/>
          <w:sz w:val="28"/>
        </w:rPr>
        <w:t>阶段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碳排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量。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tab/>
      </w:r>
      <w:r>
        <w:rPr>
          <w:rFonts w:ascii="Ddylr05K+KaiTi" w:hAnsi="Ddylr05K+KaiTi" w:eastAsia="Ddylr05K+KaiTi"/>
          <w:color w:val="000000"/>
          <w:sz w:val="28"/>
        </w:rPr>
        <w:t>实</w:t>
      </w:r>
      <w:r>
        <w:rPr>
          <w:spacing w:val="-2"/>
          <w:rFonts w:ascii="Ddylr05K+KaiTi" w:hAnsi="Ddylr05K+KaiTi" w:eastAsia="Ddylr05K+KaiTi"/>
          <w:color w:val="000000"/>
          <w:sz w:val="28"/>
        </w:rPr>
        <w:t>质</w:t>
      </w:r>
      <w:r>
        <w:rPr>
          <w:rFonts w:ascii="Ddylr05K+KaiTi" w:hAnsi="Ddylr05K+KaiTi" w:eastAsia="Ddylr05K+KaiTi"/>
          <w:color w:val="000000"/>
          <w:sz w:val="28"/>
        </w:rPr>
        <w:t>性和</w:t>
      </w:r>
      <w:r>
        <w:rPr>
          <w:spacing w:val="-2"/>
          <w:rFonts w:ascii="Ddylr05K+KaiTi" w:hAnsi="Ddylr05K+KaiTi" w:eastAsia="Ddylr05K+KaiTi"/>
          <w:color w:val="000000"/>
          <w:sz w:val="28"/>
        </w:rPr>
        <w:t>保</w:t>
      </w:r>
      <w:r>
        <w:rPr>
          <w:rFonts w:ascii="Ddylr05K+KaiTi" w:hAnsi="Ddylr05K+KaiTi" w:eastAsia="Ddylr05K+KaiTi"/>
          <w:color w:val="000000"/>
          <w:sz w:val="28"/>
        </w:rPr>
        <w:t>证等级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实</w:t>
      </w:r>
      <w:r>
        <w:rPr>
          <w:spacing w:val="4"/>
          <w:rFonts w:ascii="Ddylr05K+KaiTi" w:hAnsi="Ddylr05K+KaiTi" w:eastAsia="Ddylr05K+KaiTi"/>
          <w:color w:val="000000"/>
          <w:sz w:val="28"/>
        </w:rPr>
        <w:t>质</w:t>
      </w:r>
      <w:r>
        <w:rPr>
          <w:spacing w:val="6"/>
          <w:rFonts w:ascii="Ddylr05K+KaiTi" w:hAnsi="Ddylr05K+KaiTi" w:eastAsia="Ddylr05K+KaiTi"/>
          <w:color w:val="000000"/>
          <w:sz w:val="28"/>
        </w:rPr>
        <w:t>性：</w:t>
      </w:r>
      <w:r>
        <w:rPr>
          <w:spacing w:val="4"/>
          <w:rFonts w:ascii="Ddylr05K+KaiTi" w:hAnsi="Ddylr05K+KaiTi" w:eastAsia="Ddylr05K+KaiTi"/>
          <w:color w:val="000000"/>
          <w:sz w:val="28"/>
        </w:rPr>
        <w:t>本</w:t>
      </w:r>
      <w:r>
        <w:rPr>
          <w:spacing w:val="6"/>
          <w:rFonts w:ascii="Ddylr05K+KaiTi" w:hAnsi="Ddylr05K+KaiTi" w:eastAsia="Ddylr05K+KaiTi"/>
          <w:color w:val="000000"/>
          <w:sz w:val="28"/>
        </w:rPr>
        <w:t>次评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涵</w:t>
      </w:r>
      <w:r>
        <w:rPr>
          <w:spacing w:val="6"/>
          <w:rFonts w:ascii="Ddylr05K+KaiTi" w:hAnsi="Ddylr05K+KaiTi" w:eastAsia="Ddylr05K+KaiTi"/>
          <w:color w:val="000000"/>
          <w:sz w:val="28"/>
        </w:rPr>
        <w:t>盖</w:t>
      </w:r>
      <w:r>
        <w:rPr>
          <w:spacing w:val="8"/>
          <w:rFonts w:ascii="Ddylr05K+KaiTi" w:hAnsi="Ddylr05K+KaiTi" w:eastAsia="Ddylr05K+KaiTi"/>
          <w:color w:val="000000"/>
          <w:sz w:val="28"/>
        </w:rPr>
        <w:t>了所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核算</w:t>
      </w:r>
      <w:r>
        <w:rPr>
          <w:spacing w:val="4"/>
          <w:rFonts w:ascii="Ddylr05K+KaiTi" w:hAnsi="Ddylr05K+KaiTi" w:eastAsia="Ddylr05K+KaiTi"/>
          <w:color w:val="000000"/>
          <w:sz w:val="28"/>
        </w:rPr>
        <w:t>边</w:t>
      </w:r>
      <w:r>
        <w:rPr>
          <w:spacing w:val="6"/>
          <w:rFonts w:ascii="Ddylr05K+KaiTi" w:hAnsi="Ddylr05K+KaiTi" w:eastAsia="Ddylr05K+KaiTi"/>
          <w:color w:val="000000"/>
          <w:sz w:val="28"/>
        </w:rPr>
        <w:t>界范</w:t>
      </w:r>
      <w:r>
        <w:rPr>
          <w:spacing w:val="4"/>
          <w:rFonts w:ascii="Ddylr05K+KaiTi" w:hAnsi="Ddylr05K+KaiTi" w:eastAsia="Ddylr05K+KaiTi"/>
          <w:color w:val="000000"/>
          <w:sz w:val="28"/>
        </w:rPr>
        <w:t>围</w:t>
      </w:r>
      <w:r>
        <w:rPr>
          <w:spacing w:val="8"/>
          <w:rFonts w:ascii="Ddylr05K+KaiTi" w:hAnsi="Ddylr05K+KaiTi" w:eastAsia="Ddylr05K+KaiTi"/>
          <w:color w:val="000000"/>
          <w:sz w:val="28"/>
        </w:rPr>
        <w:t>内与</w:t>
      </w:r>
      <w:r>
        <w:rPr>
          <w:spacing w:val="6"/>
          <w:rFonts w:ascii="Ddylr05K+KaiTi" w:hAnsi="Ddylr05K+KaiTi" w:eastAsia="Ddylr05K+KaiTi"/>
          <w:color w:val="000000"/>
          <w:sz w:val="28"/>
        </w:rPr>
        <w:t>功</w:t>
      </w:r>
      <w:r>
        <w:rPr>
          <w:spacing w:val="8"/>
          <w:rFonts w:ascii="Ddylr05K+KaiTi" w:hAnsi="Ddylr05K+KaiTi" w:eastAsia="Ddylr05K+KaiTi"/>
          <w:color w:val="000000"/>
          <w:sz w:val="28"/>
        </w:rPr>
        <w:t>能</w:t>
      </w:r>
      <w:r>
        <w:rPr>
          <w:rFonts w:ascii="Ddylr05K+KaiTi" w:hAnsi="Ddylr05K+KaiTi" w:eastAsia="Ddylr05K+KaiTi"/>
          <w:color w:val="000000"/>
          <w:sz w:val="28"/>
        </w:rPr>
        <w:t>单</w:t>
      </w:r>
      <w:r>
        <w:rPr>
          <w:spacing w:val="-2"/>
          <w:rFonts w:ascii="Ddylr05K+KaiTi" w:hAnsi="Ddylr05K+KaiTi" w:eastAsia="Ddylr05K+KaiTi"/>
          <w:color w:val="000000"/>
          <w:sz w:val="28"/>
        </w:rPr>
        <w:t>位相</w:t>
      </w:r>
      <w:r>
        <w:rPr>
          <w:rFonts w:ascii="Ddylr05K+KaiTi" w:hAnsi="Ddylr05K+KaiTi" w:eastAsia="Ddylr05K+KaiTi"/>
          <w:color w:val="000000"/>
          <w:sz w:val="28"/>
        </w:rPr>
        <w:t>关的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预</w:t>
      </w:r>
      <w:r>
        <w:rPr>
          <w:rFonts w:ascii="Ddylr05K+KaiTi" w:hAnsi="Ddylr05K+KaiTi" w:eastAsia="Ddylr05K+KaiTi"/>
          <w:color w:val="000000"/>
          <w:sz w:val="28"/>
        </w:rPr>
        <w:t>期至</w:t>
      </w:r>
      <w:r>
        <w:rPr>
          <w:spacing w:val="66"/>
          <w:rFonts w:ascii="Ddylr05K+KaiTi" w:hAnsi="Ddylr05K+KaiTi" w:eastAsia="Ddylr05K+KaiTi"/>
          <w:color w:val="000000"/>
          <w:sz w:val="28"/>
        </w:rPr>
        <w:t>少</w:t>
      </w:r>
      <w:r>
        <w:rPr>
          <w:rFonts w:ascii="Ddylr05K+KaiTi" w:hAnsi="Ddylr05K+KaiTi" w:eastAsia="Ddylr05K+KaiTi"/>
          <w:color w:val="000000"/>
          <w:sz w:val="28"/>
        </w:rPr>
        <w:t>10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%的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温</w:t>
      </w:r>
      <w:r>
        <w:rPr>
          <w:rFonts w:ascii="Ddylr05K+KaiTi" w:hAnsi="Ddylr05K+KaiTi" w:eastAsia="Ddylr05K+KaiTi"/>
          <w:color w:val="000000"/>
          <w:sz w:val="28"/>
        </w:rPr>
        <w:t>室气</w:t>
      </w:r>
      <w:r>
        <w:rPr>
          <w:spacing w:val="-2"/>
          <w:rFonts w:ascii="Ddylr05K+KaiTi" w:hAnsi="Ddylr05K+KaiTi" w:eastAsia="Ddylr05K+KaiTi"/>
          <w:color w:val="000000"/>
          <w:sz w:val="28"/>
        </w:rPr>
        <w:t>体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清除</w:t>
      </w:r>
      <w:r>
        <w:rPr>
          <w:spacing w:val="-2"/>
          <w:rFonts w:ascii="Ddylr05K+KaiTi" w:hAnsi="Ddylr05K+KaiTi" w:eastAsia="Ddylr05K+KaiTi"/>
          <w:color w:val="000000"/>
          <w:sz w:val="28"/>
        </w:rPr>
        <w:t>量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0" w:lineRule="exact" w:before="344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保</w:t>
      </w:r>
      <w:r>
        <w:rPr>
          <w:spacing w:val="-2"/>
          <w:rFonts w:ascii="Ddylr05K+KaiTi" w:hAnsi="Ddylr05K+KaiTi" w:eastAsia="Ddylr05K+KaiTi"/>
          <w:color w:val="000000"/>
          <w:sz w:val="28"/>
        </w:rPr>
        <w:t>证</w:t>
      </w:r>
      <w:r>
        <w:rPr>
          <w:rFonts w:ascii="Ddylr05K+KaiTi" w:hAnsi="Ddylr05K+KaiTi" w:eastAsia="Ddylr05K+KaiTi"/>
          <w:color w:val="000000"/>
          <w:sz w:val="28"/>
        </w:rPr>
        <w:t>等级</w:t>
      </w:r>
      <w:r>
        <w:rPr>
          <w:spacing w:val="-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合理</w:t>
      </w:r>
      <w:r>
        <w:rPr>
          <w:spacing w:val="-2"/>
          <w:rFonts w:ascii="Ddylr05K+KaiTi" w:hAnsi="Ddylr05K+KaiTi" w:eastAsia="Ddylr05K+KaiTi"/>
          <w:color w:val="000000"/>
          <w:sz w:val="28"/>
        </w:rPr>
        <w:t>保</w:t>
      </w:r>
      <w:r>
        <w:rPr>
          <w:rFonts w:ascii="Ddylr05K+KaiTi" w:hAnsi="Ddylr05K+KaiTi" w:eastAsia="Ddylr05K+KaiTi"/>
          <w:color w:val="000000"/>
          <w:sz w:val="28"/>
        </w:rPr>
        <w:t>证等</w:t>
      </w:r>
      <w:r>
        <w:rPr>
          <w:spacing w:val="-2"/>
          <w:rFonts w:ascii="Ddylr05K+KaiTi" w:hAnsi="Ddylr05K+KaiTi" w:eastAsia="Ddylr05K+KaiTi"/>
          <w:color w:val="000000"/>
          <w:sz w:val="28"/>
        </w:rPr>
        <w:t>级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22" w:after="0"/>
        <w:ind w:left="360" w:right="144" w:firstLine="0"/>
        <w:jc w:val="left"/>
      </w:pPr>
      <w:r>
        <w:rPr>
          <w:spacing w:val="2"/>
          <w:rFonts w:ascii="GdJYNGgr+TimesNewRomanPS" w:hAnsi="GdJYNGgr+TimesNewRomanPS" w:eastAsia="GdJYNGgr+TimesNewRomanPS"/>
          <w:color w:val="000000"/>
          <w:sz w:val="28"/>
        </w:rPr>
        <w:t>1</w:t>
      </w:r>
      <w:r>
        <w:rPr>
          <w:rFonts w:ascii="GdJYNGgr+TimesNewRomanPS" w:hAnsi="GdJYNGgr+TimesNewRomanPS" w:eastAsia="GdJYNGgr+TimesNewRomanPS"/>
          <w:color w:val="000000"/>
          <w:sz w:val="28"/>
        </w:rPr>
        <w:t>.</w:t>
      </w:r>
      <w:r>
        <w:rPr>
          <w:rFonts w:ascii="GdJYNGgr+TimesNewRomanPS" w:hAnsi="GdJYNGgr+TimesNewRomanPS" w:eastAsia="GdJYNGgr+TimesNewRomanPS"/>
          <w:color w:val="000000"/>
          <w:sz w:val="28"/>
        </w:rPr>
        <w:t>4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评价准则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依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产品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足迹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相</w:t>
      </w:r>
      <w:r>
        <w:rPr>
          <w:spacing w:val="6"/>
          <w:rFonts w:ascii="Ddylr05K+KaiTi" w:hAnsi="Ddylr05K+KaiTi" w:eastAsia="Ddylr05K+KaiTi"/>
          <w:color w:val="000000"/>
          <w:sz w:val="28"/>
        </w:rPr>
        <w:t>关</w:t>
      </w:r>
      <w:r>
        <w:rPr>
          <w:spacing w:val="8"/>
          <w:rFonts w:ascii="Ddylr05K+KaiTi" w:hAnsi="Ddylr05K+KaiTi" w:eastAsia="Ddylr05K+KaiTi"/>
          <w:color w:val="000000"/>
          <w:sz w:val="28"/>
        </w:rPr>
        <w:t>要求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为了</w:t>
      </w:r>
      <w:r>
        <w:rPr>
          <w:spacing w:val="4"/>
          <w:rFonts w:ascii="Ddylr05K+KaiTi" w:hAnsi="Ddylr05K+KaiTi" w:eastAsia="Ddylr05K+KaiTi"/>
          <w:color w:val="000000"/>
          <w:sz w:val="28"/>
        </w:rPr>
        <w:t>确</w:t>
      </w:r>
      <w:r>
        <w:rPr>
          <w:spacing w:val="6"/>
          <w:rFonts w:ascii="Ddylr05K+KaiTi" w:hAnsi="Ddylr05K+KaiTi" w:eastAsia="Ddylr05K+KaiTi"/>
          <w:color w:val="000000"/>
          <w:sz w:val="28"/>
        </w:rPr>
        <w:t>保真</w:t>
      </w:r>
      <w:r>
        <w:rPr>
          <w:spacing w:val="4"/>
          <w:rFonts w:ascii="Ddylr05K+KaiTi" w:hAnsi="Ddylr05K+KaiTi" w:eastAsia="Ddylr05K+KaiTi"/>
          <w:color w:val="000000"/>
          <w:sz w:val="28"/>
        </w:rPr>
        <w:t>实</w:t>
      </w:r>
      <w:r>
        <w:rPr>
          <w:spacing w:val="6"/>
          <w:rFonts w:ascii="Ddylr05K+KaiTi" w:hAnsi="Ddylr05K+KaiTi" w:eastAsia="Ddylr05K+KaiTi"/>
          <w:color w:val="000000"/>
          <w:sz w:val="28"/>
        </w:rPr>
        <w:t>公正</w:t>
      </w:r>
      <w:r>
        <w:rPr>
          <w:spacing w:val="4"/>
          <w:rFonts w:ascii="Ddylr05K+KaiTi" w:hAnsi="Ddylr05K+KaiTi" w:eastAsia="Ddylr05K+KaiTi"/>
          <w:color w:val="000000"/>
          <w:sz w:val="28"/>
        </w:rPr>
        <w:t>获</w:t>
      </w:r>
      <w:r>
        <w:rPr>
          <w:spacing w:val="8"/>
          <w:rFonts w:ascii="Ddylr05K+KaiTi" w:hAnsi="Ddylr05K+KaiTi" w:eastAsia="Ddylr05K+KaiTi"/>
          <w:color w:val="000000"/>
          <w:sz w:val="28"/>
        </w:rPr>
        <w:t>取受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的碳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信</w:t>
      </w:r>
      <w:r>
        <w:rPr>
          <w:rFonts w:ascii="Ddylr05K+KaiTi" w:hAnsi="Ddylr05K+KaiTi" w:eastAsia="Ddylr05K+KaiTi"/>
          <w:color w:val="000000"/>
          <w:sz w:val="28"/>
        </w:rPr>
        <w:t>息，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开</w:t>
      </w:r>
      <w:r>
        <w:rPr>
          <w:rFonts w:ascii="Ddylr05K+KaiTi" w:hAnsi="Ddylr05K+KaiTi" w:eastAsia="Ddylr05K+KaiTi"/>
          <w:color w:val="000000"/>
          <w:sz w:val="28"/>
        </w:rPr>
        <w:t>展本</w:t>
      </w:r>
      <w:r>
        <w:rPr>
          <w:spacing w:val="-2"/>
          <w:rFonts w:ascii="Ddylr05K+KaiTi" w:hAnsi="Ddylr05K+KaiTi" w:eastAsia="Ddylr05K+KaiTi"/>
          <w:color w:val="000000"/>
          <w:sz w:val="28"/>
        </w:rPr>
        <w:t>次</w:t>
      </w:r>
      <w:r>
        <w:rPr>
          <w:rFonts w:ascii="Ddylr05K+KaiTi" w:hAnsi="Ddylr05K+KaiTi" w:eastAsia="Ddylr05K+KaiTi"/>
          <w:color w:val="000000"/>
          <w:sz w:val="28"/>
        </w:rPr>
        <w:t>评价</w:t>
      </w:r>
      <w:r>
        <w:rPr>
          <w:spacing w:val="-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作，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第</w:t>
      </w:r>
      <w:r>
        <w:rPr>
          <w:rFonts w:ascii="Ddylr05K+KaiTi" w:hAnsi="Ddylr05K+KaiTi" w:eastAsia="Ddylr05K+KaiTi"/>
          <w:color w:val="000000"/>
          <w:sz w:val="28"/>
        </w:rPr>
        <w:t>三方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价机</w:t>
      </w:r>
      <w:r>
        <w:rPr>
          <w:spacing w:val="-2"/>
          <w:rFonts w:ascii="Ddylr05K+KaiTi" w:hAnsi="Ddylr05K+KaiTi" w:eastAsia="Ddylr05K+KaiTi"/>
          <w:color w:val="000000"/>
          <w:sz w:val="28"/>
        </w:rPr>
        <w:t>构</w:t>
      </w:r>
      <w:r>
        <w:rPr>
          <w:rFonts w:ascii="Ddylr05K+KaiTi" w:hAnsi="Ddylr05K+KaiTi" w:eastAsia="Ddylr05K+KaiTi"/>
          <w:color w:val="000000"/>
          <w:sz w:val="28"/>
        </w:rPr>
        <w:t>遵守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列原</w:t>
      </w:r>
      <w:r>
        <w:rPr>
          <w:spacing w:val="-2"/>
          <w:rFonts w:ascii="Ddylr05K+KaiTi" w:hAnsi="Ddylr05K+KaiTi" w:eastAsia="Ddylr05K+KaiTi"/>
          <w:color w:val="000000"/>
          <w:sz w:val="28"/>
        </w:rPr>
        <w:t>则</w:t>
      </w:r>
      <w:r>
        <w:rPr>
          <w:rFonts w:ascii="Ddylr05K+KaiTi" w:hAnsi="Ddylr05K+KaiTi" w:eastAsia="Ddylr05K+KaiTi"/>
          <w:color w:val="000000"/>
          <w:sz w:val="28"/>
        </w:rPr>
        <w:t>：</w:t>
      </w:r>
      <w:r>
        <w:tab/>
      </w: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1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客观</w:t>
      </w:r>
      <w:r>
        <w:rPr>
          <w:rFonts w:ascii="Ddylr05K+KaiTi" w:hAnsi="Ddylr05K+KaiTi" w:eastAsia="Ddylr05K+KaiTi"/>
          <w:color w:val="000000"/>
          <w:sz w:val="28"/>
        </w:rPr>
        <w:t>独立</w:t>
      </w:r>
    </w:p>
    <w:p>
      <w:pPr>
        <w:autoSpaceDN w:val="0"/>
        <w:autoSpaceDE w:val="0"/>
        <w:widowControl/>
        <w:spacing w:line="220" w:lineRule="exact" w:before="276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12</w:t>
      </w:r>
    </w:p>
    <w:p>
      <w:pPr>
        <w:sectPr>
          <w:pgSz w:w="11906" w:h="17238"/>
          <w:pgMar w:top="790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6756400</wp:posOffset>
            </wp:positionV>
            <wp:extent cx="5308600" cy="2654300"/>
            <wp:wrapNone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26543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tabs>
          <w:tab w:pos="920" w:val="left"/>
        </w:tabs>
        <w:autoSpaceDE w:val="0"/>
        <w:widowControl/>
        <w:spacing w:line="454" w:lineRule="exact" w:before="0" w:after="0"/>
        <w:ind w:left="360" w:right="288" w:firstLine="0"/>
        <w:jc w:val="left"/>
      </w:pP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保</w:t>
      </w:r>
      <w:r>
        <w:rPr>
          <w:spacing w:val="4"/>
          <w:rFonts w:ascii="Ddylr05K+KaiTi" w:hAnsi="Ddylr05K+KaiTi" w:eastAsia="Ddylr05K+KaiTi"/>
          <w:color w:val="000000"/>
          <w:sz w:val="28"/>
        </w:rPr>
        <w:t>持</w:t>
      </w:r>
      <w:r>
        <w:rPr>
          <w:spacing w:val="6"/>
          <w:rFonts w:ascii="Ddylr05K+KaiTi" w:hAnsi="Ddylr05K+KaiTi" w:eastAsia="Ddylr05K+KaiTi"/>
          <w:color w:val="000000"/>
          <w:sz w:val="28"/>
        </w:rPr>
        <w:t>独立</w:t>
      </w:r>
      <w:r>
        <w:rPr>
          <w:spacing w:val="4"/>
          <w:rFonts w:ascii="Ddylr05K+KaiTi" w:hAnsi="Ddylr05K+KaiTi" w:eastAsia="Ddylr05K+KaiTi"/>
          <w:color w:val="000000"/>
          <w:sz w:val="28"/>
        </w:rPr>
        <w:t>于</w:t>
      </w:r>
      <w:r>
        <w:rPr>
          <w:spacing w:val="6"/>
          <w:rFonts w:ascii="Ddylr05K+KaiTi" w:hAnsi="Ddylr05K+KaiTi" w:eastAsia="Ddylr05K+KaiTi"/>
          <w:color w:val="000000"/>
          <w:sz w:val="28"/>
        </w:rPr>
        <w:t>委托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受</w:t>
      </w:r>
      <w:r>
        <w:rPr>
          <w:spacing w:val="8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6"/>
          <w:rFonts w:ascii="Ddylr05K+KaiTi" w:hAnsi="Ddylr05K+KaiTi" w:eastAsia="Ddylr05K+KaiTi"/>
          <w:color w:val="000000"/>
          <w:sz w:val="28"/>
        </w:rPr>
        <w:t>方</w:t>
      </w:r>
      <w:r>
        <w:rPr>
          <w:spacing w:val="8"/>
          <w:rFonts w:ascii="Ddylr05K+KaiTi" w:hAnsi="Ddylr05K+KaiTi" w:eastAsia="Ddylr05K+KaiTi"/>
          <w:color w:val="000000"/>
          <w:sz w:val="28"/>
        </w:rPr>
        <w:t>，避</w:t>
      </w:r>
      <w:r>
        <w:rPr>
          <w:spacing w:val="4"/>
          <w:rFonts w:ascii="Ddylr05K+KaiTi" w:hAnsi="Ddylr05K+KaiTi" w:eastAsia="Ddylr05K+KaiTi"/>
          <w:color w:val="000000"/>
          <w:sz w:val="28"/>
        </w:rPr>
        <w:t>免</w:t>
      </w:r>
      <w:r>
        <w:rPr>
          <w:spacing w:val="6"/>
          <w:rFonts w:ascii="Ddylr05K+KaiTi" w:hAnsi="Ddylr05K+KaiTi" w:eastAsia="Ddylr05K+KaiTi"/>
          <w:color w:val="000000"/>
          <w:sz w:val="28"/>
        </w:rPr>
        <w:t>偏见</w:t>
      </w:r>
      <w:r>
        <w:rPr>
          <w:spacing w:val="4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利益</w:t>
      </w:r>
      <w:r>
        <w:rPr>
          <w:spacing w:val="4"/>
          <w:rFonts w:ascii="Ddylr05K+KaiTi" w:hAnsi="Ddylr05K+KaiTi" w:eastAsia="Ddylr05K+KaiTi"/>
          <w:color w:val="000000"/>
          <w:sz w:val="28"/>
        </w:rPr>
        <w:t>冲</w:t>
      </w:r>
      <w:r>
        <w:rPr>
          <w:spacing w:val="8"/>
          <w:rFonts w:ascii="Ddylr05K+KaiTi" w:hAnsi="Ddylr05K+KaiTi" w:eastAsia="Ddylr05K+KaiTi"/>
          <w:color w:val="000000"/>
          <w:sz w:val="28"/>
        </w:rPr>
        <w:t>突，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在</w:t>
      </w:r>
      <w:r>
        <w:rPr>
          <w:spacing w:val="8"/>
          <w:rFonts w:ascii="Ddylr05K+KaiTi" w:hAnsi="Ddylr05K+KaiTi" w:eastAsia="Ddylr05K+KaiTi"/>
          <w:color w:val="000000"/>
          <w:sz w:val="28"/>
        </w:rPr>
        <w:t>整</w:t>
      </w:r>
      <w:r>
        <w:rPr>
          <w:rFonts w:ascii="Ddylr05K+KaiTi" w:hAnsi="Ddylr05K+KaiTi" w:eastAsia="Ddylr05K+KaiTi"/>
          <w:color w:val="000000"/>
          <w:sz w:val="28"/>
        </w:rPr>
        <w:t>个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活动</w:t>
      </w:r>
      <w:r>
        <w:rPr>
          <w:spacing w:val="-2"/>
          <w:rFonts w:ascii="Ddylr05K+KaiTi" w:hAnsi="Ddylr05K+KaiTi" w:eastAsia="Ddylr05K+KaiTi"/>
          <w:color w:val="000000"/>
          <w:sz w:val="28"/>
        </w:rPr>
        <w:t>中</w:t>
      </w:r>
      <w:r>
        <w:rPr>
          <w:rFonts w:ascii="Ddylr05K+KaiTi" w:hAnsi="Ddylr05K+KaiTi" w:eastAsia="Ddylr05K+KaiTi"/>
          <w:color w:val="000000"/>
          <w:sz w:val="28"/>
        </w:rPr>
        <w:t>保持</w:t>
      </w:r>
      <w:r>
        <w:rPr>
          <w:spacing w:val="-2"/>
          <w:rFonts w:ascii="Ddylr05K+KaiTi" w:hAnsi="Ddylr05K+KaiTi" w:eastAsia="Ddylr05K+KaiTi"/>
          <w:color w:val="000000"/>
          <w:sz w:val="28"/>
        </w:rPr>
        <w:t>客</w:t>
      </w:r>
      <w:r>
        <w:rPr>
          <w:rFonts w:ascii="Ddylr05K+KaiTi" w:hAnsi="Ddylr05K+KaiTi" w:eastAsia="Ddylr05K+KaiTi"/>
          <w:color w:val="000000"/>
          <w:sz w:val="28"/>
        </w:rPr>
        <w:t>观。</w:t>
      </w:r>
    </w:p>
    <w:p>
      <w:pPr>
        <w:autoSpaceDN w:val="0"/>
        <w:autoSpaceDE w:val="0"/>
        <w:widowControl/>
        <w:spacing w:line="606" w:lineRule="exact" w:before="36" w:after="0"/>
        <w:ind w:left="920" w:right="1296" w:firstLine="0"/>
        <w:jc w:val="left"/>
      </w:pP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2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诚信</w:t>
      </w:r>
      <w:r>
        <w:rPr>
          <w:rFonts w:ascii="Ddylr05K+KaiTi" w:hAnsi="Ddylr05K+KaiTi" w:eastAsia="Ddylr05K+KaiTi"/>
          <w:color w:val="000000"/>
          <w:sz w:val="28"/>
        </w:rPr>
        <w:t>守信</w:t>
      </w:r>
      <w:r>
        <w:br/>
      </w:r>
      <w:r>
        <w:rPr>
          <w:rFonts w:ascii="Ddylr05K+KaiTi" w:hAnsi="Ddylr05K+KaiTi" w:eastAsia="Ddylr05K+KaiTi"/>
          <w:color w:val="000000"/>
          <w:sz w:val="28"/>
        </w:rPr>
        <w:t>具</w:t>
      </w:r>
      <w:r>
        <w:rPr>
          <w:spacing w:val="-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高度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责任</w:t>
      </w:r>
      <w:r>
        <w:rPr>
          <w:spacing w:val="-2"/>
          <w:rFonts w:ascii="Ddylr05K+KaiTi" w:hAnsi="Ddylr05K+KaiTi" w:eastAsia="Ddylr05K+KaiTi"/>
          <w:color w:val="000000"/>
          <w:sz w:val="28"/>
        </w:rPr>
        <w:t>感</w:t>
      </w:r>
      <w:r>
        <w:rPr>
          <w:rFonts w:ascii="Ddylr05K+KaiTi" w:hAnsi="Ddylr05K+KaiTi" w:eastAsia="Ddylr05K+KaiTi"/>
          <w:color w:val="000000"/>
          <w:sz w:val="28"/>
        </w:rPr>
        <w:t>，确</w:t>
      </w:r>
      <w:r>
        <w:rPr>
          <w:spacing w:val="-2"/>
          <w:rFonts w:ascii="Ddylr05K+KaiTi" w:hAnsi="Ddylr05K+KaiTi" w:eastAsia="Ddylr05K+KaiTi"/>
          <w:color w:val="000000"/>
          <w:sz w:val="28"/>
        </w:rPr>
        <w:t>保</w:t>
      </w:r>
      <w:r>
        <w:rPr>
          <w:rFonts w:ascii="Ddylr05K+KaiTi" w:hAnsi="Ddylr05K+KaiTi" w:eastAsia="Ddylr05K+KaiTi"/>
          <w:color w:val="000000"/>
          <w:sz w:val="28"/>
        </w:rPr>
        <w:t>评价</w:t>
      </w:r>
      <w:r>
        <w:rPr>
          <w:spacing w:val="-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作的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完</w:t>
      </w:r>
      <w:r>
        <w:rPr>
          <w:rFonts w:ascii="Ddylr05K+KaiTi" w:hAnsi="Ddylr05K+KaiTi" w:eastAsia="Ddylr05K+KaiTi"/>
          <w:color w:val="000000"/>
          <w:sz w:val="28"/>
        </w:rPr>
        <w:t>整性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保密</w:t>
      </w:r>
      <w:r>
        <w:rPr>
          <w:spacing w:val="-2"/>
          <w:rFonts w:ascii="Ddylr05K+KaiTi" w:hAnsi="Ddylr05K+KaiTi" w:eastAsia="Ddylr05K+KaiTi"/>
          <w:color w:val="000000"/>
          <w:sz w:val="28"/>
        </w:rPr>
        <w:t>性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tabs>
          <w:tab w:pos="920" w:val="left"/>
        </w:tabs>
        <w:autoSpaceDE w:val="0"/>
        <w:widowControl/>
        <w:spacing w:line="616" w:lineRule="exact" w:before="26" w:after="0"/>
        <w:ind w:left="360" w:right="288" w:firstLine="0"/>
        <w:jc w:val="left"/>
      </w:pPr>
      <w:r>
        <w:tab/>
      </w: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3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公平</w:t>
      </w:r>
      <w:r>
        <w:rPr>
          <w:rFonts w:ascii="Ddylr05K+KaiTi" w:hAnsi="Ddylr05K+KaiTi" w:eastAsia="Ddylr05K+KaiTi"/>
          <w:color w:val="000000"/>
          <w:sz w:val="28"/>
        </w:rPr>
        <w:t>公正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真</w:t>
      </w:r>
      <w:r>
        <w:rPr>
          <w:spacing w:val="4"/>
          <w:rFonts w:ascii="Ddylr05K+KaiTi" w:hAnsi="Ddylr05K+KaiTi" w:eastAsia="Ddylr05K+KaiTi"/>
          <w:color w:val="000000"/>
          <w:sz w:val="28"/>
        </w:rPr>
        <w:t>实</w:t>
      </w:r>
      <w:r>
        <w:rPr>
          <w:spacing w:val="6"/>
          <w:rFonts w:ascii="Ddylr05K+KaiTi" w:hAnsi="Ddylr05K+KaiTi" w:eastAsia="Ddylr05K+KaiTi"/>
          <w:color w:val="000000"/>
          <w:sz w:val="28"/>
        </w:rPr>
        <w:t>、准</w:t>
      </w:r>
      <w:r>
        <w:rPr>
          <w:spacing w:val="4"/>
          <w:rFonts w:ascii="Ddylr05K+KaiTi" w:hAnsi="Ddylr05K+KaiTi" w:eastAsia="Ddylr05K+KaiTi"/>
          <w:color w:val="000000"/>
          <w:sz w:val="28"/>
        </w:rPr>
        <w:t>确</w:t>
      </w:r>
      <w:r>
        <w:rPr>
          <w:spacing w:val="6"/>
          <w:rFonts w:ascii="Ddylr05K+KaiTi" w:hAnsi="Ddylr05K+KaiTi" w:eastAsia="Ddylr05K+KaiTi"/>
          <w:color w:val="000000"/>
          <w:sz w:val="28"/>
        </w:rPr>
        <w:t>地反</w:t>
      </w:r>
      <w:r>
        <w:rPr>
          <w:spacing w:val="4"/>
          <w:rFonts w:ascii="Ddylr05K+KaiTi" w:hAnsi="Ddylr05K+KaiTi" w:eastAsia="Ddylr05K+KaiTi"/>
          <w:color w:val="000000"/>
          <w:sz w:val="28"/>
        </w:rPr>
        <w:t>映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活动</w:t>
      </w:r>
      <w:r>
        <w:rPr>
          <w:spacing w:val="6"/>
          <w:rFonts w:ascii="Ddylr05K+KaiTi" w:hAnsi="Ddylr05K+KaiTi" w:eastAsia="Ddylr05K+KaiTi"/>
          <w:color w:val="000000"/>
          <w:sz w:val="28"/>
        </w:rPr>
        <w:t>中</w:t>
      </w:r>
      <w:r>
        <w:rPr>
          <w:spacing w:val="8"/>
          <w:rFonts w:ascii="Ddylr05K+KaiTi" w:hAnsi="Ddylr05K+KaiTi" w:eastAsia="Ddylr05K+KaiTi"/>
          <w:color w:val="000000"/>
          <w:sz w:val="28"/>
        </w:rPr>
        <w:t>的发</w:t>
      </w:r>
      <w:r>
        <w:rPr>
          <w:spacing w:val="4"/>
          <w:rFonts w:ascii="Ddylr05K+KaiTi" w:hAnsi="Ddylr05K+KaiTi" w:eastAsia="Ddylr05K+KaiTi"/>
          <w:color w:val="000000"/>
          <w:sz w:val="28"/>
        </w:rPr>
        <w:t>现</w:t>
      </w:r>
      <w:r>
        <w:rPr>
          <w:spacing w:val="6"/>
          <w:rFonts w:ascii="Ddylr05K+KaiTi" w:hAnsi="Ddylr05K+KaiTi" w:eastAsia="Ddylr05K+KaiTi"/>
          <w:color w:val="000000"/>
          <w:sz w:val="28"/>
        </w:rPr>
        <w:t>和结</w:t>
      </w:r>
      <w:r>
        <w:rPr>
          <w:spacing w:val="4"/>
          <w:rFonts w:ascii="Ddylr05K+KaiTi" w:hAnsi="Ddylr05K+KaiTi" w:eastAsia="Ddylr05K+KaiTi"/>
          <w:color w:val="000000"/>
          <w:sz w:val="28"/>
        </w:rPr>
        <w:t>论</w:t>
      </w:r>
      <w:r>
        <w:rPr>
          <w:spacing w:val="6"/>
          <w:rFonts w:ascii="Ddylr05K+KaiTi" w:hAnsi="Ddylr05K+KaiTi" w:eastAsia="Ddylr05K+KaiTi"/>
          <w:color w:val="000000"/>
          <w:sz w:val="28"/>
        </w:rPr>
        <w:t>，如</w:t>
      </w:r>
      <w:r>
        <w:rPr>
          <w:spacing w:val="4"/>
          <w:rFonts w:ascii="Ddylr05K+KaiTi" w:hAnsi="Ddylr05K+KaiTi" w:eastAsia="Ddylr05K+KaiTi"/>
          <w:color w:val="000000"/>
          <w:sz w:val="28"/>
        </w:rPr>
        <w:t>实</w:t>
      </w:r>
      <w:r>
        <w:rPr>
          <w:spacing w:val="8"/>
          <w:rFonts w:ascii="Ddylr05K+KaiTi" w:hAnsi="Ddylr05K+KaiTi" w:eastAsia="Ddylr05K+KaiTi"/>
          <w:color w:val="000000"/>
          <w:sz w:val="28"/>
        </w:rPr>
        <w:t>报告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活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动中</w:t>
      </w:r>
      <w:r>
        <w:rPr>
          <w:rFonts w:ascii="Ddylr05K+KaiTi" w:hAnsi="Ddylr05K+KaiTi" w:eastAsia="Ddylr05K+KaiTi"/>
          <w:color w:val="000000"/>
          <w:sz w:val="28"/>
        </w:rPr>
        <w:t>所遇</w:t>
      </w:r>
      <w:r>
        <w:rPr>
          <w:spacing w:val="-2"/>
          <w:rFonts w:ascii="Ddylr05K+KaiTi" w:hAnsi="Ddylr05K+KaiTi" w:eastAsia="Ddylr05K+KaiTi"/>
          <w:color w:val="000000"/>
          <w:sz w:val="28"/>
        </w:rPr>
        <w:t>到</w:t>
      </w:r>
      <w:r>
        <w:rPr>
          <w:rFonts w:ascii="Ddylr05K+KaiTi" w:hAnsi="Ddylr05K+KaiTi" w:eastAsia="Ddylr05K+KaiTi"/>
          <w:color w:val="000000"/>
          <w:sz w:val="28"/>
        </w:rPr>
        <w:t>的重</w:t>
      </w:r>
      <w:r>
        <w:rPr>
          <w:spacing w:val="-2"/>
          <w:rFonts w:ascii="Ddylr05K+KaiTi" w:hAnsi="Ddylr05K+KaiTi" w:eastAsia="Ddylr05K+KaiTi"/>
          <w:color w:val="000000"/>
          <w:sz w:val="28"/>
        </w:rPr>
        <w:t>大</w:t>
      </w:r>
      <w:r>
        <w:rPr>
          <w:rFonts w:ascii="Ddylr05K+KaiTi" w:hAnsi="Ddylr05K+KaiTi" w:eastAsia="Ddylr05K+KaiTi"/>
          <w:color w:val="000000"/>
          <w:sz w:val="28"/>
        </w:rPr>
        <w:t>障碍</w:t>
      </w:r>
      <w:r>
        <w:rPr>
          <w:spacing w:val="-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以及</w:t>
      </w:r>
      <w:r>
        <w:rPr>
          <w:spacing w:val="-2"/>
          <w:rFonts w:ascii="Ddylr05K+KaiTi" w:hAnsi="Ddylr05K+KaiTi" w:eastAsia="Ddylr05K+KaiTi"/>
          <w:color w:val="000000"/>
          <w:sz w:val="28"/>
        </w:rPr>
        <w:t>未</w:t>
      </w:r>
      <w:r>
        <w:rPr>
          <w:rFonts w:ascii="Ddylr05K+KaiTi" w:hAnsi="Ddylr05K+KaiTi" w:eastAsia="Ddylr05K+KaiTi"/>
          <w:color w:val="000000"/>
          <w:sz w:val="28"/>
        </w:rPr>
        <w:t>解决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分歧</w:t>
      </w:r>
      <w:r>
        <w:rPr>
          <w:spacing w:val="-2"/>
          <w:rFonts w:ascii="Ddylr05K+KaiTi" w:hAnsi="Ddylr05K+KaiTi" w:eastAsia="Ddylr05K+KaiTi"/>
          <w:color w:val="000000"/>
          <w:sz w:val="28"/>
        </w:rPr>
        <w:t>意</w:t>
      </w:r>
      <w:r>
        <w:rPr>
          <w:rFonts w:ascii="Ddylr05K+KaiTi" w:hAnsi="Ddylr05K+KaiTi" w:eastAsia="Ddylr05K+KaiTi"/>
          <w:color w:val="000000"/>
          <w:sz w:val="28"/>
        </w:rPr>
        <w:t>见。</w:t>
      </w:r>
    </w:p>
    <w:p>
      <w:pPr>
        <w:autoSpaceDN w:val="0"/>
        <w:tabs>
          <w:tab w:pos="920" w:val="left"/>
        </w:tabs>
        <w:autoSpaceDE w:val="0"/>
        <w:widowControl/>
        <w:spacing w:line="614" w:lineRule="exact" w:before="28" w:after="0"/>
        <w:ind w:left="360" w:right="288" w:firstLine="0"/>
        <w:jc w:val="left"/>
      </w:pPr>
      <w:r>
        <w:tab/>
      </w: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4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专业</w:t>
      </w:r>
      <w:r>
        <w:rPr>
          <w:rFonts w:ascii="Ddylr05K+KaiTi" w:hAnsi="Ddylr05K+KaiTi" w:eastAsia="Ddylr05K+KaiTi"/>
          <w:color w:val="000000"/>
          <w:sz w:val="28"/>
        </w:rPr>
        <w:t>严谨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具</w:t>
      </w:r>
      <w:r>
        <w:rPr>
          <w:spacing w:val="4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必</w:t>
      </w:r>
      <w:r>
        <w:rPr>
          <w:spacing w:val="6"/>
          <w:rFonts w:ascii="Ddylr05K+KaiTi" w:hAnsi="Ddylr05K+KaiTi" w:eastAsia="Ddylr05K+KaiTi"/>
          <w:color w:val="000000"/>
          <w:sz w:val="28"/>
        </w:rPr>
        <w:t>须的</w:t>
      </w:r>
      <w:r>
        <w:rPr>
          <w:spacing w:val="4"/>
          <w:rFonts w:ascii="Ddylr05K+KaiTi" w:hAnsi="Ddylr05K+KaiTi" w:eastAsia="Ddylr05K+KaiTi"/>
          <w:color w:val="000000"/>
          <w:sz w:val="28"/>
        </w:rPr>
        <w:t>专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能，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够根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任务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重要</w:t>
      </w:r>
      <w:r>
        <w:rPr>
          <w:spacing w:val="4"/>
          <w:rFonts w:ascii="Ddylr05K+KaiTi" w:hAnsi="Ddylr05K+KaiTi" w:eastAsia="Ddylr05K+KaiTi"/>
          <w:color w:val="000000"/>
          <w:sz w:val="28"/>
        </w:rPr>
        <w:t>性</w:t>
      </w:r>
      <w:r>
        <w:rPr>
          <w:spacing w:val="8"/>
          <w:rFonts w:ascii="Ddylr05K+KaiTi" w:hAnsi="Ddylr05K+KaiTi" w:eastAsia="Ddylr05K+KaiTi"/>
          <w:color w:val="000000"/>
          <w:sz w:val="28"/>
        </w:rPr>
        <w:t>和委</w:t>
      </w:r>
      <w:r>
        <w:rPr>
          <w:spacing w:val="6"/>
          <w:rFonts w:ascii="Ddylr05K+KaiTi" w:hAnsi="Ddylr05K+KaiTi" w:eastAsia="Ddylr05K+KaiTi"/>
          <w:color w:val="000000"/>
          <w:sz w:val="28"/>
        </w:rPr>
        <w:t>托</w:t>
      </w:r>
      <w:r>
        <w:rPr>
          <w:spacing w:val="8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具体</w:t>
      </w:r>
      <w:r>
        <w:rPr>
          <w:rFonts w:ascii="Ddylr05K+KaiTi" w:hAnsi="Ddylr05K+KaiTi" w:eastAsia="Ddylr05K+KaiTi"/>
          <w:color w:val="000000"/>
          <w:sz w:val="28"/>
        </w:rPr>
        <w:t>要求</w:t>
      </w:r>
      <w:r>
        <w:rPr>
          <w:spacing w:val="-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利用</w:t>
      </w:r>
      <w:r>
        <w:rPr>
          <w:spacing w:val="-2"/>
          <w:rFonts w:ascii="Ddylr05K+KaiTi" w:hAnsi="Ddylr05K+KaiTi" w:eastAsia="Ddylr05K+KaiTi"/>
          <w:color w:val="000000"/>
          <w:sz w:val="28"/>
        </w:rPr>
        <w:t>其</w:t>
      </w:r>
      <w:r>
        <w:rPr>
          <w:rFonts w:ascii="Ddylr05K+KaiTi" w:hAnsi="Ddylr05K+KaiTi" w:eastAsia="Ddylr05K+KaiTi"/>
          <w:color w:val="000000"/>
          <w:sz w:val="28"/>
        </w:rPr>
        <w:t>职业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素</w:t>
      </w:r>
      <w:r>
        <w:rPr>
          <w:rFonts w:ascii="Ddylr05K+KaiTi" w:hAnsi="Ddylr05K+KaiTi" w:eastAsia="Ddylr05K+KaiTi"/>
          <w:color w:val="000000"/>
          <w:sz w:val="28"/>
        </w:rPr>
        <w:t>养进</w:t>
      </w:r>
      <w:r>
        <w:rPr>
          <w:spacing w:val="-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严谨</w:t>
      </w:r>
      <w:r>
        <w:rPr>
          <w:spacing w:val="-2"/>
          <w:rFonts w:ascii="Ddylr05K+KaiTi" w:hAnsi="Ddylr05K+KaiTi" w:eastAsia="Ddylr05K+KaiTi"/>
          <w:color w:val="000000"/>
          <w:sz w:val="28"/>
        </w:rPr>
        <w:t>判</w:t>
      </w:r>
      <w:r>
        <w:rPr>
          <w:rFonts w:ascii="Ddylr05K+KaiTi" w:hAnsi="Ddylr05K+KaiTi" w:eastAsia="Ddylr05K+KaiTi"/>
          <w:color w:val="000000"/>
          <w:sz w:val="28"/>
        </w:rPr>
        <w:t>断。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</w:t>
      </w:r>
      <w:r>
        <w:rPr>
          <w:rFonts w:ascii="Ddylr05K+KaiTi" w:hAnsi="Ddylr05K+KaiTi" w:eastAsia="Ddylr05K+KaiTi"/>
          <w:b/>
          <w:color w:val="000000"/>
          <w:sz w:val="28"/>
        </w:rPr>
        <w:t>、评价程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序</w:t>
      </w:r>
      <w:r>
        <w:rPr>
          <w:rFonts w:ascii="Ddylr05K+KaiTi" w:hAnsi="Ddylr05K+KaiTi" w:eastAsia="Ddylr05K+KaiTi"/>
          <w:b/>
          <w:color w:val="000000"/>
          <w:sz w:val="28"/>
        </w:rPr>
        <w:t>和步骤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rFonts w:ascii="Ddylr05K+KaiTi" w:hAnsi="Ddylr05K+KaiTi" w:eastAsia="Ddylr05K+KaiTi"/>
          <w:b/>
          <w:color w:val="000000"/>
          <w:sz w:val="28"/>
        </w:rPr>
        <w:t>1</w:t>
      </w:r>
      <w:r>
        <w:rPr>
          <w:spacing w:val="6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评价组安排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依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受评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</w:t>
      </w:r>
      <w:r>
        <w:rPr>
          <w:spacing w:val="6"/>
          <w:rFonts w:ascii="Ddylr05K+KaiTi" w:hAnsi="Ddylr05K+KaiTi" w:eastAsia="Ddylr05K+KaiTi"/>
          <w:color w:val="000000"/>
          <w:sz w:val="28"/>
        </w:rPr>
        <w:t>方的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类</w:t>
      </w:r>
      <w:r>
        <w:rPr>
          <w:spacing w:val="8"/>
          <w:rFonts w:ascii="Ddylr05K+KaiTi" w:hAnsi="Ddylr05K+KaiTi" w:eastAsia="Ddylr05K+KaiTi"/>
          <w:color w:val="000000"/>
          <w:sz w:val="28"/>
        </w:rPr>
        <w:t>型、</w:t>
      </w:r>
      <w:r>
        <w:rPr>
          <w:spacing w:val="6"/>
          <w:rFonts w:ascii="Ddylr05K+KaiTi" w:hAnsi="Ddylr05K+KaiTi" w:eastAsia="Ddylr05K+KaiTi"/>
          <w:color w:val="000000"/>
          <w:sz w:val="28"/>
        </w:rPr>
        <w:t>复</w:t>
      </w:r>
      <w:r>
        <w:rPr>
          <w:spacing w:val="8"/>
          <w:rFonts w:ascii="Ddylr05K+KaiTi" w:hAnsi="Ddylr05K+KaiTi" w:eastAsia="Ddylr05K+KaiTi"/>
          <w:color w:val="000000"/>
          <w:sz w:val="28"/>
        </w:rPr>
        <w:t>杂度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以及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价员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专业</w:t>
      </w:r>
      <w:r>
        <w:rPr>
          <w:spacing w:val="6"/>
          <w:rFonts w:ascii="Ddylr05K+KaiTi" w:hAnsi="Ddylr05K+KaiTi" w:eastAsia="Ddylr05K+KaiTi"/>
          <w:color w:val="000000"/>
          <w:sz w:val="28"/>
        </w:rPr>
        <w:t>领</w:t>
      </w:r>
      <w:r>
        <w:rPr>
          <w:spacing w:val="8"/>
          <w:rFonts w:ascii="Ddylr05K+KaiTi" w:hAnsi="Ddylr05K+KaiTi" w:eastAsia="Ddylr05K+KaiTi"/>
          <w:color w:val="000000"/>
          <w:sz w:val="28"/>
        </w:rPr>
        <w:t>域</w:t>
      </w:r>
      <w:r>
        <w:rPr>
          <w:rFonts w:ascii="Ddylr05K+KaiTi" w:hAnsi="Ddylr05K+KaiTi" w:eastAsia="Ddylr05K+KaiTi"/>
          <w:color w:val="000000"/>
          <w:sz w:val="28"/>
        </w:rPr>
        <w:t>和</w:t>
      </w:r>
      <w:r>
        <w:rPr>
          <w:spacing w:val="-2"/>
          <w:rFonts w:ascii="Ddylr05K+KaiTi" w:hAnsi="Ddylr05K+KaiTi" w:eastAsia="Ddylr05K+KaiTi"/>
          <w:color w:val="000000"/>
          <w:sz w:val="28"/>
        </w:rPr>
        <w:t>技术</w:t>
      </w:r>
      <w:r>
        <w:rPr>
          <w:rFonts w:ascii="Ddylr05K+KaiTi" w:hAnsi="Ddylr05K+KaiTi" w:eastAsia="Ddylr05K+KaiTi"/>
          <w:color w:val="000000"/>
          <w:sz w:val="28"/>
        </w:rPr>
        <w:t>能力</w:t>
      </w:r>
      <w:r>
        <w:rPr>
          <w:spacing w:val="-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山</w:t>
      </w:r>
      <w:r>
        <w:rPr>
          <w:spacing w:val="-2"/>
          <w:rFonts w:ascii="Ddylr05K+KaiTi" w:hAnsi="Ddylr05K+KaiTi" w:eastAsia="Ddylr05K+KaiTi"/>
          <w:color w:val="000000"/>
          <w:sz w:val="28"/>
        </w:rPr>
        <w:t>东</w:t>
      </w:r>
      <w:r>
        <w:rPr>
          <w:rFonts w:ascii="Ddylr05K+KaiTi" w:hAnsi="Ddylr05K+KaiTi" w:eastAsia="Ddylr05K+KaiTi"/>
          <w:color w:val="000000"/>
          <w:sz w:val="28"/>
        </w:rPr>
        <w:t>质联</w:t>
      </w:r>
      <w:r>
        <w:rPr>
          <w:spacing w:val="-2"/>
          <w:rFonts w:ascii="Ddylr05K+KaiTi" w:hAnsi="Ddylr05K+KaiTi" w:eastAsia="Ddylr05K+KaiTi"/>
          <w:color w:val="000000"/>
          <w:sz w:val="28"/>
        </w:rPr>
        <w:t>组织</w:t>
      </w:r>
      <w:r>
        <w:rPr>
          <w:rFonts w:ascii="Ddylr05K+KaiTi" w:hAnsi="Ddylr05K+KaiTi" w:eastAsia="Ddylr05K+KaiTi"/>
          <w:color w:val="000000"/>
          <w:sz w:val="28"/>
        </w:rPr>
        <w:t>了评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组，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价组</w:t>
      </w:r>
      <w:r>
        <w:rPr>
          <w:spacing w:val="-2"/>
          <w:rFonts w:ascii="Ddylr05K+KaiTi" w:hAnsi="Ddylr05K+KaiTi" w:eastAsia="Ddylr05K+KaiTi"/>
          <w:color w:val="000000"/>
          <w:sz w:val="28"/>
        </w:rPr>
        <w:t>成</w:t>
      </w:r>
      <w:r>
        <w:rPr>
          <w:rFonts w:ascii="Ddylr05K+KaiTi" w:hAnsi="Ddylr05K+KaiTi" w:eastAsia="Ddylr05K+KaiTi"/>
          <w:color w:val="000000"/>
          <w:sz w:val="28"/>
        </w:rPr>
        <w:t>员详</w:t>
      </w:r>
      <w:r>
        <w:rPr>
          <w:spacing w:val="-2"/>
          <w:rFonts w:ascii="Ddylr05K+KaiTi" w:hAnsi="Ddylr05K+KaiTi" w:eastAsia="Ddylr05K+KaiTi"/>
          <w:color w:val="000000"/>
          <w:sz w:val="28"/>
        </w:rPr>
        <w:t>见</w:t>
      </w:r>
      <w:r>
        <w:rPr>
          <w:rFonts w:ascii="Ddylr05K+KaiTi" w:hAnsi="Ddylr05K+KaiTi" w:eastAsia="Ddylr05K+KaiTi"/>
          <w:color w:val="000000"/>
          <w:sz w:val="28"/>
        </w:rPr>
        <w:t>下表。</w:t>
      </w:r>
    </w:p>
    <w:p>
      <w:pPr>
        <w:autoSpaceDN w:val="0"/>
        <w:tabs>
          <w:tab w:pos="4240" w:val="left"/>
        </w:tabs>
        <w:autoSpaceDE w:val="0"/>
        <w:widowControl/>
        <w:spacing w:line="240" w:lineRule="exact" w:before="284" w:after="0"/>
        <w:ind w:left="3338" w:right="0" w:firstLine="0"/>
        <w:jc w:val="left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2</w:t>
      </w:r>
      <w:r>
        <w:rPr>
          <w:rFonts w:ascii="Ddylr05K+KaiTi" w:hAnsi="Ddylr05K+KaiTi" w:eastAsia="Ddylr05K+KaiTi"/>
          <w:b/>
          <w:color w:val="000000"/>
          <w:sz w:val="24"/>
        </w:rPr>
        <w:t>-1</w:t>
      </w:r>
      <w:r>
        <w:tab/>
      </w:r>
      <w:r>
        <w:rPr>
          <w:rFonts w:ascii="Ddylr05K+KaiTi" w:hAnsi="Ddylr05K+KaiTi" w:eastAsia="Ddylr05K+KaiTi"/>
          <w:b/>
          <w:color w:val="000000"/>
          <w:sz w:val="24"/>
        </w:rPr>
        <w:t>评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价</w:t>
      </w:r>
      <w:r>
        <w:rPr>
          <w:rFonts w:ascii="Ddylr05K+KaiTi" w:hAnsi="Ddylr05K+KaiTi" w:eastAsia="Ddylr05K+KaiTi"/>
          <w:b/>
          <w:color w:val="000000"/>
          <w:sz w:val="24"/>
        </w:rPr>
        <w:t>组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成</w:t>
      </w:r>
      <w:r>
        <w:rPr>
          <w:rFonts w:ascii="Ddylr05K+KaiTi" w:hAnsi="Ddylr05K+KaiTi" w:eastAsia="Ddylr05K+KaiTi"/>
          <w:b/>
          <w:color w:val="000000"/>
          <w:sz w:val="24"/>
        </w:rPr>
        <w:t>员表</w:t>
      </w:r>
    </w:p>
    <w:p>
      <w:pPr>
        <w:autoSpaceDN w:val="0"/>
        <w:autoSpaceDE w:val="0"/>
        <w:widowControl/>
        <w:spacing w:line="240" w:lineRule="exact" w:before="346" w:after="388"/>
        <w:ind w:left="0" w:right="0" w:firstLine="0"/>
        <w:jc w:val="center"/>
      </w:pPr>
      <w:r>
        <w:rPr>
          <w:rFonts w:ascii="Ddylr05K+KaiTi" w:hAnsi="Ddylr05K+KaiTi" w:eastAsia="Ddylr05K+KaiTi"/>
          <w:b/>
          <w:color w:val="000000"/>
          <w:sz w:val="24"/>
        </w:rPr>
        <w:t>评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价</w:t>
      </w:r>
      <w:r>
        <w:rPr>
          <w:rFonts w:ascii="Ddylr05K+KaiTi" w:hAnsi="Ddylr05K+KaiTi" w:eastAsia="Ddylr05K+KaiTi"/>
          <w:b/>
          <w:color w:val="000000"/>
          <w:sz w:val="24"/>
        </w:rPr>
        <w:t>组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信</w:t>
      </w:r>
      <w:r>
        <w:rPr>
          <w:rFonts w:ascii="Ddylr05K+KaiTi" w:hAnsi="Ddylr05K+KaiTi" w:eastAsia="Ddylr05K+KaiTi"/>
          <w:b/>
          <w:color w:val="000000"/>
          <w:sz w:val="24"/>
        </w:rPr>
        <w:t>息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40.0" w:type="dxa"/>
      </w:tblPr>
      <w:tblGrid>
        <w:gridCol w:w="1020"/>
        <w:gridCol w:w="1360"/>
        <w:gridCol w:w="1660"/>
        <w:gridCol w:w="2240"/>
        <w:gridCol w:w="2040"/>
      </w:tblGrid>
      <w:tr>
        <w:trPr>
          <w:trHeight w:hRule="exact" w:val="516"/>
        </w:trPr>
        <w:tc>
          <w:tcPr>
            <w:tcW w:type="dxa" w:w="10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spacing w:val="-3"/>
                <w:w w:val="101.16897251295008"/>
                <w:rFonts w:ascii="Ddylr05K+KaiTi" w:hAnsi="Ddylr05K+KaiTi" w:eastAsia="Ddylr05K+KaiTi"/>
                <w:b/>
                <w:color w:val="000000"/>
                <w:sz w:val="23"/>
              </w:rPr>
              <w:t>序</w:t>
            </w:r>
            <w:r>
              <w:rPr>
                <w:spacing w:val="-9"/>
                <w:w w:val="101.16897251295008"/>
                <w:rFonts w:ascii="Ddylr05K+KaiTi" w:hAnsi="Ddylr05K+KaiTi" w:eastAsia="Ddylr05K+KaiTi"/>
                <w:b/>
                <w:color w:val="000000"/>
                <w:sz w:val="23"/>
              </w:rPr>
              <w:t>号</w:t>
            </w:r>
          </w:p>
        </w:tc>
        <w:tc>
          <w:tcPr>
            <w:tcW w:type="dxa" w:w="13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338" w:right="0" w:firstLine="0"/>
              <w:jc w:val="left"/>
            </w:pPr>
            <w:r>
              <w:rPr>
                <w:spacing w:val="9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姓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名</w:t>
            </w:r>
          </w:p>
        </w:tc>
        <w:tc>
          <w:tcPr>
            <w:tcW w:type="dxa" w:w="1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spacing w:val="32"/>
                <w:rFonts w:ascii="Ddylr05K+KaiTi" w:hAnsi="Ddylr05K+KaiTi" w:eastAsia="Ddylr05K+KaiTi"/>
                <w:b/>
                <w:color w:val="000000"/>
                <w:sz w:val="24"/>
              </w:rPr>
              <w:t>职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责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专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业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领域</w:t>
            </w:r>
          </w:p>
        </w:tc>
        <w:tc>
          <w:tcPr>
            <w:tcW w:type="dxa" w:w="20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436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是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否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现场</w:t>
            </w:r>
          </w:p>
        </w:tc>
      </w:tr>
      <w:tr>
        <w:trPr>
          <w:trHeight w:hRule="exact" w:val="700"/>
        </w:trPr>
        <w:tc>
          <w:tcPr>
            <w:tcW w:type="dxa" w:w="10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spacing w:val="4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1</w:t>
            </w:r>
          </w:p>
        </w:tc>
        <w:tc>
          <w:tcPr>
            <w:tcW w:type="dxa" w:w="13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528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程云</w:t>
            </w:r>
          </w:p>
        </w:tc>
        <w:tc>
          <w:tcPr>
            <w:tcW w:type="dxa" w:w="1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642" w:firstLine="0"/>
              <w:jc w:val="right"/>
            </w:pPr>
            <w:r>
              <w:rPr>
                <w:spacing w:val="-3"/>
                <w:w w:val="101.16897251295008"/>
                <w:rFonts w:ascii="Ddylr05K+KaiTi" w:hAnsi="Ddylr05K+KaiTi" w:eastAsia="Ddylr05K+KaiTi"/>
                <w:b/>
                <w:color w:val="000000"/>
                <w:sz w:val="23"/>
              </w:rPr>
              <w:t>组</w:t>
            </w:r>
            <w:r>
              <w:rPr>
                <w:spacing w:val="-7"/>
                <w:w w:val="101.16897251295008"/>
                <w:rFonts w:ascii="Ddylr05K+KaiTi" w:hAnsi="Ddylr05K+KaiTi" w:eastAsia="Ddylr05K+KaiTi"/>
                <w:b/>
                <w:color w:val="000000"/>
                <w:sz w:val="23"/>
              </w:rPr>
              <w:t>长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spacing w:val="8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化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工</w:t>
            </w:r>
          </w:p>
        </w:tc>
        <w:tc>
          <w:tcPr>
            <w:tcW w:type="dxa" w:w="20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796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是</w:t>
            </w:r>
          </w:p>
        </w:tc>
      </w:tr>
      <w:tr>
        <w:trPr>
          <w:trHeight w:hRule="exact" w:val="524"/>
        </w:trPr>
        <w:tc>
          <w:tcPr>
            <w:tcW w:type="dxa" w:w="10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2</w:t>
            </w:r>
          </w:p>
        </w:tc>
        <w:tc>
          <w:tcPr>
            <w:tcW w:type="dxa" w:w="13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4" w:after="0"/>
              <w:ind w:left="338" w:right="0" w:firstLine="0"/>
              <w:jc w:val="left"/>
            </w:pPr>
            <w:r>
              <w:rPr>
                <w:spacing w:val="9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王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慧</w:t>
            </w:r>
          </w:p>
        </w:tc>
        <w:tc>
          <w:tcPr>
            <w:tcW w:type="dxa" w:w="1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4" w:after="0"/>
              <w:ind w:left="0" w:right="642" w:firstLine="0"/>
              <w:jc w:val="right"/>
            </w:pPr>
            <w:r>
              <w:rPr>
                <w:spacing w:val="-3"/>
                <w:w w:val="101.16897251295008"/>
                <w:rFonts w:ascii="Ddylr05K+KaiTi" w:hAnsi="Ddylr05K+KaiTi" w:eastAsia="Ddylr05K+KaiTi"/>
                <w:b/>
                <w:color w:val="000000"/>
                <w:sz w:val="23"/>
              </w:rPr>
              <w:t>组</w:t>
            </w:r>
            <w:r>
              <w:rPr>
                <w:spacing w:val="-7"/>
                <w:w w:val="101.16897251295008"/>
                <w:rFonts w:ascii="Ddylr05K+KaiTi" w:hAnsi="Ddylr05K+KaiTi" w:eastAsia="Ddylr05K+KaiTi"/>
                <w:b/>
                <w:color w:val="000000"/>
                <w:sz w:val="23"/>
              </w:rPr>
              <w:t>员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4" w:after="0"/>
              <w:ind w:left="0" w:right="0" w:firstLine="0"/>
              <w:jc w:val="center"/>
            </w:pPr>
            <w:r>
              <w:rPr>
                <w:spacing w:val="8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机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械</w:t>
            </w:r>
          </w:p>
        </w:tc>
        <w:tc>
          <w:tcPr>
            <w:tcW w:type="dxa" w:w="20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4" w:after="0"/>
              <w:ind w:left="0" w:right="796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是</w:t>
            </w:r>
          </w:p>
        </w:tc>
      </w:tr>
    </w:tbl>
    <w:p>
      <w:pPr>
        <w:autoSpaceDN w:val="0"/>
        <w:autoSpaceDE w:val="0"/>
        <w:widowControl/>
        <w:spacing w:line="240" w:lineRule="exact" w:before="402" w:after="388"/>
        <w:ind w:left="0" w:right="0" w:firstLine="0"/>
        <w:jc w:val="center"/>
      </w:pPr>
      <w:r>
        <w:rPr>
          <w:rFonts w:ascii="Ddylr05K+KaiTi" w:hAnsi="Ddylr05K+KaiTi" w:eastAsia="Ddylr05K+KaiTi"/>
          <w:b/>
          <w:color w:val="000000"/>
          <w:sz w:val="24"/>
        </w:rPr>
        <w:t>技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术</w:t>
      </w:r>
      <w:r>
        <w:rPr>
          <w:rFonts w:ascii="Ddylr05K+KaiTi" w:hAnsi="Ddylr05K+KaiTi" w:eastAsia="Ddylr05K+KaiTi"/>
          <w:b/>
          <w:color w:val="000000"/>
          <w:sz w:val="24"/>
        </w:rPr>
        <w:t>评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审</w:t>
      </w:r>
      <w:r>
        <w:rPr>
          <w:rFonts w:ascii="Ddylr05K+KaiTi" w:hAnsi="Ddylr05K+KaiTi" w:eastAsia="Ddylr05K+KaiTi"/>
          <w:b/>
          <w:color w:val="000000"/>
          <w:sz w:val="24"/>
        </w:rPr>
        <w:t>组信息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40.0" w:type="dxa"/>
      </w:tblPr>
      <w:tblGrid>
        <w:gridCol w:w="1040"/>
        <w:gridCol w:w="1360"/>
        <w:gridCol w:w="1640"/>
        <w:gridCol w:w="2240"/>
        <w:gridCol w:w="2040"/>
      </w:tblGrid>
      <w:tr>
        <w:trPr>
          <w:trHeight w:hRule="exact" w:val="360"/>
        </w:trPr>
        <w:tc>
          <w:tcPr>
            <w:tcW w:type="dxa" w:w="10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序号</w:t>
            </w:r>
          </w:p>
        </w:tc>
        <w:tc>
          <w:tcPr>
            <w:tcW w:type="dxa" w:w="13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538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姓名</w:t>
            </w:r>
          </w:p>
        </w:tc>
        <w:tc>
          <w:tcPr>
            <w:tcW w:type="dxa" w:w="16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620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职责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专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4"/>
              </w:rPr>
              <w:t>业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领域</w:t>
            </w:r>
          </w:p>
        </w:tc>
        <w:tc>
          <w:tcPr>
            <w:tcW w:type="dxa" w:w="20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436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是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否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现场</w:t>
            </w:r>
          </w:p>
        </w:tc>
      </w:tr>
    </w:tbl>
    <w:p>
      <w:pPr>
        <w:autoSpaceDN w:val="0"/>
        <w:autoSpaceDE w:val="0"/>
        <w:widowControl/>
        <w:spacing w:line="220" w:lineRule="exact" w:before="99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13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622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7696200</wp:posOffset>
            </wp:positionV>
            <wp:extent cx="5308600" cy="2019300"/>
            <wp:wrapNone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20193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914400</wp:posOffset>
            </wp:positionV>
            <wp:extent cx="5308600" cy="901700"/>
            <wp:wrapNone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90170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20.0" w:type="dxa"/>
      </w:tblPr>
      <w:tblGrid>
        <w:gridCol w:w="820"/>
        <w:gridCol w:w="1380"/>
        <w:gridCol w:w="2060"/>
        <w:gridCol w:w="2000"/>
        <w:gridCol w:w="1800"/>
      </w:tblGrid>
      <w:tr>
        <w:trPr>
          <w:trHeight w:hRule="exact" w:val="458"/>
        </w:trPr>
        <w:tc>
          <w:tcPr>
            <w:tcW w:type="dxa" w:w="8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1</w:t>
            </w:r>
          </w:p>
        </w:tc>
        <w:tc>
          <w:tcPr>
            <w:tcW w:type="dxa" w:w="13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张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兰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红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300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技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术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评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审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员</w:t>
            </w:r>
          </w:p>
        </w:tc>
        <w:tc>
          <w:tcPr>
            <w:tcW w:type="dxa" w:w="20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0" w:right="936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材料</w:t>
            </w:r>
          </w:p>
        </w:tc>
        <w:tc>
          <w:tcPr>
            <w:tcW w:type="dxa" w:w="18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0" w:right="616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否</w:t>
            </w:r>
          </w:p>
        </w:tc>
      </w:tr>
      <w:tr>
        <w:trPr>
          <w:trHeight w:hRule="exact" w:val="530"/>
        </w:trPr>
        <w:tc>
          <w:tcPr>
            <w:tcW w:type="dxa" w:w="8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2</w:t>
            </w:r>
          </w:p>
        </w:tc>
        <w:tc>
          <w:tcPr>
            <w:tcW w:type="dxa" w:w="13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王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春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交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0" w:after="0"/>
              <w:ind w:left="300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技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术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评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审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员</w:t>
            </w:r>
          </w:p>
        </w:tc>
        <w:tc>
          <w:tcPr>
            <w:tcW w:type="dxa" w:w="20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0" w:after="0"/>
              <w:ind w:left="0" w:right="924" w:firstLine="0"/>
              <w:jc w:val="right"/>
            </w:pPr>
            <w:r>
              <w:rPr>
                <w:spacing w:val="11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化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b/>
                <w:color w:val="000000"/>
                <w:sz w:val="24"/>
              </w:rPr>
              <w:t>工</w:t>
            </w:r>
          </w:p>
        </w:tc>
        <w:tc>
          <w:tcPr>
            <w:tcW w:type="dxa" w:w="18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0" w:after="0"/>
              <w:ind w:left="0" w:right="616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否</w:t>
            </w:r>
          </w:p>
        </w:tc>
      </w:tr>
    </w:tbl>
    <w:p>
      <w:pPr>
        <w:autoSpaceDN w:val="0"/>
        <w:tabs>
          <w:tab w:pos="920" w:val="left"/>
        </w:tabs>
        <w:autoSpaceDE w:val="0"/>
        <w:widowControl/>
        <w:spacing w:line="624" w:lineRule="exact" w:before="248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spacing w:val="68"/>
          <w:rFonts w:ascii="Ddylr05K+KaiTi" w:hAnsi="Ddylr05K+KaiTi" w:eastAsia="Ddylr05K+KaiTi"/>
          <w:b/>
          <w:color w:val="000000"/>
          <w:sz w:val="28"/>
        </w:rPr>
        <w:t>2</w:t>
      </w:r>
      <w:r>
        <w:rPr>
          <w:rFonts w:ascii="Ddylr05K+KaiTi" w:hAnsi="Ddylr05K+KaiTi" w:eastAsia="Ddylr05K+KaiTi"/>
          <w:b/>
          <w:color w:val="000000"/>
          <w:sz w:val="28"/>
        </w:rPr>
        <w:t>文件评审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评价组</w:t>
      </w:r>
      <w:r>
        <w:rPr>
          <w:spacing w:val="76"/>
          <w:rFonts w:ascii="Ddylr05K+KaiTi" w:hAnsi="Ddylr05K+KaiTi" w:eastAsia="Ddylr05K+KaiTi"/>
          <w:color w:val="000000"/>
          <w:sz w:val="28"/>
        </w:rPr>
        <w:t>于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4"/>
          <w:rFonts w:ascii="Ddylr05K+KaiTi" w:hAnsi="Ddylr05K+KaiTi" w:eastAsia="Ddylr05K+KaiTi"/>
          <w:color w:val="000000"/>
          <w:sz w:val="28"/>
        </w:rPr>
        <w:t>4</w:t>
      </w:r>
      <w:r>
        <w:rPr>
          <w:spacing w:val="78"/>
          <w:rFonts w:ascii="Ddylr05K+KaiTi" w:hAnsi="Ddylr05K+KaiTi" w:eastAsia="Ddylr05K+KaiTi"/>
          <w:color w:val="000000"/>
          <w:sz w:val="28"/>
        </w:rPr>
        <w:t>年</w:t>
      </w:r>
      <w:r>
        <w:rPr>
          <w:spacing w:val="74"/>
          <w:rFonts w:ascii="Ddylr05K+KaiTi" w:hAnsi="Ddylr05K+KaiTi" w:eastAsia="Ddylr05K+KaiTi"/>
          <w:color w:val="000000"/>
          <w:sz w:val="28"/>
        </w:rPr>
        <w:t>7</w:t>
      </w:r>
      <w:r>
        <w:rPr>
          <w:spacing w:val="78"/>
          <w:rFonts w:ascii="Ddylr05K+KaiTi" w:hAnsi="Ddylr05K+KaiTi" w:eastAsia="Ddylr05K+KaiTi"/>
          <w:color w:val="000000"/>
          <w:sz w:val="28"/>
        </w:rPr>
        <w:t>月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6"/>
          <w:rFonts w:ascii="Ddylr05K+KaiTi" w:hAnsi="Ddylr05K+KaiTi" w:eastAsia="Ddylr05K+KaiTi"/>
          <w:color w:val="000000"/>
          <w:sz w:val="28"/>
        </w:rPr>
        <w:t>2</w:t>
      </w:r>
      <w:r>
        <w:rPr>
          <w:spacing w:val="8"/>
          <w:rFonts w:ascii="Ddylr05K+KaiTi" w:hAnsi="Ddylr05K+KaiTi" w:eastAsia="Ddylr05K+KaiTi"/>
          <w:color w:val="000000"/>
          <w:sz w:val="28"/>
        </w:rPr>
        <w:t>日对受评价</w:t>
      </w:r>
      <w:r>
        <w:rPr>
          <w:spacing w:val="6"/>
          <w:rFonts w:ascii="Ddylr05K+KaiTi" w:hAnsi="Ddylr05K+KaiTi" w:eastAsia="Ddylr05K+KaiTi"/>
          <w:color w:val="000000"/>
          <w:sz w:val="28"/>
        </w:rPr>
        <w:t>方</w:t>
      </w:r>
      <w:r>
        <w:rPr>
          <w:spacing w:val="8"/>
          <w:rFonts w:ascii="Ddylr05K+KaiTi" w:hAnsi="Ddylr05K+KaiTi" w:eastAsia="Ddylr05K+KaiTi"/>
          <w:color w:val="000000"/>
          <w:sz w:val="28"/>
        </w:rPr>
        <w:t>提供的相关资料进行</w:t>
      </w:r>
      <w:r>
        <w:rPr>
          <w:rFonts w:ascii="Ddylr05K+KaiTi" w:hAnsi="Ddylr05K+KaiTi" w:eastAsia="Ddylr05K+KaiTi"/>
          <w:color w:val="000000"/>
          <w:sz w:val="28"/>
        </w:rPr>
        <w:t>了</w:t>
      </w:r>
      <w:r>
        <w:rPr>
          <w:spacing w:val="4"/>
          <w:rFonts w:ascii="Ddylr05K+KaiTi" w:hAnsi="Ddylr05K+KaiTi" w:eastAsia="Ddylr05K+KaiTi"/>
          <w:color w:val="000000"/>
          <w:sz w:val="28"/>
        </w:rPr>
        <w:t>文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</w:t>
      </w:r>
      <w:r>
        <w:rPr>
          <w:spacing w:val="4"/>
          <w:rFonts w:ascii="Ddylr05K+KaiTi" w:hAnsi="Ddylr05K+KaiTi" w:eastAsia="Ddylr05K+KaiTi"/>
          <w:color w:val="000000"/>
          <w:sz w:val="28"/>
        </w:rPr>
        <w:t>。</w:t>
      </w:r>
      <w:r>
        <w:rPr>
          <w:spacing w:val="6"/>
          <w:rFonts w:ascii="Ddylr05K+KaiTi" w:hAnsi="Ddylr05K+KaiTi" w:eastAsia="Ddylr05K+KaiTi"/>
          <w:color w:val="000000"/>
          <w:sz w:val="28"/>
        </w:rPr>
        <w:t>文</w:t>
      </w:r>
      <w:r>
        <w:rPr>
          <w:spacing w:val="4"/>
          <w:rFonts w:ascii="Ddylr05K+KaiTi" w:hAnsi="Ddylr05K+KaiTi" w:eastAsia="Ddylr05K+KaiTi"/>
          <w:color w:val="000000"/>
          <w:sz w:val="28"/>
        </w:rPr>
        <w:t>件评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</w:t>
      </w:r>
      <w:r>
        <w:rPr>
          <w:spacing w:val="6"/>
          <w:rFonts w:ascii="Ddylr05K+KaiTi" w:hAnsi="Ddylr05K+KaiTi" w:eastAsia="Ddylr05K+KaiTi"/>
          <w:color w:val="000000"/>
          <w:sz w:val="28"/>
        </w:rPr>
        <w:t>对</w:t>
      </w:r>
      <w:r>
        <w:rPr>
          <w:spacing w:val="8"/>
          <w:rFonts w:ascii="Ddylr05K+KaiTi" w:hAnsi="Ddylr05K+KaiTi" w:eastAsia="Ddylr05K+KaiTi"/>
          <w:color w:val="000000"/>
          <w:sz w:val="28"/>
        </w:rPr>
        <w:t>象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内</w:t>
      </w:r>
      <w:r>
        <w:rPr>
          <w:spacing w:val="4"/>
          <w:rFonts w:ascii="Ddylr05K+KaiTi" w:hAnsi="Ddylr05K+KaiTi" w:eastAsia="Ddylr05K+KaiTi"/>
          <w:color w:val="000000"/>
          <w:sz w:val="28"/>
        </w:rPr>
        <w:t>容</w:t>
      </w:r>
      <w:r>
        <w:rPr>
          <w:spacing w:val="6"/>
          <w:rFonts w:ascii="Ddylr05K+KaiTi" w:hAnsi="Ddylr05K+KaiTi" w:eastAsia="Ddylr05K+KaiTi"/>
          <w:color w:val="000000"/>
          <w:sz w:val="28"/>
        </w:rPr>
        <w:t>包</w:t>
      </w:r>
      <w:r>
        <w:rPr>
          <w:spacing w:val="4"/>
          <w:rFonts w:ascii="Ddylr05K+KaiTi" w:hAnsi="Ddylr05K+KaiTi" w:eastAsia="Ddylr05K+KaiTi"/>
          <w:color w:val="000000"/>
          <w:sz w:val="28"/>
        </w:rPr>
        <w:t>括：</w:t>
      </w:r>
      <w:r>
        <w:rPr>
          <w:spacing w:val="8"/>
          <w:rFonts w:ascii="Ddylr05K+KaiTi" w:hAnsi="Ddylr05K+KaiTi" w:eastAsia="Ddylr05K+KaiTi"/>
          <w:color w:val="000000"/>
          <w:sz w:val="28"/>
        </w:rPr>
        <w:t>企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8"/>
          <w:rFonts w:ascii="Ddylr05K+KaiTi" w:hAnsi="Ddylr05K+KaiTi" w:eastAsia="Ddylr05K+KaiTi"/>
          <w:color w:val="000000"/>
          <w:sz w:val="28"/>
        </w:rPr>
        <w:t>基</w:t>
      </w:r>
      <w:r>
        <w:rPr>
          <w:spacing w:val="6"/>
          <w:rFonts w:ascii="Ddylr05K+KaiTi" w:hAnsi="Ddylr05K+KaiTi" w:eastAsia="Ddylr05K+KaiTi"/>
          <w:color w:val="000000"/>
          <w:sz w:val="28"/>
        </w:rPr>
        <w:t>本</w:t>
      </w:r>
      <w:r>
        <w:rPr>
          <w:spacing w:val="8"/>
          <w:rFonts w:ascii="Ddylr05K+KaiTi" w:hAnsi="Ddylr05K+KaiTi" w:eastAsia="Ddylr05K+KaiTi"/>
          <w:color w:val="000000"/>
          <w:sz w:val="28"/>
        </w:rPr>
        <w:t>信</w:t>
      </w:r>
      <w:r>
        <w:rPr>
          <w:spacing w:val="4"/>
          <w:rFonts w:ascii="Ddylr05K+KaiTi" w:hAnsi="Ddylr05K+KaiTi" w:eastAsia="Ddylr05K+KaiTi"/>
          <w:color w:val="000000"/>
          <w:sz w:val="28"/>
        </w:rPr>
        <w:t>息、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信</w:t>
      </w:r>
      <w:r>
        <w:rPr>
          <w:spacing w:val="6"/>
          <w:rFonts w:ascii="Ddylr05K+KaiTi" w:hAnsi="Ddylr05K+KaiTi" w:eastAsia="Ddylr05K+KaiTi"/>
          <w:color w:val="000000"/>
          <w:sz w:val="28"/>
        </w:rPr>
        <w:t>息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艺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4"/>
          <w:rFonts w:ascii="Ddylr05K+KaiTi" w:hAnsi="Ddylr05K+KaiTi" w:eastAsia="Ddylr05K+KaiTi"/>
          <w:color w:val="000000"/>
          <w:sz w:val="28"/>
        </w:rPr>
        <w:t>源计</w:t>
      </w:r>
      <w:r>
        <w:rPr>
          <w:spacing w:val="8"/>
          <w:rFonts w:ascii="Ddylr05K+KaiTi" w:hAnsi="Ddylr05K+KaiTi" w:eastAsia="Ddylr05K+KaiTi"/>
          <w:color w:val="000000"/>
          <w:sz w:val="28"/>
        </w:rPr>
        <w:t>量</w:t>
      </w:r>
      <w:r>
        <w:rPr>
          <w:spacing w:val="6"/>
          <w:rFonts w:ascii="Ddylr05K+KaiTi" w:hAnsi="Ddylr05K+KaiTi" w:eastAsia="Ddylr05K+KaiTi"/>
          <w:color w:val="000000"/>
          <w:sz w:val="28"/>
        </w:rPr>
        <w:t>器</w:t>
      </w:r>
      <w:r>
        <w:rPr>
          <w:spacing w:val="8"/>
          <w:rFonts w:ascii="Ddylr05K+KaiTi" w:hAnsi="Ddylr05K+KaiTi" w:eastAsia="Ddylr05K+KaiTi"/>
          <w:color w:val="000000"/>
          <w:sz w:val="28"/>
        </w:rPr>
        <w:t>具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排</w:t>
      </w:r>
      <w:r>
        <w:rPr>
          <w:spacing w:val="4"/>
          <w:rFonts w:ascii="Ddylr05K+KaiTi" w:hAnsi="Ddylr05K+KaiTi" w:eastAsia="Ddylr05K+KaiTi"/>
          <w:color w:val="000000"/>
          <w:sz w:val="28"/>
        </w:rPr>
        <w:t>放</w:t>
      </w:r>
      <w:r>
        <w:rPr>
          <w:spacing w:val="6"/>
          <w:rFonts w:ascii="Ddylr05K+KaiTi" w:hAnsi="Ddylr05K+KaiTi" w:eastAsia="Ddylr05K+KaiTi"/>
          <w:color w:val="000000"/>
          <w:sz w:val="28"/>
        </w:rPr>
        <w:t>设</w:t>
      </w:r>
      <w:r>
        <w:rPr>
          <w:spacing w:val="4"/>
          <w:rFonts w:ascii="Ddylr05K+KaiTi" w:hAnsi="Ddylr05K+KaiTi" w:eastAsia="Ddylr05K+KaiTi"/>
          <w:color w:val="000000"/>
          <w:sz w:val="28"/>
        </w:rPr>
        <w:t>施清</w:t>
      </w:r>
      <w:r>
        <w:rPr>
          <w:spacing w:val="8"/>
          <w:rFonts w:ascii="Ddylr05K+KaiTi" w:hAnsi="Ddylr05K+KaiTi" w:eastAsia="Ddylr05K+KaiTi"/>
          <w:color w:val="000000"/>
          <w:sz w:val="28"/>
        </w:rPr>
        <w:t>单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排</w:t>
      </w:r>
      <w:r>
        <w:rPr>
          <w:spacing w:val="6"/>
          <w:rFonts w:ascii="Ddylr05K+KaiTi" w:hAnsi="Ddylr05K+KaiTi" w:eastAsia="Ddylr05K+KaiTi"/>
          <w:color w:val="000000"/>
          <w:sz w:val="28"/>
        </w:rPr>
        <w:t>放</w:t>
      </w:r>
      <w:r>
        <w:rPr>
          <w:spacing w:val="8"/>
          <w:rFonts w:ascii="Ddylr05K+KaiTi" w:hAnsi="Ddylr05K+KaiTi" w:eastAsia="Ddylr05K+KaiTi"/>
          <w:color w:val="000000"/>
          <w:sz w:val="28"/>
        </w:rPr>
        <w:t>源</w:t>
      </w:r>
      <w:r>
        <w:rPr>
          <w:spacing w:val="4"/>
          <w:rFonts w:ascii="Ddylr05K+KaiTi" w:hAnsi="Ddylr05K+KaiTi" w:eastAsia="Ddylr05K+KaiTi"/>
          <w:color w:val="000000"/>
          <w:sz w:val="28"/>
        </w:rPr>
        <w:t>清单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监</w:t>
      </w:r>
      <w:r>
        <w:rPr>
          <w:spacing w:val="8"/>
          <w:rFonts w:ascii="Ddylr05K+KaiTi" w:hAnsi="Ddylr05K+KaiTi" w:eastAsia="Ddylr05K+KaiTi"/>
          <w:color w:val="000000"/>
          <w:sz w:val="28"/>
        </w:rPr>
        <w:t>测</w:t>
      </w:r>
      <w:r>
        <w:rPr>
          <w:spacing w:val="6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备</w:t>
      </w:r>
      <w:r>
        <w:rPr>
          <w:spacing w:val="4"/>
          <w:rFonts w:ascii="Ddylr05K+KaiTi" w:hAnsi="Ddylr05K+KaiTi" w:eastAsia="Ddylr05K+KaiTi"/>
          <w:color w:val="000000"/>
          <w:sz w:val="28"/>
        </w:rPr>
        <w:t>清</w:t>
      </w:r>
      <w:r>
        <w:rPr>
          <w:spacing w:val="8"/>
          <w:rFonts w:ascii="Ddylr05K+KaiTi" w:hAnsi="Ddylr05K+KaiTi" w:eastAsia="Ddylr05K+KaiTi"/>
          <w:color w:val="000000"/>
          <w:sz w:val="28"/>
        </w:rPr>
        <w:t>单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活</w:t>
      </w:r>
      <w:r>
        <w:rPr>
          <w:spacing w:val="4"/>
          <w:rFonts w:ascii="Ddylr05K+KaiTi" w:hAnsi="Ddylr05K+KaiTi" w:eastAsia="Ddylr05K+KaiTi"/>
          <w:color w:val="000000"/>
          <w:sz w:val="28"/>
        </w:rPr>
        <w:t>动</w:t>
      </w:r>
      <w:r>
        <w:rPr>
          <w:spacing w:val="6"/>
          <w:rFonts w:ascii="Ddylr05K+KaiTi" w:hAnsi="Ddylr05K+KaiTi" w:eastAsia="Ddylr05K+KaiTi"/>
          <w:color w:val="000000"/>
          <w:sz w:val="28"/>
        </w:rPr>
        <w:t>水</w:t>
      </w:r>
      <w:r>
        <w:rPr>
          <w:spacing w:val="4"/>
          <w:rFonts w:ascii="Ddylr05K+KaiTi" w:hAnsi="Ddylr05K+KaiTi" w:eastAsia="Ddylr05K+KaiTi"/>
          <w:color w:val="000000"/>
          <w:sz w:val="28"/>
        </w:rPr>
        <w:t>平和</w:t>
      </w:r>
      <w:r>
        <w:rPr>
          <w:spacing w:val="8"/>
          <w:rFonts w:ascii="Ddylr05K+KaiTi" w:hAnsi="Ddylr05K+KaiTi" w:eastAsia="Ddylr05K+KaiTi"/>
          <w:color w:val="000000"/>
          <w:sz w:val="28"/>
        </w:rPr>
        <w:t>排</w:t>
      </w:r>
      <w:r>
        <w:rPr>
          <w:spacing w:val="6"/>
          <w:rFonts w:ascii="Ddylr05K+KaiTi" w:hAnsi="Ddylr05K+KaiTi" w:eastAsia="Ddylr05K+KaiTi"/>
          <w:color w:val="000000"/>
          <w:sz w:val="28"/>
        </w:rPr>
        <w:t>放</w:t>
      </w:r>
      <w:r>
        <w:rPr>
          <w:spacing w:val="8"/>
          <w:rFonts w:ascii="Ddylr05K+KaiTi" w:hAnsi="Ddylr05K+KaiTi" w:eastAsia="Ddylr05K+KaiTi"/>
          <w:color w:val="000000"/>
          <w:sz w:val="28"/>
        </w:rPr>
        <w:t>因</w:t>
      </w:r>
      <w:r>
        <w:rPr>
          <w:spacing w:val="6"/>
          <w:rFonts w:ascii="Ddylr05K+KaiTi" w:hAnsi="Ddylr05K+KaiTi" w:eastAsia="Ddylr05K+KaiTi"/>
          <w:color w:val="000000"/>
          <w:sz w:val="28"/>
        </w:rPr>
        <w:t>子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相</w:t>
      </w:r>
      <w:r>
        <w:rPr>
          <w:spacing w:val="6"/>
          <w:rFonts w:ascii="Ddylr05K+KaiTi" w:hAnsi="Ddylr05K+KaiTi" w:eastAsia="Ddylr05K+KaiTi"/>
          <w:color w:val="000000"/>
          <w:sz w:val="28"/>
        </w:rPr>
        <w:t>关</w:t>
      </w:r>
      <w:r>
        <w:rPr>
          <w:spacing w:val="4"/>
          <w:rFonts w:ascii="Ddylr05K+KaiTi" w:hAnsi="Ddylr05K+KaiTi" w:eastAsia="Ddylr05K+KaiTi"/>
          <w:color w:val="000000"/>
          <w:sz w:val="28"/>
        </w:rPr>
        <w:t>信息</w:t>
      </w:r>
      <w:r>
        <w:rPr>
          <w:spacing w:val="8"/>
          <w:rFonts w:ascii="Ddylr05K+KaiTi" w:hAnsi="Ddylr05K+KaiTi" w:eastAsia="Ddylr05K+KaiTi"/>
          <w:color w:val="000000"/>
          <w:sz w:val="28"/>
        </w:rPr>
        <w:t>等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6"/>
          <w:rFonts w:ascii="Ddylr05K+KaiTi" w:hAnsi="Ddylr05K+KaiTi" w:eastAsia="Ddylr05K+KaiTi"/>
          <w:color w:val="000000"/>
          <w:sz w:val="28"/>
        </w:rPr>
        <w:t>过</w:t>
      </w:r>
      <w:r>
        <w:rPr>
          <w:spacing w:val="8"/>
          <w:rFonts w:ascii="Ddylr05K+KaiTi" w:hAnsi="Ddylr05K+KaiTi" w:eastAsia="Ddylr05K+KaiTi"/>
          <w:color w:val="000000"/>
          <w:sz w:val="28"/>
        </w:rPr>
        <w:t>文</w:t>
      </w:r>
      <w:r>
        <w:rPr>
          <w:spacing w:val="4"/>
          <w:rFonts w:ascii="Ddylr05K+KaiTi" w:hAnsi="Ddylr05K+KaiTi" w:eastAsia="Ddylr05K+KaiTi"/>
          <w:color w:val="000000"/>
          <w:sz w:val="28"/>
        </w:rPr>
        <w:t>件评</w:t>
      </w:r>
      <w:r>
        <w:rPr>
          <w:spacing w:val="6"/>
          <w:rFonts w:ascii="Ddylr05K+KaiTi" w:hAnsi="Ddylr05K+KaiTi" w:eastAsia="Ddylr05K+KaiTi"/>
          <w:color w:val="000000"/>
          <w:sz w:val="28"/>
        </w:rPr>
        <w:t>审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组</w:t>
      </w:r>
      <w:r>
        <w:rPr>
          <w:spacing w:val="-2"/>
          <w:rFonts w:ascii="Ddylr05K+KaiTi" w:hAnsi="Ddylr05K+KaiTi" w:eastAsia="Ddylr05K+KaiTi"/>
          <w:color w:val="000000"/>
          <w:sz w:val="28"/>
        </w:rPr>
        <w:t>识别</w:t>
      </w:r>
      <w:r>
        <w:rPr>
          <w:rFonts w:ascii="Ddylr05K+KaiTi" w:hAnsi="Ddylr05K+KaiTi" w:eastAsia="Ddylr05K+KaiTi"/>
          <w:color w:val="000000"/>
          <w:sz w:val="28"/>
        </w:rPr>
        <w:t>出如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现场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审的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重</w:t>
      </w:r>
      <w:r>
        <w:rPr>
          <w:rFonts w:ascii="Ddylr05K+KaiTi" w:hAnsi="Ddylr05K+KaiTi" w:eastAsia="Ddylr05K+KaiTi"/>
          <w:color w:val="000000"/>
          <w:sz w:val="28"/>
        </w:rPr>
        <w:t>点：</w:t>
      </w:r>
      <w:r>
        <w:br/>
      </w:r>
      <w:r>
        <w:tab/>
      </w: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1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受</w:t>
      </w:r>
      <w:r>
        <w:rPr>
          <w:spacing w:val="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</w:t>
      </w:r>
      <w:r>
        <w:rPr>
          <w:spacing w:val="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</w:t>
      </w:r>
      <w:r>
        <w:rPr>
          <w:spacing w:val="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</w:t>
      </w:r>
      <w:r>
        <w:rPr>
          <w:spacing w:val="2"/>
          <w:rFonts w:ascii="Ddylr05K+KaiTi" w:hAnsi="Ddylr05K+KaiTi" w:eastAsia="Ddylr05K+KaiTi"/>
          <w:color w:val="000000"/>
          <w:sz w:val="28"/>
        </w:rPr>
        <w:t>迹</w:t>
      </w:r>
      <w:r>
        <w:rPr>
          <w:rFonts w:ascii="Ddylr05K+KaiTi" w:hAnsi="Ddylr05K+KaiTi" w:eastAsia="Ddylr05K+KaiTi"/>
          <w:color w:val="000000"/>
          <w:sz w:val="28"/>
        </w:rPr>
        <w:t>核</w:t>
      </w:r>
      <w:r>
        <w:rPr>
          <w:spacing w:val="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2"/>
          <w:rFonts w:ascii="Ddylr05K+KaiTi" w:hAnsi="Ddylr05K+KaiTi" w:eastAsia="Ddylr05K+KaiTi"/>
          <w:color w:val="000000"/>
          <w:sz w:val="28"/>
        </w:rPr>
        <w:t>系</w:t>
      </w:r>
      <w:r>
        <w:rPr>
          <w:rFonts w:ascii="Ddylr05K+KaiTi" w:hAnsi="Ddylr05K+KaiTi" w:eastAsia="Ddylr05K+KaiTi"/>
          <w:color w:val="000000"/>
          <w:sz w:val="28"/>
        </w:rPr>
        <w:t>统边</w:t>
      </w:r>
      <w:r>
        <w:rPr>
          <w:spacing w:val="2"/>
          <w:rFonts w:ascii="Ddylr05K+KaiTi" w:hAnsi="Ddylr05K+KaiTi" w:eastAsia="Ddylr05K+KaiTi"/>
          <w:color w:val="000000"/>
          <w:sz w:val="28"/>
        </w:rPr>
        <w:t>界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</w:t>
      </w:r>
      <w:r>
        <w:rPr>
          <w:spacing w:val="2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施</w:t>
      </w:r>
      <w:r>
        <w:rPr>
          <w:spacing w:val="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源识</w:t>
      </w:r>
      <w:r>
        <w:rPr>
          <w:rFonts w:ascii="Ddylr05K+KaiTi" w:hAnsi="Ddylr05K+KaiTi" w:eastAsia="Ddylr05K+KaiTi"/>
          <w:color w:val="000000"/>
          <w:sz w:val="28"/>
        </w:rPr>
        <w:t>别等；</w:t>
      </w:r>
      <w:r>
        <w:br/>
      </w:r>
      <w:r>
        <w:tab/>
      </w: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2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受</w:t>
      </w:r>
      <w:r>
        <w:rPr>
          <w:spacing w:val="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</w:t>
      </w:r>
      <w:r>
        <w:rPr>
          <w:spacing w:val="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系</w:t>
      </w:r>
      <w:r>
        <w:rPr>
          <w:spacing w:val="2"/>
          <w:rFonts w:ascii="Ddylr05K+KaiTi" w:hAnsi="Ddylr05K+KaiTi" w:eastAsia="Ddylr05K+KaiTi"/>
          <w:color w:val="000000"/>
          <w:sz w:val="28"/>
        </w:rPr>
        <w:t>统</w:t>
      </w:r>
      <w:r>
        <w:rPr>
          <w:rFonts w:ascii="Ddylr05K+KaiTi" w:hAnsi="Ddylr05K+KaiTi" w:eastAsia="Ddylr05K+KaiTi"/>
          <w:color w:val="000000"/>
          <w:sz w:val="28"/>
        </w:rPr>
        <w:t>边</w:t>
      </w:r>
      <w:r>
        <w:rPr>
          <w:spacing w:val="2"/>
          <w:rFonts w:ascii="Ddylr05K+KaiTi" w:hAnsi="Ddylr05K+KaiTi" w:eastAsia="Ddylr05K+KaiTi"/>
          <w:color w:val="000000"/>
          <w:sz w:val="28"/>
        </w:rPr>
        <w:t>界</w:t>
      </w:r>
      <w:r>
        <w:rPr>
          <w:rFonts w:ascii="Ddylr05K+KaiTi" w:hAnsi="Ddylr05K+KaiTi" w:eastAsia="Ddylr05K+KaiTi"/>
          <w:color w:val="000000"/>
          <w:sz w:val="28"/>
        </w:rPr>
        <w:t>内</w:t>
      </w:r>
      <w:r>
        <w:rPr>
          <w:spacing w:val="2"/>
          <w:rFonts w:ascii="Ddylr05K+KaiTi" w:hAnsi="Ddylr05K+KaiTi" w:eastAsia="Ddylr05K+KaiTi"/>
          <w:color w:val="000000"/>
          <w:sz w:val="28"/>
        </w:rPr>
        <w:t>活</w:t>
      </w:r>
      <w:r>
        <w:rPr>
          <w:rFonts w:ascii="Ddylr05K+KaiTi" w:hAnsi="Ddylr05K+KaiTi" w:eastAsia="Ddylr05K+KaiTi"/>
          <w:color w:val="000000"/>
          <w:sz w:val="28"/>
        </w:rPr>
        <w:t>动</w:t>
      </w:r>
      <w:r>
        <w:rPr>
          <w:spacing w:val="2"/>
          <w:rFonts w:ascii="Ddylr05K+KaiTi" w:hAnsi="Ddylr05K+KaiTi" w:eastAsia="Ddylr05K+KaiTi"/>
          <w:color w:val="000000"/>
          <w:sz w:val="28"/>
        </w:rPr>
        <w:t>水</w:t>
      </w:r>
      <w:r>
        <w:rPr>
          <w:rFonts w:ascii="Ddylr05K+KaiTi" w:hAnsi="Ddylr05K+KaiTi" w:eastAsia="Ddylr05K+KaiTi"/>
          <w:color w:val="000000"/>
          <w:sz w:val="28"/>
        </w:rPr>
        <w:t>平</w:t>
      </w:r>
      <w:r>
        <w:rPr>
          <w:spacing w:val="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据和</w:t>
      </w:r>
      <w:r>
        <w:rPr>
          <w:spacing w:val="2"/>
          <w:rFonts w:ascii="Ddylr05K+KaiTi" w:hAnsi="Ddylr05K+KaiTi" w:eastAsia="Ddylr05K+KaiTi"/>
          <w:color w:val="000000"/>
          <w:sz w:val="28"/>
        </w:rPr>
        <w:t>参</w:t>
      </w: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获</w:t>
      </w:r>
      <w:r>
        <w:rPr>
          <w:spacing w:val="2"/>
          <w:rFonts w:ascii="Ddylr05K+KaiTi" w:hAnsi="Ddylr05K+KaiTi" w:eastAsia="Ddylr05K+KaiTi"/>
          <w:color w:val="000000"/>
          <w:sz w:val="28"/>
        </w:rPr>
        <w:t>取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2"/>
          <w:rFonts w:ascii="Ddylr05K+KaiTi" w:hAnsi="Ddylr05K+KaiTi" w:eastAsia="Ddylr05K+KaiTi"/>
          <w:color w:val="000000"/>
          <w:sz w:val="28"/>
        </w:rPr>
        <w:t>记</w:t>
      </w:r>
      <w:r>
        <w:rPr>
          <w:rFonts w:ascii="Ddylr05K+KaiTi" w:hAnsi="Ddylr05K+KaiTi" w:eastAsia="Ddylr05K+KaiTi"/>
          <w:color w:val="000000"/>
          <w:sz w:val="28"/>
        </w:rPr>
        <w:t>录、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传递</w:t>
      </w:r>
      <w:r>
        <w:rPr>
          <w:rFonts w:ascii="Ddylr05K+KaiTi" w:hAnsi="Ddylr05K+KaiTi" w:eastAsia="Ddylr05K+KaiTi"/>
          <w:color w:val="000000"/>
          <w:sz w:val="28"/>
        </w:rPr>
        <w:t>和汇</w:t>
      </w:r>
      <w:r>
        <w:rPr>
          <w:spacing w:val="-2"/>
          <w:rFonts w:ascii="Ddylr05K+KaiTi" w:hAnsi="Ddylr05K+KaiTi" w:eastAsia="Ddylr05K+KaiTi"/>
          <w:color w:val="000000"/>
          <w:sz w:val="28"/>
        </w:rPr>
        <w:t>总</w:t>
      </w:r>
      <w:r>
        <w:rPr>
          <w:rFonts w:ascii="Ddylr05K+KaiTi" w:hAnsi="Ddylr05K+KaiTi" w:eastAsia="Ddylr05K+KaiTi"/>
          <w:color w:val="000000"/>
          <w:sz w:val="28"/>
        </w:rPr>
        <w:t>的信</w:t>
      </w:r>
      <w:r>
        <w:rPr>
          <w:spacing w:val="-2"/>
          <w:rFonts w:ascii="Ddylr05K+KaiTi" w:hAnsi="Ddylr05K+KaiTi" w:eastAsia="Ddylr05K+KaiTi"/>
          <w:color w:val="000000"/>
          <w:sz w:val="28"/>
        </w:rPr>
        <w:t>息</w:t>
      </w:r>
      <w:r>
        <w:rPr>
          <w:rFonts w:ascii="Ddylr05K+KaiTi" w:hAnsi="Ddylr05K+KaiTi" w:eastAsia="Ddylr05K+KaiTi"/>
          <w:color w:val="000000"/>
          <w:sz w:val="28"/>
        </w:rPr>
        <w:t>流管</w:t>
      </w:r>
      <w:r>
        <w:rPr>
          <w:spacing w:val="-2"/>
          <w:rFonts w:ascii="Ddylr05K+KaiTi" w:hAnsi="Ddylr05K+KaiTi" w:eastAsia="Ddylr05K+KaiTi"/>
          <w:color w:val="000000"/>
          <w:sz w:val="28"/>
        </w:rPr>
        <w:t>理</w:t>
      </w:r>
      <w:r>
        <w:rPr>
          <w:rFonts w:ascii="Ddylr05K+KaiTi" w:hAnsi="Ddylr05K+KaiTi" w:eastAsia="Ddylr05K+KaiTi"/>
          <w:color w:val="000000"/>
          <w:sz w:val="28"/>
        </w:rPr>
        <w:t>；</w:t>
      </w:r>
    </w:p>
    <w:p>
      <w:pPr>
        <w:autoSpaceDN w:val="0"/>
        <w:autoSpaceDE w:val="0"/>
        <w:widowControl/>
        <w:spacing w:line="624" w:lineRule="exact" w:before="22" w:after="0"/>
        <w:ind w:left="920" w:right="2304" w:firstLine="0"/>
        <w:jc w:val="left"/>
      </w:pP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3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核算</w:t>
      </w:r>
      <w:r>
        <w:rPr>
          <w:rFonts w:ascii="Ddylr05K+KaiTi" w:hAnsi="Ddylr05K+KaiTi" w:eastAsia="Ddylr05K+KaiTi"/>
          <w:color w:val="000000"/>
          <w:sz w:val="28"/>
        </w:rPr>
        <w:t>方法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据计</w:t>
      </w:r>
      <w:r>
        <w:rPr>
          <w:spacing w:val="-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过程；</w:t>
      </w:r>
      <w:r>
        <w:br/>
      </w: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4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计量</w:t>
      </w:r>
      <w:r>
        <w:rPr>
          <w:rFonts w:ascii="Ddylr05K+KaiTi" w:hAnsi="Ddylr05K+KaiTi" w:eastAsia="Ddylr05K+KaiTi"/>
          <w:color w:val="000000"/>
          <w:sz w:val="28"/>
        </w:rPr>
        <w:t>器具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监测</w:t>
      </w:r>
      <w:r>
        <w:rPr>
          <w:spacing w:val="-2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备的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校</w:t>
      </w:r>
      <w:r>
        <w:rPr>
          <w:rFonts w:ascii="Ddylr05K+KaiTi" w:hAnsi="Ddylr05K+KaiTi" w:eastAsia="Ddylr05K+KaiTi"/>
          <w:color w:val="000000"/>
          <w:sz w:val="28"/>
        </w:rPr>
        <w:t>准和</w:t>
      </w:r>
      <w:r>
        <w:rPr>
          <w:spacing w:val="-2"/>
          <w:rFonts w:ascii="Ddylr05K+KaiTi" w:hAnsi="Ddylr05K+KaiTi" w:eastAsia="Ddylr05K+KaiTi"/>
          <w:color w:val="000000"/>
          <w:sz w:val="28"/>
        </w:rPr>
        <w:t>维</w:t>
      </w:r>
      <w:r>
        <w:rPr>
          <w:rFonts w:ascii="Ddylr05K+KaiTi" w:hAnsi="Ddylr05K+KaiTi" w:eastAsia="Ddylr05K+KaiTi"/>
          <w:color w:val="000000"/>
          <w:sz w:val="28"/>
        </w:rPr>
        <w:t>护情</w:t>
      </w:r>
      <w:r>
        <w:rPr>
          <w:spacing w:val="-2"/>
          <w:rFonts w:ascii="Ddylr05K+KaiTi" w:hAnsi="Ddylr05K+KaiTi" w:eastAsia="Ddylr05K+KaiTi"/>
          <w:color w:val="000000"/>
          <w:sz w:val="28"/>
        </w:rPr>
        <w:t>况</w:t>
      </w:r>
      <w:r>
        <w:rPr>
          <w:rFonts w:ascii="Ddylr05K+KaiTi" w:hAnsi="Ddylr05K+KaiTi" w:eastAsia="Ddylr05K+KaiTi"/>
          <w:color w:val="000000"/>
          <w:sz w:val="28"/>
        </w:rPr>
        <w:t>；</w:t>
      </w:r>
      <w:r>
        <w:rPr>
          <w:rFonts w:ascii="jXESaHHF+SimSun" w:hAnsi="jXESaHHF+SimSun" w:eastAsia="jXESaHHF+SimSun"/>
          <w:color w:val="000000"/>
          <w:sz w:val="28"/>
        </w:rPr>
        <w:t>（</w:t>
      </w:r>
      <w:r>
        <w:rPr>
          <w:rFonts w:ascii="UZztFtTf+TimesNewRomanPSMT" w:hAnsi="UZztFtTf+TimesNewRomanPSMT" w:eastAsia="UZztFtTf+TimesNewRomanPSMT"/>
          <w:color w:val="000000"/>
          <w:sz w:val="28"/>
        </w:rPr>
        <w:t>5</w:t>
      </w:r>
      <w:r>
        <w:rPr>
          <w:rFonts w:ascii="jXESaHHF+SimSun" w:hAnsi="jXESaHHF+SimSun" w:eastAsia="jXESaHHF+SimSun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质量</w:t>
      </w:r>
      <w:r>
        <w:rPr>
          <w:rFonts w:ascii="Ddylr05K+KaiTi" w:hAnsi="Ddylr05K+KaiTi" w:eastAsia="Ddylr05K+KaiTi"/>
          <w:color w:val="000000"/>
          <w:sz w:val="28"/>
        </w:rPr>
        <w:t>保证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文件</w:t>
      </w:r>
      <w:r>
        <w:rPr>
          <w:spacing w:val="-2"/>
          <w:rFonts w:ascii="Ddylr05K+KaiTi" w:hAnsi="Ddylr05K+KaiTi" w:eastAsia="Ddylr05K+KaiTi"/>
          <w:color w:val="000000"/>
          <w:sz w:val="28"/>
        </w:rPr>
        <w:t>存</w:t>
      </w:r>
      <w:r>
        <w:rPr>
          <w:rFonts w:ascii="Ddylr05K+KaiTi" w:hAnsi="Ddylr05K+KaiTi" w:eastAsia="Ddylr05K+KaiTi"/>
          <w:color w:val="000000"/>
          <w:sz w:val="28"/>
        </w:rPr>
        <w:t>档的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价。</w:t>
      </w:r>
    </w:p>
    <w:p>
      <w:pPr>
        <w:autoSpaceDN w:val="0"/>
        <w:autoSpaceDE w:val="0"/>
        <w:widowControl/>
        <w:spacing w:line="280" w:lineRule="exact" w:before="322" w:after="0"/>
        <w:ind w:left="78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工作</w:t>
      </w:r>
      <w:r>
        <w:rPr>
          <w:spacing w:val="-2"/>
          <w:rFonts w:ascii="Ddylr05K+KaiTi" w:hAnsi="Ddylr05K+KaiTi" w:eastAsia="Ddylr05K+KaiTi"/>
          <w:color w:val="000000"/>
          <w:sz w:val="28"/>
        </w:rPr>
        <w:t>可</w:t>
      </w:r>
      <w:r>
        <w:rPr>
          <w:rFonts w:ascii="Ddylr05K+KaiTi" w:hAnsi="Ddylr05K+KaiTi" w:eastAsia="Ddylr05K+KaiTi"/>
          <w:color w:val="000000"/>
          <w:sz w:val="28"/>
        </w:rPr>
        <w:t>信性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准确</w:t>
      </w:r>
      <w:r>
        <w:rPr>
          <w:spacing w:val="-2"/>
          <w:rFonts w:ascii="Ddylr05K+KaiTi" w:hAnsi="Ddylr05K+KaiTi" w:eastAsia="Ddylr05K+KaiTi"/>
          <w:color w:val="000000"/>
          <w:sz w:val="28"/>
        </w:rPr>
        <w:t>性</w:t>
      </w:r>
      <w:r>
        <w:rPr>
          <w:rFonts w:ascii="Ddylr05K+KaiTi" w:hAnsi="Ddylr05K+KaiTi" w:eastAsia="Ddylr05K+KaiTi"/>
          <w:color w:val="000000"/>
          <w:sz w:val="28"/>
        </w:rPr>
        <w:t>评估</w:t>
      </w:r>
      <w:r>
        <w:rPr>
          <w:spacing w:val="-2"/>
          <w:rFonts w:ascii="Ddylr05K+KaiTi" w:hAnsi="Ddylr05K+KaiTi" w:eastAsia="Ddylr05K+KaiTi"/>
          <w:color w:val="000000"/>
          <w:sz w:val="28"/>
        </w:rPr>
        <w:t>如</w:t>
      </w:r>
      <w:r>
        <w:rPr>
          <w:rFonts w:ascii="Ddylr05K+KaiTi" w:hAnsi="Ddylr05K+KaiTi" w:eastAsia="Ddylr05K+KaiTi"/>
          <w:color w:val="000000"/>
          <w:sz w:val="28"/>
        </w:rPr>
        <w:t>下：</w:t>
      </w:r>
    </w:p>
    <w:p>
      <w:pPr>
        <w:autoSpaceDN w:val="0"/>
        <w:autoSpaceDE w:val="0"/>
        <w:widowControl/>
        <w:spacing w:line="240" w:lineRule="exact" w:before="208" w:after="0"/>
        <w:ind w:left="0" w:right="2652" w:firstLine="0"/>
        <w:jc w:val="right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2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2</w:t>
      </w:r>
      <w:r>
        <w:rPr>
          <w:rFonts w:ascii="Ddylr05K+KaiTi" w:hAnsi="Ddylr05K+KaiTi" w:eastAsia="Ddylr05K+KaiTi"/>
          <w:b/>
          <w:color w:val="000000"/>
          <w:sz w:val="24"/>
        </w:rPr>
        <w:t>评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价</w:t>
      </w:r>
      <w:r>
        <w:rPr>
          <w:rFonts w:ascii="Ddylr05K+KaiTi" w:hAnsi="Ddylr05K+KaiTi" w:eastAsia="Ddylr05K+KaiTi"/>
          <w:b/>
          <w:color w:val="000000"/>
          <w:sz w:val="24"/>
        </w:rPr>
        <w:t>工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作</w:t>
      </w:r>
      <w:r>
        <w:rPr>
          <w:rFonts w:ascii="Ddylr05K+KaiTi" w:hAnsi="Ddylr05K+KaiTi" w:eastAsia="Ddylr05K+KaiTi"/>
          <w:b/>
          <w:color w:val="000000"/>
          <w:sz w:val="24"/>
        </w:rPr>
        <w:t>可信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性</w:t>
      </w:r>
      <w:r>
        <w:rPr>
          <w:rFonts w:ascii="Ddylr05K+KaiTi" w:hAnsi="Ddylr05K+KaiTi" w:eastAsia="Ddylr05K+KaiTi"/>
          <w:b/>
          <w:color w:val="000000"/>
          <w:sz w:val="24"/>
        </w:rPr>
        <w:t>和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准</w:t>
      </w:r>
      <w:r>
        <w:rPr>
          <w:rFonts w:ascii="Ddylr05K+KaiTi" w:hAnsi="Ddylr05K+KaiTi" w:eastAsia="Ddylr05K+KaiTi"/>
          <w:b/>
          <w:color w:val="000000"/>
          <w:sz w:val="24"/>
        </w:rPr>
        <w:t>确性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评</w:t>
      </w:r>
      <w:r>
        <w:rPr>
          <w:rFonts w:ascii="Ddylr05K+KaiTi" w:hAnsi="Ddylr05K+KaiTi" w:eastAsia="Ddylr05K+KaiTi"/>
          <w:b/>
          <w:color w:val="000000"/>
          <w:sz w:val="24"/>
        </w:rPr>
        <w:t>估</w:t>
      </w:r>
    </w:p>
    <w:p>
      <w:pPr>
        <w:autoSpaceDN w:val="0"/>
        <w:autoSpaceDE w:val="0"/>
        <w:widowControl/>
        <w:spacing w:line="240" w:lineRule="exact" w:before="82" w:after="36"/>
        <w:ind w:left="0" w:right="2268" w:firstLine="0"/>
        <w:jc w:val="right"/>
      </w:pP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受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评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价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方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根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据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不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同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的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产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品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单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元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划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分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60.0" w:type="dxa"/>
      </w:tblPr>
      <w:tblGrid>
        <w:gridCol w:w="760"/>
        <w:gridCol w:w="1440"/>
        <w:gridCol w:w="4320"/>
        <w:gridCol w:w="1880"/>
      </w:tblGrid>
      <w:tr>
        <w:trPr>
          <w:trHeight w:hRule="exact" w:val="312"/>
        </w:trPr>
        <w:tc>
          <w:tcPr>
            <w:tcW w:type="dxa" w:w="7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0" w:right="28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</w:t>
            </w:r>
          </w:p>
        </w:tc>
        <w:tc>
          <w:tcPr>
            <w:tcW w:type="dxa" w:w="1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318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企业规模</w:t>
            </w:r>
          </w:p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0" w:right="0" w:firstLine="0"/>
              <w:jc w:val="center"/>
            </w:pP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车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间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组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织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结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构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清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晰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人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员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职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责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划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130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单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元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划分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清晰</w:t>
            </w:r>
          </w:p>
        </w:tc>
      </w:tr>
    </w:tbl>
    <w:p>
      <w:pPr>
        <w:autoSpaceDN w:val="0"/>
        <w:autoSpaceDE w:val="0"/>
        <w:widowControl/>
        <w:spacing w:line="240" w:lineRule="exact" w:before="36" w:after="0"/>
        <w:ind w:left="0" w:right="5272" w:firstLine="0"/>
        <w:jc w:val="right"/>
      </w:pP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分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明</w:t>
      </w: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确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。</w:t>
      </w:r>
    </w:p>
    <w:p>
      <w:pPr>
        <w:autoSpaceDN w:val="0"/>
        <w:autoSpaceDE w:val="0"/>
        <w:widowControl/>
        <w:spacing w:line="240" w:lineRule="exact" w:before="84" w:after="36"/>
        <w:ind w:left="0" w:right="2270" w:firstLine="0"/>
        <w:jc w:val="right"/>
      </w:pP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受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评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价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方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产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品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工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艺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清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晰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相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对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简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单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。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60.0" w:type="dxa"/>
      </w:tblPr>
      <w:tblGrid>
        <w:gridCol w:w="760"/>
        <w:gridCol w:w="1440"/>
        <w:gridCol w:w="4320"/>
        <w:gridCol w:w="1900"/>
      </w:tblGrid>
      <w:tr>
        <w:trPr>
          <w:trHeight w:hRule="exact" w:val="312"/>
        </w:trPr>
        <w:tc>
          <w:tcPr>
            <w:tcW w:type="dxa" w:w="7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2" w:after="0"/>
              <w:ind w:left="0" w:right="28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</w:t>
            </w:r>
          </w:p>
        </w:tc>
        <w:tc>
          <w:tcPr>
            <w:tcW w:type="dxa" w:w="1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318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工艺复杂</w:t>
            </w:r>
          </w:p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0" w:right="0" w:firstLine="0"/>
              <w:jc w:val="center"/>
            </w:pP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由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于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品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件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多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且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件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主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要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为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集</w:t>
            </w:r>
          </w:p>
        </w:tc>
        <w:tc>
          <w:tcPr>
            <w:tcW w:type="dxa" w:w="19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130" w:right="0" w:firstLine="0"/>
              <w:jc w:val="left"/>
            </w:pP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上</w:t>
            </w:r>
            <w:r>
              <w:rPr>
                <w:spacing w:val="1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游</w:t>
            </w: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生</w:t>
            </w:r>
            <w:r>
              <w:rPr>
                <w:spacing w:val="1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据</w:t>
            </w:r>
          </w:p>
        </w:tc>
      </w:tr>
      <w:tr>
        <w:trPr>
          <w:trHeight w:hRule="exact" w:val="312"/>
        </w:trPr>
        <w:tc>
          <w:tcPr>
            <w:tcW w:type="dxa" w:w="2256"/>
            <w:vMerge/>
          </w:tcPr>
          <w:p/>
        </w:tc>
        <w:tc>
          <w:tcPr>
            <w:tcW w:type="dxa" w:w="1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0" w:right="40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程度</w:t>
            </w:r>
          </w:p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0" w:right="0" w:firstLine="0"/>
              <w:jc w:val="center"/>
            </w:pPr>
            <w:r>
              <w:rPr>
                <w:spacing w:val="4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成</w:t>
            </w:r>
            <w:r>
              <w:rPr>
                <w:spacing w:val="4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采</w:t>
            </w:r>
            <w:r>
              <w:rPr>
                <w:spacing w:val="4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购</w:t>
            </w:r>
            <w:r>
              <w:rPr>
                <w:spacing w:val="4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4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需</w:t>
            </w:r>
            <w:r>
              <w:rPr>
                <w:spacing w:val="4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要</w:t>
            </w:r>
            <w:r>
              <w:rPr>
                <w:spacing w:val="4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核</w:t>
            </w:r>
            <w:r>
              <w:rPr>
                <w:spacing w:val="4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实</w:t>
            </w:r>
            <w:r>
              <w:rPr>
                <w:spacing w:val="4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上</w:t>
            </w:r>
            <w:r>
              <w:rPr>
                <w:spacing w:val="4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游</w:t>
            </w:r>
            <w:r>
              <w:rPr>
                <w:spacing w:val="4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生产</w:t>
            </w:r>
            <w:r>
              <w:rPr>
                <w:spacing w:val="4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据</w:t>
            </w:r>
          </w:p>
        </w:tc>
        <w:tc>
          <w:tcPr>
            <w:tcW w:type="dxa" w:w="19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130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获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取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工作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量大</w:t>
            </w:r>
          </w:p>
        </w:tc>
      </w:tr>
    </w:tbl>
    <w:p>
      <w:pPr>
        <w:autoSpaceDN w:val="0"/>
        <w:autoSpaceDE w:val="0"/>
        <w:widowControl/>
        <w:spacing w:line="240" w:lineRule="exact" w:before="36" w:after="42"/>
        <w:ind w:left="0" w:right="5774" w:firstLine="0"/>
        <w:jc w:val="right"/>
      </w:pP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多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。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60.0" w:type="dxa"/>
      </w:tblPr>
      <w:tblGrid>
        <w:gridCol w:w="760"/>
        <w:gridCol w:w="1440"/>
        <w:gridCol w:w="4320"/>
        <w:gridCol w:w="1900"/>
      </w:tblGrid>
      <w:tr>
        <w:trPr>
          <w:trHeight w:hRule="exact" w:val="310"/>
        </w:trPr>
        <w:tc>
          <w:tcPr>
            <w:tcW w:type="dxa" w:w="7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52" w:after="0"/>
              <w:ind w:left="0" w:right="28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</w:t>
            </w:r>
          </w:p>
        </w:tc>
        <w:tc>
          <w:tcPr>
            <w:tcW w:type="dxa" w:w="14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52" w:after="0"/>
              <w:ind w:left="318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能源构成</w:t>
            </w:r>
          </w:p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受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评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价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方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能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源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构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成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简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单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生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过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程</w:t>
            </w:r>
          </w:p>
        </w:tc>
        <w:tc>
          <w:tcPr>
            <w:tcW w:type="dxa" w:w="19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6" w:after="0"/>
              <w:ind w:left="130" w:right="0" w:firstLine="0"/>
              <w:jc w:val="left"/>
            </w:pP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有</w:t>
            </w:r>
            <w:r>
              <w:rPr>
                <w:spacing w:val="1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直</w:t>
            </w: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接</w:t>
            </w:r>
            <w:r>
              <w:rPr>
                <w:spacing w:val="1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据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可</w:t>
            </w:r>
          </w:p>
        </w:tc>
      </w:tr>
      <w:tr>
        <w:trPr>
          <w:trHeight w:hRule="exact" w:val="160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3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2" w:after="0"/>
              <w:ind w:left="0" w:right="0" w:firstLine="0"/>
              <w:jc w:val="center"/>
            </w:pP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电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能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、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天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然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气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包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括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品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转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运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都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是</w:t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140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19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130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信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性高</w:t>
            </w:r>
          </w:p>
        </w:tc>
      </w:tr>
      <w:tr>
        <w:trPr>
          <w:trHeight w:hRule="exact" w:val="354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" w:after="0"/>
              <w:ind w:left="190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电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动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运输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工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具，无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化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石燃料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使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用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。</w:t>
            </w:r>
          </w:p>
        </w:tc>
        <w:tc>
          <w:tcPr>
            <w:tcW w:type="dxa" w:w="2256"/>
            <w:vMerge/>
          </w:tcPr>
          <w:p/>
        </w:tc>
      </w:tr>
    </w:tbl>
    <w:p>
      <w:pPr>
        <w:autoSpaceDN w:val="0"/>
        <w:autoSpaceDE w:val="0"/>
        <w:widowControl/>
        <w:spacing w:line="220" w:lineRule="exact" w:before="31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14</w:t>
      </w:r>
    </w:p>
    <w:p>
      <w:pPr>
        <w:sectPr>
          <w:pgSz w:w="11906" w:h="17238"/>
          <w:pgMar w:top="840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24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1117600</wp:posOffset>
            </wp:positionH>
            <wp:positionV relativeFrom="page">
              <wp:posOffset>6172200</wp:posOffset>
            </wp:positionV>
            <wp:extent cx="5334000" cy="2832100"/>
            <wp:wrapNone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8321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914400</wp:posOffset>
            </wp:positionV>
            <wp:extent cx="5308600" cy="2400300"/>
            <wp:wrapNone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24003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40" w:lineRule="exact" w:before="0" w:after="36"/>
        <w:ind w:left="0" w:right="2268" w:firstLine="0"/>
        <w:jc w:val="right"/>
      </w:pP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受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评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价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方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制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定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了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监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测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周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期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计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划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、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监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60.0" w:type="dxa"/>
      </w:tblPr>
      <w:tblGrid>
        <w:gridCol w:w="760"/>
        <w:gridCol w:w="1440"/>
        <w:gridCol w:w="4320"/>
        <w:gridCol w:w="1900"/>
      </w:tblGrid>
      <w:tr>
        <w:trPr>
          <w:trHeight w:hRule="exact" w:val="298"/>
        </w:trPr>
        <w:tc>
          <w:tcPr>
            <w:tcW w:type="dxa" w:w="7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2" w:after="0"/>
              <w:ind w:left="0" w:right="28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4</w:t>
            </w:r>
          </w:p>
        </w:tc>
        <w:tc>
          <w:tcPr>
            <w:tcW w:type="dxa" w:w="1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318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数据监测</w:t>
            </w:r>
          </w:p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0" w:right="0" w:firstLine="0"/>
              <w:jc w:val="center"/>
            </w:pP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测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方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法</w:t>
            </w:r>
            <w:r>
              <w:rPr>
                <w:spacing w:val="2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采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用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经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过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校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验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合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格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的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计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量</w:t>
            </w:r>
          </w:p>
        </w:tc>
        <w:tc>
          <w:tcPr>
            <w:tcW w:type="dxa" w:w="19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130" w:right="0" w:firstLine="0"/>
              <w:jc w:val="left"/>
            </w:pP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有</w:t>
            </w:r>
            <w:r>
              <w:rPr>
                <w:spacing w:val="1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直</w:t>
            </w: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接</w:t>
            </w:r>
            <w:r>
              <w:rPr>
                <w:spacing w:val="1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spacing w:val="1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据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可</w:t>
            </w:r>
          </w:p>
        </w:tc>
      </w:tr>
      <w:tr>
        <w:trPr>
          <w:trHeight w:hRule="exact" w:val="326"/>
        </w:trPr>
        <w:tc>
          <w:tcPr>
            <w:tcW w:type="dxa" w:w="2256"/>
            <w:vMerge/>
          </w:tcPr>
          <w:p/>
        </w:tc>
        <w:tc>
          <w:tcPr>
            <w:tcW w:type="dxa" w:w="1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0" w:after="0"/>
              <w:ind w:left="0" w:right="40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水平</w:t>
            </w:r>
          </w:p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0" w:after="0"/>
              <w:ind w:left="0" w:right="0" w:firstLine="0"/>
              <w:jc w:val="center"/>
            </w:pP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工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作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进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行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监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测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并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对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监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测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后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的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据</w:t>
            </w:r>
          </w:p>
        </w:tc>
        <w:tc>
          <w:tcPr>
            <w:tcW w:type="dxa" w:w="19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0" w:after="0"/>
              <w:ind w:left="130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信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性高</w:t>
            </w:r>
          </w:p>
        </w:tc>
      </w:tr>
    </w:tbl>
    <w:p>
      <w:pPr>
        <w:autoSpaceDN w:val="0"/>
        <w:autoSpaceDE w:val="0"/>
        <w:widowControl/>
        <w:spacing w:line="240" w:lineRule="exact" w:before="36" w:after="0"/>
        <w:ind w:left="0" w:right="4518" w:firstLine="0"/>
        <w:jc w:val="right"/>
      </w:pP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进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行</w:t>
      </w: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统计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分</w:t>
      </w: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析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。</w:t>
      </w:r>
    </w:p>
    <w:p>
      <w:pPr>
        <w:autoSpaceDN w:val="0"/>
        <w:autoSpaceDE w:val="0"/>
        <w:widowControl/>
        <w:spacing w:line="240" w:lineRule="exact" w:before="82" w:after="0"/>
        <w:ind w:left="0" w:right="2270" w:firstLine="0"/>
        <w:jc w:val="right"/>
      </w:pPr>
      <w:r>
        <w:rPr>
          <w:spacing w:val="2"/>
          <w:w w:val="101.98039213816325"/>
          <w:rFonts w:ascii="Ddylr05K+KaiTi" w:hAnsi="Ddylr05K+KaiTi" w:eastAsia="Ddylr05K+KaiTi"/>
          <w:color w:val="000000"/>
          <w:sz w:val="24"/>
        </w:rPr>
        <w:t>a</w:t>
      </w:r>
      <w:r>
        <w:rPr>
          <w:spacing w:val="22"/>
          <w:w w:val="101.98039213816325"/>
          <w:rFonts w:ascii="Ddylr05K+KaiTi" w:hAnsi="Ddylr05K+KaiTi" w:eastAsia="Ddylr05K+KaiTi"/>
          <w:color w:val="000000"/>
          <w:sz w:val="24"/>
        </w:rPr>
        <w:t>)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受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评价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方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已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建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立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能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源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管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理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体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系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并</w:t>
      </w:r>
    </w:p>
    <w:p>
      <w:pPr>
        <w:autoSpaceDN w:val="0"/>
        <w:autoSpaceDE w:val="0"/>
        <w:widowControl/>
        <w:spacing w:line="240" w:lineRule="exact" w:before="72" w:after="0"/>
        <w:ind w:left="0" w:right="4018" w:firstLine="0"/>
        <w:jc w:val="right"/>
      </w:pP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通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过</w:t>
      </w: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了第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三</w:t>
      </w: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方认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证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；</w:t>
      </w:r>
    </w:p>
    <w:p>
      <w:pPr>
        <w:autoSpaceDN w:val="0"/>
        <w:autoSpaceDE w:val="0"/>
        <w:widowControl/>
        <w:spacing w:line="240" w:lineRule="exact" w:before="72" w:after="36"/>
        <w:ind w:left="0" w:right="2270" w:firstLine="0"/>
        <w:jc w:val="right"/>
      </w:pPr>
      <w:r>
        <w:rPr>
          <w:spacing w:val="2"/>
          <w:w w:val="101.98039213816325"/>
          <w:rFonts w:ascii="Ddylr05K+KaiTi" w:hAnsi="Ddylr05K+KaiTi" w:eastAsia="Ddylr05K+KaiTi"/>
          <w:color w:val="000000"/>
          <w:sz w:val="24"/>
        </w:rPr>
        <w:t>b</w:t>
      </w:r>
      <w:r>
        <w:rPr>
          <w:spacing w:val="22"/>
          <w:w w:val="101.98039213816325"/>
          <w:rFonts w:ascii="Ddylr05K+KaiTi" w:hAnsi="Ddylr05K+KaiTi" w:eastAsia="Ddylr05K+KaiTi"/>
          <w:color w:val="000000"/>
          <w:sz w:val="24"/>
        </w:rPr>
        <w:t>)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能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源管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理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人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员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经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过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培</w:t>
      </w:r>
      <w:r>
        <w:rPr>
          <w:spacing w:val="23"/>
          <w:w w:val="101.98039213816325"/>
          <w:rFonts w:ascii="Ddylr05K+KaiTi" w:hAnsi="Ddylr05K+KaiTi" w:eastAsia="Ddylr05K+KaiTi"/>
          <w:color w:val="000000"/>
          <w:sz w:val="24"/>
        </w:rPr>
        <w:t>训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和</w:t>
      </w:r>
      <w:r>
        <w:rPr>
          <w:spacing w:val="25"/>
          <w:w w:val="101.98039213816325"/>
          <w:rFonts w:ascii="Ddylr05K+KaiTi" w:hAnsi="Ddylr05K+KaiTi" w:eastAsia="Ddylr05K+KaiTi"/>
          <w:color w:val="000000"/>
          <w:sz w:val="24"/>
        </w:rPr>
        <w:t>授</w:t>
      </w:r>
      <w:r>
        <w:rPr>
          <w:spacing w:val="21"/>
          <w:w w:val="101.98039213816325"/>
          <w:rFonts w:ascii="Ddylr05K+KaiTi" w:hAnsi="Ddylr05K+KaiTi" w:eastAsia="Ddylr05K+KaiTi"/>
          <w:color w:val="000000"/>
          <w:sz w:val="24"/>
        </w:rPr>
        <w:t>权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能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60.0" w:type="dxa"/>
      </w:tblPr>
      <w:tblGrid>
        <w:gridCol w:w="760"/>
        <w:gridCol w:w="1440"/>
        <w:gridCol w:w="4320"/>
        <w:gridCol w:w="1640"/>
      </w:tblGrid>
      <w:tr>
        <w:trPr>
          <w:trHeight w:hRule="exact" w:val="296"/>
        </w:trPr>
        <w:tc>
          <w:tcPr>
            <w:tcW w:type="dxa" w:w="7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2" w:after="0"/>
              <w:ind w:left="0" w:right="28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5</w:t>
            </w:r>
          </w:p>
        </w:tc>
        <w:tc>
          <w:tcPr>
            <w:tcW w:type="dxa" w:w="1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318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数据管理</w:t>
            </w:r>
          </w:p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190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胜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任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相关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工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作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；</w:t>
            </w:r>
          </w:p>
        </w:tc>
        <w:tc>
          <w:tcPr>
            <w:tcW w:type="dxa" w:w="16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2" w:after="0"/>
              <w:ind w:left="130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可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信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高</w:t>
            </w:r>
          </w:p>
        </w:tc>
      </w:tr>
      <w:tr>
        <w:trPr>
          <w:trHeight w:hRule="exact" w:val="328"/>
        </w:trPr>
        <w:tc>
          <w:tcPr>
            <w:tcW w:type="dxa" w:w="2256"/>
            <w:vMerge/>
          </w:tcPr>
          <w:p/>
        </w:tc>
        <w:tc>
          <w:tcPr>
            <w:tcW w:type="dxa" w:w="14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2" w:after="0"/>
              <w:ind w:left="0" w:right="40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水平</w:t>
            </w:r>
          </w:p>
        </w:tc>
        <w:tc>
          <w:tcPr>
            <w:tcW w:type="dxa" w:w="4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2" w:after="0"/>
              <w:ind w:left="0" w:right="0" w:firstLine="0"/>
              <w:jc w:val="center"/>
            </w:pP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c</w:t>
            </w:r>
            <w:r>
              <w:rPr>
                <w:spacing w:val="2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)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计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量设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备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的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配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备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、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安</w:t>
            </w:r>
            <w:r>
              <w:rPr>
                <w:spacing w:val="2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装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运</w:t>
            </w:r>
            <w:r>
              <w:rPr>
                <w:spacing w:val="2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行</w:t>
            </w:r>
            <w:r>
              <w:rPr>
                <w:spacing w:val="23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维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护</w:t>
            </w:r>
          </w:p>
        </w:tc>
        <w:tc>
          <w:tcPr>
            <w:tcW w:type="dxa" w:w="2256"/>
            <w:vMerge/>
          </w:tcPr>
          <w:p/>
        </w:tc>
      </w:tr>
    </w:tbl>
    <w:p>
      <w:pPr>
        <w:autoSpaceDN w:val="0"/>
        <w:autoSpaceDE w:val="0"/>
        <w:widowControl/>
        <w:spacing w:line="240" w:lineRule="exact" w:before="36" w:after="0"/>
        <w:ind w:left="0" w:right="5020" w:firstLine="0"/>
        <w:jc w:val="right"/>
      </w:pP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状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况</w:t>
      </w: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良好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；</w:t>
      </w:r>
    </w:p>
    <w:p>
      <w:pPr>
        <w:autoSpaceDN w:val="0"/>
        <w:autoSpaceDE w:val="0"/>
        <w:widowControl/>
        <w:spacing w:line="240" w:lineRule="exact" w:before="72" w:after="0"/>
        <w:ind w:left="0" w:right="2268" w:firstLine="0"/>
        <w:jc w:val="right"/>
      </w:pPr>
      <w:r>
        <w:rPr>
          <w:spacing w:val="30"/>
          <w:w w:val="101.98039213816325"/>
          <w:rFonts w:ascii="Ddylr05K+KaiTi" w:hAnsi="Ddylr05K+KaiTi" w:eastAsia="Ddylr05K+KaiTi"/>
          <w:color w:val="000000"/>
          <w:sz w:val="24"/>
        </w:rPr>
        <w:t>d</w:t>
      </w:r>
      <w:r>
        <w:rPr>
          <w:spacing w:val="33"/>
          <w:w w:val="101.98039213816325"/>
          <w:rFonts w:ascii="Ddylr05K+KaiTi" w:hAnsi="Ddylr05K+KaiTi" w:eastAsia="Ddylr05K+KaiTi"/>
          <w:color w:val="000000"/>
          <w:sz w:val="24"/>
        </w:rPr>
        <w:t>）</w:t>
      </w:r>
      <w:r>
        <w:rPr>
          <w:spacing w:val="31"/>
          <w:w w:val="101.98039213816325"/>
          <w:rFonts w:ascii="Ddylr05K+KaiTi" w:hAnsi="Ddylr05K+KaiTi" w:eastAsia="Ddylr05K+KaiTi"/>
          <w:color w:val="000000"/>
          <w:sz w:val="24"/>
        </w:rPr>
        <w:t>各</w:t>
      </w:r>
      <w:r>
        <w:rPr>
          <w:spacing w:val="33"/>
          <w:w w:val="101.98039213816325"/>
          <w:rFonts w:ascii="Ddylr05K+KaiTi" w:hAnsi="Ddylr05K+KaiTi" w:eastAsia="Ddylr05K+KaiTi"/>
          <w:color w:val="000000"/>
          <w:sz w:val="24"/>
        </w:rPr>
        <w:t>项</w:t>
      </w:r>
      <w:r>
        <w:rPr>
          <w:spacing w:val="31"/>
          <w:w w:val="101.98039213816325"/>
          <w:rFonts w:ascii="Ddylr05K+KaiTi" w:hAnsi="Ddylr05K+KaiTi" w:eastAsia="Ddylr05K+KaiTi"/>
          <w:color w:val="000000"/>
          <w:sz w:val="24"/>
        </w:rPr>
        <w:t>数</w:t>
      </w:r>
      <w:r>
        <w:rPr>
          <w:spacing w:val="35"/>
          <w:w w:val="101.98039213816325"/>
          <w:rFonts w:ascii="Ddylr05K+KaiTi" w:hAnsi="Ddylr05K+KaiTi" w:eastAsia="Ddylr05K+KaiTi"/>
          <w:color w:val="000000"/>
          <w:sz w:val="24"/>
        </w:rPr>
        <w:t>据</w:t>
      </w:r>
      <w:r>
        <w:rPr>
          <w:spacing w:val="33"/>
          <w:w w:val="101.98039213816325"/>
          <w:rFonts w:ascii="Ddylr05K+KaiTi" w:hAnsi="Ddylr05K+KaiTi" w:eastAsia="Ddylr05K+KaiTi"/>
          <w:color w:val="000000"/>
          <w:sz w:val="24"/>
        </w:rPr>
        <w:t>记</w:t>
      </w:r>
      <w:r>
        <w:rPr>
          <w:spacing w:val="35"/>
          <w:w w:val="101.98039213816325"/>
          <w:rFonts w:ascii="Ddylr05K+KaiTi" w:hAnsi="Ddylr05K+KaiTi" w:eastAsia="Ddylr05K+KaiTi"/>
          <w:color w:val="000000"/>
          <w:sz w:val="24"/>
        </w:rPr>
        <w:t>录</w:t>
      </w:r>
      <w:r>
        <w:rPr>
          <w:spacing w:val="31"/>
          <w:w w:val="101.98039213816325"/>
          <w:rFonts w:ascii="Ddylr05K+KaiTi" w:hAnsi="Ddylr05K+KaiTi" w:eastAsia="Ddylr05K+KaiTi"/>
          <w:color w:val="000000"/>
          <w:sz w:val="24"/>
        </w:rPr>
        <w:t>清</w:t>
      </w:r>
      <w:r>
        <w:rPr>
          <w:spacing w:val="33"/>
          <w:w w:val="101.98039213816325"/>
          <w:rFonts w:ascii="Ddylr05K+KaiTi" w:hAnsi="Ddylr05K+KaiTi" w:eastAsia="Ddylr05K+KaiTi"/>
          <w:color w:val="000000"/>
          <w:sz w:val="24"/>
        </w:rPr>
        <w:t>晰，</w:t>
      </w:r>
      <w:r>
        <w:rPr>
          <w:spacing w:val="31"/>
          <w:w w:val="101.98039213816325"/>
          <w:rFonts w:ascii="Ddylr05K+KaiTi" w:hAnsi="Ddylr05K+KaiTi" w:eastAsia="Ddylr05K+KaiTi"/>
          <w:color w:val="000000"/>
          <w:sz w:val="24"/>
        </w:rPr>
        <w:t>有</w:t>
      </w:r>
      <w:r>
        <w:rPr>
          <w:spacing w:val="33"/>
          <w:w w:val="101.98039213816325"/>
          <w:rFonts w:ascii="Ddylr05K+KaiTi" w:hAnsi="Ddylr05K+KaiTi" w:eastAsia="Ddylr05K+KaiTi"/>
          <w:color w:val="000000"/>
          <w:sz w:val="24"/>
        </w:rPr>
        <w:t>统</w:t>
      </w:r>
      <w:r>
        <w:rPr>
          <w:spacing w:val="31"/>
          <w:w w:val="101.98039213816325"/>
          <w:rFonts w:ascii="Ddylr05K+KaiTi" w:hAnsi="Ddylr05K+KaiTi" w:eastAsia="Ddylr05K+KaiTi"/>
          <w:color w:val="000000"/>
          <w:sz w:val="24"/>
        </w:rPr>
        <w:t>计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分</w:t>
      </w:r>
    </w:p>
    <w:p>
      <w:pPr>
        <w:autoSpaceDN w:val="0"/>
        <w:autoSpaceDE w:val="0"/>
        <w:widowControl/>
        <w:spacing w:line="240" w:lineRule="exact" w:before="72" w:after="0"/>
        <w:ind w:left="0" w:right="4518" w:firstLine="0"/>
        <w:jc w:val="right"/>
      </w:pP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析，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保</w:t>
      </w:r>
      <w:r>
        <w:rPr>
          <w:spacing w:val="7"/>
          <w:w w:val="101.98039213816325"/>
          <w:rFonts w:ascii="Ddylr05K+KaiTi" w:hAnsi="Ddylr05K+KaiTi" w:eastAsia="Ddylr05K+KaiTi"/>
          <w:color w:val="000000"/>
          <w:sz w:val="24"/>
        </w:rPr>
        <w:t>存良</w:t>
      </w:r>
      <w:r>
        <w:rPr>
          <w:spacing w:val="5"/>
          <w:w w:val="101.98039213816325"/>
          <w:rFonts w:ascii="Ddylr05K+KaiTi" w:hAnsi="Ddylr05K+KaiTi" w:eastAsia="Ddylr05K+KaiTi"/>
          <w:color w:val="000000"/>
          <w:sz w:val="24"/>
        </w:rPr>
        <w:t>好。</w:t>
      </w:r>
    </w:p>
    <w:p>
      <w:pPr>
        <w:autoSpaceDN w:val="0"/>
        <w:autoSpaceDE w:val="0"/>
        <w:widowControl/>
        <w:spacing w:line="280" w:lineRule="exact" w:before="530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spacing w:val="68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现场评价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228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1</w:t>
      </w:r>
      <w:r>
        <w:rPr>
          <w:rFonts w:ascii="Ddylr05K+KaiTi" w:hAnsi="Ddylr05K+KaiTi" w:eastAsia="Ddylr05K+KaiTi"/>
          <w:b/>
          <w:color w:val="000000"/>
          <w:sz w:val="28"/>
        </w:rPr>
        <w:t>现场访谈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组</w:t>
      </w:r>
      <w:r>
        <w:rPr>
          <w:spacing w:val="72"/>
          <w:rFonts w:ascii="Ddylr05K+KaiTi" w:hAnsi="Ddylr05K+KaiTi" w:eastAsia="Ddylr05K+KaiTi"/>
          <w:color w:val="000000"/>
          <w:sz w:val="28"/>
        </w:rPr>
        <w:t>于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2"/>
          <w:rFonts w:ascii="Ddylr05K+KaiTi" w:hAnsi="Ddylr05K+KaiTi" w:eastAsia="Ddylr05K+KaiTi"/>
          <w:color w:val="000000"/>
          <w:sz w:val="28"/>
        </w:rPr>
        <w:t>4</w:t>
      </w:r>
      <w:r>
        <w:rPr>
          <w:spacing w:val="68"/>
          <w:rFonts w:ascii="Ddylr05K+KaiTi" w:hAnsi="Ddylr05K+KaiTi" w:eastAsia="Ddylr05K+KaiTi"/>
          <w:color w:val="000000"/>
          <w:sz w:val="28"/>
        </w:rPr>
        <w:t>年</w:t>
      </w:r>
      <w:r>
        <w:rPr>
          <w:spacing w:val="72"/>
          <w:rFonts w:ascii="Ddylr05K+KaiTi" w:hAnsi="Ddylr05K+KaiTi" w:eastAsia="Ddylr05K+KaiTi"/>
          <w:color w:val="000000"/>
          <w:sz w:val="28"/>
        </w:rPr>
        <w:t>7</w:t>
      </w:r>
      <w:r>
        <w:rPr>
          <w:spacing w:val="68"/>
          <w:rFonts w:ascii="Ddylr05K+KaiTi" w:hAnsi="Ddylr05K+KaiTi" w:eastAsia="Ddylr05K+KaiTi"/>
          <w:color w:val="000000"/>
          <w:sz w:val="28"/>
        </w:rPr>
        <w:t>月</w:t>
      </w:r>
      <w:r>
        <w:rPr>
          <w:rFonts w:ascii="Ddylr05K+KaiTi" w:hAnsi="Ddylr05K+KaiTi" w:eastAsia="Ddylr05K+KaiTi"/>
          <w:color w:val="000000"/>
          <w:sz w:val="28"/>
        </w:rPr>
        <w:t>22</w:t>
      </w:r>
      <w:r>
        <w:rPr>
          <w:spacing w:val="-2"/>
          <w:rFonts w:ascii="Ddylr05K+KaiTi" w:hAnsi="Ddylr05K+KaiTi" w:eastAsia="Ddylr05K+KaiTi"/>
          <w:color w:val="000000"/>
          <w:sz w:val="28"/>
        </w:rPr>
        <w:t>-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2"/>
          <w:rFonts w:ascii="Ddylr05K+KaiTi" w:hAnsi="Ddylr05K+KaiTi" w:eastAsia="Ddylr05K+KaiTi"/>
          <w:color w:val="000000"/>
          <w:sz w:val="28"/>
        </w:rPr>
        <w:t>4</w:t>
      </w:r>
      <w:r>
        <w:rPr>
          <w:spacing w:val="2"/>
          <w:rFonts w:ascii="Ddylr05K+KaiTi" w:hAnsi="Ddylr05K+KaiTi" w:eastAsia="Ddylr05K+KaiTi"/>
          <w:color w:val="000000"/>
          <w:sz w:val="28"/>
        </w:rPr>
        <w:t>日</w:t>
      </w:r>
      <w:r>
        <w:rPr>
          <w:rFonts w:ascii="Ddylr05K+KaiTi" w:hAnsi="Ddylr05K+KaiTi" w:eastAsia="Ddylr05K+KaiTi"/>
          <w:color w:val="000000"/>
          <w:sz w:val="28"/>
        </w:rPr>
        <w:t>对</w:t>
      </w:r>
      <w:r>
        <w:rPr>
          <w:spacing w:val="2"/>
          <w:rFonts w:ascii="Ddylr05K+KaiTi" w:hAnsi="Ddylr05K+KaiTi" w:eastAsia="Ddylr05K+KaiTi"/>
          <w:color w:val="000000"/>
          <w:sz w:val="28"/>
        </w:rPr>
        <w:t>受</w:t>
      </w: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方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</w:t>
      </w:r>
      <w:r>
        <w:rPr>
          <w:spacing w:val="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</w:t>
      </w:r>
      <w:r>
        <w:rPr>
          <w:spacing w:val="2"/>
          <w:rFonts w:ascii="Ddylr05K+KaiTi" w:hAnsi="Ddylr05K+KaiTi" w:eastAsia="Ddylr05K+KaiTi"/>
          <w:color w:val="000000"/>
          <w:sz w:val="28"/>
        </w:rPr>
        <w:t>迹</w:t>
      </w:r>
      <w:r>
        <w:rPr>
          <w:rFonts w:ascii="Ddylr05K+KaiTi" w:hAnsi="Ddylr05K+KaiTi" w:eastAsia="Ddylr05K+KaiTi"/>
          <w:color w:val="000000"/>
          <w:sz w:val="28"/>
        </w:rPr>
        <w:t>排</w:t>
      </w:r>
      <w:r>
        <w:rPr>
          <w:spacing w:val="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情况</w:t>
      </w:r>
      <w:r>
        <w:rPr>
          <w:spacing w:val="4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了</w:t>
      </w:r>
      <w:r>
        <w:rPr>
          <w:spacing w:val="8"/>
          <w:rFonts w:ascii="Ddylr05K+KaiTi" w:hAnsi="Ddylr05K+KaiTi" w:eastAsia="Ddylr05K+KaiTi"/>
          <w:color w:val="000000"/>
          <w:sz w:val="28"/>
        </w:rPr>
        <w:t>现</w:t>
      </w:r>
      <w:r>
        <w:rPr>
          <w:spacing w:val="4"/>
          <w:rFonts w:ascii="Ddylr05K+KaiTi" w:hAnsi="Ddylr05K+KaiTi" w:eastAsia="Ddylr05K+KaiTi"/>
          <w:color w:val="000000"/>
          <w:sz w:val="28"/>
        </w:rPr>
        <w:t>场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价。</w:t>
      </w:r>
      <w:r>
        <w:rPr>
          <w:spacing w:val="8"/>
          <w:rFonts w:ascii="Ddylr05K+KaiTi" w:hAnsi="Ddylr05K+KaiTi" w:eastAsia="Ddylr05K+KaiTi"/>
          <w:color w:val="000000"/>
          <w:sz w:val="28"/>
        </w:rPr>
        <w:t>现</w:t>
      </w:r>
      <w:r>
        <w:rPr>
          <w:spacing w:val="6"/>
          <w:rFonts w:ascii="Ddylr05K+KaiTi" w:hAnsi="Ddylr05K+KaiTi" w:eastAsia="Ddylr05K+KaiTi"/>
          <w:color w:val="000000"/>
          <w:sz w:val="28"/>
        </w:rPr>
        <w:t>场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4"/>
          <w:rFonts w:ascii="Ddylr05K+KaiTi" w:hAnsi="Ddylr05K+KaiTi" w:eastAsia="Ddylr05K+KaiTi"/>
          <w:color w:val="000000"/>
          <w:sz w:val="28"/>
        </w:rPr>
        <w:t>过</w:t>
      </w:r>
      <w:r>
        <w:rPr>
          <w:spacing w:val="6"/>
          <w:rFonts w:ascii="Ddylr05K+KaiTi" w:hAnsi="Ddylr05K+KaiTi" w:eastAsia="Ddylr05K+KaiTi"/>
          <w:color w:val="000000"/>
          <w:sz w:val="28"/>
        </w:rPr>
        <w:t>现</w:t>
      </w:r>
      <w:r>
        <w:rPr>
          <w:spacing w:val="4"/>
          <w:rFonts w:ascii="Ddylr05K+KaiTi" w:hAnsi="Ddylr05K+KaiTi" w:eastAsia="Ddylr05K+KaiTi"/>
          <w:color w:val="000000"/>
          <w:sz w:val="28"/>
        </w:rPr>
        <w:t>场设</w:t>
      </w:r>
      <w:r>
        <w:rPr>
          <w:spacing w:val="8"/>
          <w:rFonts w:ascii="Ddylr05K+KaiTi" w:hAnsi="Ddylr05K+KaiTi" w:eastAsia="Ddylr05K+KaiTi"/>
          <w:color w:val="000000"/>
          <w:sz w:val="28"/>
        </w:rPr>
        <w:t>施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抽</w:t>
      </w:r>
      <w:r>
        <w:rPr>
          <w:spacing w:val="6"/>
          <w:rFonts w:ascii="Ddylr05K+KaiTi" w:hAnsi="Ddylr05K+KaiTi" w:eastAsia="Ddylr05K+KaiTi"/>
          <w:color w:val="000000"/>
          <w:sz w:val="28"/>
        </w:rPr>
        <w:t>样</w:t>
      </w:r>
      <w:r>
        <w:rPr>
          <w:spacing w:val="8"/>
          <w:rFonts w:ascii="Ddylr05K+KaiTi" w:hAnsi="Ddylr05K+KaiTi" w:eastAsia="Ddylr05K+KaiTi"/>
          <w:color w:val="000000"/>
          <w:sz w:val="28"/>
        </w:rPr>
        <w:t>勘</w:t>
      </w:r>
      <w:r>
        <w:rPr>
          <w:spacing w:val="4"/>
          <w:rFonts w:ascii="Ddylr05K+KaiTi" w:hAnsi="Ddylr05K+KaiTi" w:eastAsia="Ddylr05K+KaiTi"/>
          <w:color w:val="000000"/>
          <w:sz w:val="28"/>
        </w:rPr>
        <w:t>查、</w:t>
      </w:r>
      <w:r>
        <w:rPr>
          <w:spacing w:val="6"/>
          <w:rFonts w:ascii="Ddylr05K+KaiTi" w:hAnsi="Ddylr05K+KaiTi" w:eastAsia="Ddylr05K+KaiTi"/>
          <w:color w:val="000000"/>
          <w:sz w:val="28"/>
        </w:rPr>
        <w:t>资</w:t>
      </w:r>
      <w:r>
        <w:rPr>
          <w:spacing w:val="4"/>
          <w:rFonts w:ascii="Ddylr05K+KaiTi" w:hAnsi="Ddylr05K+KaiTi" w:eastAsia="Ddylr05K+KaiTi"/>
          <w:color w:val="000000"/>
          <w:sz w:val="28"/>
        </w:rPr>
        <w:t>料</w:t>
      </w:r>
      <w:r>
        <w:rPr>
          <w:spacing w:val="8"/>
          <w:rFonts w:ascii="Ddylr05K+KaiTi" w:hAnsi="Ddylr05K+KaiTi" w:eastAsia="Ddylr05K+KaiTi"/>
          <w:color w:val="000000"/>
          <w:sz w:val="28"/>
        </w:rPr>
        <w:t>查</w:t>
      </w:r>
      <w:r>
        <w:rPr>
          <w:spacing w:val="6"/>
          <w:rFonts w:ascii="Ddylr05K+KaiTi" w:hAnsi="Ddylr05K+KaiTi" w:eastAsia="Ddylr05K+KaiTi"/>
          <w:color w:val="000000"/>
          <w:sz w:val="28"/>
        </w:rPr>
        <w:t>阅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人</w:t>
      </w:r>
      <w:r>
        <w:rPr>
          <w:spacing w:val="8"/>
          <w:rFonts w:ascii="Ddylr05K+KaiTi" w:hAnsi="Ddylr05K+KaiTi" w:eastAsia="Ddylr05K+KaiTi"/>
          <w:color w:val="000000"/>
          <w:sz w:val="28"/>
        </w:rPr>
        <w:t>员</w:t>
      </w:r>
      <w:r>
        <w:rPr>
          <w:spacing w:val="6"/>
          <w:rFonts w:ascii="Ddylr05K+KaiTi" w:hAnsi="Ddylr05K+KaiTi" w:eastAsia="Ddylr05K+KaiTi"/>
          <w:color w:val="000000"/>
          <w:sz w:val="28"/>
        </w:rPr>
        <w:t>访</w:t>
      </w:r>
      <w:r>
        <w:rPr>
          <w:spacing w:val="8"/>
          <w:rFonts w:ascii="Ddylr05K+KaiTi" w:hAnsi="Ddylr05K+KaiTi" w:eastAsia="Ddylr05K+KaiTi"/>
          <w:color w:val="000000"/>
          <w:sz w:val="28"/>
        </w:rPr>
        <w:t>谈</w:t>
      </w:r>
      <w:r>
        <w:rPr>
          <w:spacing w:val="4"/>
          <w:rFonts w:ascii="Ddylr05K+KaiTi" w:hAnsi="Ddylr05K+KaiTi" w:eastAsia="Ddylr05K+KaiTi"/>
          <w:color w:val="000000"/>
          <w:sz w:val="28"/>
        </w:rPr>
        <w:t>等</w:t>
      </w:r>
      <w:r>
        <w:rPr>
          <w:spacing w:val="6"/>
          <w:rFonts w:ascii="Ddylr05K+KaiTi" w:hAnsi="Ddylr05K+KaiTi" w:eastAsia="Ddylr05K+KaiTi"/>
          <w:color w:val="000000"/>
          <w:sz w:val="28"/>
        </w:rPr>
        <w:t>多</w:t>
      </w:r>
      <w:r>
        <w:rPr>
          <w:spacing w:val="4"/>
          <w:rFonts w:ascii="Ddylr05K+KaiTi" w:hAnsi="Ddylr05K+KaiTi" w:eastAsia="Ddylr05K+KaiTi"/>
          <w:color w:val="000000"/>
          <w:sz w:val="28"/>
        </w:rPr>
        <w:t>种方</w:t>
      </w:r>
      <w:r>
        <w:rPr>
          <w:spacing w:val="8"/>
          <w:rFonts w:ascii="Ddylr05K+KaiTi" w:hAnsi="Ddylr05K+KaiTi" w:eastAsia="Ddylr05K+KaiTi"/>
          <w:color w:val="000000"/>
          <w:sz w:val="28"/>
        </w:rPr>
        <w:t>式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8"/>
          <w:rFonts w:ascii="Ddylr05K+KaiTi" w:hAnsi="Ddylr05K+KaiTi" w:eastAsia="Ddylr05K+KaiTi"/>
          <w:color w:val="000000"/>
          <w:sz w:val="28"/>
        </w:rPr>
        <w:t>现</w:t>
      </w:r>
      <w:r>
        <w:rPr>
          <w:spacing w:val="4"/>
          <w:rFonts w:ascii="Ddylr05K+KaiTi" w:hAnsi="Ddylr05K+KaiTi" w:eastAsia="Ddylr05K+KaiTi"/>
          <w:color w:val="000000"/>
          <w:sz w:val="28"/>
        </w:rPr>
        <w:t>场</w:t>
      </w:r>
      <w:r>
        <w:rPr>
          <w:spacing w:val="6"/>
          <w:rFonts w:ascii="Ddylr05K+KaiTi" w:hAnsi="Ddylr05K+KaiTi" w:eastAsia="Ddylr05K+KaiTi"/>
          <w:color w:val="000000"/>
          <w:sz w:val="28"/>
        </w:rPr>
        <w:t>主</w:t>
      </w:r>
      <w:r>
        <w:rPr>
          <w:spacing w:val="4"/>
          <w:rFonts w:ascii="Ddylr05K+KaiTi" w:hAnsi="Ddylr05K+KaiTi" w:eastAsia="Ddylr05K+KaiTi"/>
          <w:color w:val="000000"/>
          <w:sz w:val="28"/>
        </w:rPr>
        <w:t>要访</w:t>
      </w:r>
      <w:r>
        <w:rPr>
          <w:spacing w:val="8"/>
          <w:rFonts w:ascii="Ddylr05K+KaiTi" w:hAnsi="Ddylr05K+KaiTi" w:eastAsia="Ddylr05K+KaiTi"/>
          <w:color w:val="000000"/>
          <w:sz w:val="28"/>
        </w:rPr>
        <w:t>谈</w:t>
      </w:r>
      <w:r>
        <w:rPr>
          <w:spacing w:val="6"/>
          <w:rFonts w:ascii="Ddylr05K+KaiTi" w:hAnsi="Ddylr05K+KaiTi" w:eastAsia="Ddylr05K+KaiTi"/>
          <w:color w:val="000000"/>
          <w:sz w:val="28"/>
        </w:rPr>
        <w:t>对</w:t>
      </w:r>
      <w:r>
        <w:rPr>
          <w:spacing w:val="8"/>
          <w:rFonts w:ascii="Ddylr05K+KaiTi" w:hAnsi="Ddylr05K+KaiTi" w:eastAsia="Ddylr05K+KaiTi"/>
          <w:color w:val="000000"/>
          <w:sz w:val="28"/>
        </w:rPr>
        <w:t>象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部</w:t>
      </w:r>
      <w:r>
        <w:rPr>
          <w:spacing w:val="4"/>
          <w:rFonts w:ascii="Ddylr05K+KaiTi" w:hAnsi="Ddylr05K+KaiTi" w:eastAsia="Ddylr05K+KaiTi"/>
          <w:color w:val="000000"/>
          <w:sz w:val="28"/>
        </w:rPr>
        <w:t>门及</w:t>
      </w:r>
      <w:r>
        <w:rPr>
          <w:spacing w:val="6"/>
          <w:rFonts w:ascii="Ddylr05K+KaiTi" w:hAnsi="Ddylr05K+KaiTi" w:eastAsia="Ddylr05K+KaiTi"/>
          <w:color w:val="000000"/>
          <w:sz w:val="28"/>
        </w:rPr>
        <w:t>访</w:t>
      </w:r>
      <w:r>
        <w:rPr>
          <w:spacing w:val="4"/>
          <w:rFonts w:ascii="Ddylr05K+KaiTi" w:hAnsi="Ddylr05K+KaiTi" w:eastAsia="Ddylr05K+KaiTi"/>
          <w:color w:val="000000"/>
          <w:sz w:val="28"/>
        </w:rPr>
        <w:t>谈</w:t>
      </w:r>
      <w:r>
        <w:rPr>
          <w:spacing w:val="8"/>
          <w:rFonts w:ascii="Ddylr05K+KaiTi" w:hAnsi="Ddylr05K+KaiTi" w:eastAsia="Ddylr05K+KaiTi"/>
          <w:color w:val="000000"/>
          <w:sz w:val="28"/>
        </w:rPr>
        <w:t>内</w:t>
      </w:r>
      <w:r>
        <w:rPr>
          <w:spacing w:val="6"/>
          <w:rFonts w:ascii="Ddylr05K+KaiTi" w:hAnsi="Ddylr05K+KaiTi" w:eastAsia="Ddylr05K+KaiTi"/>
          <w:color w:val="000000"/>
          <w:sz w:val="28"/>
        </w:rPr>
        <w:t>容</w:t>
      </w:r>
      <w:r>
        <w:rPr>
          <w:rFonts w:ascii="Ddylr05K+KaiTi" w:hAnsi="Ddylr05K+KaiTi" w:eastAsia="Ddylr05K+KaiTi"/>
          <w:color w:val="000000"/>
          <w:sz w:val="28"/>
        </w:rPr>
        <w:t>见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下表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40.0" w:type="dxa"/>
      </w:tblPr>
      <w:tblGrid>
        <w:gridCol w:w="920"/>
        <w:gridCol w:w="1280"/>
        <w:gridCol w:w="1480"/>
        <w:gridCol w:w="4840"/>
      </w:tblGrid>
      <w:tr>
        <w:trPr>
          <w:trHeight w:hRule="exact" w:val="454"/>
        </w:trPr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14" w:after="0"/>
              <w:ind w:left="0" w:right="150" w:firstLine="0"/>
              <w:jc w:val="righ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序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号</w:t>
            </w:r>
          </w:p>
        </w:tc>
        <w:tc>
          <w:tcPr>
            <w:tcW w:type="dxa" w:w="12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14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访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谈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对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象</w:t>
            </w:r>
          </w:p>
        </w:tc>
        <w:tc>
          <w:tcPr>
            <w:tcW w:type="dxa" w:w="1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42" w:firstLine="0"/>
              <w:jc w:val="right"/>
            </w:pPr>
            <w:r>
              <w:rPr>
                <w:spacing w:val="60"/>
                <w:rFonts w:ascii="Ddylr05K+KaiTi" w:hAnsi="Ddylr05K+KaiTi" w:eastAsia="Ddylr05K+KaiTi"/>
                <w:b/>
                <w:color w:val="000000"/>
                <w:sz w:val="24"/>
              </w:rPr>
              <w:t>表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2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-3</w:t>
            </w:r>
          </w:p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200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现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4"/>
              </w:rPr>
              <w:t>场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访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问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内容表</w:t>
            </w:r>
          </w:p>
        </w:tc>
      </w:tr>
      <w:tr>
        <w:trPr>
          <w:trHeight w:hRule="exact" w:val="580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1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0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门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/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职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位</w:t>
            </w:r>
          </w:p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0" w:after="0"/>
              <w:ind w:left="0" w:right="1980" w:firstLine="0"/>
              <w:jc w:val="righ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访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谈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内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容</w:t>
            </w:r>
          </w:p>
        </w:tc>
      </w:tr>
      <w:tr>
        <w:trPr>
          <w:trHeight w:hRule="exact" w:val="336"/>
        </w:trPr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72" w:after="0"/>
              <w:ind w:left="0" w:right="340" w:firstLine="0"/>
              <w:jc w:val="right"/>
            </w:pP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1</w:t>
            </w:r>
          </w:p>
        </w:tc>
        <w:tc>
          <w:tcPr>
            <w:tcW w:type="dxa" w:w="12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72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刘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文吉</w:t>
            </w:r>
          </w:p>
        </w:tc>
        <w:tc>
          <w:tcPr>
            <w:tcW w:type="dxa" w:w="1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6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管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理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者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代</w:t>
            </w:r>
          </w:p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了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解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企业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基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本情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况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、生产工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艺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、生产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运行</w:t>
            </w:r>
          </w:p>
        </w:tc>
      </w:tr>
      <w:tr>
        <w:trPr>
          <w:trHeight w:hRule="exact" w:val="144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8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情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况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，确产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品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碳足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迹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的核算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系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统边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界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识</w:t>
            </w:r>
          </w:p>
        </w:tc>
      </w:tr>
      <w:tr>
        <w:trPr>
          <w:trHeight w:hRule="exact" w:val="168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1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8" w:after="0"/>
              <w:ind w:left="0" w:right="0" w:firstLine="0"/>
              <w:jc w:val="center"/>
            </w:pP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表</w:t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312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别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系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统边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界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内排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放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源和排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放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设施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。</w:t>
            </w:r>
          </w:p>
        </w:tc>
      </w:tr>
      <w:tr>
        <w:trPr>
          <w:trHeight w:hRule="exact" w:val="322"/>
        </w:trPr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58" w:after="0"/>
              <w:ind w:left="0" w:right="340" w:firstLine="0"/>
              <w:jc w:val="right"/>
            </w:pP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2</w:t>
            </w:r>
          </w:p>
        </w:tc>
        <w:tc>
          <w:tcPr>
            <w:tcW w:type="dxa" w:w="12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58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袁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琳琳</w:t>
            </w:r>
          </w:p>
        </w:tc>
        <w:tc>
          <w:tcPr>
            <w:tcW w:type="dxa" w:w="1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02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制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造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技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术</w:t>
            </w:r>
          </w:p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品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碳足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迹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涉及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的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活动水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平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数据、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相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关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参</w:t>
            </w:r>
          </w:p>
        </w:tc>
      </w:tr>
      <w:tr>
        <w:trPr>
          <w:trHeight w:hRule="exact" w:val="138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8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和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生产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据的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监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测、记录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和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统计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等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据</w:t>
            </w:r>
          </w:p>
        </w:tc>
      </w:tr>
      <w:tr>
        <w:trPr>
          <w:trHeight w:hRule="exact" w:val="174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1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/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长</w:t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306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流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管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理过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程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，获取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相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关监测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记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录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。</w:t>
            </w:r>
          </w:p>
        </w:tc>
      </w:tr>
      <w:tr>
        <w:trPr>
          <w:trHeight w:hRule="exact" w:val="326"/>
        </w:trPr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2" w:after="0"/>
              <w:ind w:left="0" w:right="340" w:firstLine="0"/>
              <w:jc w:val="right"/>
            </w:pP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3</w:t>
            </w:r>
          </w:p>
        </w:tc>
        <w:tc>
          <w:tcPr>
            <w:tcW w:type="dxa" w:w="12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2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尹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长水</w:t>
            </w:r>
          </w:p>
        </w:tc>
        <w:tc>
          <w:tcPr>
            <w:tcW w:type="dxa" w:w="1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06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资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财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务</w:t>
            </w:r>
          </w:p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0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品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碳足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迹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涉及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的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碳排放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活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动水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平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数据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和</w:t>
            </w:r>
          </w:p>
        </w:tc>
      </w:tr>
      <w:tr>
        <w:trPr>
          <w:trHeight w:hRule="exact" w:val="154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8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生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产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数据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相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关的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财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务统计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报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表和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结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算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凭</w:t>
            </w:r>
          </w:p>
        </w:tc>
      </w:tr>
      <w:tr>
        <w:trPr>
          <w:trHeight w:hRule="exact" w:val="158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1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/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长</w:t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302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证，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进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行评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价。</w:t>
            </w:r>
          </w:p>
        </w:tc>
      </w:tr>
      <w:tr>
        <w:trPr>
          <w:trHeight w:hRule="exact" w:val="332"/>
        </w:trPr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8" w:after="0"/>
              <w:ind w:left="0" w:right="340" w:firstLine="0"/>
              <w:jc w:val="right"/>
            </w:pPr>
            <w:r>
              <w:rPr>
                <w:spacing w:val="1"/>
                <w:w w:val="101.98039213816325"/>
                <w:rFonts w:ascii="Ddylr05K+KaiTi" w:hAnsi="Ddylr05K+KaiTi" w:eastAsia="Ddylr05K+KaiTi"/>
                <w:color w:val="000000"/>
                <w:sz w:val="24"/>
              </w:rPr>
              <w:t>4</w:t>
            </w:r>
          </w:p>
        </w:tc>
        <w:tc>
          <w:tcPr>
            <w:tcW w:type="dxa" w:w="12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8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李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相松</w:t>
            </w:r>
          </w:p>
        </w:tc>
        <w:tc>
          <w:tcPr>
            <w:tcW w:type="dxa" w:w="1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质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量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保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证</w:t>
            </w:r>
          </w:p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对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排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放设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施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和监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测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设备的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安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装</w:t>
            </w:r>
            <w:r>
              <w:rPr>
                <w:spacing w:val="2"/>
                <w:w w:val="101.98039213816325"/>
                <w:rFonts w:ascii="Ddylr05K+KaiTi" w:hAnsi="Ddylr05K+KaiTi" w:eastAsia="Ddylr05K+KaiTi"/>
                <w:color w:val="000000"/>
                <w:sz w:val="24"/>
              </w:rPr>
              <w:t>/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校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验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情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况</w:t>
            </w:r>
          </w:p>
        </w:tc>
      </w:tr>
      <w:tr>
        <w:trPr>
          <w:trHeight w:hRule="exact" w:val="148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8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进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行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评价，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现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场查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看</w:t>
            </w:r>
            <w:r>
              <w:rPr>
                <w:spacing w:val="9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排放设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施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、计量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和检</w:t>
            </w:r>
          </w:p>
        </w:tc>
      </w:tr>
      <w:tr>
        <w:trPr>
          <w:trHeight w:hRule="exact" w:val="160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1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4" w:after="0"/>
              <w:ind w:left="0" w:right="0" w:firstLine="0"/>
              <w:jc w:val="center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4"/>
                <w:w w:val="101.98039213816325"/>
                <w:rFonts w:ascii="Ddylr05K+KaiTi" w:hAnsi="Ddylr05K+KaiTi" w:eastAsia="Ddylr05K+KaiTi"/>
                <w:color w:val="000000"/>
                <w:sz w:val="24"/>
              </w:rPr>
              <w:t>/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部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长</w:t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340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4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66" w:right="0" w:firstLine="0"/>
              <w:jc w:val="left"/>
            </w:pP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测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设</w:t>
            </w:r>
            <w:r>
              <w:rPr>
                <w:spacing w:val="7"/>
                <w:w w:val="101.98039213816325"/>
                <w:rFonts w:ascii="Ddylr05K+KaiTi" w:hAnsi="Ddylr05K+KaiTi" w:eastAsia="Ddylr05K+KaiTi"/>
                <w:color w:val="000000"/>
                <w:sz w:val="24"/>
              </w:rPr>
              <w:t>备</w:t>
            </w:r>
            <w:r>
              <w:rPr>
                <w:spacing w:val="5"/>
                <w:w w:val="101.98039213816325"/>
                <w:rFonts w:ascii="Ddylr05K+KaiTi" w:hAnsi="Ddylr05K+KaiTi" w:eastAsia="Ddylr05K+KaiTi"/>
                <w:color w:val="000000"/>
                <w:sz w:val="24"/>
              </w:rPr>
              <w:t>。</w:t>
            </w:r>
          </w:p>
        </w:tc>
      </w:tr>
    </w:tbl>
    <w:p>
      <w:pPr>
        <w:autoSpaceDN w:val="0"/>
        <w:autoSpaceDE w:val="0"/>
        <w:widowControl/>
        <w:spacing w:line="280" w:lineRule="exact" w:before="314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1</w:t>
      </w:r>
      <w:r>
        <w:rPr>
          <w:rFonts w:ascii="Ddylr05K+KaiTi" w:hAnsi="Ddylr05K+KaiTi" w:eastAsia="Ddylr05K+KaiTi"/>
          <w:b/>
          <w:color w:val="000000"/>
          <w:sz w:val="28"/>
        </w:rPr>
        <w:t>现场评价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内</w:t>
      </w:r>
      <w:r>
        <w:rPr>
          <w:rFonts w:ascii="Ddylr05K+KaiTi" w:hAnsi="Ddylr05K+KaiTi" w:eastAsia="Ddylr05K+KaiTi"/>
          <w:b/>
          <w:color w:val="000000"/>
          <w:sz w:val="28"/>
        </w:rPr>
        <w:t>容</w:t>
      </w:r>
    </w:p>
    <w:p>
      <w:pPr>
        <w:autoSpaceDN w:val="0"/>
        <w:autoSpaceDE w:val="0"/>
        <w:widowControl/>
        <w:spacing w:line="220" w:lineRule="exact" w:before="85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15</w:t>
      </w:r>
    </w:p>
    <w:p>
      <w:pPr>
        <w:sectPr>
          <w:pgSz w:w="11906" w:h="17238"/>
          <w:pgMar w:top="742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tabs>
          <w:tab w:pos="920" w:val="left"/>
        </w:tabs>
        <w:autoSpaceDE w:val="0"/>
        <w:widowControl/>
        <w:spacing w:line="604" w:lineRule="exact" w:before="0" w:after="0"/>
        <w:ind w:left="360" w:right="288" w:firstLine="0"/>
        <w:jc w:val="left"/>
      </w:pP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10"/>
          <w:rFonts w:ascii="Ddylr05K+KaiTi" w:hAnsi="Ddylr05K+KaiTi" w:eastAsia="Ddylr05K+KaiTi"/>
          <w:color w:val="000000"/>
          <w:sz w:val="28"/>
        </w:rPr>
        <w:t>时</w:t>
      </w:r>
      <w:r>
        <w:rPr>
          <w:spacing w:val="8"/>
          <w:rFonts w:ascii="Ddylr05K+KaiTi" w:hAnsi="Ddylr05K+KaiTi" w:eastAsia="Ddylr05K+KaiTi"/>
          <w:color w:val="000000"/>
          <w:sz w:val="28"/>
        </w:rPr>
        <w:t>间段：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8"/>
          <w:rFonts w:ascii="Ddylr05K+KaiTi" w:hAnsi="Ddylr05K+KaiTi" w:eastAsia="Ddylr05K+KaiTi"/>
          <w:color w:val="000000"/>
          <w:sz w:val="28"/>
        </w:rPr>
        <w:t>4</w:t>
      </w:r>
      <w:r>
        <w:rPr>
          <w:rFonts w:ascii="Ddylr05K+KaiTi" w:hAnsi="Ddylr05K+KaiTi" w:eastAsia="Ddylr05K+KaiTi"/>
          <w:color w:val="000000"/>
          <w:sz w:val="28"/>
        </w:rPr>
        <w:t>年</w:t>
      </w:r>
      <w:r>
        <w:rPr>
          <w:spacing w:val="2"/>
          <w:rFonts w:ascii="Arial" w:hAnsi="Arial" w:eastAsia="Arial"/>
          <w:color w:val="000000"/>
          <w:sz w:val="28"/>
        </w:rPr>
        <w:t xml:space="preserve"> </w:t>
      </w:r>
      <w:r>
        <w:rPr>
          <w:spacing w:val="78"/>
          <w:rFonts w:ascii="Ddylr05K+KaiTi" w:hAnsi="Ddylr05K+KaiTi" w:eastAsia="Ddylr05K+KaiTi"/>
          <w:color w:val="000000"/>
          <w:sz w:val="28"/>
        </w:rPr>
        <w:t>7</w:t>
      </w:r>
      <w:r>
        <w:rPr>
          <w:spacing w:val="76"/>
          <w:rFonts w:ascii="Ddylr05K+KaiTi" w:hAnsi="Ddylr05K+KaiTi" w:eastAsia="Ddylr05K+KaiTi"/>
          <w:color w:val="000000"/>
          <w:sz w:val="28"/>
        </w:rPr>
        <w:t>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78"/>
          <w:rFonts w:ascii="Ddylr05K+KaiTi" w:hAnsi="Ddylr05K+KaiTi" w:eastAsia="Ddylr05K+KaiTi"/>
          <w:color w:val="000000"/>
          <w:sz w:val="28"/>
        </w:rPr>
        <w:t>2</w:t>
      </w:r>
      <w:r>
        <w:rPr>
          <w:spacing w:val="8"/>
          <w:rFonts w:ascii="Ddylr05K+KaiTi" w:hAnsi="Ddylr05K+KaiTi" w:eastAsia="Ddylr05K+KaiTi"/>
          <w:color w:val="000000"/>
          <w:sz w:val="28"/>
        </w:rPr>
        <w:t>日</w:t>
      </w:r>
      <w:r>
        <w:rPr>
          <w:rFonts w:ascii="Ddylr05K+KaiTi" w:hAnsi="Ddylr05K+KaiTi" w:eastAsia="Ddylr05K+KaiTi"/>
          <w:color w:val="000000"/>
          <w:sz w:val="28"/>
        </w:rPr>
        <w:t>-2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8"/>
          <w:rFonts w:ascii="Ddylr05K+KaiTi" w:hAnsi="Ddylr05K+KaiTi" w:eastAsia="Ddylr05K+KaiTi"/>
          <w:color w:val="000000"/>
          <w:sz w:val="28"/>
        </w:rPr>
        <w:t>4年7</w:t>
      </w:r>
      <w:r>
        <w:rPr>
          <w:rFonts w:ascii="Ddylr05K+KaiTi" w:hAnsi="Ddylr05K+KaiTi" w:eastAsia="Ddylr05K+KaiTi"/>
          <w:color w:val="000000"/>
          <w:sz w:val="28"/>
        </w:rPr>
        <w:t>月</w:t>
      </w:r>
      <w:r>
        <w:rPr>
          <w:spacing w:val="2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76"/>
          <w:rFonts w:ascii="Ddylr05K+KaiTi" w:hAnsi="Ddylr05K+KaiTi" w:eastAsia="Ddylr05K+KaiTi"/>
          <w:color w:val="000000"/>
          <w:sz w:val="28"/>
        </w:rPr>
        <w:t>4</w:t>
      </w:r>
      <w:r>
        <w:rPr>
          <w:spacing w:val="8"/>
          <w:rFonts w:ascii="Ddylr05K+KaiTi" w:hAnsi="Ddylr05K+KaiTi" w:eastAsia="Ddylr05K+KaiTi"/>
          <w:color w:val="000000"/>
          <w:sz w:val="28"/>
        </w:rPr>
        <w:t>日。评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组</w:t>
      </w:r>
      <w:r>
        <w:rPr>
          <w:rFonts w:ascii="Ddylr05K+KaiTi" w:hAnsi="Ddylr05K+KaiTi" w:eastAsia="Ddylr05K+KaiTi"/>
          <w:color w:val="000000"/>
          <w:sz w:val="28"/>
        </w:rPr>
        <w:t>通</w:t>
      </w:r>
      <w:r>
        <w:rPr>
          <w:rFonts w:ascii="Ddylr05K+KaiTi" w:hAnsi="Ddylr05K+KaiTi" w:eastAsia="Ddylr05K+KaiTi"/>
          <w:color w:val="000000"/>
          <w:sz w:val="28"/>
        </w:rPr>
        <w:t>过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抽</w:t>
      </w:r>
      <w:r>
        <w:rPr>
          <w:spacing w:val="2"/>
          <w:rFonts w:ascii="Ddylr05K+KaiTi" w:hAnsi="Ddylr05K+KaiTi" w:eastAsia="Ddylr05K+KaiTi"/>
          <w:color w:val="000000"/>
          <w:sz w:val="28"/>
        </w:rPr>
        <w:t>样</w:t>
      </w:r>
      <w:r>
        <w:rPr>
          <w:rFonts w:ascii="Ddylr05K+KaiTi" w:hAnsi="Ddylr05K+KaiTi" w:eastAsia="Ddylr05K+KaiTi"/>
          <w:color w:val="000000"/>
          <w:sz w:val="28"/>
        </w:rPr>
        <w:t>勘查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现场</w:t>
      </w:r>
      <w:r>
        <w:rPr>
          <w:spacing w:val="2"/>
          <w:rFonts w:ascii="Ddylr05K+KaiTi" w:hAnsi="Ddylr05K+KaiTi" w:eastAsia="Ddylr05K+KaiTi"/>
          <w:color w:val="000000"/>
          <w:sz w:val="28"/>
        </w:rPr>
        <w:t>走</w:t>
      </w:r>
      <w:r>
        <w:rPr>
          <w:rFonts w:ascii="Ddylr05K+KaiTi" w:hAnsi="Ddylr05K+KaiTi" w:eastAsia="Ddylr05K+KaiTi"/>
          <w:color w:val="000000"/>
          <w:sz w:val="28"/>
        </w:rPr>
        <w:t>访、</w:t>
      </w:r>
      <w:r>
        <w:rPr>
          <w:spacing w:val="2"/>
          <w:rFonts w:ascii="Ddylr05K+KaiTi" w:hAnsi="Ddylr05K+KaiTi" w:eastAsia="Ddylr05K+KaiTi"/>
          <w:color w:val="000000"/>
          <w:sz w:val="28"/>
        </w:rPr>
        <w:t>查</w:t>
      </w:r>
      <w:r>
        <w:rPr>
          <w:rFonts w:ascii="Ddylr05K+KaiTi" w:hAnsi="Ddylr05K+KaiTi" w:eastAsia="Ddylr05K+KaiTi"/>
          <w:color w:val="000000"/>
          <w:sz w:val="28"/>
        </w:rPr>
        <w:t>阅等</w:t>
      </w:r>
      <w:r>
        <w:rPr>
          <w:spacing w:val="2"/>
          <w:rFonts w:ascii="Ddylr05K+KaiTi" w:hAnsi="Ddylr05K+KaiTi" w:eastAsia="Ddylr05K+KaiTi"/>
          <w:color w:val="000000"/>
          <w:sz w:val="28"/>
        </w:rPr>
        <w:t>形</w:t>
      </w:r>
      <w:r>
        <w:rPr>
          <w:rFonts w:ascii="Ddylr05K+KaiTi" w:hAnsi="Ddylr05K+KaiTi" w:eastAsia="Ddylr05K+KaiTi"/>
          <w:color w:val="000000"/>
          <w:sz w:val="28"/>
        </w:rPr>
        <w:t>式对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品碳</w:t>
      </w:r>
      <w:r>
        <w:rPr>
          <w:spacing w:val="4"/>
          <w:rFonts w:ascii="Ddylr05K+KaiTi" w:hAnsi="Ddylr05K+KaiTi" w:eastAsia="Ddylr05K+KaiTi"/>
          <w:color w:val="000000"/>
          <w:sz w:val="28"/>
        </w:rPr>
        <w:t>足</w:t>
      </w:r>
      <w:r>
        <w:rPr>
          <w:rFonts w:ascii="Ddylr05K+KaiTi" w:hAnsi="Ddylr05K+KaiTi" w:eastAsia="Ddylr05K+KaiTi"/>
          <w:color w:val="000000"/>
          <w:sz w:val="28"/>
        </w:rPr>
        <w:t>迹进</w:t>
      </w:r>
      <w:r>
        <w:rPr>
          <w:spacing w:val="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了核</w:t>
      </w:r>
      <w:r>
        <w:rPr>
          <w:spacing w:val="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，主</w:t>
      </w:r>
      <w:r>
        <w:rPr>
          <w:spacing w:val="-2"/>
          <w:rFonts w:ascii="Ddylr05K+KaiTi" w:hAnsi="Ddylr05K+KaiTi" w:eastAsia="Ddylr05K+KaiTi"/>
          <w:color w:val="000000"/>
          <w:sz w:val="28"/>
        </w:rPr>
        <w:t>要包</w:t>
      </w:r>
      <w:r>
        <w:rPr>
          <w:rFonts w:ascii="Ddylr05K+KaiTi" w:hAnsi="Ddylr05K+KaiTi" w:eastAsia="Ddylr05K+KaiTi"/>
          <w:color w:val="000000"/>
          <w:sz w:val="28"/>
        </w:rPr>
        <w:t>括以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内容：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)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通</w:t>
      </w:r>
      <w:r>
        <w:rPr>
          <w:spacing w:val="2"/>
          <w:rFonts w:ascii="Ddylr05K+KaiTi" w:hAnsi="Ddylr05K+KaiTi" w:eastAsia="Ddylr05K+KaiTi"/>
          <w:color w:val="000000"/>
          <w:sz w:val="28"/>
        </w:rPr>
        <w:t>过</w:t>
      </w:r>
      <w:r>
        <w:rPr>
          <w:rFonts w:ascii="Ddylr05K+KaiTi" w:hAnsi="Ddylr05K+KaiTi" w:eastAsia="Ddylr05K+KaiTi"/>
          <w:color w:val="000000"/>
          <w:sz w:val="28"/>
        </w:rPr>
        <w:t>现</w:t>
      </w:r>
      <w:r>
        <w:rPr>
          <w:spacing w:val="2"/>
          <w:rFonts w:ascii="Ddylr05K+KaiTi" w:hAnsi="Ddylr05K+KaiTi" w:eastAsia="Ddylr05K+KaiTi"/>
          <w:color w:val="000000"/>
          <w:sz w:val="28"/>
        </w:rPr>
        <w:t>场</w:t>
      </w:r>
      <w:r>
        <w:rPr>
          <w:rFonts w:ascii="Ddylr05K+KaiTi" w:hAnsi="Ddylr05K+KaiTi" w:eastAsia="Ddylr05K+KaiTi"/>
          <w:color w:val="000000"/>
          <w:sz w:val="28"/>
        </w:rPr>
        <w:t>评价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</w:t>
      </w:r>
      <w:r>
        <w:rPr>
          <w:spacing w:val="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足迹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核</w:t>
      </w:r>
      <w:r>
        <w:rPr>
          <w:spacing w:val="4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过程</w:t>
      </w:r>
      <w:r>
        <w:rPr>
          <w:spacing w:val="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使</w:t>
      </w:r>
      <w:r>
        <w:rPr>
          <w:spacing w:val="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的活</w:t>
      </w:r>
      <w:r>
        <w:rPr>
          <w:spacing w:val="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水</w:t>
      </w:r>
      <w:r>
        <w:rPr>
          <w:spacing w:val="2"/>
          <w:rFonts w:ascii="Ddylr05K+KaiTi" w:hAnsi="Ddylr05K+KaiTi" w:eastAsia="Ddylr05K+KaiTi"/>
          <w:color w:val="000000"/>
          <w:sz w:val="28"/>
        </w:rPr>
        <w:t>平</w:t>
      </w:r>
      <w:r>
        <w:rPr>
          <w:rFonts w:ascii="Ddylr05K+KaiTi" w:hAnsi="Ddylr05K+KaiTi" w:eastAsia="Ddylr05K+KaiTi"/>
          <w:color w:val="000000"/>
          <w:sz w:val="28"/>
        </w:rPr>
        <w:t>数据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和证</w:t>
      </w:r>
      <w:r>
        <w:rPr>
          <w:rFonts w:ascii="Ddylr05K+KaiTi" w:hAnsi="Ddylr05K+KaiTi" w:eastAsia="Ddylr05K+KaiTi"/>
          <w:color w:val="000000"/>
          <w:sz w:val="28"/>
        </w:rPr>
        <w:t>据；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)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查</w:t>
      </w:r>
      <w:r>
        <w:rPr>
          <w:spacing w:val="2"/>
          <w:rFonts w:ascii="Ddylr05K+KaiTi" w:hAnsi="Ddylr05K+KaiTi" w:eastAsia="Ddylr05K+KaiTi"/>
          <w:color w:val="000000"/>
          <w:sz w:val="28"/>
        </w:rPr>
        <w:t>阅</w:t>
      </w:r>
      <w:r>
        <w:rPr>
          <w:rFonts w:ascii="Ddylr05K+KaiTi" w:hAnsi="Ddylr05K+KaiTi" w:eastAsia="Ddylr05K+KaiTi"/>
          <w:color w:val="000000"/>
          <w:sz w:val="28"/>
        </w:rPr>
        <w:t>活</w:t>
      </w:r>
      <w:r>
        <w:rPr>
          <w:spacing w:val="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水平</w:t>
      </w:r>
      <w:r>
        <w:rPr>
          <w:spacing w:val="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监测</w:t>
      </w:r>
      <w:r>
        <w:rPr>
          <w:spacing w:val="4"/>
          <w:rFonts w:ascii="Ddylr05K+KaiTi" w:hAnsi="Ddylr05K+KaiTi" w:eastAsia="Ddylr05K+KaiTi"/>
          <w:color w:val="000000"/>
          <w:sz w:val="28"/>
        </w:rPr>
        <w:t>记</w:t>
      </w:r>
      <w:r>
        <w:rPr>
          <w:rFonts w:ascii="Ddylr05K+KaiTi" w:hAnsi="Ddylr05K+KaiTi" w:eastAsia="Ddylr05K+KaiTi"/>
          <w:color w:val="000000"/>
          <w:sz w:val="28"/>
        </w:rPr>
        <w:t>录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查阅</w:t>
      </w:r>
      <w:r>
        <w:rPr>
          <w:spacing w:val="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生、</w:t>
      </w:r>
      <w:r>
        <w:rPr>
          <w:spacing w:val="2"/>
          <w:rFonts w:ascii="Ddylr05K+KaiTi" w:hAnsi="Ddylr05K+KaiTi" w:eastAsia="Ddylr05K+KaiTi"/>
          <w:color w:val="000000"/>
          <w:sz w:val="28"/>
        </w:rPr>
        <w:t>传</w:t>
      </w:r>
      <w:r>
        <w:rPr>
          <w:rFonts w:ascii="Ddylr05K+KaiTi" w:hAnsi="Ddylr05K+KaiTi" w:eastAsia="Ddylr05K+KaiTi"/>
          <w:color w:val="000000"/>
          <w:sz w:val="28"/>
        </w:rPr>
        <w:t>递</w:t>
      </w:r>
      <w:r>
        <w:rPr>
          <w:spacing w:val="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汇总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和报</w:t>
      </w:r>
      <w:r>
        <w:rPr>
          <w:rFonts w:ascii="Ddylr05K+KaiTi" w:hAnsi="Ddylr05K+KaiTi" w:eastAsia="Ddylr05K+KaiTi"/>
          <w:color w:val="000000"/>
          <w:sz w:val="28"/>
        </w:rPr>
        <w:t>告的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信</w:t>
      </w:r>
      <w:r>
        <w:rPr>
          <w:rFonts w:ascii="Ddylr05K+KaiTi" w:hAnsi="Ddylr05K+KaiTi" w:eastAsia="Ddylr05K+KaiTi"/>
          <w:color w:val="000000"/>
          <w:sz w:val="28"/>
        </w:rPr>
        <w:t>息流；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)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2"/>
          <w:rFonts w:ascii="Ddylr05K+KaiTi" w:hAnsi="Ddylr05K+KaiTi" w:eastAsia="Ddylr05K+KaiTi"/>
          <w:color w:val="000000"/>
          <w:sz w:val="28"/>
        </w:rPr>
        <w:t>审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碳足</w:t>
      </w:r>
      <w:r>
        <w:rPr>
          <w:spacing w:val="2"/>
          <w:rFonts w:ascii="Ddylr05K+KaiTi" w:hAnsi="Ddylr05K+KaiTi" w:eastAsia="Ddylr05K+KaiTi"/>
          <w:color w:val="000000"/>
          <w:sz w:val="28"/>
        </w:rPr>
        <w:t>迹</w:t>
      </w:r>
      <w:r>
        <w:rPr>
          <w:rFonts w:ascii="Ddylr05K+KaiTi" w:hAnsi="Ddylr05K+KaiTi" w:eastAsia="Ddylr05K+KaiTi"/>
          <w:color w:val="000000"/>
          <w:sz w:val="28"/>
        </w:rPr>
        <w:t>计</w:t>
      </w:r>
      <w:r>
        <w:rPr>
          <w:spacing w:val="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时所</w:t>
      </w:r>
      <w:r>
        <w:rPr>
          <w:spacing w:val="4"/>
          <w:rFonts w:ascii="Ddylr05K+KaiTi" w:hAnsi="Ddylr05K+KaiTi" w:eastAsia="Ddylr05K+KaiTi"/>
          <w:color w:val="000000"/>
          <w:sz w:val="28"/>
        </w:rPr>
        <w:t>作</w:t>
      </w:r>
      <w:r>
        <w:rPr>
          <w:rFonts w:ascii="Ddylr05K+KaiTi" w:hAnsi="Ddylr05K+KaiTi" w:eastAsia="Ddylr05K+KaiTi"/>
          <w:color w:val="000000"/>
          <w:sz w:val="28"/>
        </w:rPr>
        <w:t>假</w:t>
      </w:r>
      <w:r>
        <w:rPr>
          <w:spacing w:val="4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，查</w:t>
      </w:r>
      <w:r>
        <w:rPr>
          <w:spacing w:val="2"/>
          <w:rFonts w:ascii="Ddylr05K+KaiTi" w:hAnsi="Ddylr05K+KaiTi" w:eastAsia="Ddylr05K+KaiTi"/>
          <w:color w:val="000000"/>
          <w:sz w:val="28"/>
        </w:rPr>
        <w:t>阅</w:t>
      </w:r>
      <w:r>
        <w:rPr>
          <w:rFonts w:ascii="Ddylr05K+KaiTi" w:hAnsi="Ddylr05K+KaiTi" w:eastAsia="Ddylr05K+KaiTi"/>
          <w:color w:val="000000"/>
          <w:sz w:val="28"/>
        </w:rPr>
        <w:t>相</w:t>
      </w:r>
      <w:r>
        <w:rPr>
          <w:spacing w:val="2"/>
          <w:rFonts w:ascii="Ddylr05K+KaiTi" w:hAnsi="Ddylr05K+KaiTi" w:eastAsia="Ddylr05K+KaiTi"/>
          <w:color w:val="000000"/>
          <w:sz w:val="28"/>
        </w:rPr>
        <w:t>关</w:t>
      </w:r>
      <w:r>
        <w:rPr>
          <w:rFonts w:ascii="Ddylr05K+KaiTi" w:hAnsi="Ddylr05K+KaiTi" w:eastAsia="Ddylr05K+KaiTi"/>
          <w:color w:val="000000"/>
          <w:sz w:val="28"/>
        </w:rPr>
        <w:t>文件</w:t>
      </w:r>
      <w:r>
        <w:rPr>
          <w:spacing w:val="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信</w:t>
      </w:r>
      <w:r>
        <w:rPr>
          <w:spacing w:val="2"/>
          <w:rFonts w:ascii="Ddylr05K+KaiTi" w:hAnsi="Ddylr05K+KaiTi" w:eastAsia="Ddylr05K+KaiTi"/>
          <w:color w:val="000000"/>
          <w:sz w:val="28"/>
        </w:rPr>
        <w:t>息</w:t>
      </w:r>
      <w:r>
        <w:rPr>
          <w:rFonts w:ascii="Ddylr05K+KaiTi" w:hAnsi="Ddylr05K+KaiTi" w:eastAsia="Ddylr05K+KaiTi"/>
          <w:color w:val="000000"/>
          <w:sz w:val="28"/>
        </w:rPr>
        <w:t>，包</w:t>
      </w:r>
      <w:r>
        <w:rPr>
          <w:spacing w:val="4"/>
          <w:rFonts w:ascii="Ddylr05K+KaiTi" w:hAnsi="Ddylr05K+KaiTi" w:eastAsia="Ddylr05K+KaiTi"/>
          <w:color w:val="000000"/>
          <w:sz w:val="28"/>
        </w:rPr>
        <w:t>括</w:t>
      </w:r>
      <w:r>
        <w:rPr>
          <w:spacing w:val="8"/>
          <w:rFonts w:ascii="Ddylr05K+KaiTi" w:hAnsi="Ddylr05K+KaiTi" w:eastAsia="Ddylr05K+KaiTi"/>
          <w:color w:val="000000"/>
          <w:sz w:val="28"/>
        </w:rPr>
        <w:t>原</w:t>
      </w:r>
      <w:r>
        <w:rPr>
          <w:spacing w:val="6"/>
          <w:rFonts w:ascii="Ddylr05K+KaiTi" w:hAnsi="Ddylr05K+KaiTi" w:eastAsia="Ddylr05K+KaiTi"/>
          <w:color w:val="000000"/>
          <w:sz w:val="28"/>
        </w:rPr>
        <w:t>始</w:t>
      </w:r>
      <w:r>
        <w:rPr>
          <w:spacing w:val="8"/>
          <w:rFonts w:ascii="Ddylr05K+KaiTi" w:hAnsi="Ddylr05K+KaiTi" w:eastAsia="Ddylr05K+KaiTi"/>
          <w:color w:val="000000"/>
          <w:sz w:val="28"/>
        </w:rPr>
        <w:t>凭</w:t>
      </w:r>
      <w:r>
        <w:rPr>
          <w:spacing w:val="4"/>
          <w:rFonts w:ascii="Ddylr05K+KaiTi" w:hAnsi="Ddylr05K+KaiTi" w:eastAsia="Ddylr05K+KaiTi"/>
          <w:color w:val="000000"/>
          <w:sz w:val="28"/>
        </w:rPr>
        <w:t>证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套账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报</w:t>
      </w:r>
      <w:r>
        <w:rPr>
          <w:spacing w:val="8"/>
          <w:rFonts w:ascii="Ddylr05K+KaiTi" w:hAnsi="Ddylr05K+KaiTi" w:eastAsia="Ddylr05K+KaiTi"/>
          <w:color w:val="000000"/>
          <w:sz w:val="28"/>
        </w:rPr>
        <w:t>表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图</w:t>
      </w:r>
      <w:r>
        <w:rPr>
          <w:spacing w:val="4"/>
          <w:rFonts w:ascii="Ddylr05K+KaiTi" w:hAnsi="Ddylr05K+KaiTi" w:eastAsia="Ddylr05K+KaiTi"/>
          <w:color w:val="000000"/>
          <w:sz w:val="28"/>
        </w:rPr>
        <w:t>纸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会计</w:t>
      </w:r>
      <w:r>
        <w:rPr>
          <w:spacing w:val="8"/>
          <w:rFonts w:ascii="Ddylr05K+KaiTi" w:hAnsi="Ddylr05K+KaiTi" w:eastAsia="Ddylr05K+KaiTi"/>
          <w:color w:val="000000"/>
          <w:sz w:val="28"/>
        </w:rPr>
        <w:t>账</w:t>
      </w:r>
      <w:r>
        <w:rPr>
          <w:spacing w:val="6"/>
          <w:rFonts w:ascii="Ddylr05K+KaiTi" w:hAnsi="Ddylr05K+KaiTi" w:eastAsia="Ddylr05K+KaiTi"/>
          <w:color w:val="000000"/>
          <w:sz w:val="28"/>
        </w:rPr>
        <w:t>册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专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技术</w:t>
      </w:r>
      <w:r>
        <w:rPr>
          <w:spacing w:val="6"/>
          <w:rFonts w:ascii="Ddylr05K+KaiTi" w:hAnsi="Ddylr05K+KaiTi" w:eastAsia="Ddylr05K+KaiTi"/>
          <w:color w:val="000000"/>
          <w:sz w:val="28"/>
        </w:rPr>
        <w:t>资</w:t>
      </w:r>
      <w:r>
        <w:rPr>
          <w:spacing w:val="4"/>
          <w:rFonts w:ascii="Ddylr05K+KaiTi" w:hAnsi="Ddylr05K+KaiTi" w:eastAsia="Ddylr05K+KaiTi"/>
          <w:color w:val="000000"/>
          <w:sz w:val="28"/>
        </w:rPr>
        <w:t>料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科</w:t>
      </w:r>
      <w:r>
        <w:rPr>
          <w:rFonts w:ascii="Ddylr05K+KaiTi" w:hAnsi="Ddylr05K+KaiTi" w:eastAsia="Ddylr05K+KaiTi"/>
          <w:color w:val="000000"/>
          <w:sz w:val="28"/>
        </w:rPr>
        <w:t>技</w:t>
      </w:r>
      <w:r>
        <w:rPr>
          <w:spacing w:val="-2"/>
          <w:rFonts w:ascii="Ddylr05K+KaiTi" w:hAnsi="Ddylr05K+KaiTi" w:eastAsia="Ddylr05K+KaiTi"/>
          <w:color w:val="000000"/>
          <w:sz w:val="28"/>
        </w:rPr>
        <w:t>文献</w:t>
      </w:r>
      <w:r>
        <w:rPr>
          <w:rFonts w:ascii="Ddylr05K+KaiTi" w:hAnsi="Ddylr05K+KaiTi" w:eastAsia="Ddylr05K+KaiTi"/>
          <w:color w:val="000000"/>
          <w:sz w:val="28"/>
        </w:rPr>
        <w:t>；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4</w:t>
      </w:r>
      <w:r>
        <w:rPr>
          <w:rFonts w:ascii="Ddylr05K+KaiTi" w:hAnsi="Ddylr05K+KaiTi" w:eastAsia="Ddylr05K+KaiTi"/>
          <w:color w:val="000000"/>
          <w:sz w:val="28"/>
        </w:rPr>
        <w:t>)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查</w:t>
      </w:r>
      <w:r>
        <w:rPr>
          <w:spacing w:val="2"/>
          <w:rFonts w:ascii="Ddylr05K+KaiTi" w:hAnsi="Ddylr05K+KaiTi" w:eastAsia="Ddylr05K+KaiTi"/>
          <w:color w:val="000000"/>
          <w:sz w:val="28"/>
        </w:rPr>
        <w:t>看</w:t>
      </w:r>
      <w:r>
        <w:rPr>
          <w:rFonts w:ascii="Ddylr05K+KaiTi" w:hAnsi="Ddylr05K+KaiTi" w:eastAsia="Ddylr05K+KaiTi"/>
          <w:color w:val="000000"/>
          <w:sz w:val="28"/>
        </w:rPr>
        <w:t>现</w:t>
      </w:r>
      <w:r>
        <w:rPr>
          <w:spacing w:val="2"/>
          <w:rFonts w:ascii="Ddylr05K+KaiTi" w:hAnsi="Ddylr05K+KaiTi" w:eastAsia="Ddylr05K+KaiTi"/>
          <w:color w:val="000000"/>
          <w:sz w:val="28"/>
        </w:rPr>
        <w:t>场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2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施</w:t>
      </w:r>
      <w:r>
        <w:rPr>
          <w:spacing w:val="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监测</w:t>
      </w:r>
      <w:r>
        <w:rPr>
          <w:spacing w:val="4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备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运行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包</w:t>
      </w:r>
      <w:r>
        <w:rPr>
          <w:spacing w:val="2"/>
          <w:rFonts w:ascii="Ddylr05K+KaiTi" w:hAnsi="Ddylr05K+KaiTi" w:eastAsia="Ddylr05K+KaiTi"/>
          <w:color w:val="000000"/>
          <w:sz w:val="28"/>
        </w:rPr>
        <w:t>括</w:t>
      </w:r>
      <w:r>
        <w:rPr>
          <w:rFonts w:ascii="Ddylr05K+KaiTi" w:hAnsi="Ddylr05K+KaiTi" w:eastAsia="Ddylr05K+KaiTi"/>
          <w:color w:val="000000"/>
          <w:sz w:val="28"/>
        </w:rPr>
        <w:t>现场</w:t>
      </w:r>
      <w:r>
        <w:rPr>
          <w:spacing w:val="2"/>
          <w:rFonts w:ascii="Ddylr05K+KaiTi" w:hAnsi="Ddylr05K+KaiTi" w:eastAsia="Ddylr05K+KaiTi"/>
          <w:color w:val="000000"/>
          <w:sz w:val="28"/>
        </w:rPr>
        <w:t>观</w:t>
      </w:r>
      <w:r>
        <w:rPr>
          <w:rFonts w:ascii="Ddylr05K+KaiTi" w:hAnsi="Ddylr05K+KaiTi" w:eastAsia="Ddylr05K+KaiTi"/>
          <w:color w:val="000000"/>
          <w:sz w:val="28"/>
        </w:rPr>
        <w:t>察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品核</w:t>
      </w:r>
      <w:r>
        <w:rPr>
          <w:spacing w:val="4"/>
          <w:rFonts w:ascii="Ddylr05K+KaiTi" w:hAnsi="Ddylr05K+KaiTi" w:eastAsia="Ddylr05K+KaiTi"/>
          <w:color w:val="000000"/>
          <w:sz w:val="28"/>
        </w:rPr>
        <w:t>算</w:t>
      </w:r>
      <w:r>
        <w:rPr>
          <w:spacing w:val="8"/>
          <w:rFonts w:ascii="Ddylr05K+KaiTi" w:hAnsi="Ddylr05K+KaiTi" w:eastAsia="Ddylr05K+KaiTi"/>
          <w:color w:val="000000"/>
          <w:sz w:val="28"/>
        </w:rPr>
        <w:t>边</w:t>
      </w:r>
      <w:r>
        <w:rPr>
          <w:spacing w:val="6"/>
          <w:rFonts w:ascii="Ddylr05K+KaiTi" w:hAnsi="Ddylr05K+KaiTi" w:eastAsia="Ddylr05K+KaiTi"/>
          <w:color w:val="000000"/>
          <w:sz w:val="28"/>
        </w:rPr>
        <w:t>界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排</w:t>
      </w:r>
      <w:r>
        <w:rPr>
          <w:spacing w:val="6"/>
          <w:rFonts w:ascii="Ddylr05K+KaiTi" w:hAnsi="Ddylr05K+KaiTi" w:eastAsia="Ddylr05K+KaiTi"/>
          <w:color w:val="000000"/>
          <w:sz w:val="28"/>
        </w:rPr>
        <w:t>放</w:t>
      </w:r>
      <w:r>
        <w:rPr>
          <w:spacing w:val="4"/>
          <w:rFonts w:ascii="Ddylr05K+KaiTi" w:hAnsi="Ddylr05K+KaiTi" w:eastAsia="Ddylr05K+KaiTi"/>
          <w:color w:val="000000"/>
          <w:sz w:val="28"/>
        </w:rPr>
        <w:t>设施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位</w:t>
      </w:r>
      <w:r>
        <w:rPr>
          <w:spacing w:val="8"/>
          <w:rFonts w:ascii="Ddylr05K+KaiTi" w:hAnsi="Ddylr05K+KaiTi" w:eastAsia="Ddylr05K+KaiTi"/>
          <w:color w:val="000000"/>
          <w:sz w:val="28"/>
        </w:rPr>
        <w:t>置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4"/>
          <w:rFonts w:ascii="Ddylr05K+KaiTi" w:hAnsi="Ddylr05K+KaiTi" w:eastAsia="Ddylr05K+KaiTi"/>
          <w:color w:val="000000"/>
          <w:sz w:val="28"/>
        </w:rPr>
        <w:t>量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排放</w:t>
      </w:r>
      <w:r>
        <w:rPr>
          <w:spacing w:val="8"/>
          <w:rFonts w:ascii="Ddylr05K+KaiTi" w:hAnsi="Ddylr05K+KaiTi" w:eastAsia="Ddylr05K+KaiTi"/>
          <w:color w:val="000000"/>
          <w:sz w:val="28"/>
        </w:rPr>
        <w:t>源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种</w:t>
      </w:r>
      <w:r>
        <w:rPr>
          <w:spacing w:val="6"/>
          <w:rFonts w:ascii="Ddylr05K+KaiTi" w:hAnsi="Ddylr05K+KaiTi" w:eastAsia="Ddylr05K+KaiTi"/>
          <w:color w:val="000000"/>
          <w:sz w:val="28"/>
        </w:rPr>
        <w:t>类</w:t>
      </w:r>
      <w:r>
        <w:rPr>
          <w:spacing w:val="8"/>
          <w:rFonts w:ascii="Ddylr05K+KaiTi" w:hAnsi="Ddylr05K+KaiTi" w:eastAsia="Ddylr05K+KaiTi"/>
          <w:color w:val="000000"/>
          <w:sz w:val="28"/>
        </w:rPr>
        <w:t>以</w:t>
      </w:r>
      <w:r>
        <w:rPr>
          <w:spacing w:val="4"/>
          <w:rFonts w:ascii="Ddylr05K+KaiTi" w:hAnsi="Ddylr05K+KaiTi" w:eastAsia="Ddylr05K+KaiTi"/>
          <w:color w:val="000000"/>
          <w:sz w:val="28"/>
        </w:rPr>
        <w:t>及监</w:t>
      </w:r>
      <w:r>
        <w:rPr>
          <w:spacing w:val="6"/>
          <w:rFonts w:ascii="Ddylr05K+KaiTi" w:hAnsi="Ddylr05K+KaiTi" w:eastAsia="Ddylr05K+KaiTi"/>
          <w:color w:val="000000"/>
          <w:sz w:val="28"/>
        </w:rPr>
        <w:t>测</w:t>
      </w:r>
      <w:r>
        <w:rPr>
          <w:spacing w:val="4"/>
          <w:rFonts w:ascii="Ddylr05K+KaiTi" w:hAnsi="Ddylr05K+KaiTi" w:eastAsia="Ddylr05K+KaiTi"/>
          <w:color w:val="000000"/>
          <w:sz w:val="28"/>
        </w:rPr>
        <w:t>设</w:t>
      </w:r>
      <w:r>
        <w:rPr>
          <w:spacing w:val="8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安</w:t>
      </w:r>
      <w:r>
        <w:rPr>
          <w:spacing w:val="-2"/>
          <w:rFonts w:ascii="Ddylr05K+KaiTi" w:hAnsi="Ddylr05K+KaiTi" w:eastAsia="Ddylr05K+KaiTi"/>
          <w:color w:val="000000"/>
          <w:sz w:val="28"/>
        </w:rPr>
        <w:t>装、</w:t>
      </w:r>
      <w:r>
        <w:rPr>
          <w:rFonts w:ascii="Ddylr05K+KaiTi" w:hAnsi="Ddylr05K+KaiTi" w:eastAsia="Ddylr05K+KaiTi"/>
          <w:color w:val="000000"/>
          <w:sz w:val="28"/>
        </w:rPr>
        <w:t>校准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维护</w:t>
      </w:r>
      <w:r>
        <w:rPr>
          <w:spacing w:val="-2"/>
          <w:rFonts w:ascii="Ddylr05K+KaiTi" w:hAnsi="Ddylr05K+KaiTi" w:eastAsia="Ddylr05K+KaiTi"/>
          <w:color w:val="000000"/>
          <w:sz w:val="28"/>
        </w:rPr>
        <w:t>情</w:t>
      </w:r>
      <w:r>
        <w:rPr>
          <w:rFonts w:ascii="Ddylr05K+KaiTi" w:hAnsi="Ddylr05K+KaiTi" w:eastAsia="Ddylr05K+KaiTi"/>
          <w:color w:val="000000"/>
          <w:sz w:val="28"/>
        </w:rPr>
        <w:t>况；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5</w:t>
      </w:r>
      <w:r>
        <w:rPr>
          <w:rFonts w:ascii="Ddylr05K+KaiTi" w:hAnsi="Ddylr05K+KaiTi" w:eastAsia="Ddylr05K+KaiTi"/>
          <w:color w:val="000000"/>
          <w:sz w:val="28"/>
        </w:rPr>
        <w:t>)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与</w:t>
      </w:r>
      <w:r>
        <w:rPr>
          <w:spacing w:val="2"/>
          <w:rFonts w:ascii="Ddylr05K+KaiTi" w:hAnsi="Ddylr05K+KaiTi" w:eastAsia="Ddylr05K+KaiTi"/>
          <w:color w:val="000000"/>
          <w:sz w:val="28"/>
        </w:rPr>
        <w:t>现</w:t>
      </w:r>
      <w:r>
        <w:rPr>
          <w:rFonts w:ascii="Ddylr05K+KaiTi" w:hAnsi="Ddylr05K+KaiTi" w:eastAsia="Ddylr05K+KaiTi"/>
          <w:color w:val="000000"/>
          <w:sz w:val="28"/>
        </w:rPr>
        <w:t>场</w:t>
      </w:r>
      <w:r>
        <w:rPr>
          <w:spacing w:val="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作人</w:t>
      </w:r>
      <w:r>
        <w:rPr>
          <w:spacing w:val="2"/>
          <w:rFonts w:ascii="Ddylr05K+KaiTi" w:hAnsi="Ddylr05K+KaiTi" w:eastAsia="Ddylr05K+KaiTi"/>
          <w:color w:val="000000"/>
          <w:sz w:val="28"/>
        </w:rPr>
        <w:t>员</w:t>
      </w:r>
      <w:r>
        <w:rPr>
          <w:rFonts w:ascii="Ddylr05K+KaiTi" w:hAnsi="Ddylr05K+KaiTi" w:eastAsia="Ddylr05K+KaiTi"/>
          <w:color w:val="000000"/>
          <w:sz w:val="28"/>
        </w:rPr>
        <w:t>或</w:t>
      </w:r>
      <w:r>
        <w:rPr>
          <w:spacing w:val="2"/>
          <w:rFonts w:ascii="Ddylr05K+KaiTi" w:hAnsi="Ddylr05K+KaiTi" w:eastAsia="Ddylr05K+KaiTi"/>
          <w:color w:val="000000"/>
          <w:sz w:val="28"/>
        </w:rPr>
        <w:t>利</w:t>
      </w:r>
      <w:r>
        <w:rPr>
          <w:rFonts w:ascii="Ddylr05K+KaiTi" w:hAnsi="Ddylr05K+KaiTi" w:eastAsia="Ddylr05K+KaiTi"/>
          <w:color w:val="000000"/>
          <w:sz w:val="28"/>
        </w:rPr>
        <w:t>益相</w:t>
      </w:r>
      <w:r>
        <w:rPr>
          <w:spacing w:val="4"/>
          <w:rFonts w:ascii="Ddylr05K+KaiTi" w:hAnsi="Ddylr05K+KaiTi" w:eastAsia="Ddylr05K+KaiTi"/>
          <w:color w:val="000000"/>
          <w:sz w:val="28"/>
        </w:rPr>
        <w:t>关</w:t>
      </w:r>
      <w:r>
        <w:rPr>
          <w:rFonts w:ascii="Ddylr05K+KaiTi" w:hAnsi="Ddylr05K+KaiTi" w:eastAsia="Ddylr05K+KaiTi"/>
          <w:color w:val="000000"/>
          <w:sz w:val="28"/>
        </w:rPr>
        <w:t>方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会谈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并</w:t>
      </w:r>
      <w:r>
        <w:rPr>
          <w:spacing w:val="2"/>
          <w:rFonts w:ascii="Ddylr05K+KaiTi" w:hAnsi="Ddylr05K+KaiTi" w:eastAsia="Ddylr05K+KaiTi"/>
          <w:color w:val="000000"/>
          <w:sz w:val="28"/>
        </w:rPr>
        <w:t>通</w:t>
      </w:r>
      <w:r>
        <w:rPr>
          <w:rFonts w:ascii="Ddylr05K+KaiTi" w:hAnsi="Ddylr05K+KaiTi" w:eastAsia="Ddylr05K+KaiTi"/>
          <w:color w:val="000000"/>
          <w:sz w:val="28"/>
        </w:rPr>
        <w:t>过重</w:t>
      </w:r>
      <w:r>
        <w:rPr>
          <w:spacing w:val="2"/>
          <w:rFonts w:ascii="Ddylr05K+KaiTi" w:hAnsi="Ddylr05K+KaiTi" w:eastAsia="Ddylr05K+KaiTi"/>
          <w:color w:val="000000"/>
          <w:sz w:val="28"/>
        </w:rPr>
        <w:t>复</w:t>
      </w:r>
      <w:r>
        <w:rPr>
          <w:rFonts w:ascii="Ddylr05K+KaiTi" w:hAnsi="Ddylr05K+KaiTi" w:eastAsia="Ddylr05K+KaiTi"/>
          <w:color w:val="000000"/>
          <w:sz w:val="28"/>
        </w:rPr>
        <w:t>计</w:t>
      </w:r>
      <w:r>
        <w:rPr>
          <w:spacing w:val="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验证</w:t>
      </w:r>
      <w:r>
        <w:rPr>
          <w:spacing w:val="4"/>
          <w:rFonts w:ascii="Ddylr05K+KaiTi" w:hAnsi="Ddylr05K+KaiTi" w:eastAsia="Ddylr05K+KaiTi"/>
          <w:color w:val="000000"/>
          <w:sz w:val="28"/>
        </w:rPr>
        <w:t>计</w:t>
      </w:r>
      <w:r>
        <w:rPr>
          <w:spacing w:val="8"/>
          <w:rFonts w:ascii="Ddylr05K+KaiTi" w:hAnsi="Ddylr05K+KaiTi" w:eastAsia="Ddylr05K+KaiTi"/>
          <w:color w:val="000000"/>
          <w:sz w:val="28"/>
        </w:rPr>
        <w:t>算</w:t>
      </w:r>
      <w:r>
        <w:rPr>
          <w:spacing w:val="6"/>
          <w:rFonts w:ascii="Ddylr05K+KaiTi" w:hAnsi="Ddylr05K+KaiTi" w:eastAsia="Ddylr05K+KaiTi"/>
          <w:color w:val="000000"/>
          <w:sz w:val="28"/>
        </w:rPr>
        <w:t>结</w:t>
      </w:r>
      <w:r>
        <w:rPr>
          <w:spacing w:val="8"/>
          <w:rFonts w:ascii="Ddylr05K+KaiTi" w:hAnsi="Ddylr05K+KaiTi" w:eastAsia="Ddylr05K+KaiTi"/>
          <w:color w:val="000000"/>
          <w:sz w:val="28"/>
        </w:rPr>
        <w:t>果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准</w:t>
      </w:r>
      <w:r>
        <w:rPr>
          <w:spacing w:val="4"/>
          <w:rFonts w:ascii="Ddylr05K+KaiTi" w:hAnsi="Ddylr05K+KaiTi" w:eastAsia="Ddylr05K+KaiTi"/>
          <w:color w:val="000000"/>
          <w:sz w:val="28"/>
        </w:rPr>
        <w:t>确性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或</w:t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6"/>
          <w:rFonts w:ascii="Ddylr05K+KaiTi" w:hAnsi="Ddylr05K+KaiTi" w:eastAsia="Ddylr05K+KaiTi"/>
          <w:color w:val="000000"/>
          <w:sz w:val="28"/>
        </w:rPr>
        <w:t>过</w:t>
      </w:r>
      <w:r>
        <w:rPr>
          <w:spacing w:val="8"/>
          <w:rFonts w:ascii="Ddylr05K+KaiTi" w:hAnsi="Ddylr05K+KaiTi" w:eastAsia="Ddylr05K+KaiTi"/>
          <w:color w:val="000000"/>
          <w:sz w:val="28"/>
        </w:rPr>
        <w:t>抽</w:t>
      </w:r>
      <w:r>
        <w:rPr>
          <w:spacing w:val="4"/>
          <w:rFonts w:ascii="Ddylr05K+KaiTi" w:hAnsi="Ddylr05K+KaiTi" w:eastAsia="Ddylr05K+KaiTi"/>
          <w:color w:val="000000"/>
          <w:sz w:val="28"/>
        </w:rPr>
        <w:t>取</w:t>
      </w:r>
      <w:r>
        <w:rPr>
          <w:spacing w:val="6"/>
          <w:rFonts w:ascii="Ddylr05K+KaiTi" w:hAnsi="Ddylr05K+KaiTi" w:eastAsia="Ddylr05K+KaiTi"/>
          <w:color w:val="000000"/>
          <w:sz w:val="28"/>
        </w:rPr>
        <w:t>样</w:t>
      </w:r>
      <w:r>
        <w:rPr>
          <w:spacing w:val="4"/>
          <w:rFonts w:ascii="Ddylr05K+KaiTi" w:hAnsi="Ddylr05K+KaiTi" w:eastAsia="Ddylr05K+KaiTi"/>
          <w:color w:val="000000"/>
          <w:sz w:val="28"/>
        </w:rPr>
        <w:t>本、</w:t>
      </w:r>
      <w:r>
        <w:rPr>
          <w:spacing w:val="8"/>
          <w:rFonts w:ascii="Ddylr05K+KaiTi" w:hAnsi="Ddylr05K+KaiTi" w:eastAsia="Ddylr05K+KaiTi"/>
          <w:color w:val="000000"/>
          <w:sz w:val="28"/>
        </w:rPr>
        <w:t>重</w:t>
      </w:r>
      <w:r>
        <w:rPr>
          <w:spacing w:val="6"/>
          <w:rFonts w:ascii="Ddylr05K+KaiTi" w:hAnsi="Ddylr05K+KaiTi" w:eastAsia="Ddylr05K+KaiTi"/>
          <w:color w:val="000000"/>
          <w:sz w:val="28"/>
        </w:rPr>
        <w:t>复</w:t>
      </w:r>
      <w:r>
        <w:rPr>
          <w:spacing w:val="8"/>
          <w:rFonts w:ascii="Ddylr05K+KaiTi" w:hAnsi="Ddylr05K+KaiTi" w:eastAsia="Ddylr05K+KaiTi"/>
          <w:color w:val="000000"/>
          <w:sz w:val="28"/>
        </w:rPr>
        <w:t>测</w:t>
      </w:r>
      <w:r>
        <w:rPr>
          <w:spacing w:val="6"/>
          <w:rFonts w:ascii="Ddylr05K+KaiTi" w:hAnsi="Ddylr05K+KaiTi" w:eastAsia="Ddylr05K+KaiTi"/>
          <w:color w:val="000000"/>
          <w:sz w:val="28"/>
        </w:rPr>
        <w:t>试</w:t>
      </w:r>
      <w:r>
        <w:rPr>
          <w:spacing w:val="8"/>
          <w:rFonts w:ascii="Ddylr05K+KaiTi" w:hAnsi="Ddylr05K+KaiTi" w:eastAsia="Ddylr05K+KaiTi"/>
          <w:color w:val="000000"/>
          <w:sz w:val="28"/>
        </w:rPr>
        <w:t>确</w:t>
      </w:r>
      <w:r>
        <w:rPr>
          <w:spacing w:val="4"/>
          <w:rFonts w:ascii="Ddylr05K+KaiTi" w:hAnsi="Ddylr05K+KaiTi" w:eastAsia="Ddylr05K+KaiTi"/>
          <w:color w:val="000000"/>
          <w:sz w:val="28"/>
        </w:rPr>
        <w:t>认测</w:t>
      </w:r>
      <w:r>
        <w:rPr>
          <w:spacing w:val="6"/>
          <w:rFonts w:ascii="Ddylr05K+KaiTi" w:hAnsi="Ddylr05K+KaiTi" w:eastAsia="Ddylr05K+KaiTi"/>
          <w:color w:val="000000"/>
          <w:sz w:val="28"/>
        </w:rPr>
        <w:t>试</w:t>
      </w:r>
      <w:r>
        <w:rPr>
          <w:spacing w:val="4"/>
          <w:rFonts w:ascii="Ddylr05K+KaiTi" w:hAnsi="Ddylr05K+KaiTi" w:eastAsia="Ddylr05K+KaiTi"/>
          <w:color w:val="000000"/>
          <w:sz w:val="28"/>
        </w:rPr>
        <w:t>结</w:t>
      </w:r>
      <w:r>
        <w:rPr>
          <w:spacing w:val="8"/>
          <w:rFonts w:ascii="Ddylr05K+KaiTi" w:hAnsi="Ddylr05K+KaiTi" w:eastAsia="Ddylr05K+KaiTi"/>
          <w:color w:val="000000"/>
          <w:sz w:val="28"/>
        </w:rPr>
        <w:t>果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准</w:t>
      </w:r>
      <w:r>
        <w:rPr>
          <w:spacing w:val="4"/>
          <w:rFonts w:ascii="Ddylr05K+KaiTi" w:hAnsi="Ddylr05K+KaiTi" w:eastAsia="Ddylr05K+KaiTi"/>
          <w:color w:val="000000"/>
          <w:sz w:val="28"/>
        </w:rPr>
        <w:t>确</w:t>
      </w:r>
      <w:r>
        <w:rPr>
          <w:spacing w:val="8"/>
          <w:rFonts w:ascii="Ddylr05K+KaiTi" w:hAnsi="Ddylr05K+KaiTi" w:eastAsia="Ddylr05K+KaiTi"/>
          <w:color w:val="000000"/>
          <w:sz w:val="28"/>
        </w:rPr>
        <w:t>性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color w:val="000000"/>
          <w:sz w:val="28"/>
        </w:rPr>
        <w:t>步</w:t>
      </w:r>
      <w:r>
        <w:rPr>
          <w:spacing w:val="4"/>
          <w:rFonts w:ascii="Ddylr05K+KaiTi" w:hAnsi="Ddylr05K+KaiTi" w:eastAsia="Ddylr05K+KaiTi"/>
          <w:color w:val="000000"/>
          <w:sz w:val="28"/>
        </w:rPr>
        <w:t>判断</w:t>
      </w:r>
      <w:r>
        <w:rPr>
          <w:spacing w:val="8"/>
          <w:rFonts w:ascii="Ddylr05K+KaiTi" w:hAnsi="Ddylr05K+KaiTi" w:eastAsia="Ddylr05K+KaiTi"/>
          <w:color w:val="000000"/>
          <w:sz w:val="28"/>
        </w:rPr>
        <w:t>和</w:t>
      </w:r>
      <w:r>
        <w:rPr>
          <w:spacing w:val="6"/>
          <w:rFonts w:ascii="Ddylr05K+KaiTi" w:hAnsi="Ddylr05K+KaiTi" w:eastAsia="Ddylr05K+KaiTi"/>
          <w:color w:val="000000"/>
          <w:sz w:val="28"/>
        </w:rPr>
        <w:t>确</w:t>
      </w:r>
      <w:r>
        <w:rPr>
          <w:spacing w:val="8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足</w:t>
      </w:r>
      <w:r>
        <w:rPr>
          <w:spacing w:val="4"/>
          <w:rFonts w:ascii="Ddylr05K+KaiTi" w:hAnsi="Ddylr05K+KaiTi" w:eastAsia="Ddylr05K+KaiTi"/>
          <w:color w:val="000000"/>
          <w:sz w:val="28"/>
        </w:rPr>
        <w:t>迹的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核</w:t>
      </w:r>
      <w:r>
        <w:rPr>
          <w:spacing w:val="6"/>
          <w:rFonts w:ascii="Ddylr05K+KaiTi" w:hAnsi="Ddylr05K+KaiTi" w:eastAsia="Ddylr05K+KaiTi"/>
          <w:color w:val="000000"/>
          <w:sz w:val="28"/>
        </w:rPr>
        <w:t>算</w:t>
      </w:r>
      <w:r>
        <w:rPr>
          <w:spacing w:val="8"/>
          <w:rFonts w:ascii="Ddylr05K+KaiTi" w:hAnsi="Ddylr05K+KaiTi" w:eastAsia="Ddylr05K+KaiTi"/>
          <w:color w:val="000000"/>
          <w:sz w:val="28"/>
        </w:rPr>
        <w:t>结</w:t>
      </w:r>
      <w:r>
        <w:rPr>
          <w:spacing w:val="6"/>
          <w:rFonts w:ascii="Ddylr05K+KaiTi" w:hAnsi="Ddylr05K+KaiTi" w:eastAsia="Ddylr05K+KaiTi"/>
          <w:color w:val="000000"/>
          <w:sz w:val="28"/>
        </w:rPr>
        <w:t>果</w:t>
      </w:r>
      <w:r>
        <w:rPr>
          <w:spacing w:val="8"/>
          <w:rFonts w:ascii="Ddylr05K+KaiTi" w:hAnsi="Ddylr05K+KaiTi" w:eastAsia="Ddylr05K+KaiTi"/>
          <w:color w:val="000000"/>
          <w:sz w:val="28"/>
        </w:rPr>
        <w:t>是</w:t>
      </w:r>
      <w:r>
        <w:rPr>
          <w:spacing w:val="4"/>
          <w:rFonts w:ascii="Ddylr05K+KaiTi" w:hAnsi="Ddylr05K+KaiTi" w:eastAsia="Ddylr05K+KaiTi"/>
          <w:color w:val="000000"/>
          <w:sz w:val="28"/>
        </w:rPr>
        <w:t>否是</w:t>
      </w:r>
      <w:r>
        <w:rPr>
          <w:spacing w:val="6"/>
          <w:rFonts w:ascii="Ddylr05K+KaiTi" w:hAnsi="Ddylr05K+KaiTi" w:eastAsia="Ddylr05K+KaiTi"/>
          <w:color w:val="000000"/>
          <w:sz w:val="28"/>
        </w:rPr>
        <w:t>客</w:t>
      </w:r>
      <w:r>
        <w:rPr>
          <w:spacing w:val="4"/>
          <w:rFonts w:ascii="Ddylr05K+KaiTi" w:hAnsi="Ddylr05K+KaiTi" w:eastAsia="Ddylr05K+KaiTi"/>
          <w:color w:val="000000"/>
          <w:sz w:val="28"/>
        </w:rPr>
        <w:t>观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真</w:t>
      </w:r>
      <w:r>
        <w:rPr>
          <w:spacing w:val="-2"/>
          <w:rFonts w:ascii="Ddylr05K+KaiTi" w:hAnsi="Ddylr05K+KaiTi" w:eastAsia="Ddylr05K+KaiTi"/>
          <w:color w:val="000000"/>
          <w:sz w:val="28"/>
        </w:rPr>
        <w:t>实的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156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2</w:t>
      </w:r>
      <w:r>
        <w:rPr>
          <w:rFonts w:ascii="Ddylr05K+KaiTi" w:hAnsi="Ddylr05K+KaiTi" w:eastAsia="Ddylr05K+KaiTi"/>
          <w:b/>
          <w:color w:val="000000"/>
          <w:sz w:val="28"/>
        </w:rPr>
        <w:t>评价报告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rFonts w:ascii="Ddylr05K+KaiTi" w:hAnsi="Ddylr05K+KaiTi" w:eastAsia="Ddylr05K+KaiTi"/>
          <w:b/>
          <w:color w:val="000000"/>
          <w:sz w:val="28"/>
        </w:rPr>
        <w:t>编写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</w:t>
      </w:r>
      <w:r>
        <w:rPr>
          <w:spacing w:val="6"/>
          <w:rFonts w:ascii="Ddylr05K+KaiTi" w:hAnsi="Ddylr05K+KaiTi" w:eastAsia="Ddylr05K+KaiTi"/>
          <w:color w:val="000000"/>
          <w:sz w:val="28"/>
        </w:rPr>
        <w:t>组依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准</w:t>
      </w:r>
      <w:r>
        <w:rPr>
          <w:spacing w:val="8"/>
          <w:rFonts w:ascii="Ddylr05K+KaiTi" w:hAnsi="Ddylr05K+KaiTi" w:eastAsia="Ddylr05K+KaiTi"/>
          <w:color w:val="000000"/>
          <w:sz w:val="28"/>
        </w:rPr>
        <w:t>则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根据</w:t>
      </w:r>
      <w:r>
        <w:rPr>
          <w:spacing w:val="6"/>
          <w:rFonts w:ascii="Ddylr05K+KaiTi" w:hAnsi="Ddylr05K+KaiTi" w:eastAsia="Ddylr05K+KaiTi"/>
          <w:color w:val="000000"/>
          <w:sz w:val="28"/>
        </w:rPr>
        <w:t>文</w:t>
      </w:r>
      <w:r>
        <w:rPr>
          <w:spacing w:val="8"/>
          <w:rFonts w:ascii="Ddylr05K+KaiTi" w:hAnsi="Ddylr05K+KaiTi" w:eastAsia="Ddylr05K+KaiTi"/>
          <w:color w:val="000000"/>
          <w:sz w:val="28"/>
        </w:rPr>
        <w:t>件审</w:t>
      </w:r>
      <w:r>
        <w:rPr>
          <w:spacing w:val="4"/>
          <w:rFonts w:ascii="Ddylr05K+KaiTi" w:hAnsi="Ddylr05K+KaiTi" w:eastAsia="Ddylr05K+KaiTi"/>
          <w:color w:val="000000"/>
          <w:sz w:val="28"/>
        </w:rPr>
        <w:t>核</w:t>
      </w:r>
      <w:r>
        <w:rPr>
          <w:spacing w:val="6"/>
          <w:rFonts w:ascii="Ddylr05K+KaiTi" w:hAnsi="Ddylr05K+KaiTi" w:eastAsia="Ddylr05K+KaiTi"/>
          <w:color w:val="000000"/>
          <w:sz w:val="28"/>
        </w:rPr>
        <w:t>和现</w:t>
      </w:r>
      <w:r>
        <w:rPr>
          <w:spacing w:val="4"/>
          <w:rFonts w:ascii="Ddylr05K+KaiTi" w:hAnsi="Ddylr05K+KaiTi" w:eastAsia="Ddylr05K+KaiTi"/>
          <w:color w:val="000000"/>
          <w:sz w:val="28"/>
        </w:rPr>
        <w:t>场</w:t>
      </w:r>
      <w:r>
        <w:rPr>
          <w:spacing w:val="6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情</w:t>
      </w:r>
      <w:r>
        <w:rPr>
          <w:spacing w:val="8"/>
          <w:rFonts w:ascii="Ddylr05K+KaiTi" w:hAnsi="Ddylr05K+KaiTi" w:eastAsia="Ddylr05K+KaiTi"/>
          <w:color w:val="000000"/>
          <w:sz w:val="28"/>
        </w:rPr>
        <w:t>况将</w:t>
      </w:r>
      <w:r>
        <w:rPr>
          <w:spacing w:val="6"/>
          <w:rFonts w:ascii="Ddylr05K+KaiTi" w:hAnsi="Ddylr05K+KaiTi" w:eastAsia="Ddylr05K+KaiTi"/>
          <w:color w:val="000000"/>
          <w:sz w:val="28"/>
        </w:rPr>
        <w:t>整</w:t>
      </w:r>
      <w:r>
        <w:rPr>
          <w:spacing w:val="8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价过</w:t>
      </w:r>
      <w:r>
        <w:rPr>
          <w:rFonts w:ascii="Ddylr05K+KaiTi" w:hAnsi="Ddylr05K+KaiTi" w:eastAsia="Ddylr05K+KaiTi"/>
          <w:color w:val="000000"/>
          <w:sz w:val="28"/>
        </w:rPr>
        <w:t>程根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内部</w:t>
      </w:r>
      <w:r>
        <w:rPr>
          <w:spacing w:val="-2"/>
          <w:rFonts w:ascii="Ddylr05K+KaiTi" w:hAnsi="Ddylr05K+KaiTi" w:eastAsia="Ddylr05K+KaiTi"/>
          <w:color w:val="000000"/>
          <w:sz w:val="28"/>
        </w:rPr>
        <w:t>管</w:t>
      </w:r>
      <w:r>
        <w:rPr>
          <w:rFonts w:ascii="Ddylr05K+KaiTi" w:hAnsi="Ddylr05K+KaiTi" w:eastAsia="Ddylr05K+KaiTi"/>
          <w:color w:val="000000"/>
          <w:sz w:val="28"/>
        </w:rPr>
        <w:t>理要</w:t>
      </w:r>
      <w:r>
        <w:rPr>
          <w:spacing w:val="-2"/>
          <w:rFonts w:ascii="Ddylr05K+KaiTi" w:hAnsi="Ddylr05K+KaiTi" w:eastAsia="Ddylr05K+KaiTi"/>
          <w:color w:val="000000"/>
          <w:sz w:val="28"/>
        </w:rPr>
        <w:t>求</w:t>
      </w:r>
      <w:r>
        <w:rPr>
          <w:rFonts w:ascii="Ddylr05K+KaiTi" w:hAnsi="Ddylr05K+KaiTi" w:eastAsia="Ddylr05K+KaiTi"/>
          <w:color w:val="000000"/>
          <w:sz w:val="28"/>
        </w:rPr>
        <w:t>形成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价报</w:t>
      </w:r>
      <w:r>
        <w:rPr>
          <w:spacing w:val="-2"/>
          <w:rFonts w:ascii="Ddylr05K+KaiTi" w:hAnsi="Ddylr05K+KaiTi" w:eastAsia="Ddylr05K+KaiTi"/>
          <w:color w:val="000000"/>
          <w:sz w:val="28"/>
        </w:rPr>
        <w:t>告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组</w:t>
      </w:r>
      <w:r>
        <w:rPr>
          <w:spacing w:val="70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4</w:t>
      </w:r>
      <w:r>
        <w:rPr>
          <w:spacing w:val="66"/>
          <w:rFonts w:ascii="Ddylr05K+KaiTi" w:hAnsi="Ddylr05K+KaiTi" w:eastAsia="Ddylr05K+KaiTi"/>
          <w:color w:val="000000"/>
          <w:sz w:val="28"/>
        </w:rPr>
        <w:t>年</w:t>
      </w:r>
      <w:r>
        <w:rPr>
          <w:spacing w:val="70"/>
          <w:rFonts w:ascii="Ddylr05K+KaiTi" w:hAnsi="Ddylr05K+KaiTi" w:eastAsia="Ddylr05K+KaiTi"/>
          <w:color w:val="000000"/>
          <w:sz w:val="28"/>
        </w:rPr>
        <w:t>7</w:t>
      </w:r>
      <w:r>
        <w:rPr>
          <w:spacing w:val="68"/>
          <w:rFonts w:ascii="Ddylr05K+KaiTi" w:hAnsi="Ddylr05K+KaiTi" w:eastAsia="Ddylr05K+KaiTi"/>
          <w:color w:val="000000"/>
          <w:sz w:val="28"/>
        </w:rPr>
        <w:t>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-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68"/>
          <w:rFonts w:ascii="Ddylr05K+KaiTi" w:hAnsi="Ddylr05K+KaiTi" w:eastAsia="Ddylr05K+KaiTi"/>
          <w:color w:val="000000"/>
          <w:sz w:val="28"/>
        </w:rPr>
        <w:t>4</w:t>
      </w:r>
      <w:r>
        <w:rPr>
          <w:spacing w:val="-2"/>
          <w:rFonts w:ascii="Ddylr05K+KaiTi" w:hAnsi="Ddylr05K+KaiTi" w:eastAsia="Ddylr05K+KaiTi"/>
          <w:color w:val="000000"/>
          <w:sz w:val="28"/>
        </w:rPr>
        <w:t>日</w:t>
      </w:r>
      <w:r>
        <w:rPr>
          <w:rFonts w:ascii="Ddylr05K+KaiTi" w:hAnsi="Ddylr05K+KaiTi" w:eastAsia="Ddylr05K+KaiTi"/>
          <w:color w:val="000000"/>
          <w:sz w:val="28"/>
        </w:rPr>
        <w:t>完</w:t>
      </w:r>
      <w:r>
        <w:rPr>
          <w:spacing w:val="-2"/>
          <w:rFonts w:ascii="Ddylr05K+KaiTi" w:hAnsi="Ddylr05K+KaiTi" w:eastAsia="Ddylr05K+KaiTi"/>
          <w:color w:val="000000"/>
          <w:sz w:val="28"/>
        </w:rPr>
        <w:t>成</w:t>
      </w:r>
      <w:r>
        <w:rPr>
          <w:rFonts w:ascii="Ddylr05K+KaiTi" w:hAnsi="Ddylr05K+KaiTi" w:eastAsia="Ddylr05K+KaiTi"/>
          <w:color w:val="000000"/>
          <w:sz w:val="28"/>
        </w:rPr>
        <w:t>了现</w:t>
      </w:r>
      <w:r>
        <w:rPr>
          <w:spacing w:val="-2"/>
          <w:rFonts w:ascii="Ddylr05K+KaiTi" w:hAnsi="Ddylr05K+KaiTi" w:eastAsia="Ddylr05K+KaiTi"/>
          <w:color w:val="000000"/>
          <w:sz w:val="28"/>
        </w:rPr>
        <w:t>场</w:t>
      </w:r>
      <w:r>
        <w:rPr>
          <w:rFonts w:ascii="Ddylr05K+KaiTi" w:hAnsi="Ddylr05K+KaiTi" w:eastAsia="Ddylr05K+KaiTi"/>
          <w:color w:val="000000"/>
          <w:sz w:val="28"/>
        </w:rPr>
        <w:t>核查。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spacing w:val="8"/>
          <w:rFonts w:ascii="Ddylr05K+KaiTi" w:hAnsi="Ddylr05K+KaiTi" w:eastAsia="Ddylr05K+KaiTi"/>
          <w:color w:val="000000"/>
          <w:sz w:val="28"/>
        </w:rPr>
        <w:t>评价组</w:t>
      </w:r>
      <w:r>
        <w:rPr>
          <w:spacing w:val="76"/>
          <w:rFonts w:ascii="Ddylr05K+KaiTi" w:hAnsi="Ddylr05K+KaiTi" w:eastAsia="Ddylr05K+KaiTi"/>
          <w:color w:val="000000"/>
          <w:sz w:val="28"/>
        </w:rPr>
        <w:t>于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4"/>
          <w:rFonts w:ascii="Ddylr05K+KaiTi" w:hAnsi="Ddylr05K+KaiTi" w:eastAsia="Ddylr05K+KaiTi"/>
          <w:color w:val="000000"/>
          <w:sz w:val="28"/>
        </w:rPr>
        <w:t>4</w:t>
      </w:r>
      <w:r>
        <w:rPr>
          <w:spacing w:val="78"/>
          <w:rFonts w:ascii="Ddylr05K+KaiTi" w:hAnsi="Ddylr05K+KaiTi" w:eastAsia="Ddylr05K+KaiTi"/>
          <w:color w:val="000000"/>
          <w:sz w:val="28"/>
        </w:rPr>
        <w:t>年</w:t>
      </w:r>
      <w:r>
        <w:rPr>
          <w:spacing w:val="74"/>
          <w:rFonts w:ascii="Ddylr05K+KaiTi" w:hAnsi="Ddylr05K+KaiTi" w:eastAsia="Ddylr05K+KaiTi"/>
          <w:color w:val="000000"/>
          <w:sz w:val="28"/>
        </w:rPr>
        <w:t>7</w:t>
      </w:r>
      <w:r>
        <w:rPr>
          <w:spacing w:val="78"/>
          <w:rFonts w:ascii="Ddylr05K+KaiTi" w:hAnsi="Ddylr05K+KaiTi" w:eastAsia="Ddylr05K+KaiTi"/>
          <w:color w:val="000000"/>
          <w:sz w:val="28"/>
        </w:rPr>
        <w:t>月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6"/>
          <w:rFonts w:ascii="Ddylr05K+KaiTi" w:hAnsi="Ddylr05K+KaiTi" w:eastAsia="Ddylr05K+KaiTi"/>
          <w:color w:val="000000"/>
          <w:sz w:val="28"/>
        </w:rPr>
        <w:t>5</w:t>
      </w:r>
      <w:r>
        <w:rPr>
          <w:spacing w:val="8"/>
          <w:rFonts w:ascii="Ddylr05K+KaiTi" w:hAnsi="Ddylr05K+KaiTi" w:eastAsia="Ddylr05K+KaiTi"/>
          <w:color w:val="000000"/>
          <w:sz w:val="28"/>
        </w:rPr>
        <w:t>日完成了报</w:t>
      </w:r>
      <w:r>
        <w:rPr>
          <w:spacing w:val="6"/>
          <w:rFonts w:ascii="Ddylr05K+KaiTi" w:hAnsi="Ddylr05K+KaiTi" w:eastAsia="Ddylr05K+KaiTi"/>
          <w:color w:val="000000"/>
          <w:sz w:val="28"/>
        </w:rPr>
        <w:t>告</w:t>
      </w:r>
      <w:r>
        <w:rPr>
          <w:spacing w:val="8"/>
          <w:rFonts w:ascii="Ddylr05K+KaiTi" w:hAnsi="Ddylr05K+KaiTi" w:eastAsia="Ddylr05K+KaiTi"/>
          <w:color w:val="000000"/>
          <w:sz w:val="28"/>
        </w:rPr>
        <w:t>草稿并提交内部技术</w:t>
      </w:r>
      <w:r>
        <w:rPr>
          <w:rFonts w:ascii="Ddylr05K+KaiTi" w:hAnsi="Ddylr05K+KaiTi" w:eastAsia="Ddylr05K+KaiTi"/>
          <w:color w:val="000000"/>
          <w:sz w:val="28"/>
        </w:rPr>
        <w:t>、</w:t>
      </w:r>
    </w:p>
    <w:p>
      <w:pPr>
        <w:autoSpaceDN w:val="0"/>
        <w:autoSpaceDE w:val="0"/>
        <w:widowControl/>
        <w:spacing w:line="220" w:lineRule="exact" w:before="47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16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510" w:lineRule="exact" w:before="0" w:after="0"/>
        <w:ind w:left="360" w:right="360" w:firstLine="0"/>
        <w:jc w:val="both"/>
      </w:pPr>
      <w:r>
        <w:rPr>
          <w:spacing w:val="4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</w:t>
      </w:r>
      <w:r>
        <w:rPr>
          <w:spacing w:val="4"/>
          <w:rFonts w:ascii="Ddylr05K+KaiTi" w:hAnsi="Ddylr05K+KaiTi" w:eastAsia="Ddylr05K+KaiTi"/>
          <w:color w:val="000000"/>
          <w:sz w:val="28"/>
        </w:rPr>
        <w:t>。</w:t>
      </w:r>
      <w:r>
        <w:rPr>
          <w:spacing w:val="6"/>
          <w:rFonts w:ascii="Ddylr05K+KaiTi" w:hAnsi="Ddylr05K+KaiTi" w:eastAsia="Ddylr05K+KaiTi"/>
          <w:color w:val="000000"/>
          <w:sz w:val="28"/>
        </w:rPr>
        <w:t>独</w:t>
      </w:r>
      <w:r>
        <w:rPr>
          <w:spacing w:val="4"/>
          <w:rFonts w:ascii="Ddylr05K+KaiTi" w:hAnsi="Ddylr05K+KaiTi" w:eastAsia="Ddylr05K+KaiTi"/>
          <w:color w:val="000000"/>
          <w:sz w:val="28"/>
        </w:rPr>
        <w:t>立于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组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数据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审</w:t>
      </w:r>
      <w:r>
        <w:rPr>
          <w:spacing w:val="8"/>
          <w:rFonts w:ascii="Ddylr05K+KaiTi" w:hAnsi="Ddylr05K+KaiTi" w:eastAsia="Ddylr05K+KaiTi"/>
          <w:color w:val="000000"/>
          <w:sz w:val="28"/>
        </w:rPr>
        <w:t>组</w:t>
      </w:r>
      <w:r>
        <w:rPr>
          <w:spacing w:val="6"/>
          <w:rFonts w:ascii="Ddylr05K+KaiTi" w:hAnsi="Ddylr05K+KaiTi" w:eastAsia="Ddylr05K+KaiTi"/>
          <w:color w:val="000000"/>
          <w:sz w:val="28"/>
        </w:rPr>
        <w:t>对</w:t>
      </w:r>
      <w:r>
        <w:rPr>
          <w:spacing w:val="8"/>
          <w:rFonts w:ascii="Ddylr05K+KaiTi" w:hAnsi="Ddylr05K+KaiTi" w:eastAsia="Ddylr05K+KaiTi"/>
          <w:color w:val="000000"/>
          <w:sz w:val="28"/>
        </w:rPr>
        <w:t>报</w:t>
      </w:r>
      <w:r>
        <w:rPr>
          <w:spacing w:val="4"/>
          <w:rFonts w:ascii="Ddylr05K+KaiTi" w:hAnsi="Ddylr05K+KaiTi" w:eastAsia="Ddylr05K+KaiTi"/>
          <w:color w:val="000000"/>
          <w:sz w:val="28"/>
        </w:rPr>
        <w:t>告进</w:t>
      </w:r>
      <w:r>
        <w:rPr>
          <w:spacing w:val="6"/>
          <w:rFonts w:ascii="Ddylr05K+KaiTi" w:hAnsi="Ddylr05K+KaiTi" w:eastAsia="Ddylr05K+KaiTi"/>
          <w:color w:val="000000"/>
          <w:sz w:val="28"/>
        </w:rPr>
        <w:t>行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审完</w:t>
      </w:r>
      <w:r>
        <w:rPr>
          <w:spacing w:val="6"/>
          <w:rFonts w:ascii="Ddylr05K+KaiTi" w:hAnsi="Ddylr05K+KaiTi" w:eastAsia="Ddylr05K+KaiTi"/>
          <w:color w:val="000000"/>
          <w:sz w:val="28"/>
        </w:rPr>
        <w:t>成</w:t>
      </w:r>
      <w:r>
        <w:rPr>
          <w:spacing w:val="8"/>
          <w:rFonts w:ascii="Ddylr05K+KaiTi" w:hAnsi="Ddylr05K+KaiTi" w:eastAsia="Ddylr05K+KaiTi"/>
          <w:color w:val="000000"/>
          <w:sz w:val="28"/>
        </w:rPr>
        <w:t>后，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4"/>
          <w:rFonts w:ascii="Ddylr05K+KaiTi" w:hAnsi="Ddylr05K+KaiTi" w:eastAsia="Ddylr05K+KaiTi"/>
          <w:color w:val="000000"/>
          <w:sz w:val="28"/>
        </w:rPr>
        <w:t>组</w:t>
      </w:r>
      <w:r>
        <w:rPr>
          <w:spacing w:val="76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02</w:t>
      </w:r>
      <w:r>
        <w:rPr>
          <w:spacing w:val="76"/>
          <w:rFonts w:ascii="Ddylr05K+KaiTi" w:hAnsi="Ddylr05K+KaiTi" w:eastAsia="Ddylr05K+KaiTi"/>
          <w:color w:val="000000"/>
          <w:sz w:val="28"/>
        </w:rPr>
        <w:t>4</w:t>
      </w:r>
      <w:r>
        <w:rPr>
          <w:spacing w:val="78"/>
          <w:rFonts w:ascii="Ddylr05K+KaiTi" w:hAnsi="Ddylr05K+KaiTi" w:eastAsia="Ddylr05K+KaiTi"/>
          <w:color w:val="000000"/>
          <w:sz w:val="28"/>
        </w:rPr>
        <w:t>年7月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72"/>
          <w:rFonts w:ascii="Ddylr05K+KaiTi" w:hAnsi="Ddylr05K+KaiTi" w:eastAsia="Ddylr05K+KaiTi"/>
          <w:color w:val="000000"/>
          <w:sz w:val="28"/>
        </w:rPr>
        <w:t>6</w:t>
      </w:r>
      <w:r>
        <w:rPr>
          <w:spacing w:val="6"/>
          <w:rFonts w:ascii="Ddylr05K+KaiTi" w:hAnsi="Ddylr05K+KaiTi" w:eastAsia="Ddylr05K+KaiTi"/>
          <w:color w:val="000000"/>
          <w:sz w:val="28"/>
        </w:rPr>
        <w:t>日出</w:t>
      </w:r>
      <w:r>
        <w:rPr>
          <w:spacing w:val="4"/>
          <w:rFonts w:ascii="Ddylr05K+KaiTi" w:hAnsi="Ddylr05K+KaiTi" w:eastAsia="Ddylr05K+KaiTi"/>
          <w:color w:val="000000"/>
          <w:sz w:val="28"/>
        </w:rPr>
        <w:t>具</w:t>
      </w:r>
      <w:r>
        <w:rPr>
          <w:spacing w:val="6"/>
          <w:rFonts w:ascii="Ddylr05K+KaiTi" w:hAnsi="Ddylr05K+KaiTi" w:eastAsia="Ddylr05K+KaiTi"/>
          <w:color w:val="000000"/>
          <w:sz w:val="28"/>
        </w:rPr>
        <w:t>了核</w:t>
      </w:r>
      <w:r>
        <w:rPr>
          <w:spacing w:val="4"/>
          <w:rFonts w:ascii="Ddylr05K+KaiTi" w:hAnsi="Ddylr05K+KaiTi" w:eastAsia="Ddylr05K+KaiTi"/>
          <w:color w:val="000000"/>
          <w:sz w:val="28"/>
        </w:rPr>
        <w:t>查</w:t>
      </w:r>
      <w:r>
        <w:rPr>
          <w:spacing w:val="8"/>
          <w:rFonts w:ascii="Ddylr05K+KaiTi" w:hAnsi="Ddylr05K+KaiTi" w:eastAsia="Ddylr05K+KaiTi"/>
          <w:color w:val="000000"/>
          <w:sz w:val="28"/>
        </w:rPr>
        <w:t>报告</w:t>
      </w:r>
      <w:r>
        <w:rPr>
          <w:spacing w:val="6"/>
          <w:rFonts w:ascii="Ddylr05K+KaiTi" w:hAnsi="Ddylr05K+KaiTi" w:eastAsia="Ddylr05K+KaiTi"/>
          <w:color w:val="000000"/>
          <w:sz w:val="28"/>
        </w:rPr>
        <w:t>终</w:t>
      </w:r>
      <w:r>
        <w:rPr>
          <w:spacing w:val="8"/>
          <w:rFonts w:ascii="Ddylr05K+KaiTi" w:hAnsi="Ddylr05K+KaiTi" w:eastAsia="Ddylr05K+KaiTi"/>
          <w:color w:val="000000"/>
          <w:sz w:val="28"/>
        </w:rPr>
        <w:t>稿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并交</w:t>
      </w:r>
      <w:r>
        <w:rPr>
          <w:rFonts w:ascii="Ddylr05K+KaiTi" w:hAnsi="Ddylr05K+KaiTi" w:eastAsia="Ddylr05K+KaiTi"/>
          <w:color w:val="000000"/>
          <w:sz w:val="28"/>
        </w:rPr>
        <w:t>委托</w:t>
      </w:r>
      <w:r>
        <w:rPr>
          <w:spacing w:val="-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确认。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560"/>
        <w:jc w:val="both"/>
      </w:pP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4"/>
          <w:rFonts w:ascii="Ddylr05K+KaiTi" w:hAnsi="Ddylr05K+KaiTi" w:eastAsia="Ddylr05K+KaiTi"/>
          <w:color w:val="000000"/>
          <w:sz w:val="28"/>
        </w:rPr>
        <w:t>得</w:t>
      </w:r>
      <w:r>
        <w:rPr>
          <w:spacing w:val="6"/>
          <w:rFonts w:ascii="Ddylr05K+KaiTi" w:hAnsi="Ddylr05K+KaiTi" w:eastAsia="Ddylr05K+KaiTi"/>
          <w:color w:val="000000"/>
          <w:sz w:val="28"/>
        </w:rPr>
        <w:t>到核</w:t>
      </w:r>
      <w:r>
        <w:rPr>
          <w:spacing w:val="4"/>
          <w:rFonts w:ascii="Ddylr05K+KaiTi" w:hAnsi="Ddylr05K+KaiTi" w:eastAsia="Ddylr05K+KaiTi"/>
          <w:color w:val="000000"/>
          <w:sz w:val="28"/>
        </w:rPr>
        <w:t>查</w:t>
      </w:r>
      <w:r>
        <w:rPr>
          <w:spacing w:val="6"/>
          <w:rFonts w:ascii="Ddylr05K+KaiTi" w:hAnsi="Ddylr05K+KaiTi" w:eastAsia="Ddylr05K+KaiTi"/>
          <w:color w:val="000000"/>
          <w:sz w:val="28"/>
        </w:rPr>
        <w:t>方的</w:t>
      </w:r>
      <w:r>
        <w:rPr>
          <w:spacing w:val="4"/>
          <w:rFonts w:ascii="Ddylr05K+KaiTi" w:hAnsi="Ddylr05K+KaiTi" w:eastAsia="Ddylr05K+KaiTi"/>
          <w:color w:val="000000"/>
          <w:sz w:val="28"/>
        </w:rPr>
        <w:t>确</w:t>
      </w:r>
      <w:r>
        <w:rPr>
          <w:spacing w:val="8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后</w:t>
      </w:r>
      <w:r>
        <w:rPr>
          <w:spacing w:val="8"/>
          <w:rFonts w:ascii="Ddylr05K+KaiTi" w:hAnsi="Ddylr05K+KaiTi" w:eastAsia="Ddylr05K+KaiTi"/>
          <w:color w:val="000000"/>
          <w:sz w:val="28"/>
        </w:rPr>
        <w:t>，评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组根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4"/>
          <w:rFonts w:ascii="Ddylr05K+KaiTi" w:hAnsi="Ddylr05K+KaiTi" w:eastAsia="Ddylr05K+KaiTi"/>
          <w:color w:val="000000"/>
          <w:sz w:val="28"/>
        </w:rPr>
        <w:t>东</w:t>
      </w:r>
      <w:r>
        <w:rPr>
          <w:spacing w:val="6"/>
          <w:rFonts w:ascii="Ddylr05K+KaiTi" w:hAnsi="Ddylr05K+KaiTi" w:eastAsia="Ddylr05K+KaiTi"/>
          <w:color w:val="000000"/>
          <w:sz w:val="28"/>
        </w:rPr>
        <w:t>质联内</w:t>
      </w:r>
      <w:r>
        <w:rPr>
          <w:spacing w:val="4"/>
          <w:rFonts w:ascii="Ddylr05K+KaiTi" w:hAnsi="Ddylr05K+KaiTi" w:eastAsia="Ddylr05K+KaiTi"/>
          <w:color w:val="000000"/>
          <w:sz w:val="28"/>
        </w:rPr>
        <w:t>部</w:t>
      </w:r>
      <w:r>
        <w:rPr>
          <w:spacing w:val="8"/>
          <w:rFonts w:ascii="Ddylr05K+KaiTi" w:hAnsi="Ddylr05K+KaiTi" w:eastAsia="Ddylr05K+KaiTi"/>
          <w:color w:val="000000"/>
          <w:sz w:val="28"/>
        </w:rPr>
        <w:t>管理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序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本</w:t>
      </w:r>
      <w:r>
        <w:rPr>
          <w:spacing w:val="8"/>
          <w:rFonts w:ascii="Ddylr05K+KaiTi" w:hAnsi="Ddylr05K+KaiTi" w:eastAsia="Ddylr05K+KaiTi"/>
          <w:color w:val="000000"/>
          <w:sz w:val="28"/>
        </w:rPr>
        <w:t>核</w:t>
      </w:r>
      <w:r>
        <w:rPr>
          <w:spacing w:val="6"/>
          <w:rFonts w:ascii="Ddylr05K+KaiTi" w:hAnsi="Ddylr05K+KaiTi" w:eastAsia="Ddylr05K+KaiTi"/>
          <w:color w:val="000000"/>
          <w:sz w:val="28"/>
        </w:rPr>
        <w:t>查</w:t>
      </w:r>
      <w:r>
        <w:rPr>
          <w:spacing w:val="8"/>
          <w:rFonts w:ascii="Ddylr05K+KaiTi" w:hAnsi="Ddylr05K+KaiTi" w:eastAsia="Ddylr05K+KaiTi"/>
          <w:color w:val="000000"/>
          <w:sz w:val="28"/>
        </w:rPr>
        <w:t>报</w:t>
      </w:r>
      <w:r>
        <w:rPr>
          <w:spacing w:val="4"/>
          <w:rFonts w:ascii="Ddylr05K+KaiTi" w:hAnsi="Ddylr05K+KaiTi" w:eastAsia="Ddylr05K+KaiTi"/>
          <w:color w:val="000000"/>
          <w:sz w:val="28"/>
        </w:rPr>
        <w:t>告</w:t>
      </w:r>
      <w:r>
        <w:rPr>
          <w:spacing w:val="6"/>
          <w:rFonts w:ascii="Ddylr05K+KaiTi" w:hAnsi="Ddylr05K+KaiTi" w:eastAsia="Ddylr05K+KaiTi"/>
          <w:color w:val="000000"/>
          <w:sz w:val="28"/>
        </w:rPr>
        <w:t>在</w:t>
      </w:r>
      <w:r>
        <w:rPr>
          <w:spacing w:val="4"/>
          <w:rFonts w:ascii="Ddylr05K+KaiTi" w:hAnsi="Ddylr05K+KaiTi" w:eastAsia="Ddylr05K+KaiTi"/>
          <w:color w:val="000000"/>
          <w:sz w:val="28"/>
        </w:rPr>
        <w:t>提交</w:t>
      </w:r>
      <w:r>
        <w:rPr>
          <w:spacing w:val="8"/>
          <w:rFonts w:ascii="Ddylr05K+KaiTi" w:hAnsi="Ddylr05K+KaiTi" w:eastAsia="Ddylr05K+KaiTi"/>
          <w:color w:val="000000"/>
          <w:sz w:val="28"/>
        </w:rPr>
        <w:t>给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spacing w:val="8"/>
          <w:rFonts w:ascii="Ddylr05K+KaiTi" w:hAnsi="Ddylr05K+KaiTi" w:eastAsia="Ddylr05K+KaiTi"/>
          <w:color w:val="000000"/>
          <w:sz w:val="28"/>
        </w:rPr>
        <w:t>查</w:t>
      </w:r>
      <w:r>
        <w:rPr>
          <w:spacing w:val="6"/>
          <w:rFonts w:ascii="Ddylr05K+KaiTi" w:hAnsi="Ddylr05K+KaiTi" w:eastAsia="Ddylr05K+KaiTi"/>
          <w:color w:val="000000"/>
          <w:sz w:val="28"/>
        </w:rPr>
        <w:t>委</w:t>
      </w:r>
      <w:r>
        <w:rPr>
          <w:spacing w:val="8"/>
          <w:rFonts w:ascii="Ddylr05K+KaiTi" w:hAnsi="Ddylr05K+KaiTi" w:eastAsia="Ddylr05K+KaiTi"/>
          <w:color w:val="000000"/>
          <w:sz w:val="28"/>
        </w:rPr>
        <w:t>托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前</w:t>
      </w:r>
      <w:r>
        <w:rPr>
          <w:spacing w:val="4"/>
          <w:rFonts w:ascii="Ddylr05K+KaiTi" w:hAnsi="Ddylr05K+KaiTi" w:eastAsia="Ddylr05K+KaiTi"/>
          <w:color w:val="000000"/>
          <w:sz w:val="28"/>
        </w:rPr>
        <w:t>经过</w:t>
      </w:r>
      <w:r>
        <w:rPr>
          <w:spacing w:val="8"/>
          <w:rFonts w:ascii="Ddylr05K+KaiTi" w:hAnsi="Ddylr05K+KaiTi" w:eastAsia="Ddylr05K+KaiTi"/>
          <w:color w:val="000000"/>
          <w:sz w:val="28"/>
        </w:rPr>
        <w:t>了</w:t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8"/>
          <w:rFonts w:ascii="Ddylr05K+KaiTi" w:hAnsi="Ddylr05K+KaiTi" w:eastAsia="Ddylr05K+KaiTi"/>
          <w:color w:val="000000"/>
          <w:sz w:val="28"/>
        </w:rPr>
        <w:t>东</w:t>
      </w:r>
      <w:r>
        <w:rPr>
          <w:spacing w:val="6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联</w:t>
      </w:r>
      <w:r>
        <w:rPr>
          <w:spacing w:val="4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证</w:t>
      </w:r>
      <w:r>
        <w:rPr>
          <w:spacing w:val="4"/>
          <w:rFonts w:ascii="Ddylr05K+KaiTi" w:hAnsi="Ddylr05K+KaiTi" w:eastAsia="Ddylr05K+KaiTi"/>
          <w:color w:val="000000"/>
          <w:sz w:val="28"/>
        </w:rPr>
        <w:t>有限</w:t>
      </w:r>
      <w:r>
        <w:rPr>
          <w:spacing w:val="8"/>
          <w:rFonts w:ascii="Ddylr05K+KaiTi" w:hAnsi="Ddylr05K+KaiTi" w:eastAsia="Ddylr05K+KaiTi"/>
          <w:color w:val="000000"/>
          <w:sz w:val="28"/>
        </w:rPr>
        <w:t>公</w:t>
      </w:r>
      <w:r>
        <w:rPr>
          <w:spacing w:val="6"/>
          <w:rFonts w:ascii="Ddylr05K+KaiTi" w:hAnsi="Ddylr05K+KaiTi" w:eastAsia="Ddylr05K+KaiTi"/>
          <w:color w:val="000000"/>
          <w:sz w:val="28"/>
        </w:rPr>
        <w:t>司</w:t>
      </w:r>
      <w:r>
        <w:rPr>
          <w:rFonts w:ascii="Ddylr05K+KaiTi" w:hAnsi="Ddylr05K+KaiTi" w:eastAsia="Ddylr05K+KaiTi"/>
          <w:color w:val="000000"/>
          <w:sz w:val="28"/>
        </w:rPr>
        <w:t>独</w:t>
      </w:r>
      <w:r>
        <w:rPr>
          <w:spacing w:val="4"/>
          <w:rFonts w:ascii="Ddylr05K+KaiTi" w:hAnsi="Ddylr05K+KaiTi" w:eastAsia="Ddylr05K+KaiTi"/>
          <w:color w:val="000000"/>
          <w:sz w:val="28"/>
        </w:rPr>
        <w:t>立</w:t>
      </w:r>
      <w:r>
        <w:rPr>
          <w:spacing w:val="8"/>
          <w:rFonts w:ascii="Ddylr05K+KaiTi" w:hAnsi="Ddylr05K+KaiTi" w:eastAsia="Ddylr05K+KaiTi"/>
          <w:color w:val="000000"/>
          <w:sz w:val="28"/>
        </w:rPr>
        <w:t>于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</w:t>
      </w:r>
      <w:r>
        <w:rPr>
          <w:spacing w:val="4"/>
          <w:rFonts w:ascii="Ddylr05K+KaiTi" w:hAnsi="Ddylr05K+KaiTi" w:eastAsia="Ddylr05K+KaiTi"/>
          <w:color w:val="000000"/>
          <w:sz w:val="28"/>
        </w:rPr>
        <w:t>组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技术</w:t>
      </w:r>
      <w:r>
        <w:rPr>
          <w:spacing w:val="8"/>
          <w:rFonts w:ascii="Ddylr05K+KaiTi" w:hAnsi="Ddylr05K+KaiTi" w:eastAsia="Ddylr05K+KaiTi"/>
          <w:color w:val="000000"/>
          <w:sz w:val="28"/>
        </w:rPr>
        <w:t>复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spacing w:val="8"/>
          <w:rFonts w:ascii="Ddylr05K+KaiTi" w:hAnsi="Ddylr05K+KaiTi" w:eastAsia="Ddylr05K+KaiTi"/>
          <w:color w:val="000000"/>
          <w:sz w:val="28"/>
        </w:rPr>
        <w:t>人</w:t>
      </w:r>
      <w:r>
        <w:rPr>
          <w:spacing w:val="6"/>
          <w:rFonts w:ascii="Ddylr05K+KaiTi" w:hAnsi="Ddylr05K+KaiTi" w:eastAsia="Ddylr05K+KaiTi"/>
          <w:color w:val="000000"/>
          <w:sz w:val="28"/>
        </w:rPr>
        <w:t>员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内</w:t>
      </w:r>
      <w:r>
        <w:rPr>
          <w:spacing w:val="4"/>
          <w:rFonts w:ascii="Ddylr05K+KaiTi" w:hAnsi="Ddylr05K+KaiTi" w:eastAsia="Ddylr05K+KaiTi"/>
          <w:color w:val="000000"/>
          <w:sz w:val="28"/>
        </w:rPr>
        <w:t>部的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8"/>
          <w:rFonts w:ascii="Ddylr05K+KaiTi" w:hAnsi="Ddylr05K+KaiTi" w:eastAsia="Ddylr05K+KaiTi"/>
          <w:color w:val="000000"/>
          <w:sz w:val="28"/>
        </w:rPr>
        <w:t>复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技术</w:t>
      </w:r>
      <w:r>
        <w:rPr>
          <w:spacing w:val="6"/>
          <w:rFonts w:ascii="Ddylr05K+KaiTi" w:hAnsi="Ddylr05K+KaiTi" w:eastAsia="Ddylr05K+KaiTi"/>
          <w:color w:val="000000"/>
          <w:sz w:val="28"/>
        </w:rPr>
        <w:t>复</w:t>
      </w:r>
      <w:r>
        <w:rPr>
          <w:spacing w:val="4"/>
          <w:rFonts w:ascii="Ddylr05K+KaiTi" w:hAnsi="Ddylr05K+KaiTi" w:eastAsia="Ddylr05K+KaiTi"/>
          <w:color w:val="000000"/>
          <w:sz w:val="28"/>
        </w:rPr>
        <w:t>核</w:t>
      </w:r>
      <w:r>
        <w:rPr>
          <w:spacing w:val="78"/>
          <w:rFonts w:ascii="Ddylr05K+KaiTi" w:hAnsi="Ddylr05K+KaiTi" w:eastAsia="Ddylr05K+KaiTi"/>
          <w:color w:val="000000"/>
          <w:sz w:val="28"/>
        </w:rPr>
        <w:t>由</w:t>
      </w:r>
      <w:r>
        <w:rPr>
          <w:spacing w:val="76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名</w:t>
      </w:r>
      <w:r>
        <w:rPr>
          <w:spacing w:val="4"/>
          <w:rFonts w:ascii="Ddylr05K+KaiTi" w:hAnsi="Ddylr05K+KaiTi" w:eastAsia="Ddylr05K+KaiTi"/>
          <w:color w:val="000000"/>
          <w:sz w:val="28"/>
        </w:rPr>
        <w:t>具</w:t>
      </w:r>
      <w:r>
        <w:rPr>
          <w:spacing w:val="8"/>
          <w:rFonts w:ascii="Ddylr05K+KaiTi" w:hAnsi="Ddylr05K+KaiTi" w:eastAsia="Ddylr05K+KaiTi"/>
          <w:color w:val="000000"/>
          <w:sz w:val="28"/>
        </w:rPr>
        <w:t>有</w:t>
      </w:r>
      <w:r>
        <w:rPr>
          <w:spacing w:val="6"/>
          <w:rFonts w:ascii="Ddylr05K+KaiTi" w:hAnsi="Ddylr05K+KaiTi" w:eastAsia="Ddylr05K+KaiTi"/>
          <w:color w:val="000000"/>
          <w:sz w:val="28"/>
        </w:rPr>
        <w:t>相</w:t>
      </w:r>
      <w:r>
        <w:rPr>
          <w:spacing w:val="8"/>
          <w:rFonts w:ascii="Ddylr05K+KaiTi" w:hAnsi="Ddylr05K+KaiTi" w:eastAsia="Ddylr05K+KaiTi"/>
          <w:color w:val="000000"/>
          <w:sz w:val="28"/>
        </w:rPr>
        <w:t>关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资质</w:t>
      </w:r>
      <w:r>
        <w:rPr>
          <w:spacing w:val="8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专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知</w:t>
      </w:r>
      <w:r>
        <w:rPr>
          <w:spacing w:val="8"/>
          <w:rFonts w:ascii="Ddylr05K+KaiTi" w:hAnsi="Ddylr05K+KaiTi" w:eastAsia="Ddylr05K+KaiTi"/>
          <w:color w:val="000000"/>
          <w:sz w:val="28"/>
        </w:rPr>
        <w:t>识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术复</w:t>
      </w:r>
      <w:r>
        <w:rPr>
          <w:spacing w:val="8"/>
          <w:rFonts w:ascii="Ddylr05K+KaiTi" w:hAnsi="Ddylr05K+KaiTi" w:eastAsia="Ddylr05K+KaiTi"/>
          <w:color w:val="000000"/>
          <w:sz w:val="28"/>
        </w:rPr>
        <w:t>核</w:t>
      </w:r>
      <w:r>
        <w:rPr>
          <w:spacing w:val="6"/>
          <w:rFonts w:ascii="Ddylr05K+KaiTi" w:hAnsi="Ddylr05K+KaiTi" w:eastAsia="Ddylr05K+KaiTi"/>
          <w:color w:val="000000"/>
          <w:sz w:val="28"/>
        </w:rPr>
        <w:t>人</w:t>
      </w:r>
      <w:r>
        <w:rPr>
          <w:spacing w:val="8"/>
          <w:rFonts w:ascii="Ddylr05K+KaiTi" w:hAnsi="Ddylr05K+KaiTi" w:eastAsia="Ddylr05K+KaiTi"/>
          <w:color w:val="000000"/>
          <w:sz w:val="28"/>
        </w:rPr>
        <w:t>员</w:t>
      </w:r>
      <w:r>
        <w:rPr>
          <w:spacing w:val="6"/>
          <w:rFonts w:ascii="Ddylr05K+KaiTi" w:hAnsi="Ddylr05K+KaiTi" w:eastAsia="Ddylr05K+KaiTi"/>
          <w:color w:val="000000"/>
          <w:sz w:val="28"/>
        </w:rPr>
        <w:t>根</w:t>
      </w:r>
      <w:r>
        <w:rPr>
          <w:spacing w:val="4"/>
          <w:rFonts w:ascii="Ddylr05K+KaiTi" w:hAnsi="Ddylr05K+KaiTi" w:eastAsia="Ddylr05K+KaiTi"/>
          <w:color w:val="000000"/>
          <w:sz w:val="28"/>
        </w:rPr>
        <w:t>据山</w:t>
      </w:r>
      <w:r>
        <w:rPr>
          <w:spacing w:val="6"/>
          <w:rFonts w:ascii="Ddylr05K+KaiTi" w:hAnsi="Ddylr05K+KaiTi" w:eastAsia="Ddylr05K+KaiTi"/>
          <w:color w:val="000000"/>
          <w:sz w:val="28"/>
        </w:rPr>
        <w:t>东</w:t>
      </w:r>
      <w:r>
        <w:rPr>
          <w:spacing w:val="4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联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作</w:t>
      </w:r>
      <w:r>
        <w:rPr>
          <w:rFonts w:ascii="Ddylr05K+KaiTi" w:hAnsi="Ddylr05K+KaiTi" w:eastAsia="Ddylr05K+KaiTi"/>
          <w:color w:val="000000"/>
          <w:sz w:val="28"/>
        </w:rPr>
        <w:t>程</w:t>
      </w:r>
      <w:r>
        <w:rPr>
          <w:spacing w:val="-2"/>
          <w:rFonts w:ascii="Ddylr05K+KaiTi" w:hAnsi="Ddylr05K+KaiTi" w:eastAsia="Ddylr05K+KaiTi"/>
          <w:color w:val="000000"/>
          <w:sz w:val="28"/>
        </w:rPr>
        <w:t>序执</w:t>
      </w:r>
      <w:r>
        <w:rPr>
          <w:rFonts w:ascii="Ddylr05K+KaiTi" w:hAnsi="Ddylr05K+KaiTi" w:eastAsia="Ddylr05K+KaiTi"/>
          <w:color w:val="000000"/>
          <w:sz w:val="28"/>
        </w:rPr>
        <w:t>行。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spacing w:val="68"/>
          <w:rFonts w:ascii="Ddylr05K+KaiTi" w:hAnsi="Ddylr05K+KaiTi" w:eastAsia="Ddylr05K+KaiTi"/>
          <w:b/>
          <w:color w:val="000000"/>
          <w:sz w:val="28"/>
        </w:rPr>
        <w:t>4</w:t>
      </w:r>
      <w:r>
        <w:rPr>
          <w:rFonts w:ascii="Ddylr05K+KaiTi" w:hAnsi="Ddylr05K+KaiTi" w:eastAsia="Ddylr05K+KaiTi"/>
          <w:b/>
          <w:color w:val="000000"/>
          <w:sz w:val="28"/>
        </w:rPr>
        <w:t>评价报告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rFonts w:ascii="Ddylr05K+KaiTi" w:hAnsi="Ddylr05K+KaiTi" w:eastAsia="Ddylr05K+KaiTi"/>
          <w:b/>
          <w:color w:val="000000"/>
          <w:sz w:val="28"/>
        </w:rPr>
        <w:t>编写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</w:t>
      </w:r>
      <w:r>
        <w:rPr>
          <w:spacing w:val="6"/>
          <w:rFonts w:ascii="Ddylr05K+KaiTi" w:hAnsi="Ddylr05K+KaiTi" w:eastAsia="Ddylr05K+KaiTi"/>
          <w:color w:val="000000"/>
          <w:sz w:val="28"/>
        </w:rPr>
        <w:t>组依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准</w:t>
      </w:r>
      <w:r>
        <w:rPr>
          <w:spacing w:val="8"/>
          <w:rFonts w:ascii="Ddylr05K+KaiTi" w:hAnsi="Ddylr05K+KaiTi" w:eastAsia="Ddylr05K+KaiTi"/>
          <w:color w:val="000000"/>
          <w:sz w:val="28"/>
        </w:rPr>
        <w:t>则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根据</w:t>
      </w:r>
      <w:r>
        <w:rPr>
          <w:spacing w:val="6"/>
          <w:rFonts w:ascii="Ddylr05K+KaiTi" w:hAnsi="Ddylr05K+KaiTi" w:eastAsia="Ddylr05K+KaiTi"/>
          <w:color w:val="000000"/>
          <w:sz w:val="28"/>
        </w:rPr>
        <w:t>文</w:t>
      </w:r>
      <w:r>
        <w:rPr>
          <w:spacing w:val="8"/>
          <w:rFonts w:ascii="Ddylr05K+KaiTi" w:hAnsi="Ddylr05K+KaiTi" w:eastAsia="Ddylr05K+KaiTi"/>
          <w:color w:val="000000"/>
          <w:sz w:val="28"/>
        </w:rPr>
        <w:t>件审</w:t>
      </w:r>
      <w:r>
        <w:rPr>
          <w:spacing w:val="4"/>
          <w:rFonts w:ascii="Ddylr05K+KaiTi" w:hAnsi="Ddylr05K+KaiTi" w:eastAsia="Ddylr05K+KaiTi"/>
          <w:color w:val="000000"/>
          <w:sz w:val="28"/>
        </w:rPr>
        <w:t>核</w:t>
      </w:r>
      <w:r>
        <w:rPr>
          <w:spacing w:val="6"/>
          <w:rFonts w:ascii="Ddylr05K+KaiTi" w:hAnsi="Ddylr05K+KaiTi" w:eastAsia="Ddylr05K+KaiTi"/>
          <w:color w:val="000000"/>
          <w:sz w:val="28"/>
        </w:rPr>
        <w:t>和现</w:t>
      </w:r>
      <w:r>
        <w:rPr>
          <w:spacing w:val="4"/>
          <w:rFonts w:ascii="Ddylr05K+KaiTi" w:hAnsi="Ddylr05K+KaiTi" w:eastAsia="Ddylr05K+KaiTi"/>
          <w:color w:val="000000"/>
          <w:sz w:val="28"/>
        </w:rPr>
        <w:t>场</w:t>
      </w:r>
      <w:r>
        <w:rPr>
          <w:spacing w:val="6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情</w:t>
      </w:r>
      <w:r>
        <w:rPr>
          <w:spacing w:val="8"/>
          <w:rFonts w:ascii="Ddylr05K+KaiTi" w:hAnsi="Ddylr05K+KaiTi" w:eastAsia="Ddylr05K+KaiTi"/>
          <w:color w:val="000000"/>
          <w:sz w:val="28"/>
        </w:rPr>
        <w:t>况将</w:t>
      </w:r>
      <w:r>
        <w:rPr>
          <w:spacing w:val="6"/>
          <w:rFonts w:ascii="Ddylr05K+KaiTi" w:hAnsi="Ddylr05K+KaiTi" w:eastAsia="Ddylr05K+KaiTi"/>
          <w:color w:val="000000"/>
          <w:sz w:val="28"/>
        </w:rPr>
        <w:t>整</w:t>
      </w:r>
      <w:r>
        <w:rPr>
          <w:spacing w:val="8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价过</w:t>
      </w:r>
      <w:r>
        <w:rPr>
          <w:rFonts w:ascii="Ddylr05K+KaiTi" w:hAnsi="Ddylr05K+KaiTi" w:eastAsia="Ddylr05K+KaiTi"/>
          <w:color w:val="000000"/>
          <w:sz w:val="28"/>
        </w:rPr>
        <w:t>程根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内部</w:t>
      </w:r>
      <w:r>
        <w:rPr>
          <w:spacing w:val="-2"/>
          <w:rFonts w:ascii="Ddylr05K+KaiTi" w:hAnsi="Ddylr05K+KaiTi" w:eastAsia="Ddylr05K+KaiTi"/>
          <w:color w:val="000000"/>
          <w:sz w:val="28"/>
        </w:rPr>
        <w:t>管</w:t>
      </w:r>
      <w:r>
        <w:rPr>
          <w:rFonts w:ascii="Ddylr05K+KaiTi" w:hAnsi="Ddylr05K+KaiTi" w:eastAsia="Ddylr05K+KaiTi"/>
          <w:color w:val="000000"/>
          <w:sz w:val="28"/>
        </w:rPr>
        <w:t>理要</w:t>
      </w:r>
      <w:r>
        <w:rPr>
          <w:spacing w:val="-2"/>
          <w:rFonts w:ascii="Ddylr05K+KaiTi" w:hAnsi="Ddylr05K+KaiTi" w:eastAsia="Ddylr05K+KaiTi"/>
          <w:color w:val="000000"/>
          <w:sz w:val="28"/>
        </w:rPr>
        <w:t>求</w:t>
      </w:r>
      <w:r>
        <w:rPr>
          <w:rFonts w:ascii="Ddylr05K+KaiTi" w:hAnsi="Ddylr05K+KaiTi" w:eastAsia="Ddylr05K+KaiTi"/>
          <w:color w:val="000000"/>
          <w:sz w:val="28"/>
        </w:rPr>
        <w:t>形成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价报</w:t>
      </w:r>
      <w:r>
        <w:rPr>
          <w:spacing w:val="-2"/>
          <w:rFonts w:ascii="Ddylr05K+KaiTi" w:hAnsi="Ddylr05K+KaiTi" w:eastAsia="Ddylr05K+KaiTi"/>
          <w:color w:val="000000"/>
          <w:sz w:val="28"/>
        </w:rPr>
        <w:t>告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组</w:t>
      </w:r>
      <w:r>
        <w:rPr>
          <w:spacing w:val="70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4</w:t>
      </w:r>
      <w:r>
        <w:rPr>
          <w:spacing w:val="66"/>
          <w:rFonts w:ascii="Ddylr05K+KaiTi" w:hAnsi="Ddylr05K+KaiTi" w:eastAsia="Ddylr05K+KaiTi"/>
          <w:color w:val="000000"/>
          <w:sz w:val="28"/>
        </w:rPr>
        <w:t>年</w:t>
      </w:r>
      <w:r>
        <w:rPr>
          <w:spacing w:val="70"/>
          <w:rFonts w:ascii="Ddylr05K+KaiTi" w:hAnsi="Ddylr05K+KaiTi" w:eastAsia="Ddylr05K+KaiTi"/>
          <w:color w:val="000000"/>
          <w:sz w:val="28"/>
        </w:rPr>
        <w:t>7</w:t>
      </w:r>
      <w:r>
        <w:rPr>
          <w:spacing w:val="68"/>
          <w:rFonts w:ascii="Ddylr05K+KaiTi" w:hAnsi="Ddylr05K+KaiTi" w:eastAsia="Ddylr05K+KaiTi"/>
          <w:color w:val="000000"/>
          <w:sz w:val="28"/>
        </w:rPr>
        <w:t>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-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68"/>
          <w:rFonts w:ascii="Ddylr05K+KaiTi" w:hAnsi="Ddylr05K+KaiTi" w:eastAsia="Ddylr05K+KaiTi"/>
          <w:color w:val="000000"/>
          <w:sz w:val="28"/>
        </w:rPr>
        <w:t>4</w:t>
      </w:r>
      <w:r>
        <w:rPr>
          <w:spacing w:val="-2"/>
          <w:rFonts w:ascii="Ddylr05K+KaiTi" w:hAnsi="Ddylr05K+KaiTi" w:eastAsia="Ddylr05K+KaiTi"/>
          <w:color w:val="000000"/>
          <w:sz w:val="28"/>
        </w:rPr>
        <w:t>日</w:t>
      </w:r>
      <w:r>
        <w:rPr>
          <w:rFonts w:ascii="Ddylr05K+KaiTi" w:hAnsi="Ddylr05K+KaiTi" w:eastAsia="Ddylr05K+KaiTi"/>
          <w:color w:val="000000"/>
          <w:sz w:val="28"/>
        </w:rPr>
        <w:t>完</w:t>
      </w:r>
      <w:r>
        <w:rPr>
          <w:spacing w:val="-2"/>
          <w:rFonts w:ascii="Ddylr05K+KaiTi" w:hAnsi="Ddylr05K+KaiTi" w:eastAsia="Ddylr05K+KaiTi"/>
          <w:color w:val="000000"/>
          <w:sz w:val="28"/>
        </w:rPr>
        <w:t>成</w:t>
      </w:r>
      <w:r>
        <w:rPr>
          <w:rFonts w:ascii="Ddylr05K+KaiTi" w:hAnsi="Ddylr05K+KaiTi" w:eastAsia="Ddylr05K+KaiTi"/>
          <w:color w:val="000000"/>
          <w:sz w:val="28"/>
        </w:rPr>
        <w:t>了现</w:t>
      </w:r>
      <w:r>
        <w:rPr>
          <w:spacing w:val="-2"/>
          <w:rFonts w:ascii="Ddylr05K+KaiTi" w:hAnsi="Ddylr05K+KaiTi" w:eastAsia="Ddylr05K+KaiTi"/>
          <w:color w:val="000000"/>
          <w:sz w:val="28"/>
        </w:rPr>
        <w:t>场</w:t>
      </w:r>
      <w:r>
        <w:rPr>
          <w:rFonts w:ascii="Ddylr05K+KaiTi" w:hAnsi="Ddylr05K+KaiTi" w:eastAsia="Ddylr05K+KaiTi"/>
          <w:color w:val="000000"/>
          <w:sz w:val="28"/>
        </w:rPr>
        <w:t>核查。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560"/>
        <w:jc w:val="both"/>
      </w:pPr>
      <w:r>
        <w:rPr>
          <w:spacing w:val="8"/>
          <w:rFonts w:ascii="Ddylr05K+KaiTi" w:hAnsi="Ddylr05K+KaiTi" w:eastAsia="Ddylr05K+KaiTi"/>
          <w:color w:val="000000"/>
          <w:sz w:val="28"/>
        </w:rPr>
        <w:t>评价组</w:t>
      </w:r>
      <w:r>
        <w:rPr>
          <w:spacing w:val="76"/>
          <w:rFonts w:ascii="Ddylr05K+KaiTi" w:hAnsi="Ddylr05K+KaiTi" w:eastAsia="Ddylr05K+KaiTi"/>
          <w:color w:val="000000"/>
          <w:sz w:val="28"/>
        </w:rPr>
        <w:t>于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4"/>
          <w:rFonts w:ascii="Ddylr05K+KaiTi" w:hAnsi="Ddylr05K+KaiTi" w:eastAsia="Ddylr05K+KaiTi"/>
          <w:color w:val="000000"/>
          <w:sz w:val="28"/>
        </w:rPr>
        <w:t>4</w:t>
      </w:r>
      <w:r>
        <w:rPr>
          <w:spacing w:val="78"/>
          <w:rFonts w:ascii="Ddylr05K+KaiTi" w:hAnsi="Ddylr05K+KaiTi" w:eastAsia="Ddylr05K+KaiTi"/>
          <w:color w:val="000000"/>
          <w:sz w:val="28"/>
        </w:rPr>
        <w:t>年</w:t>
      </w:r>
      <w:r>
        <w:rPr>
          <w:spacing w:val="74"/>
          <w:rFonts w:ascii="Ddylr05K+KaiTi" w:hAnsi="Ddylr05K+KaiTi" w:eastAsia="Ddylr05K+KaiTi"/>
          <w:color w:val="000000"/>
          <w:sz w:val="28"/>
        </w:rPr>
        <w:t>7</w:t>
      </w:r>
      <w:r>
        <w:rPr>
          <w:spacing w:val="78"/>
          <w:rFonts w:ascii="Ddylr05K+KaiTi" w:hAnsi="Ddylr05K+KaiTi" w:eastAsia="Ddylr05K+KaiTi"/>
          <w:color w:val="000000"/>
          <w:sz w:val="28"/>
        </w:rPr>
        <w:t>月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6"/>
          <w:rFonts w:ascii="Ddylr05K+KaiTi" w:hAnsi="Ddylr05K+KaiTi" w:eastAsia="Ddylr05K+KaiTi"/>
          <w:color w:val="000000"/>
          <w:sz w:val="28"/>
        </w:rPr>
        <w:t>5</w:t>
      </w:r>
      <w:r>
        <w:rPr>
          <w:spacing w:val="8"/>
          <w:rFonts w:ascii="Ddylr05K+KaiTi" w:hAnsi="Ddylr05K+KaiTi" w:eastAsia="Ddylr05K+KaiTi"/>
          <w:color w:val="000000"/>
          <w:sz w:val="28"/>
        </w:rPr>
        <w:t>日完成了报</w:t>
      </w:r>
      <w:r>
        <w:rPr>
          <w:spacing w:val="6"/>
          <w:rFonts w:ascii="Ddylr05K+KaiTi" w:hAnsi="Ddylr05K+KaiTi" w:eastAsia="Ddylr05K+KaiTi"/>
          <w:color w:val="000000"/>
          <w:sz w:val="28"/>
        </w:rPr>
        <w:t>告</w:t>
      </w:r>
      <w:r>
        <w:rPr>
          <w:spacing w:val="8"/>
          <w:rFonts w:ascii="Ddylr05K+KaiTi" w:hAnsi="Ddylr05K+KaiTi" w:eastAsia="Ddylr05K+KaiTi"/>
          <w:color w:val="000000"/>
          <w:sz w:val="28"/>
        </w:rPr>
        <w:t>草稿并提交内部技术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</w:t>
      </w:r>
      <w:r>
        <w:rPr>
          <w:spacing w:val="4"/>
          <w:rFonts w:ascii="Ddylr05K+KaiTi" w:hAnsi="Ddylr05K+KaiTi" w:eastAsia="Ddylr05K+KaiTi"/>
          <w:color w:val="000000"/>
          <w:sz w:val="28"/>
        </w:rPr>
        <w:t>。</w:t>
      </w:r>
      <w:r>
        <w:rPr>
          <w:spacing w:val="6"/>
          <w:rFonts w:ascii="Ddylr05K+KaiTi" w:hAnsi="Ddylr05K+KaiTi" w:eastAsia="Ddylr05K+KaiTi"/>
          <w:color w:val="000000"/>
          <w:sz w:val="28"/>
        </w:rPr>
        <w:t>独</w:t>
      </w:r>
      <w:r>
        <w:rPr>
          <w:spacing w:val="4"/>
          <w:rFonts w:ascii="Ddylr05K+KaiTi" w:hAnsi="Ddylr05K+KaiTi" w:eastAsia="Ddylr05K+KaiTi"/>
          <w:color w:val="000000"/>
          <w:sz w:val="28"/>
        </w:rPr>
        <w:t>立于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组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数据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审</w:t>
      </w:r>
      <w:r>
        <w:rPr>
          <w:spacing w:val="8"/>
          <w:rFonts w:ascii="Ddylr05K+KaiTi" w:hAnsi="Ddylr05K+KaiTi" w:eastAsia="Ddylr05K+KaiTi"/>
          <w:color w:val="000000"/>
          <w:sz w:val="28"/>
        </w:rPr>
        <w:t>组</w:t>
      </w:r>
      <w:r>
        <w:rPr>
          <w:spacing w:val="6"/>
          <w:rFonts w:ascii="Ddylr05K+KaiTi" w:hAnsi="Ddylr05K+KaiTi" w:eastAsia="Ddylr05K+KaiTi"/>
          <w:color w:val="000000"/>
          <w:sz w:val="28"/>
        </w:rPr>
        <w:t>对</w:t>
      </w:r>
      <w:r>
        <w:rPr>
          <w:spacing w:val="8"/>
          <w:rFonts w:ascii="Ddylr05K+KaiTi" w:hAnsi="Ddylr05K+KaiTi" w:eastAsia="Ddylr05K+KaiTi"/>
          <w:color w:val="000000"/>
          <w:sz w:val="28"/>
        </w:rPr>
        <w:t>报</w:t>
      </w:r>
      <w:r>
        <w:rPr>
          <w:spacing w:val="4"/>
          <w:rFonts w:ascii="Ddylr05K+KaiTi" w:hAnsi="Ddylr05K+KaiTi" w:eastAsia="Ddylr05K+KaiTi"/>
          <w:color w:val="000000"/>
          <w:sz w:val="28"/>
        </w:rPr>
        <w:t>告进</w:t>
      </w:r>
      <w:r>
        <w:rPr>
          <w:spacing w:val="6"/>
          <w:rFonts w:ascii="Ddylr05K+KaiTi" w:hAnsi="Ddylr05K+KaiTi" w:eastAsia="Ddylr05K+KaiTi"/>
          <w:color w:val="000000"/>
          <w:sz w:val="28"/>
        </w:rPr>
        <w:t>行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审完</w:t>
      </w:r>
      <w:r>
        <w:rPr>
          <w:spacing w:val="6"/>
          <w:rFonts w:ascii="Ddylr05K+KaiTi" w:hAnsi="Ddylr05K+KaiTi" w:eastAsia="Ddylr05K+KaiTi"/>
          <w:color w:val="000000"/>
          <w:sz w:val="28"/>
        </w:rPr>
        <w:t>成</w:t>
      </w:r>
      <w:r>
        <w:rPr>
          <w:spacing w:val="8"/>
          <w:rFonts w:ascii="Ddylr05K+KaiTi" w:hAnsi="Ddylr05K+KaiTi" w:eastAsia="Ddylr05K+KaiTi"/>
          <w:color w:val="000000"/>
          <w:sz w:val="28"/>
        </w:rPr>
        <w:t>后，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4"/>
          <w:rFonts w:ascii="Ddylr05K+KaiTi" w:hAnsi="Ddylr05K+KaiTi" w:eastAsia="Ddylr05K+KaiTi"/>
          <w:color w:val="000000"/>
          <w:sz w:val="28"/>
        </w:rPr>
        <w:t>组</w:t>
      </w:r>
      <w:r>
        <w:rPr>
          <w:spacing w:val="76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02</w:t>
      </w:r>
      <w:r>
        <w:rPr>
          <w:spacing w:val="76"/>
          <w:rFonts w:ascii="Ddylr05K+KaiTi" w:hAnsi="Ddylr05K+KaiTi" w:eastAsia="Ddylr05K+KaiTi"/>
          <w:color w:val="000000"/>
          <w:sz w:val="28"/>
        </w:rPr>
        <w:t>4</w:t>
      </w:r>
      <w:r>
        <w:rPr>
          <w:spacing w:val="78"/>
          <w:rFonts w:ascii="Ddylr05K+KaiTi" w:hAnsi="Ddylr05K+KaiTi" w:eastAsia="Ddylr05K+KaiTi"/>
          <w:color w:val="000000"/>
          <w:sz w:val="28"/>
        </w:rPr>
        <w:t>年7月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72"/>
          <w:rFonts w:ascii="Ddylr05K+KaiTi" w:hAnsi="Ddylr05K+KaiTi" w:eastAsia="Ddylr05K+KaiTi"/>
          <w:color w:val="000000"/>
          <w:sz w:val="28"/>
        </w:rPr>
        <w:t>6</w:t>
      </w:r>
      <w:r>
        <w:rPr>
          <w:spacing w:val="6"/>
          <w:rFonts w:ascii="Ddylr05K+KaiTi" w:hAnsi="Ddylr05K+KaiTi" w:eastAsia="Ddylr05K+KaiTi"/>
          <w:color w:val="000000"/>
          <w:sz w:val="28"/>
        </w:rPr>
        <w:t>日出</w:t>
      </w:r>
      <w:r>
        <w:rPr>
          <w:spacing w:val="4"/>
          <w:rFonts w:ascii="Ddylr05K+KaiTi" w:hAnsi="Ddylr05K+KaiTi" w:eastAsia="Ddylr05K+KaiTi"/>
          <w:color w:val="000000"/>
          <w:sz w:val="28"/>
        </w:rPr>
        <w:t>具</w:t>
      </w:r>
      <w:r>
        <w:rPr>
          <w:spacing w:val="6"/>
          <w:rFonts w:ascii="Ddylr05K+KaiTi" w:hAnsi="Ddylr05K+KaiTi" w:eastAsia="Ddylr05K+KaiTi"/>
          <w:color w:val="000000"/>
          <w:sz w:val="28"/>
        </w:rPr>
        <w:t>了核</w:t>
      </w:r>
      <w:r>
        <w:rPr>
          <w:spacing w:val="4"/>
          <w:rFonts w:ascii="Ddylr05K+KaiTi" w:hAnsi="Ddylr05K+KaiTi" w:eastAsia="Ddylr05K+KaiTi"/>
          <w:color w:val="000000"/>
          <w:sz w:val="28"/>
        </w:rPr>
        <w:t>查</w:t>
      </w:r>
      <w:r>
        <w:rPr>
          <w:spacing w:val="8"/>
          <w:rFonts w:ascii="Ddylr05K+KaiTi" w:hAnsi="Ddylr05K+KaiTi" w:eastAsia="Ddylr05K+KaiTi"/>
          <w:color w:val="000000"/>
          <w:sz w:val="28"/>
        </w:rPr>
        <w:t>报告</w:t>
      </w:r>
      <w:r>
        <w:rPr>
          <w:spacing w:val="6"/>
          <w:rFonts w:ascii="Ddylr05K+KaiTi" w:hAnsi="Ddylr05K+KaiTi" w:eastAsia="Ddylr05K+KaiTi"/>
          <w:color w:val="000000"/>
          <w:sz w:val="28"/>
        </w:rPr>
        <w:t>终</w:t>
      </w:r>
      <w:r>
        <w:rPr>
          <w:spacing w:val="8"/>
          <w:rFonts w:ascii="Ddylr05K+KaiTi" w:hAnsi="Ddylr05K+KaiTi" w:eastAsia="Ddylr05K+KaiTi"/>
          <w:color w:val="000000"/>
          <w:sz w:val="28"/>
        </w:rPr>
        <w:t>稿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并交</w:t>
      </w:r>
      <w:r>
        <w:rPr>
          <w:rFonts w:ascii="Ddylr05K+KaiTi" w:hAnsi="Ddylr05K+KaiTi" w:eastAsia="Ddylr05K+KaiTi"/>
          <w:color w:val="000000"/>
          <w:sz w:val="28"/>
        </w:rPr>
        <w:t>委托</w:t>
      </w:r>
      <w:r>
        <w:rPr>
          <w:spacing w:val="-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确认。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560"/>
        <w:jc w:val="both"/>
      </w:pP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4"/>
          <w:rFonts w:ascii="Ddylr05K+KaiTi" w:hAnsi="Ddylr05K+KaiTi" w:eastAsia="Ddylr05K+KaiTi"/>
          <w:color w:val="000000"/>
          <w:sz w:val="28"/>
        </w:rPr>
        <w:t>得</w:t>
      </w:r>
      <w:r>
        <w:rPr>
          <w:spacing w:val="6"/>
          <w:rFonts w:ascii="Ddylr05K+KaiTi" w:hAnsi="Ddylr05K+KaiTi" w:eastAsia="Ddylr05K+KaiTi"/>
          <w:color w:val="000000"/>
          <w:sz w:val="28"/>
        </w:rPr>
        <w:t>到核</w:t>
      </w:r>
      <w:r>
        <w:rPr>
          <w:spacing w:val="4"/>
          <w:rFonts w:ascii="Ddylr05K+KaiTi" w:hAnsi="Ddylr05K+KaiTi" w:eastAsia="Ddylr05K+KaiTi"/>
          <w:color w:val="000000"/>
          <w:sz w:val="28"/>
        </w:rPr>
        <w:t>查</w:t>
      </w:r>
      <w:r>
        <w:rPr>
          <w:spacing w:val="6"/>
          <w:rFonts w:ascii="Ddylr05K+KaiTi" w:hAnsi="Ddylr05K+KaiTi" w:eastAsia="Ddylr05K+KaiTi"/>
          <w:color w:val="000000"/>
          <w:sz w:val="28"/>
        </w:rPr>
        <w:t>方的</w:t>
      </w:r>
      <w:r>
        <w:rPr>
          <w:spacing w:val="4"/>
          <w:rFonts w:ascii="Ddylr05K+KaiTi" w:hAnsi="Ddylr05K+KaiTi" w:eastAsia="Ddylr05K+KaiTi"/>
          <w:color w:val="000000"/>
          <w:sz w:val="28"/>
        </w:rPr>
        <w:t>确</w:t>
      </w:r>
      <w:r>
        <w:rPr>
          <w:spacing w:val="8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后</w:t>
      </w:r>
      <w:r>
        <w:rPr>
          <w:spacing w:val="8"/>
          <w:rFonts w:ascii="Ddylr05K+KaiTi" w:hAnsi="Ddylr05K+KaiTi" w:eastAsia="Ddylr05K+KaiTi"/>
          <w:color w:val="000000"/>
          <w:sz w:val="28"/>
        </w:rPr>
        <w:t>，评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组根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4"/>
          <w:rFonts w:ascii="Ddylr05K+KaiTi" w:hAnsi="Ddylr05K+KaiTi" w:eastAsia="Ddylr05K+KaiTi"/>
          <w:color w:val="000000"/>
          <w:sz w:val="28"/>
        </w:rPr>
        <w:t>东</w:t>
      </w:r>
      <w:r>
        <w:rPr>
          <w:spacing w:val="6"/>
          <w:rFonts w:ascii="Ddylr05K+KaiTi" w:hAnsi="Ddylr05K+KaiTi" w:eastAsia="Ddylr05K+KaiTi"/>
          <w:color w:val="000000"/>
          <w:sz w:val="28"/>
        </w:rPr>
        <w:t>质联内</w:t>
      </w:r>
      <w:r>
        <w:rPr>
          <w:spacing w:val="4"/>
          <w:rFonts w:ascii="Ddylr05K+KaiTi" w:hAnsi="Ddylr05K+KaiTi" w:eastAsia="Ddylr05K+KaiTi"/>
          <w:color w:val="000000"/>
          <w:sz w:val="28"/>
        </w:rPr>
        <w:t>部</w:t>
      </w:r>
      <w:r>
        <w:rPr>
          <w:spacing w:val="8"/>
          <w:rFonts w:ascii="Ddylr05K+KaiTi" w:hAnsi="Ddylr05K+KaiTi" w:eastAsia="Ddylr05K+KaiTi"/>
          <w:color w:val="000000"/>
          <w:sz w:val="28"/>
        </w:rPr>
        <w:t>管理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序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本</w:t>
      </w:r>
      <w:r>
        <w:rPr>
          <w:spacing w:val="8"/>
          <w:rFonts w:ascii="Ddylr05K+KaiTi" w:hAnsi="Ddylr05K+KaiTi" w:eastAsia="Ddylr05K+KaiTi"/>
          <w:color w:val="000000"/>
          <w:sz w:val="28"/>
        </w:rPr>
        <w:t>核</w:t>
      </w:r>
      <w:r>
        <w:rPr>
          <w:spacing w:val="6"/>
          <w:rFonts w:ascii="Ddylr05K+KaiTi" w:hAnsi="Ddylr05K+KaiTi" w:eastAsia="Ddylr05K+KaiTi"/>
          <w:color w:val="000000"/>
          <w:sz w:val="28"/>
        </w:rPr>
        <w:t>查</w:t>
      </w:r>
      <w:r>
        <w:rPr>
          <w:spacing w:val="8"/>
          <w:rFonts w:ascii="Ddylr05K+KaiTi" w:hAnsi="Ddylr05K+KaiTi" w:eastAsia="Ddylr05K+KaiTi"/>
          <w:color w:val="000000"/>
          <w:sz w:val="28"/>
        </w:rPr>
        <w:t>报</w:t>
      </w:r>
      <w:r>
        <w:rPr>
          <w:spacing w:val="4"/>
          <w:rFonts w:ascii="Ddylr05K+KaiTi" w:hAnsi="Ddylr05K+KaiTi" w:eastAsia="Ddylr05K+KaiTi"/>
          <w:color w:val="000000"/>
          <w:sz w:val="28"/>
        </w:rPr>
        <w:t>告</w:t>
      </w:r>
      <w:r>
        <w:rPr>
          <w:spacing w:val="6"/>
          <w:rFonts w:ascii="Ddylr05K+KaiTi" w:hAnsi="Ddylr05K+KaiTi" w:eastAsia="Ddylr05K+KaiTi"/>
          <w:color w:val="000000"/>
          <w:sz w:val="28"/>
        </w:rPr>
        <w:t>在</w:t>
      </w:r>
      <w:r>
        <w:rPr>
          <w:spacing w:val="4"/>
          <w:rFonts w:ascii="Ddylr05K+KaiTi" w:hAnsi="Ddylr05K+KaiTi" w:eastAsia="Ddylr05K+KaiTi"/>
          <w:color w:val="000000"/>
          <w:sz w:val="28"/>
        </w:rPr>
        <w:t>提交</w:t>
      </w:r>
      <w:r>
        <w:rPr>
          <w:spacing w:val="8"/>
          <w:rFonts w:ascii="Ddylr05K+KaiTi" w:hAnsi="Ddylr05K+KaiTi" w:eastAsia="Ddylr05K+KaiTi"/>
          <w:color w:val="000000"/>
          <w:sz w:val="28"/>
        </w:rPr>
        <w:t>给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spacing w:val="8"/>
          <w:rFonts w:ascii="Ddylr05K+KaiTi" w:hAnsi="Ddylr05K+KaiTi" w:eastAsia="Ddylr05K+KaiTi"/>
          <w:color w:val="000000"/>
          <w:sz w:val="28"/>
        </w:rPr>
        <w:t>查</w:t>
      </w:r>
      <w:r>
        <w:rPr>
          <w:spacing w:val="6"/>
          <w:rFonts w:ascii="Ddylr05K+KaiTi" w:hAnsi="Ddylr05K+KaiTi" w:eastAsia="Ddylr05K+KaiTi"/>
          <w:color w:val="000000"/>
          <w:sz w:val="28"/>
        </w:rPr>
        <w:t>委</w:t>
      </w:r>
      <w:r>
        <w:rPr>
          <w:spacing w:val="8"/>
          <w:rFonts w:ascii="Ddylr05K+KaiTi" w:hAnsi="Ddylr05K+KaiTi" w:eastAsia="Ddylr05K+KaiTi"/>
          <w:color w:val="000000"/>
          <w:sz w:val="28"/>
        </w:rPr>
        <w:t>托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前</w:t>
      </w:r>
      <w:r>
        <w:rPr>
          <w:spacing w:val="4"/>
          <w:rFonts w:ascii="Ddylr05K+KaiTi" w:hAnsi="Ddylr05K+KaiTi" w:eastAsia="Ddylr05K+KaiTi"/>
          <w:color w:val="000000"/>
          <w:sz w:val="28"/>
        </w:rPr>
        <w:t>经过</w:t>
      </w:r>
      <w:r>
        <w:rPr>
          <w:spacing w:val="8"/>
          <w:rFonts w:ascii="Ddylr05K+KaiTi" w:hAnsi="Ddylr05K+KaiTi" w:eastAsia="Ddylr05K+KaiTi"/>
          <w:color w:val="000000"/>
          <w:sz w:val="28"/>
        </w:rPr>
        <w:t>了</w:t>
      </w:r>
      <w:r>
        <w:rPr>
          <w:spacing w:val="6"/>
          <w:rFonts w:ascii="Ddylr05K+KaiTi" w:hAnsi="Ddylr05K+KaiTi" w:eastAsia="Ddylr05K+KaiTi"/>
          <w:color w:val="000000"/>
          <w:sz w:val="28"/>
        </w:rPr>
        <w:t>山</w:t>
      </w:r>
      <w:r>
        <w:rPr>
          <w:spacing w:val="8"/>
          <w:rFonts w:ascii="Ddylr05K+KaiTi" w:hAnsi="Ddylr05K+KaiTi" w:eastAsia="Ddylr05K+KaiTi"/>
          <w:color w:val="000000"/>
          <w:sz w:val="28"/>
        </w:rPr>
        <w:t>东</w:t>
      </w:r>
      <w:r>
        <w:rPr>
          <w:spacing w:val="6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联</w:t>
      </w:r>
      <w:r>
        <w:rPr>
          <w:spacing w:val="4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证</w:t>
      </w:r>
      <w:r>
        <w:rPr>
          <w:spacing w:val="4"/>
          <w:rFonts w:ascii="Ddylr05K+KaiTi" w:hAnsi="Ddylr05K+KaiTi" w:eastAsia="Ddylr05K+KaiTi"/>
          <w:color w:val="000000"/>
          <w:sz w:val="28"/>
        </w:rPr>
        <w:t>有限</w:t>
      </w:r>
      <w:r>
        <w:rPr>
          <w:spacing w:val="8"/>
          <w:rFonts w:ascii="Ddylr05K+KaiTi" w:hAnsi="Ddylr05K+KaiTi" w:eastAsia="Ddylr05K+KaiTi"/>
          <w:color w:val="000000"/>
          <w:sz w:val="28"/>
        </w:rPr>
        <w:t>公</w:t>
      </w:r>
      <w:r>
        <w:rPr>
          <w:spacing w:val="6"/>
          <w:rFonts w:ascii="Ddylr05K+KaiTi" w:hAnsi="Ddylr05K+KaiTi" w:eastAsia="Ddylr05K+KaiTi"/>
          <w:color w:val="000000"/>
          <w:sz w:val="28"/>
        </w:rPr>
        <w:t>司</w:t>
      </w:r>
      <w:r>
        <w:rPr>
          <w:rFonts w:ascii="Ddylr05K+KaiTi" w:hAnsi="Ddylr05K+KaiTi" w:eastAsia="Ddylr05K+KaiTi"/>
          <w:color w:val="000000"/>
          <w:sz w:val="28"/>
        </w:rPr>
        <w:t>独</w:t>
      </w:r>
      <w:r>
        <w:rPr>
          <w:spacing w:val="4"/>
          <w:rFonts w:ascii="Ddylr05K+KaiTi" w:hAnsi="Ddylr05K+KaiTi" w:eastAsia="Ddylr05K+KaiTi"/>
          <w:color w:val="000000"/>
          <w:sz w:val="28"/>
        </w:rPr>
        <w:t>立</w:t>
      </w:r>
      <w:r>
        <w:rPr>
          <w:spacing w:val="8"/>
          <w:rFonts w:ascii="Ddylr05K+KaiTi" w:hAnsi="Ddylr05K+KaiTi" w:eastAsia="Ddylr05K+KaiTi"/>
          <w:color w:val="000000"/>
          <w:sz w:val="28"/>
        </w:rPr>
        <w:t>于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</w:t>
      </w:r>
      <w:r>
        <w:rPr>
          <w:spacing w:val="4"/>
          <w:rFonts w:ascii="Ddylr05K+KaiTi" w:hAnsi="Ddylr05K+KaiTi" w:eastAsia="Ddylr05K+KaiTi"/>
          <w:color w:val="000000"/>
          <w:sz w:val="28"/>
        </w:rPr>
        <w:t>组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技术</w:t>
      </w:r>
      <w:r>
        <w:rPr>
          <w:spacing w:val="8"/>
          <w:rFonts w:ascii="Ddylr05K+KaiTi" w:hAnsi="Ddylr05K+KaiTi" w:eastAsia="Ddylr05K+KaiTi"/>
          <w:color w:val="000000"/>
          <w:sz w:val="28"/>
        </w:rPr>
        <w:t>复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spacing w:val="8"/>
          <w:rFonts w:ascii="Ddylr05K+KaiTi" w:hAnsi="Ddylr05K+KaiTi" w:eastAsia="Ddylr05K+KaiTi"/>
          <w:color w:val="000000"/>
          <w:sz w:val="28"/>
        </w:rPr>
        <w:t>人</w:t>
      </w:r>
      <w:r>
        <w:rPr>
          <w:spacing w:val="6"/>
          <w:rFonts w:ascii="Ddylr05K+KaiTi" w:hAnsi="Ddylr05K+KaiTi" w:eastAsia="Ddylr05K+KaiTi"/>
          <w:color w:val="000000"/>
          <w:sz w:val="28"/>
        </w:rPr>
        <w:t>员</w:t>
      </w:r>
      <w:r>
        <w:rPr>
          <w:spacing w:val="8"/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内</w:t>
      </w:r>
      <w:r>
        <w:rPr>
          <w:spacing w:val="4"/>
          <w:rFonts w:ascii="Ddylr05K+KaiTi" w:hAnsi="Ddylr05K+KaiTi" w:eastAsia="Ddylr05K+KaiTi"/>
          <w:color w:val="000000"/>
          <w:sz w:val="28"/>
        </w:rPr>
        <w:t>部的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技</w:t>
      </w:r>
      <w:r>
        <w:rPr>
          <w:spacing w:val="6"/>
          <w:rFonts w:ascii="Ddylr05K+KaiTi" w:hAnsi="Ddylr05K+KaiTi" w:eastAsia="Ddylr05K+KaiTi"/>
          <w:color w:val="000000"/>
          <w:sz w:val="28"/>
        </w:rPr>
        <w:t>术</w:t>
      </w:r>
      <w:r>
        <w:rPr>
          <w:spacing w:val="8"/>
          <w:rFonts w:ascii="Ddylr05K+KaiTi" w:hAnsi="Ddylr05K+KaiTi" w:eastAsia="Ddylr05K+KaiTi"/>
          <w:color w:val="000000"/>
          <w:sz w:val="28"/>
        </w:rPr>
        <w:t>复</w:t>
      </w:r>
      <w:r>
        <w:rPr>
          <w:spacing w:val="6"/>
          <w:rFonts w:ascii="Ddylr05K+KaiTi" w:hAnsi="Ddylr05K+KaiTi" w:eastAsia="Ddylr05K+KaiTi"/>
          <w:color w:val="000000"/>
          <w:sz w:val="28"/>
        </w:rPr>
        <w:t>核</w:t>
      </w:r>
      <w:r>
        <w:rPr>
          <w:spacing w:val="8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技术</w:t>
      </w:r>
      <w:r>
        <w:rPr>
          <w:spacing w:val="6"/>
          <w:rFonts w:ascii="Ddylr05K+KaiTi" w:hAnsi="Ddylr05K+KaiTi" w:eastAsia="Ddylr05K+KaiTi"/>
          <w:color w:val="000000"/>
          <w:sz w:val="28"/>
        </w:rPr>
        <w:t>复</w:t>
      </w:r>
      <w:r>
        <w:rPr>
          <w:spacing w:val="4"/>
          <w:rFonts w:ascii="Ddylr05K+KaiTi" w:hAnsi="Ddylr05K+KaiTi" w:eastAsia="Ddylr05K+KaiTi"/>
          <w:color w:val="000000"/>
          <w:sz w:val="28"/>
        </w:rPr>
        <w:t>核</w:t>
      </w:r>
      <w:r>
        <w:rPr>
          <w:spacing w:val="78"/>
          <w:rFonts w:ascii="Ddylr05K+KaiTi" w:hAnsi="Ddylr05K+KaiTi" w:eastAsia="Ddylr05K+KaiTi"/>
          <w:color w:val="000000"/>
          <w:sz w:val="28"/>
        </w:rPr>
        <w:t>由</w:t>
      </w:r>
      <w:r>
        <w:rPr>
          <w:spacing w:val="76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名</w:t>
      </w:r>
      <w:r>
        <w:rPr>
          <w:spacing w:val="4"/>
          <w:rFonts w:ascii="Ddylr05K+KaiTi" w:hAnsi="Ddylr05K+KaiTi" w:eastAsia="Ddylr05K+KaiTi"/>
          <w:color w:val="000000"/>
          <w:sz w:val="28"/>
        </w:rPr>
        <w:t>具</w:t>
      </w:r>
      <w:r>
        <w:rPr>
          <w:spacing w:val="8"/>
          <w:rFonts w:ascii="Ddylr05K+KaiTi" w:hAnsi="Ddylr05K+KaiTi" w:eastAsia="Ddylr05K+KaiTi"/>
          <w:color w:val="000000"/>
          <w:sz w:val="28"/>
        </w:rPr>
        <w:t>有</w:t>
      </w:r>
      <w:r>
        <w:rPr>
          <w:spacing w:val="6"/>
          <w:rFonts w:ascii="Ddylr05K+KaiTi" w:hAnsi="Ddylr05K+KaiTi" w:eastAsia="Ddylr05K+KaiTi"/>
          <w:color w:val="000000"/>
          <w:sz w:val="28"/>
        </w:rPr>
        <w:t>相</w:t>
      </w:r>
      <w:r>
        <w:rPr>
          <w:spacing w:val="8"/>
          <w:rFonts w:ascii="Ddylr05K+KaiTi" w:hAnsi="Ddylr05K+KaiTi" w:eastAsia="Ddylr05K+KaiTi"/>
          <w:color w:val="000000"/>
          <w:sz w:val="28"/>
        </w:rPr>
        <w:t>关</w:t>
      </w:r>
      <w:r>
        <w:rPr>
          <w:spacing w:val="4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业</w:t>
      </w:r>
      <w:r>
        <w:rPr>
          <w:spacing w:val="4"/>
          <w:rFonts w:ascii="Ddylr05K+KaiTi" w:hAnsi="Ddylr05K+KaiTi" w:eastAsia="Ddylr05K+KaiTi"/>
          <w:color w:val="000000"/>
          <w:sz w:val="28"/>
        </w:rPr>
        <w:t>资质</w:t>
      </w:r>
      <w:r>
        <w:rPr>
          <w:spacing w:val="8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专</w:t>
      </w:r>
      <w:r>
        <w:rPr>
          <w:spacing w:val="8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知</w:t>
      </w:r>
      <w:r>
        <w:rPr>
          <w:spacing w:val="8"/>
          <w:rFonts w:ascii="Ddylr05K+KaiTi" w:hAnsi="Ddylr05K+KaiTi" w:eastAsia="Ddylr05K+KaiTi"/>
          <w:color w:val="000000"/>
          <w:sz w:val="28"/>
        </w:rPr>
        <w:t>识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4"/>
          <w:rFonts w:ascii="Ddylr05K+KaiTi" w:hAnsi="Ddylr05K+KaiTi" w:eastAsia="Ddylr05K+KaiTi"/>
          <w:color w:val="000000"/>
          <w:sz w:val="28"/>
        </w:rPr>
        <w:t>术复</w:t>
      </w:r>
      <w:r>
        <w:rPr>
          <w:spacing w:val="8"/>
          <w:rFonts w:ascii="Ddylr05K+KaiTi" w:hAnsi="Ddylr05K+KaiTi" w:eastAsia="Ddylr05K+KaiTi"/>
          <w:color w:val="000000"/>
          <w:sz w:val="28"/>
        </w:rPr>
        <w:t>核</w:t>
      </w:r>
      <w:r>
        <w:rPr>
          <w:spacing w:val="6"/>
          <w:rFonts w:ascii="Ddylr05K+KaiTi" w:hAnsi="Ddylr05K+KaiTi" w:eastAsia="Ddylr05K+KaiTi"/>
          <w:color w:val="000000"/>
          <w:sz w:val="28"/>
        </w:rPr>
        <w:t>人</w:t>
      </w:r>
      <w:r>
        <w:rPr>
          <w:spacing w:val="8"/>
          <w:rFonts w:ascii="Ddylr05K+KaiTi" w:hAnsi="Ddylr05K+KaiTi" w:eastAsia="Ddylr05K+KaiTi"/>
          <w:color w:val="000000"/>
          <w:sz w:val="28"/>
        </w:rPr>
        <w:t>员</w:t>
      </w:r>
      <w:r>
        <w:rPr>
          <w:spacing w:val="6"/>
          <w:rFonts w:ascii="Ddylr05K+KaiTi" w:hAnsi="Ddylr05K+KaiTi" w:eastAsia="Ddylr05K+KaiTi"/>
          <w:color w:val="000000"/>
          <w:sz w:val="28"/>
        </w:rPr>
        <w:t>根</w:t>
      </w:r>
      <w:r>
        <w:rPr>
          <w:spacing w:val="4"/>
          <w:rFonts w:ascii="Ddylr05K+KaiTi" w:hAnsi="Ddylr05K+KaiTi" w:eastAsia="Ddylr05K+KaiTi"/>
          <w:color w:val="000000"/>
          <w:sz w:val="28"/>
        </w:rPr>
        <w:t>据山</w:t>
      </w:r>
      <w:r>
        <w:rPr>
          <w:spacing w:val="6"/>
          <w:rFonts w:ascii="Ddylr05K+KaiTi" w:hAnsi="Ddylr05K+KaiTi" w:eastAsia="Ddylr05K+KaiTi"/>
          <w:color w:val="000000"/>
          <w:sz w:val="28"/>
        </w:rPr>
        <w:t>东</w:t>
      </w:r>
      <w:r>
        <w:rPr>
          <w:spacing w:val="4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联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作</w:t>
      </w:r>
      <w:r>
        <w:rPr>
          <w:rFonts w:ascii="Ddylr05K+KaiTi" w:hAnsi="Ddylr05K+KaiTi" w:eastAsia="Ddylr05K+KaiTi"/>
          <w:color w:val="000000"/>
          <w:sz w:val="28"/>
        </w:rPr>
        <w:t>程</w:t>
      </w:r>
      <w:r>
        <w:rPr>
          <w:spacing w:val="-2"/>
          <w:rFonts w:ascii="Ddylr05K+KaiTi" w:hAnsi="Ddylr05K+KaiTi" w:eastAsia="Ddylr05K+KaiTi"/>
          <w:color w:val="000000"/>
          <w:sz w:val="28"/>
        </w:rPr>
        <w:t>序执</w:t>
      </w:r>
      <w:r>
        <w:rPr>
          <w:rFonts w:ascii="Ddylr05K+KaiTi" w:hAnsi="Ddylr05K+KaiTi" w:eastAsia="Ddylr05K+KaiTi"/>
          <w:color w:val="000000"/>
          <w:sz w:val="28"/>
        </w:rPr>
        <w:t>行。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spacing w:val="68"/>
          <w:rFonts w:ascii="Ddylr05K+KaiTi" w:hAnsi="Ddylr05K+KaiTi" w:eastAsia="Ddylr05K+KaiTi"/>
          <w:b/>
          <w:color w:val="000000"/>
          <w:sz w:val="28"/>
        </w:rPr>
        <w:t>5</w:t>
      </w:r>
      <w:r>
        <w:rPr>
          <w:rFonts w:ascii="Ddylr05K+KaiTi" w:hAnsi="Ddylr05K+KaiTi" w:eastAsia="Ddylr05K+KaiTi"/>
          <w:b/>
          <w:color w:val="000000"/>
          <w:sz w:val="28"/>
        </w:rPr>
        <w:t>评价报告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rFonts w:ascii="Ddylr05K+KaiTi" w:hAnsi="Ddylr05K+KaiTi" w:eastAsia="Ddylr05K+KaiTi"/>
          <w:b/>
          <w:color w:val="000000"/>
          <w:sz w:val="28"/>
        </w:rPr>
        <w:t>质量控制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17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510" w:lineRule="exact" w:before="0" w:after="0"/>
        <w:ind w:left="360" w:right="360" w:firstLine="560"/>
        <w:jc w:val="both"/>
      </w:pPr>
      <w:r>
        <w:rPr>
          <w:spacing w:val="8"/>
          <w:rFonts w:ascii="Ddylr05K+KaiTi" w:hAnsi="Ddylr05K+KaiTi" w:eastAsia="Ddylr05K+KaiTi"/>
          <w:color w:val="000000"/>
          <w:sz w:val="28"/>
        </w:rPr>
        <w:t>根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内部</w:t>
      </w:r>
      <w:r>
        <w:rPr>
          <w:spacing w:val="4"/>
          <w:rFonts w:ascii="Ddylr05K+KaiTi" w:hAnsi="Ddylr05K+KaiTi" w:eastAsia="Ddylr05K+KaiTi"/>
          <w:color w:val="000000"/>
          <w:sz w:val="28"/>
        </w:rPr>
        <w:t>管</w:t>
      </w:r>
      <w:r>
        <w:rPr>
          <w:spacing w:val="8"/>
          <w:rFonts w:ascii="Ddylr05K+KaiTi" w:hAnsi="Ddylr05K+KaiTi" w:eastAsia="Ddylr05K+KaiTi"/>
          <w:color w:val="000000"/>
          <w:sz w:val="28"/>
        </w:rPr>
        <w:t>理</w:t>
      </w:r>
      <w:r>
        <w:rPr>
          <w:spacing w:val="6"/>
          <w:rFonts w:ascii="Ddylr05K+KaiTi" w:hAnsi="Ddylr05K+KaiTi" w:eastAsia="Ddylr05K+KaiTi"/>
          <w:color w:val="000000"/>
          <w:sz w:val="28"/>
        </w:rPr>
        <w:t>规</w:t>
      </w:r>
      <w:r>
        <w:rPr>
          <w:spacing w:val="8"/>
          <w:rFonts w:ascii="Ddylr05K+KaiTi" w:hAnsi="Ddylr05K+KaiTi" w:eastAsia="Ddylr05K+KaiTi"/>
          <w:color w:val="000000"/>
          <w:sz w:val="28"/>
        </w:rPr>
        <w:t>定，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价组</w:t>
      </w:r>
      <w:r>
        <w:rPr>
          <w:spacing w:val="4"/>
          <w:rFonts w:ascii="Ddylr05K+KaiTi" w:hAnsi="Ddylr05K+KaiTi" w:eastAsia="Ddylr05K+KaiTi"/>
          <w:color w:val="000000"/>
          <w:sz w:val="28"/>
        </w:rPr>
        <w:t>出</w:t>
      </w:r>
      <w:r>
        <w:rPr>
          <w:spacing w:val="6"/>
          <w:rFonts w:ascii="Ddylr05K+KaiTi" w:hAnsi="Ddylr05K+KaiTi" w:eastAsia="Ddylr05K+KaiTi"/>
          <w:color w:val="000000"/>
          <w:sz w:val="28"/>
        </w:rPr>
        <w:t>具的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价报</w:t>
      </w:r>
      <w:r>
        <w:rPr>
          <w:spacing w:val="4"/>
          <w:rFonts w:ascii="Ddylr05K+KaiTi" w:hAnsi="Ddylr05K+KaiTi" w:eastAsia="Ddylr05K+KaiTi"/>
          <w:color w:val="000000"/>
          <w:sz w:val="28"/>
        </w:rPr>
        <w:t>告</w:t>
      </w:r>
      <w:r>
        <w:rPr>
          <w:spacing w:val="8"/>
          <w:rFonts w:ascii="Ddylr05K+KaiTi" w:hAnsi="Ddylr05K+KaiTi" w:eastAsia="Ddylr05K+KaiTi"/>
          <w:color w:val="000000"/>
          <w:sz w:val="28"/>
        </w:rPr>
        <w:t>及其</w:t>
      </w:r>
      <w:r>
        <w:rPr>
          <w:spacing w:val="6"/>
          <w:rFonts w:ascii="Ddylr05K+KaiTi" w:hAnsi="Ddylr05K+KaiTi" w:eastAsia="Ddylr05K+KaiTi"/>
          <w:color w:val="000000"/>
          <w:sz w:val="28"/>
        </w:rPr>
        <w:t>他</w:t>
      </w:r>
      <w:r>
        <w:rPr>
          <w:spacing w:val="8"/>
          <w:rFonts w:ascii="Ddylr05K+KaiTi" w:hAnsi="Ddylr05K+KaiTi" w:eastAsia="Ddylr05K+KaiTi"/>
          <w:color w:val="000000"/>
          <w:sz w:val="28"/>
        </w:rPr>
        <w:t>文</w:t>
      </w:r>
      <w:r>
        <w:rPr>
          <w:rFonts w:ascii="Ddylr05K+KaiTi" w:hAnsi="Ddylr05K+KaiTi" w:eastAsia="Ddylr05K+KaiTi"/>
          <w:color w:val="000000"/>
          <w:sz w:val="28"/>
        </w:rPr>
        <w:t>件</w:t>
      </w:r>
      <w:r>
        <w:rPr>
          <w:spacing w:val="4"/>
          <w:rFonts w:ascii="Ddylr05K+KaiTi" w:hAnsi="Ddylr05K+KaiTi" w:eastAsia="Ddylr05K+KaiTi"/>
          <w:color w:val="000000"/>
          <w:sz w:val="28"/>
        </w:rPr>
        <w:t>通</w:t>
      </w:r>
      <w:r>
        <w:rPr>
          <w:spacing w:val="8"/>
          <w:rFonts w:ascii="Ddylr05K+KaiTi" w:hAnsi="Ddylr05K+KaiTi" w:eastAsia="Ddylr05K+KaiTi"/>
          <w:color w:val="000000"/>
          <w:sz w:val="28"/>
        </w:rPr>
        <w:t>过</w:t>
      </w:r>
      <w:r>
        <w:rPr>
          <w:spacing w:val="6"/>
          <w:rFonts w:ascii="Ddylr05K+KaiTi" w:hAnsi="Ddylr05K+KaiTi" w:eastAsia="Ddylr05K+KaiTi"/>
          <w:color w:val="000000"/>
          <w:sz w:val="28"/>
        </w:rPr>
        <w:t>独</w:t>
      </w:r>
      <w:r>
        <w:rPr>
          <w:spacing w:val="8"/>
          <w:rFonts w:ascii="Ddylr05K+KaiTi" w:hAnsi="Ddylr05K+KaiTi" w:eastAsia="Ddylr05K+KaiTi"/>
          <w:color w:val="000000"/>
          <w:sz w:val="28"/>
        </w:rPr>
        <w:t>立</w:t>
      </w:r>
      <w:r>
        <w:rPr>
          <w:spacing w:val="4"/>
          <w:rFonts w:ascii="Ddylr05K+KaiTi" w:hAnsi="Ddylr05K+KaiTi" w:eastAsia="Ddylr05K+KaiTi"/>
          <w:color w:val="000000"/>
          <w:sz w:val="28"/>
        </w:rPr>
        <w:t>于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价组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技</w:t>
      </w:r>
      <w:r>
        <w:rPr>
          <w:spacing w:val="8"/>
          <w:rFonts w:ascii="Ddylr05K+KaiTi" w:hAnsi="Ddylr05K+KaiTi" w:eastAsia="Ddylr05K+KaiTi"/>
          <w:color w:val="000000"/>
          <w:sz w:val="28"/>
        </w:rPr>
        <w:t>术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审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最</w:t>
      </w:r>
      <w:r>
        <w:rPr>
          <w:spacing w:val="4"/>
          <w:rFonts w:ascii="Ddylr05K+KaiTi" w:hAnsi="Ddylr05K+KaiTi" w:eastAsia="Ddylr05K+KaiTi"/>
          <w:color w:val="000000"/>
          <w:sz w:val="28"/>
        </w:rPr>
        <w:t>终由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负</w:t>
      </w:r>
      <w:r>
        <w:rPr>
          <w:spacing w:val="8"/>
          <w:rFonts w:ascii="Ddylr05K+KaiTi" w:hAnsi="Ddylr05K+KaiTi" w:eastAsia="Ddylr05K+KaiTi"/>
          <w:color w:val="000000"/>
          <w:sz w:val="28"/>
        </w:rPr>
        <w:t>责</w:t>
      </w:r>
      <w:r>
        <w:rPr>
          <w:spacing w:val="4"/>
          <w:rFonts w:ascii="Ddylr05K+KaiTi" w:hAnsi="Ddylr05K+KaiTi" w:eastAsia="Ddylr05K+KaiTi"/>
          <w:color w:val="000000"/>
          <w:sz w:val="28"/>
        </w:rPr>
        <w:t>人王</w:t>
      </w:r>
      <w:r>
        <w:rPr>
          <w:spacing w:val="6"/>
          <w:rFonts w:ascii="Ddylr05K+KaiTi" w:hAnsi="Ddylr05K+KaiTi" w:eastAsia="Ddylr05K+KaiTi"/>
          <w:color w:val="000000"/>
          <w:sz w:val="28"/>
        </w:rPr>
        <w:t>春</w:t>
      </w:r>
      <w:r>
        <w:rPr>
          <w:spacing w:val="4"/>
          <w:rFonts w:ascii="Ddylr05K+KaiTi" w:hAnsi="Ddylr05K+KaiTi" w:eastAsia="Ddylr05K+KaiTi"/>
          <w:color w:val="000000"/>
          <w:sz w:val="28"/>
        </w:rPr>
        <w:t>交</w:t>
      </w:r>
      <w:r>
        <w:rPr>
          <w:spacing w:val="6"/>
          <w:rFonts w:ascii="Ddylr05K+KaiTi" w:hAnsi="Ddylr05K+KaiTi" w:eastAsia="Ddylr05K+KaiTi"/>
          <w:color w:val="000000"/>
          <w:sz w:val="28"/>
        </w:rPr>
        <w:t>批</w:t>
      </w:r>
      <w:r>
        <w:rPr>
          <w:spacing w:val="8"/>
          <w:rFonts w:ascii="Ddylr05K+KaiTi" w:hAnsi="Ddylr05K+KaiTi" w:eastAsia="Ddylr05K+KaiTi"/>
          <w:color w:val="000000"/>
          <w:sz w:val="28"/>
        </w:rPr>
        <w:t>准</w:t>
      </w:r>
      <w:r>
        <w:rPr>
          <w:rFonts w:ascii="Ddylr05K+KaiTi" w:hAnsi="Ddylr05K+KaiTi" w:eastAsia="Ddylr05K+KaiTi"/>
          <w:color w:val="000000"/>
          <w:sz w:val="28"/>
        </w:rPr>
        <w:t>后</w:t>
      </w:r>
      <w:r>
        <w:rPr>
          <w:spacing w:val="-2"/>
          <w:rFonts w:ascii="Ddylr05K+KaiTi" w:hAnsi="Ddylr05K+KaiTi" w:eastAsia="Ddylr05K+KaiTi"/>
          <w:color w:val="000000"/>
          <w:sz w:val="28"/>
        </w:rPr>
        <w:t>发放</w:t>
      </w:r>
      <w:r>
        <w:rPr>
          <w:rFonts w:ascii="Ddylr05K+KaiTi" w:hAnsi="Ddylr05K+KaiTi" w:eastAsia="Ddylr05K+KaiTi"/>
          <w:color w:val="000000"/>
          <w:sz w:val="28"/>
        </w:rPr>
        <w:t>给委</w:t>
      </w:r>
      <w:r>
        <w:rPr>
          <w:spacing w:val="-2"/>
          <w:rFonts w:ascii="Ddylr05K+KaiTi" w:hAnsi="Ddylr05K+KaiTi" w:eastAsia="Ddylr05K+KaiTi"/>
          <w:color w:val="000000"/>
          <w:sz w:val="28"/>
        </w:rPr>
        <w:t>托</w:t>
      </w:r>
      <w:r>
        <w:rPr>
          <w:rFonts w:ascii="Ddylr05K+KaiTi" w:hAnsi="Ddylr05K+KaiTi" w:eastAsia="Ddylr05K+KaiTi"/>
          <w:color w:val="000000"/>
          <w:sz w:val="28"/>
        </w:rPr>
        <w:t>方。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报告</w:t>
      </w:r>
      <w:r>
        <w:rPr>
          <w:spacing w:val="-2"/>
          <w:rFonts w:ascii="Ddylr05K+KaiTi" w:hAnsi="Ddylr05K+KaiTi" w:eastAsia="Ddylr05K+KaiTi"/>
          <w:color w:val="000000"/>
          <w:sz w:val="28"/>
        </w:rPr>
        <w:t>终</w:t>
      </w:r>
      <w:r>
        <w:rPr>
          <w:rFonts w:ascii="Ddylr05K+KaiTi" w:hAnsi="Ddylr05K+KaiTi" w:eastAsia="Ddylr05K+KaiTi"/>
          <w:color w:val="000000"/>
          <w:sz w:val="28"/>
        </w:rPr>
        <w:t>稿</w:t>
      </w:r>
      <w:r>
        <w:rPr>
          <w:spacing w:val="70"/>
          <w:rFonts w:ascii="Ddylr05K+KaiTi" w:hAnsi="Ddylr05K+KaiTi" w:eastAsia="Ddylr05K+KaiTi"/>
          <w:color w:val="000000"/>
          <w:sz w:val="28"/>
        </w:rPr>
        <w:t>于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4</w:t>
      </w:r>
      <w:r>
        <w:rPr>
          <w:spacing w:val="66"/>
          <w:rFonts w:ascii="Ddylr05K+KaiTi" w:hAnsi="Ddylr05K+KaiTi" w:eastAsia="Ddylr05K+KaiTi"/>
          <w:color w:val="000000"/>
          <w:sz w:val="28"/>
        </w:rPr>
        <w:t>年</w:t>
      </w:r>
      <w:r>
        <w:rPr>
          <w:spacing w:val="70"/>
          <w:rFonts w:ascii="Ddylr05K+KaiTi" w:hAnsi="Ddylr05K+KaiTi" w:eastAsia="Ddylr05K+KaiTi"/>
          <w:color w:val="000000"/>
          <w:sz w:val="28"/>
        </w:rPr>
        <w:t>7月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68"/>
          <w:rFonts w:ascii="Ddylr05K+KaiTi" w:hAnsi="Ddylr05K+KaiTi" w:eastAsia="Ddylr05K+KaiTi"/>
          <w:color w:val="000000"/>
          <w:sz w:val="28"/>
        </w:rPr>
        <w:t>6</w:t>
      </w:r>
      <w:r>
        <w:rPr>
          <w:spacing w:val="-2"/>
          <w:rFonts w:ascii="Ddylr05K+KaiTi" w:hAnsi="Ddylr05K+KaiTi" w:eastAsia="Ddylr05K+KaiTi"/>
          <w:color w:val="000000"/>
          <w:sz w:val="28"/>
        </w:rPr>
        <w:t>日</w:t>
      </w:r>
      <w:r>
        <w:rPr>
          <w:rFonts w:ascii="Ddylr05K+KaiTi" w:hAnsi="Ddylr05K+KaiTi" w:eastAsia="Ddylr05K+KaiTi"/>
          <w:color w:val="000000"/>
          <w:sz w:val="28"/>
        </w:rPr>
        <w:t>完</w:t>
      </w:r>
      <w:r>
        <w:rPr>
          <w:spacing w:val="-2"/>
          <w:rFonts w:ascii="Ddylr05K+KaiTi" w:hAnsi="Ddylr05K+KaiTi" w:eastAsia="Ddylr05K+KaiTi"/>
          <w:color w:val="000000"/>
          <w:sz w:val="28"/>
        </w:rPr>
        <w:t>成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、评价发现</w:t>
      </w:r>
    </w:p>
    <w:p>
      <w:pPr>
        <w:autoSpaceDN w:val="0"/>
        <w:tabs>
          <w:tab w:pos="920" w:val="left"/>
        </w:tabs>
        <w:autoSpaceDE w:val="0"/>
        <w:widowControl/>
        <w:spacing w:line="614" w:lineRule="exact" w:before="28" w:after="0"/>
        <w:ind w:left="360" w:right="432" w:firstLine="0"/>
        <w:jc w:val="left"/>
      </w:pPr>
      <w:r>
        <w:rPr>
          <w:spacing w:val="2"/>
          <w:rFonts w:ascii="GdJYNGgr+TimesNewRomanPS" w:hAnsi="GdJYNGgr+TimesNewRomanPS" w:eastAsia="GdJYNGgr+TimesNewRomanPS"/>
          <w:color w:val="000000"/>
          <w:sz w:val="28"/>
        </w:rPr>
        <w:t>3</w:t>
      </w:r>
      <w:r>
        <w:rPr>
          <w:rFonts w:ascii="GdJYNGgr+TimesNewRomanPS" w:hAnsi="GdJYNGgr+TimesNewRomanPS" w:eastAsia="GdJYNGgr+TimesNewRomanPS"/>
          <w:color w:val="000000"/>
          <w:sz w:val="28"/>
        </w:rPr>
        <w:t>.</w:t>
      </w:r>
      <w:r>
        <w:rPr>
          <w:rFonts w:ascii="GdJYNGgr+TimesNewRomanPS" w:hAnsi="GdJYNGgr+TimesNewRomanPS" w:eastAsia="GdJYNGgr+TimesNewRomanPS"/>
          <w:color w:val="000000"/>
          <w:sz w:val="28"/>
        </w:rPr>
        <w:t>1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组织及产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品</w:t>
      </w:r>
      <w:r>
        <w:rPr>
          <w:rFonts w:ascii="Ddylr05K+KaiTi" w:hAnsi="Ddylr05K+KaiTi" w:eastAsia="Ddylr05K+KaiTi"/>
          <w:b/>
          <w:color w:val="000000"/>
          <w:sz w:val="28"/>
        </w:rPr>
        <w:t>描述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通</w:t>
      </w:r>
      <w:r>
        <w:rPr>
          <w:spacing w:val="-2"/>
          <w:rFonts w:ascii="Ddylr05K+KaiTi" w:hAnsi="Ddylr05K+KaiTi" w:eastAsia="Ddylr05K+KaiTi"/>
          <w:color w:val="000000"/>
          <w:sz w:val="28"/>
        </w:rPr>
        <w:t>过</w:t>
      </w:r>
      <w:r>
        <w:rPr>
          <w:rFonts w:ascii="Ddylr05K+KaiTi" w:hAnsi="Ddylr05K+KaiTi" w:eastAsia="Ddylr05K+KaiTi"/>
          <w:color w:val="000000"/>
          <w:sz w:val="28"/>
        </w:rPr>
        <w:t>评审</w:t>
      </w:r>
      <w:r>
        <w:rPr>
          <w:spacing w:val="-2"/>
          <w:rFonts w:ascii="Ddylr05K+KaiTi" w:hAnsi="Ddylr05K+KaiTi" w:eastAsia="Ddylr05K+KaiTi"/>
          <w:color w:val="000000"/>
          <w:sz w:val="28"/>
        </w:rPr>
        <w:t>企</w:t>
      </w:r>
      <w:r>
        <w:rPr>
          <w:rFonts w:ascii="Ddylr05K+KaiTi" w:hAnsi="Ddylr05K+KaiTi" w:eastAsia="Ddylr05K+KaiTi"/>
          <w:color w:val="000000"/>
          <w:sz w:val="28"/>
        </w:rPr>
        <w:t>业的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《</w:t>
      </w:r>
      <w:r>
        <w:rPr>
          <w:rFonts w:ascii="Ddylr05K+KaiTi" w:hAnsi="Ddylr05K+KaiTi" w:eastAsia="Ddylr05K+KaiTi"/>
          <w:color w:val="000000"/>
          <w:sz w:val="28"/>
        </w:rPr>
        <w:t>营业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执</w:t>
      </w:r>
      <w:r>
        <w:rPr>
          <w:rFonts w:ascii="Ddylr05K+KaiTi" w:hAnsi="Ddylr05K+KaiTi" w:eastAsia="Ddylr05K+KaiTi"/>
          <w:color w:val="000000"/>
          <w:sz w:val="28"/>
        </w:rPr>
        <w:t>照》</w:t>
      </w:r>
      <w:r>
        <w:rPr>
          <w:spacing w:val="-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及企业简</w:t>
      </w:r>
      <w:r>
        <w:rPr>
          <w:spacing w:val="-2"/>
          <w:rFonts w:ascii="Ddylr05K+KaiTi" w:hAnsi="Ddylr05K+KaiTi" w:eastAsia="Ddylr05K+KaiTi"/>
          <w:color w:val="000000"/>
          <w:sz w:val="28"/>
        </w:rPr>
        <w:t>介</w:t>
      </w:r>
      <w:r>
        <w:rPr>
          <w:rFonts w:ascii="Ddylr05K+KaiTi" w:hAnsi="Ddylr05K+KaiTi" w:eastAsia="Ddylr05K+KaiTi"/>
          <w:color w:val="000000"/>
          <w:sz w:val="28"/>
        </w:rPr>
        <w:t>、现</w:t>
      </w:r>
      <w:r>
        <w:rPr>
          <w:spacing w:val="-2"/>
          <w:rFonts w:ascii="Ddylr05K+KaiTi" w:hAnsi="Ddylr05K+KaiTi" w:eastAsia="Ddylr05K+KaiTi"/>
          <w:color w:val="000000"/>
          <w:sz w:val="28"/>
        </w:rPr>
        <w:t>场</w:t>
      </w:r>
      <w:r>
        <w:rPr>
          <w:rFonts w:ascii="Ddylr05K+KaiTi" w:hAnsi="Ddylr05K+KaiTi" w:eastAsia="Ddylr05K+KaiTi"/>
          <w:color w:val="000000"/>
          <w:sz w:val="28"/>
        </w:rPr>
        <w:t>访谈</w:t>
      </w:r>
      <w:r>
        <w:rPr>
          <w:spacing w:val="-2"/>
          <w:rFonts w:ascii="Ddylr05K+KaiTi" w:hAnsi="Ddylr05K+KaiTi" w:eastAsia="Ddylr05K+KaiTi"/>
          <w:color w:val="000000"/>
          <w:sz w:val="28"/>
        </w:rPr>
        <w:t>企</w:t>
      </w:r>
      <w:r>
        <w:rPr>
          <w:rFonts w:ascii="Ddylr05K+KaiTi" w:hAnsi="Ddylr05K+KaiTi" w:eastAsia="Ddylr05K+KaiTi"/>
          <w:color w:val="000000"/>
          <w:sz w:val="28"/>
        </w:rPr>
        <w:t>业，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确认</w:t>
      </w:r>
      <w:r>
        <w:rPr>
          <w:rFonts w:ascii="Ddylr05K+KaiTi" w:hAnsi="Ddylr05K+KaiTi" w:eastAsia="Ddylr05K+KaiTi"/>
          <w:color w:val="000000"/>
          <w:sz w:val="28"/>
        </w:rPr>
        <w:t>企业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基本</w:t>
      </w:r>
      <w:r>
        <w:rPr>
          <w:spacing w:val="-2"/>
          <w:rFonts w:ascii="Ddylr05K+KaiTi" w:hAnsi="Ddylr05K+KaiTi" w:eastAsia="Ddylr05K+KaiTi"/>
          <w:color w:val="000000"/>
          <w:sz w:val="28"/>
        </w:rPr>
        <w:t>信</w:t>
      </w:r>
      <w:r>
        <w:rPr>
          <w:rFonts w:ascii="Ddylr05K+KaiTi" w:hAnsi="Ddylr05K+KaiTi" w:eastAsia="Ddylr05K+KaiTi"/>
          <w:color w:val="000000"/>
          <w:sz w:val="28"/>
        </w:rPr>
        <w:t>息如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：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一）受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评</w:t>
      </w:r>
      <w:r>
        <w:rPr>
          <w:rFonts w:ascii="Ddylr05K+KaiTi" w:hAnsi="Ddylr05K+KaiTi" w:eastAsia="Ddylr05K+KaiTi"/>
          <w:b/>
          <w:color w:val="000000"/>
          <w:sz w:val="28"/>
        </w:rPr>
        <w:t>价方企业基本信息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tab/>
      </w:r>
      <w:r>
        <w:rPr>
          <w:rFonts w:ascii="Ddylr05K+KaiTi" w:hAnsi="Ddylr05K+KaiTi" w:eastAsia="Ddylr05K+KaiTi"/>
          <w:color w:val="000000"/>
          <w:sz w:val="28"/>
        </w:rPr>
        <w:t>企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名称：山</w:t>
      </w:r>
      <w:r>
        <w:rPr>
          <w:spacing w:val="-2"/>
          <w:rFonts w:ascii="Ddylr05K+KaiTi" w:hAnsi="Ddylr05K+KaiTi" w:eastAsia="Ddylr05K+KaiTi"/>
          <w:color w:val="000000"/>
          <w:sz w:val="28"/>
        </w:rPr>
        <w:t>东</w:t>
      </w:r>
      <w:r>
        <w:rPr>
          <w:rFonts w:ascii="Ddylr05K+KaiTi" w:hAnsi="Ddylr05K+KaiTi" w:eastAsia="Ddylr05K+KaiTi"/>
          <w:color w:val="000000"/>
          <w:sz w:val="28"/>
        </w:rPr>
        <w:t>国众</w:t>
      </w:r>
      <w:r>
        <w:rPr>
          <w:spacing w:val="-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械科</w:t>
      </w:r>
      <w:r>
        <w:rPr>
          <w:spacing w:val="-2"/>
          <w:rFonts w:ascii="Ddylr05K+KaiTi" w:hAnsi="Ddylr05K+KaiTi" w:eastAsia="Ddylr05K+KaiTi"/>
          <w:color w:val="000000"/>
          <w:sz w:val="28"/>
        </w:rPr>
        <w:t>技</w:t>
      </w:r>
      <w:r>
        <w:rPr>
          <w:rFonts w:ascii="Ddylr05K+KaiTi" w:hAnsi="Ddylr05K+KaiTi" w:eastAsia="Ddylr05K+KaiTi"/>
          <w:color w:val="000000"/>
          <w:sz w:val="28"/>
        </w:rPr>
        <w:t>有限</w:t>
      </w:r>
      <w:r>
        <w:rPr>
          <w:spacing w:val="-2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司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经</w:t>
      </w:r>
      <w:r>
        <w:rPr>
          <w:spacing w:val="-2"/>
          <w:rFonts w:ascii="Ddylr05K+KaiTi" w:hAnsi="Ddylr05K+KaiTi" w:eastAsia="Ddylr05K+KaiTi"/>
          <w:color w:val="000000"/>
          <w:sz w:val="28"/>
        </w:rPr>
        <w:t>营</w:t>
      </w:r>
      <w:r>
        <w:rPr>
          <w:rFonts w:ascii="Ddylr05K+KaiTi" w:hAnsi="Ddylr05K+KaiTi" w:eastAsia="Ddylr05K+KaiTi"/>
          <w:color w:val="000000"/>
          <w:sz w:val="28"/>
        </w:rPr>
        <w:t>范围</w:t>
      </w:r>
      <w:r>
        <w:rPr>
          <w:spacing w:val="-2"/>
          <w:rFonts w:ascii="Ddylr05K+KaiTi" w:hAnsi="Ddylr05K+KaiTi" w:eastAsia="Ddylr05K+KaiTi"/>
          <w:color w:val="000000"/>
          <w:sz w:val="28"/>
        </w:rPr>
        <w:t>包</w:t>
      </w:r>
      <w:r>
        <w:rPr>
          <w:rFonts w:ascii="Ddylr05K+KaiTi" w:hAnsi="Ddylr05K+KaiTi" w:eastAsia="Ddylr05K+KaiTi"/>
          <w:color w:val="000000"/>
          <w:sz w:val="28"/>
        </w:rPr>
        <w:t>含生</w:t>
      </w:r>
      <w:r>
        <w:rPr>
          <w:spacing w:val="-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销售</w:t>
      </w:r>
      <w:r>
        <w:rPr>
          <w:spacing w:val="-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机械</w:t>
      </w:r>
      <w:r>
        <w:rPr>
          <w:spacing w:val="-2"/>
          <w:rFonts w:ascii="Ddylr05K+KaiTi" w:hAnsi="Ddylr05K+KaiTi" w:eastAsia="Ddylr05K+KaiTi"/>
          <w:color w:val="000000"/>
          <w:sz w:val="28"/>
        </w:rPr>
        <w:t>齿</w:t>
      </w:r>
      <w:r>
        <w:rPr>
          <w:rFonts w:ascii="Ddylr05K+KaiTi" w:hAnsi="Ddylr05K+KaiTi" w:eastAsia="Ddylr05K+KaiTi"/>
          <w:color w:val="000000"/>
          <w:sz w:val="28"/>
        </w:rPr>
        <w:t>轮、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总</w:t>
      </w:r>
      <w:r>
        <w:rPr>
          <w:rFonts w:ascii="Ddylr05K+KaiTi" w:hAnsi="Ddylr05K+KaiTi" w:eastAsia="Ddylr05K+KaiTi"/>
          <w:color w:val="000000"/>
          <w:sz w:val="28"/>
        </w:rPr>
        <w:t>成及</w:t>
      </w:r>
      <w:r>
        <w:rPr>
          <w:spacing w:val="-2"/>
          <w:rFonts w:ascii="Ddylr05K+KaiTi" w:hAnsi="Ddylr05K+KaiTi" w:eastAsia="Ddylr05K+KaiTi"/>
          <w:color w:val="000000"/>
          <w:sz w:val="28"/>
        </w:rPr>
        <w:t>其</w:t>
      </w:r>
      <w:r>
        <w:rPr>
          <w:rFonts w:ascii="Ddylr05K+KaiTi" w:hAnsi="Ddylr05K+KaiTi" w:eastAsia="Ddylr05K+KaiTi"/>
          <w:color w:val="000000"/>
          <w:sz w:val="28"/>
        </w:rPr>
        <w:t>组合</w:t>
      </w:r>
      <w:r>
        <w:rPr>
          <w:spacing w:val="-2"/>
          <w:rFonts w:ascii="Ddylr05K+KaiTi" w:hAnsi="Ddylr05K+KaiTi" w:eastAsia="Ddylr05K+KaiTi"/>
          <w:color w:val="000000"/>
          <w:sz w:val="28"/>
        </w:rPr>
        <w:t>制</w:t>
      </w:r>
      <w:r>
        <w:rPr>
          <w:rFonts w:ascii="Ddylr05K+KaiTi" w:hAnsi="Ddylr05K+KaiTi" w:eastAsia="Ddylr05K+KaiTi"/>
          <w:color w:val="000000"/>
          <w:sz w:val="28"/>
        </w:rPr>
        <w:t>品；</w:t>
      </w:r>
      <w:r>
        <w:rPr>
          <w:spacing w:val="-2"/>
          <w:rFonts w:ascii="Ddylr05K+KaiTi" w:hAnsi="Ddylr05K+KaiTi" w:eastAsia="Ddylr05K+KaiTi"/>
          <w:color w:val="000000"/>
          <w:sz w:val="28"/>
        </w:rPr>
        <w:t>组</w:t>
      </w:r>
      <w:r>
        <w:rPr>
          <w:rFonts w:ascii="Ddylr05K+KaiTi" w:hAnsi="Ddylr05K+KaiTi" w:eastAsia="Ddylr05K+KaiTi"/>
          <w:color w:val="000000"/>
          <w:sz w:val="28"/>
        </w:rPr>
        <w:t>装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数控</w:t>
      </w:r>
      <w:r>
        <w:rPr>
          <w:rFonts w:ascii="Ddylr05K+KaiTi" w:hAnsi="Ddylr05K+KaiTi" w:eastAsia="Ddylr05K+KaiTi"/>
          <w:color w:val="000000"/>
          <w:sz w:val="28"/>
        </w:rPr>
        <w:t>机床</w:t>
      </w:r>
      <w:r>
        <w:rPr>
          <w:spacing w:val="-2"/>
          <w:rFonts w:ascii="Ddylr05K+KaiTi" w:hAnsi="Ddylr05K+KaiTi" w:eastAsia="Ddylr05K+KaiTi"/>
          <w:color w:val="000000"/>
          <w:sz w:val="28"/>
        </w:rPr>
        <w:t>及</w:t>
      </w:r>
      <w:r>
        <w:rPr>
          <w:rFonts w:ascii="Ddylr05K+KaiTi" w:hAnsi="Ddylr05K+KaiTi" w:eastAsia="Ddylr05K+KaiTi"/>
          <w:color w:val="000000"/>
          <w:sz w:val="28"/>
        </w:rPr>
        <w:t>相关</w:t>
      </w:r>
      <w:r>
        <w:rPr>
          <w:spacing w:val="-2"/>
          <w:rFonts w:ascii="Ddylr05K+KaiTi" w:hAnsi="Ddylr05K+KaiTi" w:eastAsia="Ddylr05K+KaiTi"/>
          <w:color w:val="000000"/>
          <w:sz w:val="28"/>
        </w:rPr>
        <w:t>零</w:t>
      </w:r>
      <w:r>
        <w:rPr>
          <w:rFonts w:ascii="Ddylr05K+KaiTi" w:hAnsi="Ddylr05K+KaiTi" w:eastAsia="Ddylr05K+KaiTi"/>
          <w:color w:val="000000"/>
          <w:sz w:val="28"/>
        </w:rPr>
        <w:t>部件</w:t>
      </w:r>
      <w:r>
        <w:rPr>
          <w:spacing w:val="-2"/>
          <w:rFonts w:ascii="Ddylr05K+KaiTi" w:hAnsi="Ddylr05K+KaiTi" w:eastAsia="Ddylr05K+KaiTi"/>
          <w:color w:val="000000"/>
          <w:sz w:val="28"/>
        </w:rPr>
        <w:t>；</w:t>
      </w:r>
      <w:r>
        <w:rPr>
          <w:rFonts w:ascii="Ddylr05K+KaiTi" w:hAnsi="Ddylr05K+KaiTi" w:eastAsia="Ddylr05K+KaiTi"/>
          <w:color w:val="000000"/>
          <w:sz w:val="28"/>
        </w:rPr>
        <w:t>机械</w:t>
      </w:r>
      <w:r>
        <w:rPr>
          <w:spacing w:val="-2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备配</w:t>
      </w:r>
      <w:r>
        <w:rPr>
          <w:spacing w:val="-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销售</w:t>
      </w:r>
      <w:r>
        <w:rPr>
          <w:spacing w:val="-2"/>
          <w:rFonts w:ascii="Ddylr05K+KaiTi" w:hAnsi="Ddylr05K+KaiTi" w:eastAsia="Ddylr05K+KaiTi"/>
          <w:color w:val="000000"/>
          <w:sz w:val="28"/>
        </w:rPr>
        <w:t>与</w:t>
      </w:r>
      <w:r>
        <w:rPr>
          <w:rFonts w:ascii="Ddylr05K+KaiTi" w:hAnsi="Ddylr05K+KaiTi" w:eastAsia="Ddylr05K+KaiTi"/>
          <w:color w:val="000000"/>
          <w:sz w:val="28"/>
        </w:rPr>
        <w:t>修理</w:t>
      </w:r>
      <w:r>
        <w:rPr>
          <w:spacing w:val="-2"/>
          <w:rFonts w:ascii="Ddylr05K+KaiTi" w:hAnsi="Ddylr05K+KaiTi" w:eastAsia="Ddylr05K+KaiTi"/>
          <w:color w:val="000000"/>
          <w:sz w:val="28"/>
        </w:rPr>
        <w:t>。</w:t>
      </w:r>
      <w:r>
        <w:rPr>
          <w:rFonts w:ascii="Ddylr05K+KaiTi" w:hAnsi="Ddylr05K+KaiTi" w:eastAsia="Ddylr05K+KaiTi"/>
          <w:color w:val="000000"/>
          <w:sz w:val="28"/>
        </w:rPr>
        <w:t>(依</w:t>
      </w:r>
      <w:r>
        <w:rPr>
          <w:spacing w:val="-2"/>
          <w:rFonts w:ascii="Ddylr05K+KaiTi" w:hAnsi="Ddylr05K+KaiTi" w:eastAsia="Ddylr05K+KaiTi"/>
          <w:color w:val="000000"/>
          <w:sz w:val="28"/>
        </w:rPr>
        <w:t>法</w:t>
      </w:r>
      <w:r>
        <w:rPr>
          <w:rFonts w:ascii="Ddylr05K+KaiTi" w:hAnsi="Ddylr05K+KaiTi" w:eastAsia="Ddylr05K+KaiTi"/>
          <w:color w:val="000000"/>
          <w:sz w:val="28"/>
        </w:rPr>
        <w:t>须经</w:t>
      </w:r>
      <w:r>
        <w:rPr>
          <w:spacing w:val="-2"/>
          <w:rFonts w:ascii="Ddylr05K+KaiTi" w:hAnsi="Ddylr05K+KaiTi" w:eastAsia="Ddylr05K+KaiTi"/>
          <w:color w:val="000000"/>
          <w:sz w:val="28"/>
        </w:rPr>
        <w:t>批</w:t>
      </w:r>
      <w:r>
        <w:rPr>
          <w:rFonts w:ascii="Ddylr05K+KaiTi" w:hAnsi="Ddylr05K+KaiTi" w:eastAsia="Ddylr05K+KaiTi"/>
          <w:color w:val="000000"/>
          <w:sz w:val="28"/>
        </w:rPr>
        <w:t>准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的项</w:t>
      </w:r>
      <w:r>
        <w:rPr>
          <w:rFonts w:ascii="Ddylr05K+KaiTi" w:hAnsi="Ddylr05K+KaiTi" w:eastAsia="Ddylr05K+KaiTi"/>
          <w:color w:val="000000"/>
          <w:sz w:val="28"/>
        </w:rPr>
        <w:t>目，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相关</w:t>
      </w:r>
      <w:r>
        <w:rPr>
          <w:spacing w:val="-2"/>
          <w:rFonts w:ascii="Ddylr05K+KaiTi" w:hAnsi="Ddylr05K+KaiTi" w:eastAsia="Ddylr05K+KaiTi"/>
          <w:color w:val="000000"/>
          <w:sz w:val="28"/>
        </w:rPr>
        <w:t>部</w:t>
      </w:r>
      <w:r>
        <w:rPr>
          <w:rFonts w:ascii="Ddylr05K+KaiTi" w:hAnsi="Ddylr05K+KaiTi" w:eastAsia="Ddylr05K+KaiTi"/>
          <w:color w:val="000000"/>
          <w:sz w:val="28"/>
        </w:rPr>
        <w:t>门批</w:t>
      </w:r>
      <w:r>
        <w:rPr>
          <w:spacing w:val="-2"/>
          <w:rFonts w:ascii="Ddylr05K+KaiTi" w:hAnsi="Ddylr05K+KaiTi" w:eastAsia="Ddylr05K+KaiTi"/>
          <w:color w:val="000000"/>
          <w:sz w:val="28"/>
        </w:rPr>
        <w:t>准</w:t>
      </w:r>
      <w:r>
        <w:rPr>
          <w:rFonts w:ascii="Ddylr05K+KaiTi" w:hAnsi="Ddylr05K+KaiTi" w:eastAsia="Ddylr05K+KaiTi"/>
          <w:color w:val="000000"/>
          <w:sz w:val="28"/>
        </w:rPr>
        <w:t>后方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可</w:t>
      </w:r>
      <w:r>
        <w:rPr>
          <w:rFonts w:ascii="Ddylr05K+KaiTi" w:hAnsi="Ddylr05K+KaiTi" w:eastAsia="Ddylr05K+KaiTi"/>
          <w:color w:val="000000"/>
          <w:sz w:val="28"/>
        </w:rPr>
        <w:t>开展</w:t>
      </w:r>
      <w:r>
        <w:rPr>
          <w:spacing w:val="-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营活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)。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统</w:t>
      </w:r>
      <w:r>
        <w:rPr>
          <w:spacing w:val="-2"/>
          <w:rFonts w:ascii="Ddylr05K+KaiTi" w:hAnsi="Ddylr05K+KaiTi" w:eastAsia="Ddylr05K+KaiTi"/>
          <w:color w:val="000000"/>
          <w:sz w:val="28"/>
        </w:rPr>
        <w:t>一</w:t>
      </w:r>
      <w:r>
        <w:rPr>
          <w:rFonts w:ascii="Ddylr05K+KaiTi" w:hAnsi="Ddylr05K+KaiTi" w:eastAsia="Ddylr05K+KaiTi"/>
          <w:color w:val="000000"/>
          <w:sz w:val="28"/>
        </w:rPr>
        <w:t>社会</w:t>
      </w:r>
      <w:r>
        <w:rPr>
          <w:spacing w:val="-2"/>
          <w:rFonts w:ascii="Ddylr05K+KaiTi" w:hAnsi="Ddylr05K+KaiTi" w:eastAsia="Ddylr05K+KaiTi"/>
          <w:color w:val="000000"/>
          <w:sz w:val="28"/>
        </w:rPr>
        <w:t>信</w:t>
      </w:r>
      <w:r>
        <w:rPr>
          <w:rFonts w:ascii="Ddylr05K+KaiTi" w:hAnsi="Ddylr05K+KaiTi" w:eastAsia="Ddylr05K+KaiTi"/>
          <w:color w:val="000000"/>
          <w:sz w:val="28"/>
        </w:rPr>
        <w:t>用代</w:t>
      </w:r>
      <w:r>
        <w:rPr>
          <w:spacing w:val="-2"/>
          <w:rFonts w:ascii="Ddylr05K+KaiTi" w:hAnsi="Ddylr05K+KaiTi" w:eastAsia="Ddylr05K+KaiTi"/>
          <w:color w:val="000000"/>
          <w:sz w:val="28"/>
        </w:rPr>
        <w:t>码</w:t>
      </w:r>
      <w:r>
        <w:rPr>
          <w:rFonts w:ascii="Ddylr05K+KaiTi" w:hAnsi="Ddylr05K+KaiTi" w:eastAsia="Ddylr05K+KaiTi"/>
          <w:color w:val="000000"/>
          <w:sz w:val="28"/>
        </w:rPr>
        <w:t>：9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37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30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74</w:t>
      </w:r>
      <w:r>
        <w:rPr>
          <w:spacing w:val="-2"/>
          <w:rFonts w:ascii="Ddylr05K+KaiTi" w:hAnsi="Ddylr05K+KaiTi" w:eastAsia="Ddylr05K+KaiTi"/>
          <w:color w:val="000000"/>
          <w:sz w:val="28"/>
        </w:rPr>
        <w:t>4</w:t>
      </w:r>
      <w:r>
        <w:rPr>
          <w:rFonts w:ascii="Ddylr05K+KaiTi" w:hAnsi="Ddylr05K+KaiTi" w:eastAsia="Ddylr05K+KaiTi"/>
          <w:color w:val="000000"/>
          <w:sz w:val="28"/>
        </w:rPr>
        <w:t>53</w:t>
      </w:r>
      <w:r>
        <w:rPr>
          <w:spacing w:val="-2"/>
          <w:rFonts w:ascii="Ddylr05K+KaiTi" w:hAnsi="Ddylr05K+KaiTi" w:eastAsia="Ddylr05K+KaiTi"/>
          <w:color w:val="000000"/>
          <w:sz w:val="28"/>
        </w:rPr>
        <w:t>9</w:t>
      </w:r>
      <w:r>
        <w:rPr>
          <w:rFonts w:ascii="Ddylr05K+KaiTi" w:hAnsi="Ddylr05K+KaiTi" w:eastAsia="Ddylr05K+KaiTi"/>
          <w:color w:val="000000"/>
          <w:sz w:val="28"/>
        </w:rPr>
        <w:t>79</w:t>
      </w:r>
      <w:r>
        <w:rPr>
          <w:spacing w:val="-2"/>
          <w:rFonts w:ascii="Ddylr05K+KaiTi" w:hAnsi="Ddylr05K+KaiTi" w:eastAsia="Ddylr05K+KaiTi"/>
          <w:color w:val="000000"/>
          <w:sz w:val="28"/>
        </w:rPr>
        <w:t>7</w:t>
      </w:r>
      <w:r>
        <w:rPr>
          <w:rFonts w:ascii="Ddylr05K+KaiTi" w:hAnsi="Ddylr05K+KaiTi" w:eastAsia="Ddylr05K+KaiTi"/>
          <w:color w:val="000000"/>
          <w:sz w:val="28"/>
        </w:rPr>
        <w:t>W。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注</w:t>
      </w:r>
      <w:r>
        <w:rPr>
          <w:spacing w:val="-2"/>
          <w:rFonts w:ascii="Ddylr05K+KaiTi" w:hAnsi="Ddylr05K+KaiTi" w:eastAsia="Ddylr05K+KaiTi"/>
          <w:color w:val="000000"/>
          <w:sz w:val="28"/>
        </w:rPr>
        <w:t>册</w:t>
      </w:r>
      <w:r>
        <w:rPr>
          <w:rFonts w:ascii="Ddylr05K+KaiTi" w:hAnsi="Ddylr05K+KaiTi" w:eastAsia="Ddylr05K+KaiTi"/>
          <w:color w:val="000000"/>
          <w:sz w:val="28"/>
        </w:rPr>
        <w:t>地址：临</w:t>
      </w:r>
      <w:r>
        <w:rPr>
          <w:spacing w:val="-2"/>
          <w:rFonts w:ascii="Ddylr05K+KaiTi" w:hAnsi="Ddylr05K+KaiTi" w:eastAsia="Ddylr05K+KaiTi"/>
          <w:color w:val="000000"/>
          <w:sz w:val="28"/>
        </w:rPr>
        <w:t>沂</w:t>
      </w:r>
      <w:r>
        <w:rPr>
          <w:rFonts w:ascii="Ddylr05K+KaiTi" w:hAnsi="Ddylr05K+KaiTi" w:eastAsia="Ddylr05K+KaiTi"/>
          <w:color w:val="000000"/>
          <w:sz w:val="28"/>
        </w:rPr>
        <w:t>经济</w:t>
      </w:r>
      <w:r>
        <w:rPr>
          <w:spacing w:val="-2"/>
          <w:rFonts w:ascii="Ddylr05K+KaiTi" w:hAnsi="Ddylr05K+KaiTi" w:eastAsia="Ddylr05K+KaiTi"/>
          <w:color w:val="000000"/>
          <w:sz w:val="28"/>
        </w:rPr>
        <w:t>技</w:t>
      </w:r>
      <w:r>
        <w:rPr>
          <w:rFonts w:ascii="Ddylr05K+KaiTi" w:hAnsi="Ddylr05K+KaiTi" w:eastAsia="Ddylr05K+KaiTi"/>
          <w:color w:val="000000"/>
          <w:sz w:val="28"/>
        </w:rPr>
        <w:t>术开</w:t>
      </w:r>
      <w:r>
        <w:rPr>
          <w:spacing w:val="-2"/>
          <w:rFonts w:ascii="Ddylr05K+KaiTi" w:hAnsi="Ddylr05K+KaiTi" w:eastAsia="Ddylr05K+KaiTi"/>
          <w:color w:val="000000"/>
          <w:sz w:val="28"/>
        </w:rPr>
        <w:t>发</w:t>
      </w:r>
      <w:r>
        <w:rPr>
          <w:rFonts w:ascii="Ddylr05K+KaiTi" w:hAnsi="Ddylr05K+KaiTi" w:eastAsia="Ddylr05K+KaiTi"/>
          <w:color w:val="000000"/>
          <w:sz w:val="28"/>
        </w:rPr>
        <w:t>区梅</w:t>
      </w:r>
      <w:r>
        <w:rPr>
          <w:spacing w:val="-2"/>
          <w:rFonts w:ascii="Ddylr05K+KaiTi" w:hAnsi="Ddylr05K+KaiTi" w:eastAsia="Ddylr05K+KaiTi"/>
          <w:color w:val="000000"/>
          <w:sz w:val="28"/>
        </w:rPr>
        <w:t>埠</w:t>
      </w:r>
      <w:r>
        <w:rPr>
          <w:rFonts w:ascii="Ddylr05K+KaiTi" w:hAnsi="Ddylr05K+KaiTi" w:eastAsia="Ddylr05K+KaiTi"/>
          <w:color w:val="000000"/>
          <w:sz w:val="28"/>
        </w:rPr>
        <w:t>办事</w:t>
      </w:r>
      <w:r>
        <w:rPr>
          <w:spacing w:val="-2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金升</w:t>
      </w:r>
      <w:r>
        <w:rPr>
          <w:spacing w:val="68"/>
          <w:rFonts w:ascii="Ddylr05K+KaiTi" w:hAnsi="Ddylr05K+KaiTi" w:eastAsia="Ddylr05K+KaiTi"/>
          <w:color w:val="000000"/>
          <w:sz w:val="28"/>
        </w:rPr>
        <w:t>路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0"/>
          <w:rFonts w:ascii="Ddylr05K+KaiTi" w:hAnsi="Ddylr05K+KaiTi" w:eastAsia="Ddylr05K+KaiTi"/>
          <w:color w:val="000000"/>
          <w:sz w:val="28"/>
        </w:rPr>
        <w:t>9</w:t>
      </w:r>
      <w:r>
        <w:rPr>
          <w:rFonts w:ascii="Ddylr05K+KaiTi" w:hAnsi="Ddylr05K+KaiTi" w:eastAsia="Ddylr05K+KaiTi"/>
          <w:color w:val="000000"/>
          <w:sz w:val="28"/>
        </w:rPr>
        <w:t>号。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生</w:t>
      </w:r>
      <w:r>
        <w:rPr>
          <w:spacing w:val="-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地址：临</w:t>
      </w:r>
      <w:r>
        <w:rPr>
          <w:spacing w:val="-2"/>
          <w:rFonts w:ascii="Ddylr05K+KaiTi" w:hAnsi="Ddylr05K+KaiTi" w:eastAsia="Ddylr05K+KaiTi"/>
          <w:color w:val="000000"/>
          <w:sz w:val="28"/>
        </w:rPr>
        <w:t>沂</w:t>
      </w:r>
      <w:r>
        <w:rPr>
          <w:rFonts w:ascii="Ddylr05K+KaiTi" w:hAnsi="Ddylr05K+KaiTi" w:eastAsia="Ddylr05K+KaiTi"/>
          <w:color w:val="000000"/>
          <w:sz w:val="28"/>
        </w:rPr>
        <w:t>经济</w:t>
      </w:r>
      <w:r>
        <w:rPr>
          <w:spacing w:val="-2"/>
          <w:rFonts w:ascii="Ddylr05K+KaiTi" w:hAnsi="Ddylr05K+KaiTi" w:eastAsia="Ddylr05K+KaiTi"/>
          <w:color w:val="000000"/>
          <w:sz w:val="28"/>
        </w:rPr>
        <w:t>技</w:t>
      </w:r>
      <w:r>
        <w:rPr>
          <w:rFonts w:ascii="Ddylr05K+KaiTi" w:hAnsi="Ddylr05K+KaiTi" w:eastAsia="Ddylr05K+KaiTi"/>
          <w:color w:val="000000"/>
          <w:sz w:val="28"/>
        </w:rPr>
        <w:t>术开</w:t>
      </w:r>
      <w:r>
        <w:rPr>
          <w:spacing w:val="-2"/>
          <w:rFonts w:ascii="Ddylr05K+KaiTi" w:hAnsi="Ddylr05K+KaiTi" w:eastAsia="Ddylr05K+KaiTi"/>
          <w:color w:val="000000"/>
          <w:sz w:val="28"/>
        </w:rPr>
        <w:t>发</w:t>
      </w:r>
      <w:r>
        <w:rPr>
          <w:rFonts w:ascii="Ddylr05K+KaiTi" w:hAnsi="Ddylr05K+KaiTi" w:eastAsia="Ddylr05K+KaiTi"/>
          <w:color w:val="000000"/>
          <w:sz w:val="28"/>
        </w:rPr>
        <w:t>区梅</w:t>
      </w:r>
      <w:r>
        <w:rPr>
          <w:spacing w:val="-2"/>
          <w:rFonts w:ascii="Ddylr05K+KaiTi" w:hAnsi="Ddylr05K+KaiTi" w:eastAsia="Ddylr05K+KaiTi"/>
          <w:color w:val="000000"/>
          <w:sz w:val="28"/>
        </w:rPr>
        <w:t>埠</w:t>
      </w:r>
      <w:r>
        <w:rPr>
          <w:rFonts w:ascii="Ddylr05K+KaiTi" w:hAnsi="Ddylr05K+KaiTi" w:eastAsia="Ddylr05K+KaiTi"/>
          <w:color w:val="000000"/>
          <w:sz w:val="28"/>
        </w:rPr>
        <w:t>办事</w:t>
      </w:r>
      <w:r>
        <w:rPr>
          <w:spacing w:val="-2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金升</w:t>
      </w:r>
      <w:r>
        <w:rPr>
          <w:spacing w:val="68"/>
          <w:rFonts w:ascii="Ddylr05K+KaiTi" w:hAnsi="Ddylr05K+KaiTi" w:eastAsia="Ddylr05K+KaiTi"/>
          <w:color w:val="000000"/>
          <w:sz w:val="28"/>
        </w:rPr>
        <w:t>路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spacing w:val="70"/>
          <w:rFonts w:ascii="Ddylr05K+KaiTi" w:hAnsi="Ddylr05K+KaiTi" w:eastAsia="Ddylr05K+KaiTi"/>
          <w:color w:val="000000"/>
          <w:sz w:val="28"/>
        </w:rPr>
        <w:t>9</w:t>
      </w:r>
      <w:r>
        <w:rPr>
          <w:rFonts w:ascii="Ddylr05K+KaiTi" w:hAnsi="Ddylr05K+KaiTi" w:eastAsia="Ddylr05K+KaiTi"/>
          <w:color w:val="000000"/>
          <w:sz w:val="28"/>
        </w:rPr>
        <w:t>号。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成</w:t>
      </w:r>
      <w:r>
        <w:rPr>
          <w:spacing w:val="-2"/>
          <w:rFonts w:ascii="Ddylr05K+KaiTi" w:hAnsi="Ddylr05K+KaiTi" w:eastAsia="Ddylr05K+KaiTi"/>
          <w:color w:val="000000"/>
          <w:sz w:val="28"/>
        </w:rPr>
        <w:t>立</w:t>
      </w:r>
      <w:r>
        <w:rPr>
          <w:rFonts w:ascii="Ddylr05K+KaiTi" w:hAnsi="Ddylr05K+KaiTi" w:eastAsia="Ddylr05K+KaiTi"/>
          <w:color w:val="000000"/>
          <w:sz w:val="28"/>
        </w:rPr>
        <w:t>时间：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spacing w:val="2"/>
          <w:rFonts w:ascii="Ddylr05K+KaiTi" w:hAnsi="Ddylr05K+KaiTi" w:eastAsia="Ddylr05K+KaiTi"/>
          <w:color w:val="000000"/>
          <w:sz w:val="28"/>
        </w:rPr>
        <w:t>9</w:t>
      </w:r>
      <w:r>
        <w:rPr>
          <w:spacing w:val="-2"/>
          <w:rFonts w:ascii="Ddylr05K+KaiTi" w:hAnsi="Ddylr05K+KaiTi" w:eastAsia="Ddylr05K+KaiTi"/>
          <w:color w:val="000000"/>
          <w:sz w:val="28"/>
        </w:rPr>
        <w:t>89</w:t>
      </w:r>
      <w:r>
        <w:rPr>
          <w:spacing w:val="2"/>
          <w:rFonts w:ascii="Ddylr05K+KaiTi" w:hAnsi="Ddylr05K+KaiTi" w:eastAsia="Ddylr05K+KaiTi"/>
          <w:color w:val="000000"/>
          <w:sz w:val="28"/>
        </w:rPr>
        <w:t>-</w:t>
      </w:r>
      <w:r>
        <w:rPr>
          <w:spacing w:val="-2"/>
          <w:rFonts w:ascii="Ddylr05K+KaiTi" w:hAnsi="Ddylr05K+KaiTi" w:eastAsia="Ddylr05K+KaiTi"/>
          <w:color w:val="000000"/>
          <w:sz w:val="28"/>
        </w:rPr>
        <w:t>10</w:t>
      </w:r>
      <w:r>
        <w:rPr>
          <w:spacing w:val="2"/>
          <w:rFonts w:ascii="Ddylr05K+KaiTi" w:hAnsi="Ddylr05K+KaiTi" w:eastAsia="Ddylr05K+KaiTi"/>
          <w:color w:val="000000"/>
          <w:sz w:val="28"/>
        </w:rPr>
        <w:t>-</w:t>
      </w:r>
      <w:r>
        <w:rPr>
          <w:spacing w:val="-2"/>
          <w:rFonts w:ascii="Ddylr05K+KaiTi" w:hAnsi="Ddylr05K+KaiTi" w:eastAsia="Ddylr05K+KaiTi"/>
          <w:color w:val="000000"/>
          <w:sz w:val="28"/>
        </w:rPr>
        <w:t>25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92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所</w:t>
      </w:r>
      <w:r>
        <w:rPr>
          <w:spacing w:val="-2"/>
          <w:rFonts w:ascii="Ddylr05K+KaiTi" w:hAnsi="Ddylr05K+KaiTi" w:eastAsia="Ddylr05K+KaiTi"/>
          <w:color w:val="000000"/>
          <w:sz w:val="28"/>
        </w:rPr>
        <w:t>有</w:t>
      </w:r>
      <w:r>
        <w:rPr>
          <w:rFonts w:ascii="Ddylr05K+KaiTi" w:hAnsi="Ddylr05K+KaiTi" w:eastAsia="Ddylr05K+KaiTi"/>
          <w:color w:val="000000"/>
          <w:sz w:val="28"/>
        </w:rPr>
        <w:t>制性</w:t>
      </w:r>
      <w:r>
        <w:rPr>
          <w:spacing w:val="-2"/>
          <w:rFonts w:ascii="Ddylr05K+KaiTi" w:hAnsi="Ddylr05K+KaiTi" w:eastAsia="Ddylr05K+KaiTi"/>
          <w:color w:val="000000"/>
          <w:sz w:val="28"/>
        </w:rPr>
        <w:t>质</w:t>
      </w:r>
      <w:r>
        <w:rPr>
          <w:rFonts w:ascii="Ddylr05K+KaiTi" w:hAnsi="Ddylr05K+KaiTi" w:eastAsia="Ddylr05K+KaiTi"/>
          <w:color w:val="000000"/>
          <w:sz w:val="28"/>
        </w:rPr>
        <w:t>：有</w:t>
      </w:r>
      <w:r>
        <w:rPr>
          <w:spacing w:val="-2"/>
          <w:rFonts w:ascii="Ddylr05K+KaiTi" w:hAnsi="Ddylr05K+KaiTi" w:eastAsia="Ddylr05K+KaiTi"/>
          <w:color w:val="000000"/>
          <w:sz w:val="28"/>
        </w:rPr>
        <w:t>限</w:t>
      </w:r>
      <w:r>
        <w:rPr>
          <w:rFonts w:ascii="Ddylr05K+KaiTi" w:hAnsi="Ddylr05K+KaiTi" w:eastAsia="Ddylr05K+KaiTi"/>
          <w:color w:val="000000"/>
          <w:sz w:val="28"/>
        </w:rPr>
        <w:t>责任</w:t>
      </w:r>
      <w:r>
        <w:rPr>
          <w:spacing w:val="-2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司(自</w:t>
      </w:r>
      <w:r>
        <w:rPr>
          <w:spacing w:val="-2"/>
          <w:rFonts w:ascii="Ddylr05K+KaiTi" w:hAnsi="Ddylr05K+KaiTi" w:eastAsia="Ddylr05K+KaiTi"/>
          <w:color w:val="000000"/>
          <w:sz w:val="28"/>
        </w:rPr>
        <w:t>然</w:t>
      </w:r>
      <w:r>
        <w:rPr>
          <w:rFonts w:ascii="Ddylr05K+KaiTi" w:hAnsi="Ddylr05K+KaiTi" w:eastAsia="Ddylr05K+KaiTi"/>
          <w:color w:val="000000"/>
          <w:sz w:val="28"/>
        </w:rPr>
        <w:t>人投</w:t>
      </w:r>
      <w:r>
        <w:rPr>
          <w:spacing w:val="-2"/>
          <w:rFonts w:ascii="Ddylr05K+KaiTi" w:hAnsi="Ddylr05K+KaiTi" w:eastAsia="Ddylr05K+KaiTi"/>
          <w:color w:val="000000"/>
          <w:sz w:val="28"/>
        </w:rPr>
        <w:t>资</w:t>
      </w:r>
      <w:r>
        <w:rPr>
          <w:rFonts w:ascii="Ddylr05K+KaiTi" w:hAnsi="Ddylr05K+KaiTi" w:eastAsia="Ddylr05K+KaiTi"/>
          <w:color w:val="000000"/>
          <w:sz w:val="28"/>
        </w:rPr>
        <w:t>或控</w:t>
      </w:r>
      <w:r>
        <w:rPr>
          <w:spacing w:val="-2"/>
          <w:rFonts w:ascii="Ddylr05K+KaiTi" w:hAnsi="Ddylr05K+KaiTi" w:eastAsia="Ddylr05K+KaiTi"/>
          <w:color w:val="000000"/>
          <w:sz w:val="28"/>
        </w:rPr>
        <w:t>股</w:t>
      </w:r>
      <w:r>
        <w:rPr>
          <w:rFonts w:ascii="Ddylr05K+KaiTi" w:hAnsi="Ddylr05K+KaiTi" w:eastAsia="Ddylr05K+KaiTi"/>
          <w:color w:val="000000"/>
          <w:sz w:val="28"/>
        </w:rPr>
        <w:t>)。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432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二）企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业</w:t>
      </w:r>
      <w:r>
        <w:rPr>
          <w:rFonts w:ascii="Ddylr05K+KaiTi" w:hAnsi="Ddylr05K+KaiTi" w:eastAsia="Ddylr05K+KaiTi"/>
          <w:b/>
          <w:color w:val="000000"/>
          <w:sz w:val="28"/>
        </w:rPr>
        <w:t>的组织机构</w:t>
      </w:r>
      <w:r>
        <w:br/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企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有总</w:t>
      </w:r>
      <w:r>
        <w:rPr>
          <w:spacing w:val="-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理各</w:t>
      </w:r>
      <w:r>
        <w:rPr>
          <w:spacing w:val="-2"/>
          <w:rFonts w:ascii="Ddylr05K+KaiTi" w:hAnsi="Ddylr05K+KaiTi" w:eastAsia="Ddylr05K+KaiTi"/>
          <w:color w:val="000000"/>
          <w:sz w:val="28"/>
        </w:rPr>
        <w:t>一</w:t>
      </w:r>
      <w:r>
        <w:rPr>
          <w:rFonts w:ascii="Ddylr05K+KaiTi" w:hAnsi="Ddylr05K+KaiTi" w:eastAsia="Ddylr05K+KaiTi"/>
          <w:color w:val="000000"/>
          <w:sz w:val="28"/>
        </w:rPr>
        <w:t>名，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设管</w:t>
      </w:r>
      <w:r>
        <w:rPr>
          <w:spacing w:val="-2"/>
          <w:rFonts w:ascii="Ddylr05K+KaiTi" w:hAnsi="Ddylr05K+KaiTi" w:eastAsia="Ddylr05K+KaiTi"/>
          <w:color w:val="000000"/>
          <w:sz w:val="28"/>
        </w:rPr>
        <w:t>理</w:t>
      </w:r>
      <w:r>
        <w:rPr>
          <w:rFonts w:ascii="Ddylr05K+KaiTi" w:hAnsi="Ddylr05K+KaiTi" w:eastAsia="Ddylr05K+KaiTi"/>
          <w:color w:val="000000"/>
          <w:sz w:val="28"/>
        </w:rPr>
        <w:t>者代</w:t>
      </w:r>
      <w:r>
        <w:rPr>
          <w:spacing w:val="-2"/>
          <w:rFonts w:ascii="Ddylr05K+KaiTi" w:hAnsi="Ddylr05K+KaiTi" w:eastAsia="Ddylr05K+KaiTi"/>
          <w:color w:val="000000"/>
          <w:sz w:val="28"/>
        </w:rPr>
        <w:t>表</w:t>
      </w:r>
      <w:r>
        <w:rPr>
          <w:rFonts w:ascii="Ddylr05K+KaiTi" w:hAnsi="Ddylr05K+KaiTi" w:eastAsia="Ddylr05K+KaiTi"/>
          <w:color w:val="000000"/>
          <w:sz w:val="28"/>
        </w:rPr>
        <w:t>、产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研发</w:t>
      </w:r>
      <w:r>
        <w:rPr>
          <w:spacing w:val="-2"/>
          <w:rFonts w:ascii="Ddylr05K+KaiTi" w:hAnsi="Ddylr05K+KaiTi" w:eastAsia="Ddylr05K+KaiTi"/>
          <w:color w:val="000000"/>
          <w:sz w:val="28"/>
        </w:rPr>
        <w:t>部</w:t>
      </w:r>
      <w:r>
        <w:rPr>
          <w:rFonts w:ascii="Ddylr05K+KaiTi" w:hAnsi="Ddylr05K+KaiTi" w:eastAsia="Ddylr05K+KaiTi"/>
          <w:color w:val="000000"/>
          <w:sz w:val="28"/>
        </w:rPr>
        <w:t>、制</w:t>
      </w:r>
      <w:r>
        <w:rPr>
          <w:spacing w:val="-2"/>
          <w:rFonts w:ascii="Ddylr05K+KaiTi" w:hAnsi="Ddylr05K+KaiTi" w:eastAsia="Ddylr05K+KaiTi"/>
          <w:color w:val="000000"/>
          <w:sz w:val="28"/>
        </w:rPr>
        <w:t>造</w:t>
      </w:r>
      <w:r>
        <w:rPr>
          <w:rFonts w:ascii="Ddylr05K+KaiTi" w:hAnsi="Ddylr05K+KaiTi" w:eastAsia="Ddylr05K+KaiTi"/>
          <w:color w:val="000000"/>
          <w:sz w:val="28"/>
        </w:rPr>
        <w:t>技</w:t>
      </w:r>
      <w:r>
        <w:rPr>
          <w:spacing w:val="-2"/>
          <w:rFonts w:ascii="Ddylr05K+KaiTi" w:hAnsi="Ddylr05K+KaiTi" w:eastAsia="Ddylr05K+KaiTi"/>
          <w:color w:val="000000"/>
          <w:sz w:val="28"/>
        </w:rPr>
        <w:t>术部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市</w:t>
      </w:r>
      <w:r>
        <w:rPr>
          <w:rFonts w:ascii="Ddylr05K+KaiTi" w:hAnsi="Ddylr05K+KaiTi" w:eastAsia="Ddylr05K+KaiTi"/>
          <w:color w:val="000000"/>
          <w:sz w:val="28"/>
        </w:rPr>
        <w:t>场营</w:t>
      </w:r>
      <w:r>
        <w:rPr>
          <w:spacing w:val="-2"/>
          <w:rFonts w:ascii="Ddylr05K+KaiTi" w:hAnsi="Ddylr05K+KaiTi" w:eastAsia="Ddylr05K+KaiTi"/>
          <w:color w:val="000000"/>
          <w:sz w:val="28"/>
        </w:rPr>
        <w:t>销</w:t>
      </w:r>
      <w:r>
        <w:rPr>
          <w:rFonts w:ascii="Ddylr05K+KaiTi" w:hAnsi="Ddylr05K+KaiTi" w:eastAsia="Ddylr05K+KaiTi"/>
          <w:color w:val="000000"/>
          <w:sz w:val="28"/>
        </w:rPr>
        <w:t>部、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质</w:t>
      </w:r>
      <w:r>
        <w:rPr>
          <w:rFonts w:ascii="Ddylr05K+KaiTi" w:hAnsi="Ddylr05K+KaiTi" w:eastAsia="Ddylr05K+KaiTi"/>
          <w:color w:val="000000"/>
          <w:sz w:val="28"/>
        </w:rPr>
        <w:t>量保</w:t>
      </w:r>
      <w:r>
        <w:rPr>
          <w:spacing w:val="-2"/>
          <w:rFonts w:ascii="Ddylr05K+KaiTi" w:hAnsi="Ddylr05K+KaiTi" w:eastAsia="Ddylr05K+KaiTi"/>
          <w:color w:val="000000"/>
          <w:sz w:val="28"/>
        </w:rPr>
        <w:t>证</w:t>
      </w:r>
      <w:r>
        <w:rPr>
          <w:rFonts w:ascii="Ddylr05K+KaiTi" w:hAnsi="Ddylr05K+KaiTi" w:eastAsia="Ddylr05K+KaiTi"/>
          <w:color w:val="000000"/>
          <w:sz w:val="28"/>
        </w:rPr>
        <w:t>部、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仓</w:t>
      </w:r>
      <w:r>
        <w:rPr>
          <w:rFonts w:ascii="Ddylr05K+KaiTi" w:hAnsi="Ddylr05K+KaiTi" w:eastAsia="Ddylr05K+KaiTi"/>
          <w:color w:val="000000"/>
          <w:sz w:val="28"/>
        </w:rPr>
        <w:t>储物</w:t>
      </w:r>
      <w:r>
        <w:rPr>
          <w:spacing w:val="-2"/>
          <w:rFonts w:ascii="Ddylr05K+KaiTi" w:hAnsi="Ddylr05K+KaiTi" w:eastAsia="Ddylr05K+KaiTi"/>
          <w:color w:val="000000"/>
          <w:sz w:val="28"/>
        </w:rPr>
        <w:t>流</w:t>
      </w:r>
      <w:r>
        <w:rPr>
          <w:rFonts w:ascii="Ddylr05K+KaiTi" w:hAnsi="Ddylr05K+KaiTi" w:eastAsia="Ddylr05K+KaiTi"/>
          <w:color w:val="000000"/>
          <w:sz w:val="28"/>
        </w:rPr>
        <w:t>部、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物</w:t>
      </w:r>
      <w:r>
        <w:rPr>
          <w:rFonts w:ascii="Ddylr05K+KaiTi" w:hAnsi="Ddylr05K+KaiTi" w:eastAsia="Ddylr05K+KaiTi"/>
          <w:color w:val="000000"/>
          <w:sz w:val="28"/>
        </w:rPr>
        <w:t>资采</w:t>
      </w:r>
      <w:r>
        <w:rPr>
          <w:spacing w:val="-2"/>
          <w:rFonts w:ascii="Ddylr05K+KaiTi" w:hAnsi="Ddylr05K+KaiTi" w:eastAsia="Ddylr05K+KaiTi"/>
          <w:color w:val="000000"/>
          <w:sz w:val="28"/>
        </w:rPr>
        <w:t>购</w:t>
      </w:r>
      <w:r>
        <w:rPr>
          <w:rFonts w:ascii="Ddylr05K+KaiTi" w:hAnsi="Ddylr05K+KaiTi" w:eastAsia="Ddylr05K+KaiTi"/>
          <w:color w:val="000000"/>
          <w:sz w:val="28"/>
        </w:rPr>
        <w:t>部、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安</w:t>
      </w:r>
      <w:r>
        <w:rPr>
          <w:rFonts w:ascii="Ddylr05K+KaiTi" w:hAnsi="Ddylr05K+KaiTi" w:eastAsia="Ddylr05K+KaiTi"/>
          <w:color w:val="000000"/>
          <w:sz w:val="28"/>
        </w:rPr>
        <w:t>全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动力</w:t>
      </w:r>
      <w:r>
        <w:rPr>
          <w:rFonts w:ascii="Ddylr05K+KaiTi" w:hAnsi="Ddylr05K+KaiTi" w:eastAsia="Ddylr05K+KaiTi"/>
          <w:color w:val="000000"/>
          <w:sz w:val="28"/>
        </w:rPr>
        <w:t>部</w:t>
      </w:r>
      <w:r>
        <w:rPr>
          <w:spacing w:val="-2"/>
          <w:rFonts w:ascii="Ddylr05K+KaiTi" w:hAnsi="Ddylr05K+KaiTi" w:eastAsia="Ddylr05K+KaiTi"/>
          <w:color w:val="000000"/>
          <w:sz w:val="28"/>
        </w:rPr>
        <w:t>等</w:t>
      </w:r>
      <w:r>
        <w:rPr>
          <w:rFonts w:ascii="Ddylr05K+KaiTi" w:hAnsi="Ddylr05K+KaiTi" w:eastAsia="Ddylr05K+KaiTi"/>
          <w:color w:val="000000"/>
          <w:sz w:val="28"/>
        </w:rPr>
        <w:t>。</w:t>
      </w:r>
      <w:r>
        <w:rPr>
          <w:spacing w:val="-2"/>
          <w:rFonts w:ascii="Ddylr05K+KaiTi" w:hAnsi="Ddylr05K+KaiTi" w:eastAsia="Ddylr05K+KaiTi"/>
          <w:color w:val="000000"/>
          <w:sz w:val="28"/>
        </w:rPr>
        <w:t>其</w:t>
      </w:r>
      <w:r>
        <w:rPr>
          <w:rFonts w:ascii="Ddylr05K+KaiTi" w:hAnsi="Ddylr05K+KaiTi" w:eastAsia="Ddylr05K+KaiTi"/>
          <w:color w:val="000000"/>
          <w:sz w:val="28"/>
        </w:rPr>
        <w:t>中，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足迹</w:t>
      </w:r>
      <w:r>
        <w:rPr>
          <w:spacing w:val="-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作由</w:t>
      </w:r>
      <w:r>
        <w:rPr>
          <w:spacing w:val="-2"/>
          <w:rFonts w:ascii="Ddylr05K+KaiTi" w:hAnsi="Ddylr05K+KaiTi" w:eastAsia="Ddylr05K+KaiTi"/>
          <w:color w:val="000000"/>
          <w:sz w:val="28"/>
        </w:rPr>
        <w:t>制</w:t>
      </w:r>
      <w:r>
        <w:rPr>
          <w:rFonts w:ascii="Ddylr05K+KaiTi" w:hAnsi="Ddylr05K+KaiTi" w:eastAsia="Ddylr05K+KaiTi"/>
          <w:color w:val="000000"/>
          <w:sz w:val="28"/>
        </w:rPr>
        <w:t>造技</w:t>
      </w:r>
      <w:r>
        <w:rPr>
          <w:spacing w:val="-2"/>
          <w:rFonts w:ascii="Ddylr05K+KaiTi" w:hAnsi="Ddylr05K+KaiTi" w:eastAsia="Ddylr05K+KaiTi"/>
          <w:color w:val="000000"/>
          <w:sz w:val="28"/>
        </w:rPr>
        <w:t>术</w:t>
      </w:r>
      <w:r>
        <w:rPr>
          <w:rFonts w:ascii="Ddylr05K+KaiTi" w:hAnsi="Ddylr05K+KaiTi" w:eastAsia="Ddylr05K+KaiTi"/>
          <w:color w:val="000000"/>
          <w:sz w:val="28"/>
        </w:rPr>
        <w:t>部负</w:t>
      </w:r>
      <w:r>
        <w:rPr>
          <w:spacing w:val="-2"/>
          <w:rFonts w:ascii="Ddylr05K+KaiTi" w:hAnsi="Ddylr05K+KaiTi" w:eastAsia="Ddylr05K+KaiTi"/>
          <w:color w:val="000000"/>
          <w:sz w:val="28"/>
        </w:rPr>
        <w:t>责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18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tabs>
          <w:tab w:pos="1070" w:val="left"/>
        </w:tabs>
        <w:autoSpaceDE w:val="0"/>
        <w:widowControl/>
        <w:spacing w:line="510" w:lineRule="exact" w:before="0" w:after="0"/>
        <w:ind w:left="510" w:right="432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三）主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要</w:t>
      </w:r>
      <w:r>
        <w:rPr>
          <w:rFonts w:ascii="Ddylr05K+KaiTi" w:hAnsi="Ddylr05K+KaiTi" w:eastAsia="Ddylr05K+KaiTi"/>
          <w:b/>
          <w:color w:val="000000"/>
          <w:sz w:val="28"/>
        </w:rPr>
        <w:t>用能设备和监测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设</w:t>
      </w:r>
      <w:r>
        <w:rPr>
          <w:rFonts w:ascii="Ddylr05K+KaiTi" w:hAnsi="Ddylr05K+KaiTi" w:eastAsia="Ddylr05K+KaiTi"/>
          <w:b/>
          <w:color w:val="000000"/>
          <w:sz w:val="28"/>
        </w:rPr>
        <w:t>备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4"/>
          <w:rFonts w:ascii="Ddylr05K+KaiTi" w:hAnsi="Ddylr05K+KaiTi" w:eastAsia="Ddylr05K+KaiTi"/>
          <w:color w:val="000000"/>
          <w:sz w:val="28"/>
        </w:rPr>
        <w:t>过</w:t>
      </w:r>
      <w:r>
        <w:rPr>
          <w:spacing w:val="6"/>
          <w:rFonts w:ascii="Ddylr05K+KaiTi" w:hAnsi="Ddylr05K+KaiTi" w:eastAsia="Ddylr05K+KaiTi"/>
          <w:color w:val="000000"/>
          <w:sz w:val="28"/>
        </w:rPr>
        <w:t>查阅</w:t>
      </w:r>
      <w:r>
        <w:rPr>
          <w:spacing w:val="4"/>
          <w:rFonts w:ascii="Ddylr05K+KaiTi" w:hAnsi="Ddylr05K+KaiTi" w:eastAsia="Ddylr05K+KaiTi"/>
          <w:color w:val="000000"/>
          <w:sz w:val="28"/>
        </w:rPr>
        <w:t>受</w:t>
      </w:r>
      <w:r>
        <w:rPr>
          <w:spacing w:val="6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8"/>
          <w:rFonts w:ascii="Ddylr05K+KaiTi" w:hAnsi="Ddylr05K+KaiTi" w:eastAsia="Ddylr05K+KaiTi"/>
          <w:color w:val="000000"/>
          <w:sz w:val="28"/>
        </w:rPr>
        <w:t>主</w:t>
      </w:r>
      <w:r>
        <w:rPr>
          <w:spacing w:val="6"/>
          <w:rFonts w:ascii="Ddylr05K+KaiTi" w:hAnsi="Ddylr05K+KaiTi" w:eastAsia="Ddylr05K+KaiTi"/>
          <w:color w:val="000000"/>
          <w:sz w:val="28"/>
        </w:rPr>
        <w:t>要</w:t>
      </w:r>
      <w:r>
        <w:rPr>
          <w:spacing w:val="8"/>
          <w:rFonts w:ascii="Ddylr05K+KaiTi" w:hAnsi="Ddylr05K+KaiTi" w:eastAsia="Ddylr05K+KaiTi"/>
          <w:color w:val="000000"/>
          <w:sz w:val="28"/>
        </w:rPr>
        <w:t>生产</w:t>
      </w:r>
      <w:r>
        <w:rPr>
          <w:spacing w:val="6"/>
          <w:rFonts w:ascii="Ddylr05K+KaiTi" w:hAnsi="Ddylr05K+KaiTi" w:eastAsia="Ddylr05K+KaiTi"/>
          <w:color w:val="000000"/>
          <w:sz w:val="28"/>
        </w:rPr>
        <w:t>用</w:t>
      </w:r>
      <w:r>
        <w:rPr>
          <w:spacing w:val="8"/>
          <w:rFonts w:ascii="Ddylr05K+KaiTi" w:hAnsi="Ddylr05K+KaiTi" w:eastAsia="Ddylr05K+KaiTi"/>
          <w:color w:val="000000"/>
          <w:sz w:val="28"/>
        </w:rPr>
        <w:t>能设</w:t>
      </w:r>
      <w:r>
        <w:rPr>
          <w:spacing w:val="4"/>
          <w:rFonts w:ascii="Ddylr05K+KaiTi" w:hAnsi="Ddylr05K+KaiTi" w:eastAsia="Ddylr05K+KaiTi"/>
          <w:color w:val="000000"/>
          <w:sz w:val="28"/>
        </w:rPr>
        <w:t>备</w:t>
      </w:r>
      <w:r>
        <w:rPr>
          <w:spacing w:val="6"/>
          <w:rFonts w:ascii="Ddylr05K+KaiTi" w:hAnsi="Ddylr05K+KaiTi" w:eastAsia="Ddylr05K+KaiTi"/>
          <w:color w:val="000000"/>
          <w:sz w:val="28"/>
        </w:rPr>
        <w:t>清单</w:t>
      </w:r>
      <w:r>
        <w:rPr>
          <w:spacing w:val="4"/>
          <w:rFonts w:ascii="Ddylr05K+KaiTi" w:hAnsi="Ddylr05K+KaiTi" w:eastAsia="Ddylr05K+KaiTi"/>
          <w:color w:val="000000"/>
          <w:sz w:val="28"/>
        </w:rPr>
        <w:t>以</w:t>
      </w:r>
      <w:r>
        <w:rPr>
          <w:spacing w:val="6"/>
          <w:rFonts w:ascii="Ddylr05K+KaiTi" w:hAnsi="Ddylr05K+KaiTi" w:eastAsia="Ddylr05K+KaiTi"/>
          <w:color w:val="000000"/>
          <w:sz w:val="28"/>
        </w:rPr>
        <w:t>及现</w:t>
      </w:r>
      <w:r>
        <w:rPr>
          <w:spacing w:val="4"/>
          <w:rFonts w:ascii="Ddylr05K+KaiTi" w:hAnsi="Ddylr05K+KaiTi" w:eastAsia="Ddylr05K+KaiTi"/>
          <w:color w:val="000000"/>
          <w:sz w:val="28"/>
        </w:rPr>
        <w:t>场</w:t>
      </w:r>
      <w:r>
        <w:rPr>
          <w:spacing w:val="8"/>
          <w:rFonts w:ascii="Ddylr05K+KaiTi" w:hAnsi="Ddylr05K+KaiTi" w:eastAsia="Ddylr05K+KaiTi"/>
          <w:color w:val="000000"/>
          <w:sz w:val="28"/>
        </w:rPr>
        <w:t>勘查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</w:t>
      </w:r>
      <w:r>
        <w:rPr>
          <w:spacing w:val="-2"/>
          <w:rFonts w:ascii="Ddylr05K+KaiTi" w:hAnsi="Ddylr05K+KaiTi" w:eastAsia="Ddylr05K+KaiTi"/>
          <w:color w:val="000000"/>
          <w:sz w:val="28"/>
        </w:rPr>
        <w:t>组确</w:t>
      </w:r>
      <w:r>
        <w:rPr>
          <w:rFonts w:ascii="Ddylr05K+KaiTi" w:hAnsi="Ddylr05K+KaiTi" w:eastAsia="Ddylr05K+KaiTi"/>
          <w:color w:val="000000"/>
          <w:sz w:val="28"/>
        </w:rPr>
        <w:t>认受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主要</w:t>
      </w:r>
      <w:r>
        <w:rPr>
          <w:spacing w:val="-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产用</w:t>
      </w:r>
      <w:r>
        <w:rPr>
          <w:spacing w:val="-2"/>
          <w:rFonts w:ascii="Ddylr05K+KaiTi" w:hAnsi="Ddylr05K+KaiTi" w:eastAsia="Ddylr05K+KaiTi"/>
          <w:color w:val="000000"/>
          <w:sz w:val="28"/>
        </w:rPr>
        <w:t>能</w:t>
      </w:r>
      <w:r>
        <w:rPr>
          <w:rFonts w:ascii="Ddylr05K+KaiTi" w:hAnsi="Ddylr05K+KaiTi" w:eastAsia="Ddylr05K+KaiTi"/>
          <w:color w:val="000000"/>
          <w:sz w:val="28"/>
        </w:rPr>
        <w:t>设备</w:t>
      </w:r>
      <w:r>
        <w:rPr>
          <w:spacing w:val="-2"/>
          <w:rFonts w:ascii="Ddylr05K+KaiTi" w:hAnsi="Ddylr05K+KaiTi" w:eastAsia="Ddylr05K+KaiTi"/>
          <w:color w:val="000000"/>
          <w:sz w:val="28"/>
        </w:rPr>
        <w:t>情</w:t>
      </w:r>
      <w:r>
        <w:rPr>
          <w:rFonts w:ascii="Ddylr05K+KaiTi" w:hAnsi="Ddylr05K+KaiTi" w:eastAsia="Ddylr05K+KaiTi"/>
          <w:color w:val="000000"/>
          <w:sz w:val="28"/>
        </w:rPr>
        <w:t>况如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：</w:t>
      </w:r>
    </w:p>
    <w:p>
      <w:pPr>
        <w:autoSpaceDN w:val="0"/>
        <w:autoSpaceDE w:val="0"/>
        <w:widowControl/>
        <w:spacing w:line="240" w:lineRule="exact" w:before="284" w:after="114"/>
        <w:ind w:left="0" w:right="0" w:firstLine="0"/>
        <w:jc w:val="center"/>
      </w:pPr>
      <w:r>
        <w:rPr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1</w:t>
      </w:r>
      <w:r>
        <w:rPr>
          <w:spacing w:val="53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主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要</w:t>
      </w:r>
      <w:r>
        <w:rPr>
          <w:rFonts w:ascii="Ddylr05K+KaiTi" w:hAnsi="Ddylr05K+KaiTi" w:eastAsia="Ddylr05K+KaiTi"/>
          <w:b/>
          <w:color w:val="000000"/>
          <w:sz w:val="24"/>
        </w:rPr>
        <w:t>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能</w:t>
      </w:r>
      <w:r>
        <w:rPr>
          <w:rFonts w:ascii="Ddylr05K+KaiTi" w:hAnsi="Ddylr05K+KaiTi" w:eastAsia="Ddylr05K+KaiTi"/>
          <w:b/>
          <w:color w:val="000000"/>
          <w:sz w:val="24"/>
        </w:rPr>
        <w:t>设备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0.0" w:type="dxa"/>
      </w:tblPr>
      <w:tblGrid>
        <w:gridCol w:w="556"/>
        <w:gridCol w:w="1220"/>
        <w:gridCol w:w="1872"/>
        <w:gridCol w:w="1152"/>
        <w:gridCol w:w="2064"/>
        <w:gridCol w:w="1172"/>
        <w:gridCol w:w="628"/>
        <w:gridCol w:w="640"/>
      </w:tblGrid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序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号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设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备</w:t>
            </w:r>
            <w:r>
              <w:rPr>
                <w:rFonts w:ascii="jXESaHHF+SimSun" w:hAnsi="jXESaHHF+SimSun" w:eastAsia="jXESaHHF+SimSun"/>
                <w:b/>
                <w:color w:val="000000"/>
                <w:sz w:val="20"/>
              </w:rPr>
              <w:t>编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号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设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备</w:t>
            </w:r>
            <w:r>
              <w:rPr>
                <w:rFonts w:ascii="jXESaHHF+SimSun" w:hAnsi="jXESaHHF+SimSun" w:eastAsia="jXESaHHF+SimSun"/>
                <w:b/>
                <w:color w:val="000000"/>
                <w:sz w:val="20"/>
              </w:rPr>
              <w:t>名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称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规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格</w:t>
            </w:r>
            <w:r>
              <w:rPr>
                <w:rFonts w:ascii="jXESaHHF+SimSun" w:hAnsi="jXESaHHF+SimSun" w:eastAsia="jXESaHHF+SimSun"/>
                <w:b/>
                <w:color w:val="000000"/>
                <w:sz w:val="20"/>
              </w:rPr>
              <w:t>型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号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生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产</w:t>
            </w:r>
            <w:r>
              <w:rPr>
                <w:rFonts w:ascii="jXESaHHF+SimSun" w:hAnsi="jXESaHHF+SimSun" w:eastAsia="jXESaHHF+SimSun"/>
                <w:b/>
                <w:color w:val="000000"/>
                <w:sz w:val="20"/>
              </w:rPr>
              <w:t>厂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家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b/>
                <w:color w:val="000000"/>
                <w:sz w:val="20"/>
              </w:rPr>
              <w:t>出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厂</w:t>
            </w: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编</w:t>
            </w:r>
            <w:r>
              <w:rPr>
                <w:spacing w:val="-2"/>
                <w:rFonts w:ascii="jXESaHHF+SimSun" w:hAnsi="jXESaHHF+SimSun" w:eastAsia="jXESaHHF+SimSun"/>
                <w:b/>
                <w:color w:val="000000"/>
                <w:sz w:val="20"/>
              </w:rPr>
              <w:t>号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4"/>
                <w:rFonts w:ascii="jXESaHHF+SimSun" w:hAnsi="jXESaHHF+SimSun" w:eastAsia="jXESaHHF+SimSun"/>
                <w:b/>
                <w:color w:val="000000"/>
                <w:sz w:val="20"/>
              </w:rPr>
              <w:t>单</w:t>
            </w: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位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4"/>
                <w:rFonts w:ascii="jXESaHHF+SimSun" w:hAnsi="jXESaHHF+SimSun" w:eastAsia="jXESaHHF+SimSun"/>
                <w:b/>
                <w:color w:val="000000"/>
                <w:sz w:val="20"/>
              </w:rPr>
              <w:t>备</w:t>
            </w:r>
            <w:r>
              <w:rPr>
                <w:spacing w:val="2"/>
                <w:rFonts w:ascii="jXESaHHF+SimSun" w:hAnsi="jXESaHHF+SimSun" w:eastAsia="jXESaHHF+SimSun"/>
                <w:b/>
                <w:color w:val="000000"/>
                <w:sz w:val="20"/>
              </w:rPr>
              <w:t>注</w:t>
            </w:r>
          </w:p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b/>
                <w:color w:val="000000"/>
                <w:sz w:val="20"/>
              </w:rPr>
              <w:t>1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07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09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79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06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07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08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14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89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K6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13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卧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iva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96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10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卧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iva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95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削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中心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0M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L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00U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山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崎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扎克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机床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辽宁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）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26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12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卧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iva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38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13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卧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iva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39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14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卧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iva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40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卧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iva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阳机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41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16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卧式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*1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尤尼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有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20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03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17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卧式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*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尤尼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有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12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18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卧式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*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尤尼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有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09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19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卧式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*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尤尼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有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13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20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卧式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*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尤尼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有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10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21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卧式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*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尤尼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有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07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20" w:lineRule="exact" w:before="38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19</w:t>
      </w:r>
    </w:p>
    <w:p>
      <w:pPr>
        <w:sectPr>
          <w:pgSz w:w="11906" w:h="17238"/>
          <w:pgMar w:top="806" w:right="1272" w:bottom="496" w:left="1290" w:header="720" w:footer="720" w:gutter="0"/>
          <w:cols w:num="1" w:equalWidth="0" w:space="720">
            <w:col w:w="934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34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812800</wp:posOffset>
            </wp:positionH>
            <wp:positionV relativeFrom="page">
              <wp:posOffset>914400</wp:posOffset>
            </wp:positionV>
            <wp:extent cx="5930900" cy="8699500"/>
            <wp:wrapNone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869950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00"/>
        <w:gridCol w:w="1220"/>
        <w:gridCol w:w="1880"/>
        <w:gridCol w:w="1160"/>
        <w:gridCol w:w="2060"/>
        <w:gridCol w:w="1200"/>
        <w:gridCol w:w="740"/>
      </w:tblGrid>
      <w:tr>
        <w:trPr>
          <w:trHeight w:hRule="exact" w:val="252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22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卧式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*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尤尼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2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有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11</w:t>
            </w:r>
          </w:p>
        </w:tc>
        <w:tc>
          <w:tcPr>
            <w:tcW w:type="dxa" w:w="1289"/>
            <w:vMerge/>
          </w:tcPr>
          <w:p/>
        </w:tc>
      </w:tr>
      <w:tr>
        <w:trPr>
          <w:trHeight w:hRule="exact" w:val="30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23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卧式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*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阳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尤尼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智能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24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有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08</w:t>
            </w:r>
          </w:p>
        </w:tc>
        <w:tc>
          <w:tcPr>
            <w:tcW w:type="dxa" w:w="1289"/>
            <w:vMerge/>
          </w:tcPr>
          <w:p/>
        </w:tc>
      </w:tr>
      <w:tr>
        <w:trPr>
          <w:trHeight w:hRule="exact" w:val="92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24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L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B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08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隈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株式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会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社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  <w:tc>
          <w:tcPr>
            <w:tcW w:type="dxa" w:w="1289"/>
            <w:vMerge/>
          </w:tcPr>
          <w:p/>
        </w:tc>
      </w:tr>
      <w:tr>
        <w:trPr>
          <w:trHeight w:hRule="exact" w:val="320"/>
        </w:trPr>
        <w:tc>
          <w:tcPr>
            <w:tcW w:type="dxa" w:w="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25</w:t>
            </w:r>
          </w:p>
        </w:tc>
        <w:tc>
          <w:tcPr>
            <w:tcW w:type="dxa" w:w="1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L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B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隈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株式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会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社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7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2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26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U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AL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UR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山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崎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马扎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克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株式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会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社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24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92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27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4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隈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株式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会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社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4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08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LC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SC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320"/>
        </w:trPr>
        <w:tc>
          <w:tcPr>
            <w:tcW w:type="dxa" w:w="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28</w:t>
            </w:r>
          </w:p>
        </w:tc>
        <w:tc>
          <w:tcPr>
            <w:tcW w:type="dxa" w:w="1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L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B25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隈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株式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会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社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7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20"/>
        </w:trPr>
        <w:tc>
          <w:tcPr>
            <w:tcW w:type="dxa" w:w="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29</w:t>
            </w:r>
          </w:p>
        </w:tc>
        <w:tc>
          <w:tcPr>
            <w:tcW w:type="dxa" w:w="1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车床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QT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-U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山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崎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马扎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克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株式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会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社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7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420"/>
        </w:trPr>
        <w:tc>
          <w:tcPr>
            <w:tcW w:type="dxa" w:w="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30</w:t>
            </w:r>
          </w:p>
        </w:tc>
        <w:tc>
          <w:tcPr>
            <w:tcW w:type="dxa" w:w="1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72" w:after="0"/>
              <w:ind w:left="0" w:right="0" w:firstLine="0"/>
              <w:jc w:val="center"/>
            </w:pP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03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9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抛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丸清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理机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58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378</w:t>
            </w:r>
          </w:p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城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市大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恒瑞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械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58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22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132" w:after="0"/>
              <w:ind w:left="0" w:right="0" w:firstLine="0"/>
              <w:jc w:val="center"/>
            </w:pP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03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钩式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抛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丸清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理机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24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制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造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96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32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冷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冻式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缩空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气干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SK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2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04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杭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临安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巨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源机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设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32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燥机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备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32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33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上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海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英格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索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兰有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D0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2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30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34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P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E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上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海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英格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索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兰有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2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32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35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P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E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上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海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英格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索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兰有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4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24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88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36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DA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0+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J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VZ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92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12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德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尔节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科技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（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上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24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海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）股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份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</w:p>
        </w:tc>
        <w:tc>
          <w:tcPr>
            <w:tcW w:type="dxa" w:w="1289"/>
            <w:vMerge/>
          </w:tcPr>
          <w:p/>
        </w:tc>
      </w:tr>
      <w:tr>
        <w:trPr>
          <w:trHeight w:hRule="exact" w:val="84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37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冷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冻式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缩空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气干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D-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5H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F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2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16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德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尔节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科技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（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上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X0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09</w:t>
            </w:r>
          </w:p>
        </w:tc>
        <w:tc>
          <w:tcPr>
            <w:tcW w:type="dxa" w:w="1289"/>
            <w:vMerge/>
          </w:tcPr>
          <w:p/>
        </w:tc>
      </w:tr>
      <w:tr>
        <w:trPr>
          <w:trHeight w:hRule="exact" w:val="30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燥器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海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）股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份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20</w:t>
            </w:r>
          </w:p>
        </w:tc>
        <w:tc>
          <w:tcPr>
            <w:tcW w:type="dxa" w:w="1289"/>
            <w:vMerge/>
          </w:tcPr>
          <w:p/>
        </w:tc>
      </w:tr>
      <w:tr>
        <w:trPr>
          <w:trHeight w:hRule="exact" w:val="336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38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频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淬火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0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G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金能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电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力电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27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17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317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39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频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淬火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金能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电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力电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28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16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314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40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高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频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淬火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金能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电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力电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2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30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41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频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淬火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G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金能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电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力电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子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58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24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(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NC)</w:t>
            </w:r>
          </w:p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94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42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井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式回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4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06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RJ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-7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-6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济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长清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达电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炉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厂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400"/>
        </w:trPr>
        <w:tc>
          <w:tcPr>
            <w:tcW w:type="dxa" w:w="4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43</w:t>
            </w:r>
          </w:p>
        </w:tc>
        <w:tc>
          <w:tcPr>
            <w:tcW w:type="dxa" w:w="1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井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式回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RJ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-7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-6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济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长清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达电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炉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</w:p>
        </w:tc>
        <w:tc>
          <w:tcPr>
            <w:tcW w:type="dxa" w:w="7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256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44</w:t>
            </w:r>
          </w:p>
        </w:tc>
        <w:tc>
          <w:tcPr>
            <w:tcW w:type="dxa" w:w="1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井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式渗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3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R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济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长清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达电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炉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厂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240"/>
        </w:trPr>
        <w:tc>
          <w:tcPr>
            <w:tcW w:type="dxa" w:w="1289"/>
            <w:vMerge/>
          </w:tcPr>
          <w:p/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（大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修）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78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45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井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式渗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济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长清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达电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炉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厂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8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86"/>
        </w:trPr>
        <w:tc>
          <w:tcPr>
            <w:tcW w:type="dxa" w:w="1289"/>
            <w:vMerge/>
          </w:tcPr>
          <w:p/>
        </w:tc>
        <w:tc>
          <w:tcPr>
            <w:tcW w:type="dxa" w:w="1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  <w:tr>
        <w:trPr>
          <w:trHeight w:hRule="exact" w:val="24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46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/24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井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式加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热炉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RJ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-9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-9</w:t>
            </w:r>
          </w:p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济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长清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达电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炉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4" w:lineRule="exact" w:before="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/1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2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289"/>
            <w:vMerge/>
          </w:tcPr>
          <w:p/>
        </w:tc>
      </w:tr>
      <w:tr>
        <w:trPr>
          <w:trHeight w:hRule="exact" w:val="320"/>
        </w:trPr>
        <w:tc>
          <w:tcPr>
            <w:tcW w:type="dxa" w:w="4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47</w:t>
            </w:r>
          </w:p>
        </w:tc>
        <w:tc>
          <w:tcPr>
            <w:tcW w:type="dxa" w:w="1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99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清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洗涂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油机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QX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L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T5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0-</w:t>
            </w:r>
          </w:p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无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锡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洪旭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器制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造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厂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108</w:t>
            </w:r>
          </w:p>
        </w:tc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352" w:firstLine="0"/>
              <w:jc w:val="right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</w:tr>
      <w:tr>
        <w:trPr>
          <w:trHeight w:hRule="exact" w:val="320"/>
        </w:trPr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IV</w:t>
            </w:r>
          </w:p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  <w:tc>
          <w:tcPr>
            <w:tcW w:type="dxa" w:w="1289"/>
            <w:vMerge/>
          </w:tcPr>
          <w:p/>
        </w:tc>
      </w:tr>
    </w:tbl>
    <w:p>
      <w:pPr>
        <w:autoSpaceDN w:val="0"/>
        <w:autoSpaceDE w:val="0"/>
        <w:widowControl/>
        <w:spacing w:line="220" w:lineRule="exact" w:before="506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20</w:t>
      </w:r>
    </w:p>
    <w:p>
      <w:pPr>
        <w:sectPr>
          <w:pgSz w:w="11906" w:h="17238"/>
          <w:pgMar w:top="754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34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812800</wp:posOffset>
            </wp:positionH>
            <wp:positionV relativeFrom="page">
              <wp:posOffset>914400</wp:posOffset>
            </wp:positionV>
            <wp:extent cx="5930900" cy="8737600"/>
            <wp:wrapNone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873760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20"/>
        <w:gridCol w:w="1160"/>
        <w:gridCol w:w="1920"/>
        <w:gridCol w:w="1160"/>
        <w:gridCol w:w="2060"/>
        <w:gridCol w:w="1200"/>
        <w:gridCol w:w="540"/>
        <w:gridCol w:w="580"/>
      </w:tblGrid>
      <w:tr>
        <w:trPr>
          <w:trHeight w:hRule="exact" w:val="252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48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05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力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青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锻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5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102" w:after="0"/>
              <w:ind w:left="0" w:right="0" w:firstLine="0"/>
              <w:jc w:val="right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49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06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力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青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锻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50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07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力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青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锻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51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08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力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JA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徐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锻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压机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52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09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力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JA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徐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锻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压机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38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53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G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01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芯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模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CX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4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4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10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2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54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G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02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芯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模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CX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2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55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G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05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芯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模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18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56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30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弧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齿锥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轮铣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57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72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弧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齿锥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轮铣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YT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58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74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0A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28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59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75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0A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26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60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76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44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61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77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T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45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62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78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80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63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79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53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4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64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80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55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65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81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控铣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D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天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第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一机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床厂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56</w:t>
            </w:r>
          </w:p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66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动焊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接机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ZC-</w:t>
            </w:r>
          </w:p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1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哈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斯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动化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公司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1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16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X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L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16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67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动焊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接机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ZC-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24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X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L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78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8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逆</w:t>
            </w:r>
            <w:r>
              <w:rPr>
                <w:spacing w:val="4"/>
                <w:rFonts w:ascii="jXESaHHF+SimSun" w:hAnsi="jXESaHHF+SimSun" w:eastAsia="jXESaHHF+SimSun"/>
                <w:color w:val="000000"/>
                <w:sz w:val="20"/>
              </w:rPr>
              <w:t>变</w:t>
            </w:r>
            <w:r>
              <w:rPr>
                <w:spacing w:val="54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I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G/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A</w:t>
            </w:r>
            <w:r>
              <w:rPr>
                <w:spacing w:val="49"/>
                <w:rFonts w:ascii="jXESaHHF+SimSun" w:hAnsi="jXESaHHF+SimSun" w:eastAsia="jXESaHHF+SimSun"/>
                <w:color w:val="000000"/>
                <w:sz w:val="20"/>
              </w:rPr>
              <w:t>G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弧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78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68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238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B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24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焊机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78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69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0" w:after="0"/>
              <w:ind w:left="0" w:right="0" w:firstLine="0"/>
              <w:jc w:val="center"/>
            </w:pP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φ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4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接变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位机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16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70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C2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接变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位机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16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2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F-1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92"/>
        </w:trPr>
        <w:tc>
          <w:tcPr>
            <w:tcW w:type="dxa" w:w="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71</w:t>
            </w:r>
          </w:p>
        </w:tc>
        <w:tc>
          <w:tcPr>
            <w:tcW w:type="dxa" w:w="1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6</w:t>
            </w:r>
          </w:p>
        </w:tc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立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式镗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铣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中心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24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72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0" w:lineRule="exact" w:before="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威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海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华东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控股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04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73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XH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16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LH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山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东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鲁南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精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工机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H2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08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58</w:t>
            </w:r>
          </w:p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0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74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-1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工中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（钻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床）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S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A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杭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友佳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精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密机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G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75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-3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N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S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南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新浙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控机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床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09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158</w:t>
            </w:r>
          </w:p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4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76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-5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工中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（钻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床）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P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A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杭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友佳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精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密机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G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0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77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山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东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威达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重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工股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162</w:t>
            </w:r>
          </w:p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2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78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2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6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山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东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威达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重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工股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2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223</w:t>
            </w:r>
          </w:p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3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20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36" w:right="0" w:firstLine="0"/>
              <w:jc w:val="left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79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9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</w:p>
        </w:tc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齿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轮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测量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906</w:t>
            </w:r>
          </w:p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1133"/>
            <w:vMerge/>
          </w:tcPr>
          <w:p/>
        </w:tc>
      </w:tr>
      <w:tr>
        <w:trPr>
          <w:trHeight w:hRule="exact" w:val="320"/>
        </w:trPr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1133"/>
            <w:vMerge/>
          </w:tcPr>
          <w:p/>
        </w:tc>
        <w:tc>
          <w:tcPr>
            <w:tcW w:type="dxa" w:w="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2" w:after="0"/>
              <w:ind w:left="0" w:right="44" w:firstLine="0"/>
              <w:jc w:val="right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31</w:t>
            </w:r>
          </w:p>
        </w:tc>
      </w:tr>
    </w:tbl>
    <w:p>
      <w:pPr>
        <w:autoSpaceDN w:val="0"/>
        <w:autoSpaceDE w:val="0"/>
        <w:widowControl/>
        <w:spacing w:line="220" w:lineRule="exact" w:before="446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21</w:t>
      </w:r>
    </w:p>
    <w:p>
      <w:pPr>
        <w:sectPr>
          <w:pgSz w:w="11906" w:h="17238"/>
          <w:pgMar w:top="754" w:right="1402" w:bottom="496" w:left="1440" w:header="720" w:footer="720" w:gutter="0"/>
          <w:cols w:num="1" w:equalWidth="0" w:space="720">
            <w:col w:w="906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498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56.0" w:type="dxa"/>
      </w:tblPr>
      <w:tblGrid>
        <w:gridCol w:w="556"/>
        <w:gridCol w:w="1220"/>
        <w:gridCol w:w="1872"/>
        <w:gridCol w:w="1152"/>
        <w:gridCol w:w="2064"/>
        <w:gridCol w:w="1172"/>
        <w:gridCol w:w="628"/>
        <w:gridCol w:w="640"/>
      </w:tblGrid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80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83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4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81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2" w:lineRule="exact" w:before="52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83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5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82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2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83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6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83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83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7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84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83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85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83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9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86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87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2" w:lineRule="exact" w:before="52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88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2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2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89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90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4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91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5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碳炉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92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6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93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2" w:lineRule="exact" w:before="52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7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94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2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1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95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2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96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2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4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97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2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5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2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98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54" w:after="0"/>
              <w:ind w:left="0" w:right="0" w:firstLine="0"/>
              <w:jc w:val="center"/>
            </w:pP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8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3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0</w:t>
            </w:r>
            <w:r>
              <w:rPr>
                <w:spacing w:val="-1"/>
                <w:rFonts w:ascii="UZztFtTf+TimesNewRomanPSMT" w:hAnsi="UZztFtTf+TimesNewRomanPSMT" w:eastAsia="UZztFtTf+TimesNewRomanPSMT"/>
                <w:color w:val="000000"/>
                <w:sz w:val="20"/>
              </w:rPr>
              <w:t>-</w:t>
            </w:r>
            <w:r>
              <w:rPr>
                <w:spacing w:val="3"/>
                <w:rFonts w:ascii="UZztFtTf+TimesNewRomanPSMT" w:hAnsi="UZztFtTf+TimesNewRomanPSMT" w:eastAsia="UZztFtTf+TimesNewRomanPSMT"/>
                <w:color w:val="000000"/>
                <w:sz w:val="20"/>
              </w:rPr>
              <w:t>2</w:t>
            </w:r>
            <w:r>
              <w:rPr>
                <w:spacing w:val="1"/>
                <w:rFonts w:ascii="UZztFtTf+TimesNewRomanPSMT" w:hAnsi="UZztFtTf+TimesNewRomanPSMT" w:eastAsia="UZztFtTf+TimesNewRomanPSMT"/>
                <w:color w:val="000000"/>
                <w:sz w:val="20"/>
              </w:rPr>
              <w:t>6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自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制回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火炉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/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shd w:fill="fffff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53"/>
                <w:rFonts w:ascii="jXESaHHF+SimSun" w:hAnsi="jXESaHHF+SimSun" w:eastAsia="jXESaHHF+SimSun"/>
                <w:color w:val="000000"/>
                <w:sz w:val="20"/>
              </w:rPr>
              <w:t>5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车间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99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M-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立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加工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中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心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VM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C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85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5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山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东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威达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重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工股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份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</w:t>
            </w:r>
          </w:p>
          <w:p>
            <w:pPr>
              <w:autoSpaceDN w:val="0"/>
              <w:autoSpaceDE w:val="0"/>
              <w:widowControl/>
              <w:spacing w:line="198" w:lineRule="exact" w:before="11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186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100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1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吊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钩式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抛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丸清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理机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rFonts w:ascii="jXESaHHF+SimSun" w:hAnsi="jXESaHHF+SimSun" w:eastAsia="jXESaHHF+SimSun"/>
                <w:color w:val="000000"/>
                <w:sz w:val="20"/>
              </w:rPr>
              <w:t>Q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379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城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市大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丰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恒瑞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机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械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制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造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有限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24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208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4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4"/>
        </w:trPr>
        <w:tc>
          <w:tcPr>
            <w:tcW w:type="dxa" w:w="55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101</w:t>
            </w:r>
          </w:p>
        </w:tc>
        <w:tc>
          <w:tcPr>
            <w:tcW w:type="dxa" w:w="122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05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8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-0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18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数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控蜗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杆</w:t>
            </w:r>
            <w:r>
              <w:rPr>
                <w:rFonts w:ascii="jXESaHHF+SimSun" w:hAnsi="jXESaHHF+SimSun" w:eastAsia="jXESaHHF+SimSun"/>
                <w:color w:val="000000"/>
                <w:sz w:val="20"/>
              </w:rPr>
              <w:t>砂轮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磨齿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（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高效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磨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）</w:t>
            </w:r>
          </w:p>
        </w:tc>
        <w:tc>
          <w:tcPr>
            <w:tcW w:type="dxa" w:w="115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Y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K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Z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7</w:t>
            </w: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2</w:t>
            </w:r>
            <w:r>
              <w:rPr>
                <w:spacing w:val="-1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0</w:t>
            </w:r>
          </w:p>
        </w:tc>
        <w:tc>
          <w:tcPr>
            <w:tcW w:type="dxa" w:w="206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秦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川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机床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工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具集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团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股</w:t>
            </w:r>
          </w:p>
          <w:p>
            <w:pPr>
              <w:autoSpaceDN w:val="0"/>
              <w:autoSpaceDE w:val="0"/>
              <w:widowControl/>
              <w:spacing w:line="200" w:lineRule="exact" w:before="112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份</w:t>
            </w:r>
            <w:r>
              <w:rPr>
                <w:spacing w:val="2"/>
                <w:rFonts w:ascii="jXESaHHF+SimSun" w:hAnsi="jXESaHHF+SimSun" w:eastAsia="jXESaHHF+SimSun"/>
                <w:color w:val="000000"/>
                <w:sz w:val="20"/>
              </w:rPr>
              <w:t>公</w:t>
            </w: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司</w:t>
            </w:r>
          </w:p>
        </w:tc>
        <w:tc>
          <w:tcPr>
            <w:tcW w:type="dxa" w:w="117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3"/>
                <w:rFonts w:ascii="jXESaHHF+SimSun" w:hAnsi="jXESaHHF+SimSun" w:eastAsia="jXESaHHF+SimSun"/>
                <w:color w:val="000000"/>
                <w:sz w:val="20"/>
              </w:rPr>
              <w:t>3</w:t>
            </w:r>
            <w:r>
              <w:rPr>
                <w:spacing w:val="1"/>
                <w:rFonts w:ascii="jXESaHHF+SimSun" w:hAnsi="jXESaHHF+SimSun" w:eastAsia="jXESaHHF+SimSun"/>
                <w:color w:val="000000"/>
                <w:sz w:val="20"/>
              </w:rPr>
              <w:t>37</w:t>
            </w:r>
          </w:p>
        </w:tc>
        <w:tc>
          <w:tcPr>
            <w:tcW w:type="dxa" w:w="6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jXESaHHF+SimSun" w:hAnsi="jXESaHHF+SimSun" w:eastAsia="jXESaHHF+SimSun"/>
                <w:color w:val="000000"/>
                <w:sz w:val="20"/>
              </w:rPr>
              <w:t>台</w:t>
            </w:r>
          </w:p>
        </w:tc>
        <w:tc>
          <w:tcPr>
            <w:tcW w:type="dxa" w:w="64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82" w:lineRule="exact" w:before="172" w:after="0"/>
        <w:ind w:left="1056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通过</w:t>
      </w:r>
      <w:r>
        <w:rPr>
          <w:rFonts w:ascii="Ddylr05K+KaiTi" w:hAnsi="Ddylr05K+KaiTi" w:eastAsia="Ddylr05K+KaiTi"/>
          <w:color w:val="000000"/>
          <w:sz w:val="28"/>
        </w:rPr>
        <w:t>监测</w:t>
      </w:r>
      <w:r>
        <w:rPr>
          <w:spacing w:val="-2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备校</w:t>
      </w:r>
      <w:r>
        <w:rPr>
          <w:spacing w:val="-2"/>
          <w:rFonts w:ascii="Ddylr05K+KaiTi" w:hAnsi="Ddylr05K+KaiTi" w:eastAsia="Ddylr05K+KaiTi"/>
          <w:color w:val="000000"/>
          <w:sz w:val="28"/>
        </w:rPr>
        <w:t>验</w:t>
      </w:r>
      <w:r>
        <w:rPr>
          <w:rFonts w:ascii="Ddylr05K+KaiTi" w:hAnsi="Ddylr05K+KaiTi" w:eastAsia="Ddylr05K+KaiTi"/>
          <w:color w:val="000000"/>
          <w:sz w:val="28"/>
        </w:rPr>
        <w:t>记录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现场</w:t>
      </w:r>
      <w:r>
        <w:rPr>
          <w:spacing w:val="-2"/>
          <w:rFonts w:ascii="Ddylr05K+KaiTi" w:hAnsi="Ddylr05K+KaiTi" w:eastAsia="Ddylr05K+KaiTi"/>
          <w:color w:val="000000"/>
          <w:sz w:val="28"/>
        </w:rPr>
        <w:t>勘</w:t>
      </w:r>
      <w:r>
        <w:rPr>
          <w:rFonts w:ascii="Ddylr05K+KaiTi" w:hAnsi="Ddylr05K+KaiTi" w:eastAsia="Ddylr05K+KaiTi"/>
          <w:color w:val="000000"/>
          <w:sz w:val="28"/>
        </w:rPr>
        <w:t>查，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价组</w:t>
      </w:r>
      <w:r>
        <w:rPr>
          <w:spacing w:val="-2"/>
          <w:rFonts w:ascii="Ddylr05K+KaiTi" w:hAnsi="Ddylr05K+KaiTi" w:eastAsia="Ddylr05K+KaiTi"/>
          <w:color w:val="000000"/>
          <w:sz w:val="28"/>
        </w:rPr>
        <w:t>确</w:t>
      </w:r>
      <w:r>
        <w:rPr>
          <w:rFonts w:ascii="Ddylr05K+KaiTi" w:hAnsi="Ddylr05K+KaiTi" w:eastAsia="Ddylr05K+KaiTi"/>
          <w:color w:val="000000"/>
          <w:sz w:val="28"/>
        </w:rPr>
        <w:t>认受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监测设</w:t>
      </w:r>
    </w:p>
    <w:p>
      <w:pPr>
        <w:autoSpaceDN w:val="0"/>
        <w:autoSpaceDE w:val="0"/>
        <w:widowControl/>
        <w:spacing w:line="282" w:lineRule="exact" w:before="342" w:after="0"/>
        <w:ind w:left="1056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备配</w:t>
      </w:r>
      <w:r>
        <w:rPr>
          <w:rFonts w:ascii="Ddylr05K+KaiTi" w:hAnsi="Ddylr05K+KaiTi" w:eastAsia="Ddylr05K+KaiTi"/>
          <w:color w:val="000000"/>
          <w:sz w:val="28"/>
        </w:rPr>
        <w:t>置和</w:t>
      </w:r>
      <w:r>
        <w:rPr>
          <w:spacing w:val="-2"/>
          <w:rFonts w:ascii="Ddylr05K+KaiTi" w:hAnsi="Ddylr05K+KaiTi" w:eastAsia="Ddylr05K+KaiTi"/>
          <w:color w:val="000000"/>
          <w:sz w:val="28"/>
        </w:rPr>
        <w:t>校</w:t>
      </w:r>
      <w:r>
        <w:rPr>
          <w:rFonts w:ascii="Ddylr05K+KaiTi" w:hAnsi="Ddylr05K+KaiTi" w:eastAsia="Ddylr05K+KaiTi"/>
          <w:color w:val="000000"/>
          <w:sz w:val="28"/>
        </w:rPr>
        <w:t>验符</w:t>
      </w:r>
      <w:r>
        <w:rPr>
          <w:spacing w:val="-2"/>
          <w:rFonts w:ascii="Ddylr05K+KaiTi" w:hAnsi="Ddylr05K+KaiTi" w:eastAsia="Ddylr05K+KaiTi"/>
          <w:color w:val="000000"/>
          <w:sz w:val="28"/>
        </w:rPr>
        <w:t>合</w:t>
      </w:r>
      <w:r>
        <w:rPr>
          <w:rFonts w:ascii="Ddylr05K+KaiTi" w:hAnsi="Ddylr05K+KaiTi" w:eastAsia="Ddylr05K+KaiTi"/>
          <w:color w:val="000000"/>
          <w:sz w:val="28"/>
        </w:rPr>
        <w:t>相关</w:t>
      </w:r>
      <w:r>
        <w:rPr>
          <w:spacing w:val="-2"/>
          <w:rFonts w:ascii="Ddylr05K+KaiTi" w:hAnsi="Ddylr05K+KaiTi" w:eastAsia="Ddylr05K+KaiTi"/>
          <w:color w:val="000000"/>
          <w:sz w:val="28"/>
        </w:rPr>
        <w:t>标</w:t>
      </w:r>
      <w:r>
        <w:rPr>
          <w:rFonts w:ascii="Ddylr05K+KaiTi" w:hAnsi="Ddylr05K+KaiTi" w:eastAsia="Ddylr05K+KaiTi"/>
          <w:color w:val="000000"/>
          <w:sz w:val="28"/>
        </w:rPr>
        <w:t>准要</w:t>
      </w:r>
      <w:r>
        <w:rPr>
          <w:spacing w:val="-2"/>
          <w:rFonts w:ascii="Ddylr05K+KaiTi" w:hAnsi="Ddylr05K+KaiTi" w:eastAsia="Ddylr05K+KaiTi"/>
          <w:color w:val="000000"/>
          <w:sz w:val="28"/>
        </w:rPr>
        <w:t>求</w:t>
      </w:r>
      <w:r>
        <w:rPr>
          <w:rFonts w:ascii="Ddylr05K+KaiTi" w:hAnsi="Ddylr05K+KaiTi" w:eastAsia="Ddylr05K+KaiTi"/>
          <w:color w:val="000000"/>
          <w:sz w:val="28"/>
        </w:rPr>
        <w:t>，主</w:t>
      </w:r>
      <w:r>
        <w:rPr>
          <w:spacing w:val="-2"/>
          <w:rFonts w:ascii="Ddylr05K+KaiTi" w:hAnsi="Ddylr05K+KaiTi" w:eastAsia="Ddylr05K+KaiTi"/>
          <w:color w:val="000000"/>
          <w:sz w:val="28"/>
        </w:rPr>
        <w:t>要</w:t>
      </w:r>
      <w:r>
        <w:rPr>
          <w:rFonts w:ascii="Ddylr05K+KaiTi" w:hAnsi="Ddylr05K+KaiTi" w:eastAsia="Ddylr05K+KaiTi"/>
          <w:color w:val="000000"/>
          <w:sz w:val="28"/>
        </w:rPr>
        <w:t>监测</w:t>
      </w:r>
      <w:r>
        <w:rPr>
          <w:spacing w:val="-2"/>
          <w:rFonts w:ascii="Ddylr05K+KaiTi" w:hAnsi="Ddylr05K+KaiTi" w:eastAsia="Ddylr05K+KaiTi"/>
          <w:color w:val="000000"/>
          <w:sz w:val="28"/>
        </w:rPr>
        <w:t>设</w:t>
      </w:r>
      <w:r>
        <w:rPr>
          <w:rFonts w:ascii="Ddylr05K+KaiTi" w:hAnsi="Ddylr05K+KaiTi" w:eastAsia="Ddylr05K+KaiTi"/>
          <w:color w:val="000000"/>
          <w:sz w:val="28"/>
        </w:rPr>
        <w:t>备情</w:t>
      </w:r>
      <w:r>
        <w:rPr>
          <w:spacing w:val="-2"/>
          <w:rFonts w:ascii="Ddylr05K+KaiTi" w:hAnsi="Ddylr05K+KaiTi" w:eastAsia="Ddylr05K+KaiTi"/>
          <w:color w:val="000000"/>
          <w:sz w:val="28"/>
        </w:rPr>
        <w:t>况</w:t>
      </w:r>
      <w:r>
        <w:rPr>
          <w:rFonts w:ascii="Ddylr05K+KaiTi" w:hAnsi="Ddylr05K+KaiTi" w:eastAsia="Ddylr05K+KaiTi"/>
          <w:color w:val="000000"/>
          <w:sz w:val="28"/>
        </w:rPr>
        <w:t>如下：</w:t>
      </w:r>
    </w:p>
    <w:p>
      <w:pPr>
        <w:autoSpaceDN w:val="0"/>
        <w:autoSpaceDE w:val="0"/>
        <w:widowControl/>
        <w:spacing w:line="240" w:lineRule="exact" w:before="286" w:after="114"/>
        <w:ind w:left="0" w:right="0" w:firstLine="0"/>
        <w:jc w:val="center"/>
      </w:pPr>
      <w:r>
        <w:rPr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2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计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量</w:t>
      </w:r>
      <w:r>
        <w:rPr>
          <w:rFonts w:ascii="Ddylr05K+KaiTi" w:hAnsi="Ddylr05K+KaiTi" w:eastAsia="Ddylr05K+KaiTi"/>
          <w:b/>
          <w:color w:val="000000"/>
          <w:sz w:val="24"/>
        </w:rPr>
        <w:t>设备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信</w:t>
      </w:r>
      <w:r>
        <w:rPr>
          <w:rFonts w:ascii="Ddylr05K+KaiTi" w:hAnsi="Ddylr05K+KaiTi" w:eastAsia="Ddylr05K+KaiTi"/>
          <w:b/>
          <w:color w:val="000000"/>
          <w:sz w:val="24"/>
        </w:rPr>
        <w:t>息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0.0" w:type="dxa"/>
      </w:tblPr>
      <w:tblGrid>
        <w:gridCol w:w="568"/>
        <w:gridCol w:w="768"/>
        <w:gridCol w:w="584"/>
        <w:gridCol w:w="690"/>
        <w:gridCol w:w="644"/>
        <w:gridCol w:w="666"/>
        <w:gridCol w:w="586"/>
        <w:gridCol w:w="588"/>
        <w:gridCol w:w="688"/>
        <w:gridCol w:w="650"/>
        <w:gridCol w:w="528"/>
        <w:gridCol w:w="586"/>
        <w:gridCol w:w="734"/>
        <w:gridCol w:w="666"/>
        <w:gridCol w:w="742"/>
        <w:gridCol w:w="708"/>
      </w:tblGrid>
      <w:tr>
        <w:trPr>
          <w:trHeight w:hRule="exact" w:val="568"/>
        </w:trPr>
        <w:tc>
          <w:tcPr>
            <w:tcW w:type="dxa" w:w="568"/>
            <w:vMerge w:val="restart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序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号</w:t>
            </w:r>
          </w:p>
        </w:tc>
        <w:tc>
          <w:tcPr>
            <w:tcW w:type="dxa" w:w="768"/>
            <w:vMerge w:val="restart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12" w:lineRule="exact" w:before="412" w:after="0"/>
              <w:ind w:left="140" w:right="140" w:firstLine="0"/>
              <w:jc w:val="both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能源</w:t>
            </w:r>
            <w:r>
              <w:rPr>
                <w:rFonts w:ascii="FEqG52FE+FangSong" w:hAnsi="FEqG52FE+FangSong" w:eastAsia="FEqG52FE+FangSong"/>
                <w:color w:val="000000"/>
                <w:sz w:val="24"/>
              </w:rPr>
              <w:t>计量</w:t>
            </w:r>
            <w:r>
              <w:rPr>
                <w:rFonts w:ascii="FEqG52FE+FangSong" w:hAnsi="FEqG52FE+FangSong" w:eastAsia="FEqG52FE+FangSong"/>
                <w:color w:val="000000"/>
                <w:sz w:val="24"/>
              </w:rPr>
              <w:t>类别</w:t>
            </w:r>
          </w:p>
        </w:tc>
        <w:tc>
          <w:tcPr>
            <w:tcW w:type="dxa" w:w="2584"/>
            <w:gridSpan w:val="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Ⅰ级</w:t>
            </w:r>
          </w:p>
        </w:tc>
        <w:tc>
          <w:tcPr>
            <w:tcW w:type="dxa" w:w="2512"/>
            <w:gridSpan w:val="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Ⅱ级</w:t>
            </w:r>
          </w:p>
        </w:tc>
        <w:tc>
          <w:tcPr>
            <w:tcW w:type="dxa" w:w="2514"/>
            <w:gridSpan w:val="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II</w:t>
            </w:r>
            <w:r>
              <w:rPr>
                <w:spacing w:val="60"/>
                <w:rFonts w:ascii="FEqG52FE+FangSong" w:hAnsi="FEqG52FE+FangSong" w:eastAsia="FEqG52FE+FangSong"/>
                <w:color w:val="000000"/>
                <w:sz w:val="24"/>
              </w:rPr>
              <w:t>I</w:t>
            </w:r>
            <w:r>
              <w:rPr>
                <w:rFonts w:ascii="FEqG52FE+FangSong" w:hAnsi="FEqG52FE+FangSong" w:eastAsia="FEqG52FE+FangSong"/>
                <w:color w:val="000000"/>
                <w:sz w:val="24"/>
              </w:rPr>
              <w:t>级</w:t>
            </w:r>
          </w:p>
        </w:tc>
        <w:tc>
          <w:tcPr>
            <w:tcW w:type="dxa" w:w="1450"/>
            <w:gridSpan w:val="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综合</w:t>
            </w:r>
          </w:p>
        </w:tc>
      </w:tr>
      <w:tr>
        <w:trPr>
          <w:trHeight w:hRule="exact" w:val="946"/>
        </w:trPr>
        <w:tc>
          <w:tcPr>
            <w:tcW w:type="dxa" w:w="652"/>
            <w:vMerge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</w:tcPr>
          <w:p/>
        </w:tc>
        <w:tc>
          <w:tcPr>
            <w:tcW w:type="dxa" w:w="652"/>
            <w:vMerge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</w:tcPr>
          <w:p/>
        </w:tc>
        <w:tc>
          <w:tcPr>
            <w:tcW w:type="dxa" w:w="58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应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装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数</w:t>
            </w:r>
          </w:p>
        </w:tc>
        <w:tc>
          <w:tcPr>
            <w:tcW w:type="dxa" w:w="69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安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装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数</w:t>
            </w:r>
          </w:p>
        </w:tc>
        <w:tc>
          <w:tcPr>
            <w:tcW w:type="dxa" w:w="64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配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备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率</w:t>
            </w:r>
          </w:p>
        </w:tc>
        <w:tc>
          <w:tcPr>
            <w:tcW w:type="dxa" w:w="66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完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好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率</w:t>
            </w:r>
          </w:p>
        </w:tc>
        <w:tc>
          <w:tcPr>
            <w:tcW w:type="dxa" w:w="58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应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装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数</w:t>
            </w:r>
          </w:p>
        </w:tc>
        <w:tc>
          <w:tcPr>
            <w:tcW w:type="dxa" w:w="58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安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装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数</w:t>
            </w:r>
          </w:p>
        </w:tc>
        <w:tc>
          <w:tcPr>
            <w:tcW w:type="dxa" w:w="68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配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备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率</w:t>
            </w:r>
          </w:p>
        </w:tc>
        <w:tc>
          <w:tcPr>
            <w:tcW w:type="dxa" w:w="65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完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好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率</w:t>
            </w:r>
          </w:p>
        </w:tc>
        <w:tc>
          <w:tcPr>
            <w:tcW w:type="dxa" w:w="5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应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装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数</w:t>
            </w:r>
          </w:p>
        </w:tc>
        <w:tc>
          <w:tcPr>
            <w:tcW w:type="dxa" w:w="58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安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装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数</w:t>
            </w:r>
          </w:p>
        </w:tc>
        <w:tc>
          <w:tcPr>
            <w:tcW w:type="dxa" w:w="73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配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备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率</w:t>
            </w:r>
          </w:p>
        </w:tc>
        <w:tc>
          <w:tcPr>
            <w:tcW w:type="dxa" w:w="66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完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好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率</w:t>
            </w:r>
          </w:p>
        </w:tc>
        <w:tc>
          <w:tcPr>
            <w:tcW w:type="dxa" w:w="74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配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备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率</w:t>
            </w:r>
          </w:p>
        </w:tc>
        <w:tc>
          <w:tcPr>
            <w:tcW w:type="dxa" w:w="70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完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好</w:t>
            </w:r>
          </w:p>
          <w:p>
            <w:pPr>
              <w:autoSpaceDN w:val="0"/>
              <w:autoSpaceDE w:val="0"/>
              <w:widowControl/>
              <w:spacing w:line="240" w:lineRule="exact" w:before="72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率</w:t>
            </w:r>
          </w:p>
        </w:tc>
      </w:tr>
      <w:tr>
        <w:trPr>
          <w:trHeight w:hRule="exact" w:val="324"/>
        </w:trPr>
        <w:tc>
          <w:tcPr>
            <w:tcW w:type="dxa" w:w="652"/>
            <w:vMerge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</w:tcPr>
          <w:p/>
        </w:tc>
        <w:tc>
          <w:tcPr>
            <w:tcW w:type="dxa" w:w="652"/>
            <w:vMerge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</w:tcPr>
          <w:p/>
        </w:tc>
        <w:tc>
          <w:tcPr>
            <w:tcW w:type="dxa" w:w="58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台</w:t>
            </w:r>
          </w:p>
        </w:tc>
        <w:tc>
          <w:tcPr>
            <w:tcW w:type="dxa" w:w="69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台</w:t>
            </w:r>
          </w:p>
        </w:tc>
        <w:tc>
          <w:tcPr>
            <w:tcW w:type="dxa" w:w="64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％</w:t>
            </w:r>
          </w:p>
        </w:tc>
        <w:tc>
          <w:tcPr>
            <w:tcW w:type="dxa" w:w="66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％</w:t>
            </w:r>
          </w:p>
        </w:tc>
        <w:tc>
          <w:tcPr>
            <w:tcW w:type="dxa" w:w="58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台</w:t>
            </w:r>
          </w:p>
        </w:tc>
        <w:tc>
          <w:tcPr>
            <w:tcW w:type="dxa" w:w="58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台</w:t>
            </w:r>
          </w:p>
        </w:tc>
        <w:tc>
          <w:tcPr>
            <w:tcW w:type="dxa" w:w="68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％</w:t>
            </w:r>
          </w:p>
        </w:tc>
        <w:tc>
          <w:tcPr>
            <w:tcW w:type="dxa" w:w="65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％</w:t>
            </w:r>
          </w:p>
        </w:tc>
        <w:tc>
          <w:tcPr>
            <w:tcW w:type="dxa" w:w="5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台</w:t>
            </w:r>
          </w:p>
        </w:tc>
        <w:tc>
          <w:tcPr>
            <w:tcW w:type="dxa" w:w="58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台</w:t>
            </w:r>
          </w:p>
        </w:tc>
        <w:tc>
          <w:tcPr>
            <w:tcW w:type="dxa" w:w="73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％</w:t>
            </w:r>
          </w:p>
        </w:tc>
        <w:tc>
          <w:tcPr>
            <w:tcW w:type="dxa" w:w="66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％</w:t>
            </w:r>
          </w:p>
        </w:tc>
        <w:tc>
          <w:tcPr>
            <w:tcW w:type="dxa" w:w="74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％</w:t>
            </w:r>
          </w:p>
        </w:tc>
        <w:tc>
          <w:tcPr>
            <w:tcW w:type="dxa" w:w="70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％</w:t>
            </w:r>
          </w:p>
        </w:tc>
      </w:tr>
      <w:tr>
        <w:trPr>
          <w:trHeight w:hRule="exact" w:val="720"/>
        </w:trPr>
        <w:tc>
          <w:tcPr>
            <w:tcW w:type="dxa" w:w="56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</w:t>
            </w:r>
          </w:p>
        </w:tc>
        <w:tc>
          <w:tcPr>
            <w:tcW w:type="dxa" w:w="76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电</w:t>
            </w:r>
          </w:p>
        </w:tc>
        <w:tc>
          <w:tcPr>
            <w:tcW w:type="dxa" w:w="58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2</w:t>
            </w:r>
          </w:p>
        </w:tc>
        <w:tc>
          <w:tcPr>
            <w:tcW w:type="dxa" w:w="69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2</w:t>
            </w:r>
          </w:p>
        </w:tc>
        <w:tc>
          <w:tcPr>
            <w:tcW w:type="dxa" w:w="64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66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58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29</w:t>
            </w:r>
          </w:p>
        </w:tc>
        <w:tc>
          <w:tcPr>
            <w:tcW w:type="dxa" w:w="58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29</w:t>
            </w:r>
          </w:p>
        </w:tc>
        <w:tc>
          <w:tcPr>
            <w:tcW w:type="dxa" w:w="68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65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5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-</w:t>
            </w:r>
          </w:p>
        </w:tc>
        <w:tc>
          <w:tcPr>
            <w:tcW w:type="dxa" w:w="58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-</w:t>
            </w:r>
          </w:p>
        </w:tc>
        <w:tc>
          <w:tcPr>
            <w:tcW w:type="dxa" w:w="73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66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74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spacing w:val="2"/>
                <w:rFonts w:ascii="FEqG52FE+FangSong" w:hAnsi="FEqG52FE+FangSong" w:eastAsia="FEqG52FE+FangSong"/>
                <w:b/>
                <w:color w:val="000000"/>
                <w:sz w:val="24"/>
              </w:rPr>
              <w:t>1</w:t>
            </w: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00</w:t>
            </w:r>
          </w:p>
        </w:tc>
        <w:tc>
          <w:tcPr>
            <w:tcW w:type="dxa" w:w="70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36" w:after="0"/>
              <w:ind w:left="0" w:right="0" w:firstLine="0"/>
              <w:jc w:val="center"/>
            </w:pPr>
            <w:r>
              <w:rPr>
                <w:spacing w:val="2"/>
                <w:rFonts w:ascii="FEqG52FE+FangSong" w:hAnsi="FEqG52FE+FangSong" w:eastAsia="FEqG52FE+FangSong"/>
                <w:b/>
                <w:color w:val="000000"/>
                <w:sz w:val="24"/>
              </w:rPr>
              <w:t>1</w:t>
            </w: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00</w:t>
            </w:r>
          </w:p>
        </w:tc>
      </w:tr>
      <w:tr>
        <w:trPr>
          <w:trHeight w:hRule="exact" w:val="740"/>
        </w:trPr>
        <w:tc>
          <w:tcPr>
            <w:tcW w:type="dxa" w:w="56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2</w:t>
            </w:r>
          </w:p>
        </w:tc>
        <w:tc>
          <w:tcPr>
            <w:tcW w:type="dxa" w:w="76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水</w:t>
            </w:r>
          </w:p>
        </w:tc>
        <w:tc>
          <w:tcPr>
            <w:tcW w:type="dxa" w:w="58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</w:t>
            </w:r>
          </w:p>
        </w:tc>
        <w:tc>
          <w:tcPr>
            <w:tcW w:type="dxa" w:w="69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</w:t>
            </w:r>
          </w:p>
        </w:tc>
        <w:tc>
          <w:tcPr>
            <w:tcW w:type="dxa" w:w="64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66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58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19</w:t>
            </w:r>
          </w:p>
        </w:tc>
        <w:tc>
          <w:tcPr>
            <w:tcW w:type="dxa" w:w="58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19</w:t>
            </w:r>
          </w:p>
        </w:tc>
        <w:tc>
          <w:tcPr>
            <w:tcW w:type="dxa" w:w="68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650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52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-</w:t>
            </w:r>
          </w:p>
        </w:tc>
        <w:tc>
          <w:tcPr>
            <w:tcW w:type="dxa" w:w="58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-</w:t>
            </w:r>
          </w:p>
        </w:tc>
        <w:tc>
          <w:tcPr>
            <w:tcW w:type="dxa" w:w="734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666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rFonts w:ascii="FEqG52FE+FangSong" w:hAnsi="FEqG52FE+FangSong" w:eastAsia="FEqG52FE+FangSong"/>
                <w:color w:val="000000"/>
                <w:sz w:val="24"/>
              </w:rPr>
              <w:t>100</w:t>
            </w:r>
          </w:p>
        </w:tc>
        <w:tc>
          <w:tcPr>
            <w:tcW w:type="dxa" w:w="742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spacing w:val="2"/>
                <w:rFonts w:ascii="FEqG52FE+FangSong" w:hAnsi="FEqG52FE+FangSong" w:eastAsia="FEqG52FE+FangSong"/>
                <w:b/>
                <w:color w:val="000000"/>
                <w:sz w:val="24"/>
              </w:rPr>
              <w:t>1</w:t>
            </w: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00</w:t>
            </w:r>
          </w:p>
        </w:tc>
        <w:tc>
          <w:tcPr>
            <w:tcW w:type="dxa" w:w="708"/>
            <w:tcBorders>
              <w:left w:sz="3.8399999141693115" w:val="single" w:color="000000"/>
              <w:top w:sz="3.8399999141693115" w:val="single" w:color="000000"/>
              <w:right w:sz="3.8399999141693115" w:val="single" w:color="000000"/>
              <w:bottom w:sz="3.8399999141693115" w:val="single" w:color="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6" w:after="0"/>
              <w:ind w:left="0" w:right="0" w:firstLine="0"/>
              <w:jc w:val="center"/>
            </w:pPr>
            <w:r>
              <w:rPr>
                <w:spacing w:val="2"/>
                <w:rFonts w:ascii="FEqG52FE+FangSong" w:hAnsi="FEqG52FE+FangSong" w:eastAsia="FEqG52FE+FangSong"/>
                <w:b/>
                <w:color w:val="000000"/>
                <w:sz w:val="24"/>
              </w:rPr>
              <w:t>1</w:t>
            </w:r>
            <w:r>
              <w:rPr>
                <w:rFonts w:ascii="FEqG52FE+FangSong" w:hAnsi="FEqG52FE+FangSong" w:eastAsia="FEqG52FE+FangSong"/>
                <w:b/>
                <w:color w:val="000000"/>
                <w:sz w:val="24"/>
              </w:rPr>
              <w:t>00</w:t>
            </w:r>
          </w:p>
        </w:tc>
      </w:tr>
    </w:tbl>
    <w:p>
      <w:pPr>
        <w:autoSpaceDN w:val="0"/>
        <w:autoSpaceDE w:val="0"/>
        <w:widowControl/>
        <w:spacing w:line="220" w:lineRule="exact" w:before="1134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22</w:t>
      </w:r>
    </w:p>
    <w:p>
      <w:pPr>
        <w:sectPr>
          <w:pgSz w:w="11906" w:h="17238"/>
          <w:pgMar w:top="718" w:right="726" w:bottom="496" w:left="744" w:header="720" w:footer="720" w:gutter="0"/>
          <w:cols w:num="1" w:equalWidth="0" w:space="720">
            <w:col w:w="1043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454" w:lineRule="exact" w:before="0" w:after="0"/>
        <w:ind w:left="360" w:right="2448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四）生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产</w:t>
      </w:r>
      <w:r>
        <w:rPr>
          <w:rFonts w:ascii="Ddylr05K+KaiTi" w:hAnsi="Ddylr05K+KaiTi" w:eastAsia="Ddylr05K+KaiTi"/>
          <w:b/>
          <w:color w:val="000000"/>
          <w:sz w:val="28"/>
        </w:rPr>
        <w:t>工艺简介</w:t>
      </w:r>
      <w:r>
        <w:br/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本</w:t>
      </w:r>
      <w:r>
        <w:rPr>
          <w:spacing w:val="-2"/>
          <w:rFonts w:ascii="Ddylr05K+KaiTi" w:hAnsi="Ddylr05K+KaiTi" w:eastAsia="Ddylr05K+KaiTi"/>
          <w:color w:val="000000"/>
          <w:sz w:val="28"/>
        </w:rPr>
        <w:t>次</w:t>
      </w:r>
      <w:r>
        <w:rPr>
          <w:rFonts w:ascii="Ddylr05K+KaiTi" w:hAnsi="Ddylr05K+KaiTi" w:eastAsia="Ddylr05K+KaiTi"/>
          <w:color w:val="000000"/>
          <w:sz w:val="28"/>
        </w:rPr>
        <w:t>评价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主要</w:t>
      </w:r>
      <w:r>
        <w:rPr>
          <w:spacing w:val="-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品主</w:t>
      </w:r>
      <w:r>
        <w:rPr>
          <w:spacing w:val="-2"/>
          <w:rFonts w:ascii="Ddylr05K+KaiTi" w:hAnsi="Ddylr05K+KaiTi" w:eastAsia="Ddylr05K+KaiTi"/>
          <w:color w:val="000000"/>
          <w:sz w:val="28"/>
        </w:rPr>
        <w:t>要</w:t>
      </w:r>
      <w:r>
        <w:rPr>
          <w:rFonts w:ascii="Ddylr05K+KaiTi" w:hAnsi="Ddylr05K+KaiTi" w:eastAsia="Ddylr05K+KaiTi"/>
          <w:color w:val="000000"/>
          <w:sz w:val="28"/>
        </w:rPr>
        <w:t>生产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艺如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图所</w:t>
      </w:r>
      <w:r>
        <w:rPr>
          <w:spacing w:val="-2"/>
          <w:rFonts w:ascii="Ddylr05K+KaiTi" w:hAnsi="Ddylr05K+KaiTi" w:eastAsia="Ddylr05K+KaiTi"/>
          <w:color w:val="000000"/>
          <w:sz w:val="28"/>
        </w:rPr>
        <w:t>示</w:t>
      </w:r>
      <w:r>
        <w:rPr>
          <w:rFonts w:ascii="Ddylr05K+KaiTi" w:hAnsi="Ddylr05K+KaiTi" w:eastAsia="Ddylr05K+KaiTi"/>
          <w:color w:val="000000"/>
          <w:sz w:val="28"/>
        </w:rPr>
        <w:t>：</w:t>
      </w:r>
    </w:p>
    <w:p>
      <w:pPr>
        <w:autoSpaceDN w:val="0"/>
        <w:autoSpaceDE w:val="0"/>
        <w:widowControl/>
        <w:spacing w:line="240" w:lineRule="auto" w:before="28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471420" cy="3011170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71420" cy="30111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82" w:lineRule="exact" w:before="46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生</w:t>
      </w:r>
      <w:r>
        <w:rPr>
          <w:spacing w:val="-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工艺</w:t>
      </w:r>
      <w:r>
        <w:rPr>
          <w:spacing w:val="-2"/>
          <w:rFonts w:ascii="Ddylr05K+KaiTi" w:hAnsi="Ddylr05K+KaiTi" w:eastAsia="Ddylr05K+KaiTi"/>
          <w:color w:val="000000"/>
          <w:sz w:val="28"/>
        </w:rPr>
        <w:t>流</w:t>
      </w:r>
      <w:r>
        <w:rPr>
          <w:rFonts w:ascii="Ddylr05K+KaiTi" w:hAnsi="Ddylr05K+KaiTi" w:eastAsia="Ddylr05K+KaiTi"/>
          <w:color w:val="000000"/>
          <w:sz w:val="28"/>
        </w:rPr>
        <w:t>程简述</w:t>
      </w:r>
    </w:p>
    <w:p>
      <w:pPr>
        <w:autoSpaceDN w:val="0"/>
        <w:autoSpaceDE w:val="0"/>
        <w:widowControl/>
        <w:spacing w:line="624" w:lineRule="exact" w:before="156" w:after="0"/>
        <w:ind w:left="360" w:right="360" w:firstLine="0"/>
        <w:jc w:val="both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1）机</w:t>
      </w:r>
      <w:r>
        <w:rPr>
          <w:spacing w:val="4"/>
          <w:rFonts w:ascii="Ddylr05K+KaiTi" w:hAnsi="Ddylr05K+KaiTi" w:eastAsia="Ddylr05K+KaiTi"/>
          <w:color w:val="000000"/>
          <w:sz w:val="28"/>
        </w:rPr>
        <w:t>加</w:t>
      </w:r>
      <w:r>
        <w:rPr>
          <w:rFonts w:ascii="Ddylr05K+KaiTi" w:hAnsi="Ddylr05K+KaiTi" w:eastAsia="Ddylr05K+KaiTi"/>
          <w:color w:val="000000"/>
          <w:sz w:val="28"/>
        </w:rPr>
        <w:t>工：</w:t>
      </w:r>
      <w:r>
        <w:rPr>
          <w:spacing w:val="2"/>
          <w:rFonts w:ascii="Ddylr05K+KaiTi" w:hAnsi="Ddylr05K+KaiTi" w:eastAsia="Ddylr05K+KaiTi"/>
          <w:color w:val="000000"/>
          <w:sz w:val="28"/>
        </w:rPr>
        <w:t>外</w:t>
      </w:r>
      <w:r>
        <w:rPr>
          <w:rFonts w:ascii="Ddylr05K+KaiTi" w:hAnsi="Ddylr05K+KaiTi" w:eastAsia="Ddylr05K+KaiTi"/>
          <w:color w:val="000000"/>
          <w:sz w:val="28"/>
        </w:rPr>
        <w:t>购毛</w:t>
      </w:r>
      <w:r>
        <w:rPr>
          <w:spacing w:val="2"/>
          <w:rFonts w:ascii="Ddylr05K+KaiTi" w:hAnsi="Ddylr05K+KaiTi" w:eastAsia="Ddylr05K+KaiTi"/>
          <w:color w:val="000000"/>
          <w:sz w:val="28"/>
        </w:rPr>
        <w:t>坯</w:t>
      </w:r>
      <w:r>
        <w:rPr>
          <w:rFonts w:ascii="Ddylr05K+KaiTi" w:hAnsi="Ddylr05K+KaiTi" w:eastAsia="Ddylr05K+KaiTi"/>
          <w:color w:val="000000"/>
          <w:sz w:val="28"/>
        </w:rPr>
        <w:t>钢件</w:t>
      </w:r>
      <w:r>
        <w:rPr>
          <w:spacing w:val="2"/>
          <w:rFonts w:ascii="Ddylr05K+KaiTi" w:hAnsi="Ddylr05K+KaiTi" w:eastAsia="Ddylr05K+KaiTi"/>
          <w:color w:val="000000"/>
          <w:sz w:val="28"/>
        </w:rPr>
        <w:t>利</w:t>
      </w:r>
      <w:r>
        <w:rPr>
          <w:rFonts w:ascii="Ddylr05K+KaiTi" w:hAnsi="Ddylr05K+KaiTi" w:eastAsia="Ddylr05K+KaiTi"/>
          <w:color w:val="000000"/>
          <w:sz w:val="28"/>
        </w:rPr>
        <w:t>用多</w:t>
      </w:r>
      <w:r>
        <w:rPr>
          <w:spacing w:val="2"/>
          <w:rFonts w:ascii="Ddylr05K+KaiTi" w:hAnsi="Ddylr05K+KaiTi" w:eastAsia="Ddylr05K+KaiTi"/>
          <w:color w:val="000000"/>
          <w:sz w:val="28"/>
        </w:rPr>
        <w:t>种</w:t>
      </w:r>
      <w:r>
        <w:rPr>
          <w:rFonts w:ascii="Ddylr05K+KaiTi" w:hAnsi="Ddylr05K+KaiTi" w:eastAsia="Ddylr05K+KaiTi"/>
          <w:color w:val="000000"/>
          <w:sz w:val="28"/>
        </w:rPr>
        <w:t>设备</w:t>
      </w:r>
      <w:r>
        <w:rPr>
          <w:spacing w:val="4"/>
          <w:rFonts w:ascii="Ddylr05K+KaiTi" w:hAnsi="Ddylr05K+KaiTi" w:eastAsia="Ddylr05K+KaiTi"/>
          <w:color w:val="000000"/>
          <w:sz w:val="28"/>
        </w:rPr>
        <w:t>进</w:t>
      </w:r>
      <w:r>
        <w:rPr>
          <w:rFonts w:ascii="Ddylr05K+KaiTi" w:hAnsi="Ddylr05K+KaiTi" w:eastAsia="Ddylr05K+KaiTi"/>
          <w:color w:val="000000"/>
          <w:sz w:val="28"/>
        </w:rPr>
        <w:t>行加</w:t>
      </w:r>
      <w:r>
        <w:rPr>
          <w:spacing w:val="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，包</w:t>
      </w:r>
      <w:r>
        <w:rPr>
          <w:spacing w:val="2"/>
          <w:rFonts w:ascii="Ddylr05K+KaiTi" w:hAnsi="Ddylr05K+KaiTi" w:eastAsia="Ddylr05K+KaiTi"/>
          <w:color w:val="000000"/>
          <w:sz w:val="28"/>
        </w:rPr>
        <w:t>括</w:t>
      </w:r>
      <w:r>
        <w:rPr>
          <w:rFonts w:ascii="Ddylr05K+KaiTi" w:hAnsi="Ddylr05K+KaiTi" w:eastAsia="Ddylr05K+KaiTi"/>
          <w:color w:val="000000"/>
          <w:sz w:val="28"/>
        </w:rPr>
        <w:t>精车</w:t>
      </w:r>
      <w:r>
        <w:rPr>
          <w:spacing w:val="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反</w:t>
      </w:r>
      <w:r>
        <w:rPr>
          <w:spacing w:val="4"/>
          <w:rFonts w:ascii="Ddylr05K+KaiTi" w:hAnsi="Ddylr05K+KaiTi" w:eastAsia="Ddylr05K+KaiTi"/>
          <w:color w:val="000000"/>
          <w:sz w:val="28"/>
        </w:rPr>
        <w:t>精</w:t>
      </w:r>
      <w:r>
        <w:rPr>
          <w:spacing w:val="8"/>
          <w:rFonts w:ascii="Ddylr05K+KaiTi" w:hAnsi="Ddylr05K+KaiTi" w:eastAsia="Ddylr05K+KaiTi"/>
          <w:color w:val="000000"/>
          <w:sz w:val="28"/>
        </w:rPr>
        <w:t>车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钻</w:t>
      </w:r>
      <w:r>
        <w:rPr>
          <w:spacing w:val="4"/>
          <w:rFonts w:ascii="Ddylr05K+KaiTi" w:hAnsi="Ddylr05K+KaiTi" w:eastAsia="Ddylr05K+KaiTi"/>
          <w:color w:val="000000"/>
          <w:sz w:val="28"/>
        </w:rPr>
        <w:t>孔</w:t>
      </w:r>
      <w:r>
        <w:rPr>
          <w:spacing w:val="6"/>
          <w:rFonts w:ascii="Ddylr05K+KaiTi" w:hAnsi="Ddylr05K+KaiTi" w:eastAsia="Ddylr05K+KaiTi"/>
          <w:color w:val="000000"/>
          <w:sz w:val="28"/>
        </w:rPr>
        <w:t>等</w:t>
      </w:r>
      <w:r>
        <w:rPr>
          <w:spacing w:val="4"/>
          <w:rFonts w:ascii="Ddylr05K+KaiTi" w:hAnsi="Ddylr05K+KaiTi" w:eastAsia="Ddylr05K+KaiTi"/>
          <w:color w:val="000000"/>
          <w:sz w:val="28"/>
        </w:rPr>
        <w:t>，得</w:t>
      </w:r>
      <w:r>
        <w:rPr>
          <w:spacing w:val="8"/>
          <w:rFonts w:ascii="Ddylr05K+KaiTi" w:hAnsi="Ddylr05K+KaiTi" w:eastAsia="Ddylr05K+KaiTi"/>
          <w:color w:val="000000"/>
          <w:sz w:val="28"/>
        </w:rPr>
        <w:t>到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</w:t>
      </w:r>
      <w:r>
        <w:rPr>
          <w:spacing w:val="6"/>
          <w:rFonts w:ascii="Ddylr05K+KaiTi" w:hAnsi="Ddylr05K+KaiTi" w:eastAsia="Ddylr05K+KaiTi"/>
          <w:color w:val="000000"/>
          <w:sz w:val="28"/>
        </w:rPr>
        <w:t>粗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此</w:t>
      </w:r>
      <w:r>
        <w:rPr>
          <w:spacing w:val="4"/>
          <w:rFonts w:ascii="Ddylr05K+KaiTi" w:hAnsi="Ddylr05K+KaiTi" w:eastAsia="Ddylr05K+KaiTi"/>
          <w:color w:val="000000"/>
          <w:sz w:val="28"/>
        </w:rPr>
        <w:t>工序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生</w:t>
      </w:r>
      <w:r>
        <w:rPr>
          <w:spacing w:val="8"/>
          <w:rFonts w:ascii="Ddylr05K+KaiTi" w:hAnsi="Ddylr05K+KaiTi" w:eastAsia="Ddylr05K+KaiTi"/>
          <w:color w:val="000000"/>
          <w:sz w:val="28"/>
        </w:rPr>
        <w:t>下</w:t>
      </w:r>
      <w:r>
        <w:rPr>
          <w:spacing w:val="6"/>
          <w:rFonts w:ascii="Ddylr05K+KaiTi" w:hAnsi="Ddylr05K+KaiTi" w:eastAsia="Ddylr05K+KaiTi"/>
          <w:color w:val="000000"/>
          <w:sz w:val="28"/>
        </w:rPr>
        <w:t>脚</w:t>
      </w:r>
      <w:r>
        <w:rPr>
          <w:spacing w:val="8"/>
          <w:rFonts w:ascii="Ddylr05K+KaiTi" w:hAnsi="Ddylr05K+KaiTi" w:eastAsia="Ddylr05K+KaiTi"/>
          <w:color w:val="000000"/>
          <w:sz w:val="28"/>
        </w:rPr>
        <w:t>料</w:t>
      </w:r>
      <w:r>
        <w:rPr>
          <w:spacing w:val="4"/>
          <w:rFonts w:ascii="Ddylr05K+KaiTi" w:hAnsi="Ddylr05K+KaiTi" w:eastAsia="Ddylr05K+KaiTi"/>
          <w:color w:val="000000"/>
          <w:sz w:val="28"/>
        </w:rPr>
        <w:t>、沾</w:t>
      </w:r>
      <w:r>
        <w:rPr>
          <w:spacing w:val="6"/>
          <w:rFonts w:ascii="Ddylr05K+KaiTi" w:hAnsi="Ddylr05K+KaiTi" w:eastAsia="Ddylr05K+KaiTi"/>
          <w:color w:val="000000"/>
          <w:sz w:val="28"/>
        </w:rPr>
        <w:t>染</w:t>
      </w:r>
      <w:r>
        <w:rPr>
          <w:spacing w:val="4"/>
          <w:rFonts w:ascii="Ddylr05K+KaiTi" w:hAnsi="Ddylr05K+KaiTi" w:eastAsia="Ddylr05K+KaiTi"/>
          <w:color w:val="000000"/>
          <w:sz w:val="28"/>
        </w:rPr>
        <w:t>切</w:t>
      </w:r>
      <w:r>
        <w:rPr>
          <w:spacing w:val="8"/>
          <w:rFonts w:ascii="Ddylr05K+KaiTi" w:hAnsi="Ddylr05K+KaiTi" w:eastAsia="Ddylr05K+KaiTi"/>
          <w:color w:val="000000"/>
          <w:sz w:val="28"/>
        </w:rPr>
        <w:t>削</w:t>
      </w:r>
      <w:r>
        <w:rPr>
          <w:spacing w:val="6"/>
          <w:rFonts w:ascii="Ddylr05K+KaiTi" w:hAnsi="Ddylr05K+KaiTi" w:eastAsia="Ddylr05K+KaiTi"/>
          <w:color w:val="000000"/>
          <w:sz w:val="28"/>
        </w:rPr>
        <w:t>液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废金</w:t>
      </w:r>
      <w:r>
        <w:rPr>
          <w:rFonts w:ascii="Ddylr05K+KaiTi" w:hAnsi="Ddylr05K+KaiTi" w:eastAsia="Ddylr05K+KaiTi"/>
          <w:color w:val="000000"/>
          <w:sz w:val="28"/>
        </w:rPr>
        <w:t>属屑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废切</w:t>
      </w:r>
      <w:r>
        <w:rPr>
          <w:spacing w:val="-2"/>
          <w:rFonts w:ascii="Ddylr05K+KaiTi" w:hAnsi="Ddylr05K+KaiTi" w:eastAsia="Ddylr05K+KaiTi"/>
          <w:color w:val="000000"/>
          <w:sz w:val="28"/>
        </w:rPr>
        <w:t>削</w:t>
      </w:r>
      <w:r>
        <w:rPr>
          <w:rFonts w:ascii="Ddylr05K+KaiTi" w:hAnsi="Ddylr05K+KaiTi" w:eastAsia="Ddylr05K+KaiTi"/>
          <w:color w:val="000000"/>
          <w:sz w:val="28"/>
        </w:rPr>
        <w:t>液、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废</w:t>
      </w:r>
      <w:r>
        <w:rPr>
          <w:rFonts w:ascii="Ddylr05K+KaiTi" w:hAnsi="Ddylr05K+KaiTi" w:eastAsia="Ddylr05K+KaiTi"/>
          <w:color w:val="000000"/>
          <w:sz w:val="28"/>
        </w:rPr>
        <w:t>切削</w:t>
      </w:r>
      <w:r>
        <w:rPr>
          <w:spacing w:val="-2"/>
          <w:rFonts w:ascii="Ddylr05K+KaiTi" w:hAnsi="Ddylr05K+KaiTi" w:eastAsia="Ddylr05K+KaiTi"/>
          <w:color w:val="000000"/>
          <w:sz w:val="28"/>
        </w:rPr>
        <w:t>液</w:t>
      </w:r>
      <w:r>
        <w:rPr>
          <w:rFonts w:ascii="Ddylr05K+KaiTi" w:hAnsi="Ddylr05K+KaiTi" w:eastAsia="Ddylr05K+KaiTi"/>
          <w:color w:val="000000"/>
          <w:sz w:val="28"/>
        </w:rPr>
        <w:t>包装</w:t>
      </w:r>
      <w:r>
        <w:rPr>
          <w:spacing w:val="-2"/>
          <w:rFonts w:ascii="Ddylr05K+KaiTi" w:hAnsi="Ddylr05K+KaiTi" w:eastAsia="Ddylr05K+KaiTi"/>
          <w:color w:val="000000"/>
          <w:sz w:val="28"/>
        </w:rPr>
        <w:t>桶</w:t>
      </w:r>
      <w:r>
        <w:rPr>
          <w:rFonts w:ascii="Ddylr05K+KaiTi" w:hAnsi="Ddylr05K+KaiTi" w:eastAsia="Ddylr05K+KaiTi"/>
          <w:color w:val="000000"/>
          <w:sz w:val="28"/>
        </w:rPr>
        <w:t>及设</w:t>
      </w:r>
      <w:r>
        <w:rPr>
          <w:spacing w:val="-2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运转</w:t>
      </w:r>
      <w:r>
        <w:rPr>
          <w:spacing w:val="-2"/>
          <w:rFonts w:ascii="Ddylr05K+KaiTi" w:hAnsi="Ddylr05K+KaiTi" w:eastAsia="Ddylr05K+KaiTi"/>
          <w:color w:val="000000"/>
          <w:sz w:val="28"/>
        </w:rPr>
        <w:t>噪</w:t>
      </w:r>
      <w:r>
        <w:rPr>
          <w:rFonts w:ascii="Ddylr05K+KaiTi" w:hAnsi="Ddylr05K+KaiTi" w:eastAsia="Ddylr05K+KaiTi"/>
          <w:color w:val="000000"/>
          <w:sz w:val="28"/>
        </w:rPr>
        <w:t>声。</w:t>
      </w:r>
    </w:p>
    <w:p>
      <w:pPr>
        <w:autoSpaceDN w:val="0"/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2）热</w:t>
      </w:r>
      <w:r>
        <w:rPr>
          <w:spacing w:val="4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理（</w:t>
      </w:r>
      <w:r>
        <w:rPr>
          <w:spacing w:val="2"/>
          <w:rFonts w:ascii="Ddylr05K+KaiTi" w:hAnsi="Ddylr05K+KaiTi" w:eastAsia="Ddylr05K+KaiTi"/>
          <w:color w:val="000000"/>
          <w:sz w:val="28"/>
        </w:rPr>
        <w:t>外</w:t>
      </w:r>
      <w:r>
        <w:rPr>
          <w:rFonts w:ascii="Ddylr05K+KaiTi" w:hAnsi="Ddylr05K+KaiTi" w:eastAsia="Ddylr05K+KaiTi"/>
          <w:color w:val="000000"/>
          <w:sz w:val="28"/>
        </w:rPr>
        <w:t>协）</w:t>
      </w:r>
      <w:r>
        <w:rPr>
          <w:spacing w:val="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主要</w:t>
      </w:r>
      <w:r>
        <w:rPr>
          <w:spacing w:val="2"/>
          <w:rFonts w:ascii="Ddylr05K+KaiTi" w:hAnsi="Ddylr05K+KaiTi" w:eastAsia="Ddylr05K+KaiTi"/>
          <w:color w:val="000000"/>
          <w:sz w:val="28"/>
        </w:rPr>
        <w:t>包</w:t>
      </w:r>
      <w:r>
        <w:rPr>
          <w:rFonts w:ascii="Ddylr05K+KaiTi" w:hAnsi="Ddylr05K+KaiTi" w:eastAsia="Ddylr05K+KaiTi"/>
          <w:color w:val="000000"/>
          <w:sz w:val="28"/>
        </w:rPr>
        <w:t>括渗</w:t>
      </w:r>
      <w:r>
        <w:rPr>
          <w:spacing w:val="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、淬</w:t>
      </w:r>
      <w:r>
        <w:rPr>
          <w:spacing w:val="4"/>
          <w:rFonts w:ascii="Ddylr05K+KaiTi" w:hAnsi="Ddylr05K+KaiTi" w:eastAsia="Ddylr05K+KaiTi"/>
          <w:color w:val="000000"/>
          <w:sz w:val="28"/>
        </w:rPr>
        <w:t>火</w:t>
      </w:r>
      <w:r>
        <w:rPr>
          <w:rFonts w:ascii="Ddylr05K+KaiTi" w:hAnsi="Ddylr05K+KaiTi" w:eastAsia="Ddylr05K+KaiTi"/>
          <w:color w:val="000000"/>
          <w:sz w:val="28"/>
        </w:rPr>
        <w:t>、回</w:t>
      </w:r>
      <w:r>
        <w:rPr>
          <w:spacing w:val="2"/>
          <w:rFonts w:ascii="Ddylr05K+KaiTi" w:hAnsi="Ddylr05K+KaiTi" w:eastAsia="Ddylr05K+KaiTi"/>
          <w:color w:val="000000"/>
          <w:sz w:val="28"/>
        </w:rPr>
        <w:t>火</w:t>
      </w:r>
      <w:r>
        <w:rPr>
          <w:rFonts w:ascii="Ddylr05K+KaiTi" w:hAnsi="Ddylr05K+KaiTi" w:eastAsia="Ddylr05K+KaiTi"/>
          <w:color w:val="000000"/>
          <w:sz w:val="28"/>
        </w:rPr>
        <w:t>，以</w:t>
      </w:r>
      <w:r>
        <w:rPr>
          <w:spacing w:val="2"/>
          <w:rFonts w:ascii="Ddylr05K+KaiTi" w:hAnsi="Ddylr05K+KaiTi" w:eastAsia="Ddylr05K+KaiTi"/>
          <w:color w:val="000000"/>
          <w:sz w:val="28"/>
        </w:rPr>
        <w:t>提</w:t>
      </w:r>
      <w:r>
        <w:rPr>
          <w:rFonts w:ascii="Ddylr05K+KaiTi" w:hAnsi="Ddylr05K+KaiTi" w:eastAsia="Ddylr05K+KaiTi"/>
          <w:color w:val="000000"/>
          <w:sz w:val="28"/>
        </w:rPr>
        <w:t>高工</w:t>
      </w:r>
      <w:r>
        <w:rPr>
          <w:spacing w:val="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性</w:t>
      </w:r>
      <w:r>
        <w:rPr>
          <w:spacing w:val="-2"/>
          <w:rFonts w:ascii="Ddylr05K+KaiTi" w:hAnsi="Ddylr05K+KaiTi" w:eastAsia="Ddylr05K+KaiTi"/>
          <w:color w:val="000000"/>
          <w:sz w:val="28"/>
        </w:rPr>
        <w:t>能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360" w:right="360" w:firstLine="0"/>
        <w:jc w:val="both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3）抛</w:t>
      </w:r>
      <w:r>
        <w:rPr>
          <w:spacing w:val="4"/>
          <w:rFonts w:ascii="Ddylr05K+KaiTi" w:hAnsi="Ddylr05K+KaiTi" w:eastAsia="Ddylr05K+KaiTi"/>
          <w:color w:val="000000"/>
          <w:sz w:val="28"/>
        </w:rPr>
        <w:t>丸</w:t>
      </w:r>
      <w:r>
        <w:rPr>
          <w:rFonts w:ascii="Ddylr05K+KaiTi" w:hAnsi="Ddylr05K+KaiTi" w:eastAsia="Ddylr05K+KaiTi"/>
          <w:color w:val="000000"/>
          <w:sz w:val="28"/>
        </w:rPr>
        <w:t>：利</w:t>
      </w:r>
      <w:r>
        <w:rPr>
          <w:spacing w:val="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抛丸</w:t>
      </w:r>
      <w:r>
        <w:rPr>
          <w:spacing w:val="2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对工</w:t>
      </w:r>
      <w:r>
        <w:rPr>
          <w:spacing w:val="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表面</w:t>
      </w:r>
      <w:r>
        <w:rPr>
          <w:spacing w:val="2"/>
          <w:rFonts w:ascii="Ddylr05K+KaiTi" w:hAnsi="Ddylr05K+KaiTi" w:eastAsia="Ddylr05K+KaiTi"/>
          <w:color w:val="000000"/>
          <w:sz w:val="28"/>
        </w:rPr>
        <w:t>进</w:t>
      </w:r>
      <w:r>
        <w:rPr>
          <w:rFonts w:ascii="Ddylr05K+KaiTi" w:hAnsi="Ddylr05K+KaiTi" w:eastAsia="Ddylr05K+KaiTi"/>
          <w:color w:val="000000"/>
          <w:sz w:val="28"/>
        </w:rPr>
        <w:t>行处</w:t>
      </w:r>
      <w:r>
        <w:rPr>
          <w:spacing w:val="4"/>
          <w:rFonts w:ascii="Ddylr05K+KaiTi" w:hAnsi="Ddylr05K+KaiTi" w:eastAsia="Ddylr05K+KaiTi"/>
          <w:color w:val="000000"/>
          <w:sz w:val="28"/>
        </w:rPr>
        <w:t>理</w:t>
      </w:r>
      <w:r>
        <w:rPr>
          <w:rFonts w:ascii="Ddylr05K+KaiTi" w:hAnsi="Ddylr05K+KaiTi" w:eastAsia="Ddylr05K+KaiTi"/>
          <w:color w:val="000000"/>
          <w:sz w:val="28"/>
        </w:rPr>
        <w:t>，去</w:t>
      </w:r>
      <w:r>
        <w:rPr>
          <w:spacing w:val="2"/>
          <w:rFonts w:ascii="Ddylr05K+KaiTi" w:hAnsi="Ddylr05K+KaiTi" w:eastAsia="Ddylr05K+KaiTi"/>
          <w:color w:val="000000"/>
          <w:sz w:val="28"/>
        </w:rPr>
        <w:t>除</w:t>
      </w:r>
      <w:r>
        <w:rPr>
          <w:rFonts w:ascii="Ddylr05K+KaiTi" w:hAnsi="Ddylr05K+KaiTi" w:eastAsia="Ddylr05K+KaiTi"/>
          <w:color w:val="000000"/>
          <w:sz w:val="28"/>
        </w:rPr>
        <w:t>表面</w:t>
      </w:r>
      <w:r>
        <w:rPr>
          <w:spacing w:val="2"/>
          <w:rFonts w:ascii="Ddylr05K+KaiTi" w:hAnsi="Ddylr05K+KaiTi" w:eastAsia="Ddylr05K+KaiTi"/>
          <w:color w:val="000000"/>
          <w:sz w:val="28"/>
        </w:rPr>
        <w:t>氧</w:t>
      </w:r>
      <w:r>
        <w:rPr>
          <w:rFonts w:ascii="Ddylr05K+KaiTi" w:hAnsi="Ddylr05K+KaiTi" w:eastAsia="Ddylr05K+KaiTi"/>
          <w:color w:val="000000"/>
          <w:sz w:val="28"/>
        </w:rPr>
        <w:t>化皮</w:t>
      </w:r>
      <w:r>
        <w:rPr>
          <w:spacing w:val="2"/>
          <w:rFonts w:ascii="Ddylr05K+KaiTi" w:hAnsi="Ddylr05K+KaiTi" w:eastAsia="Ddylr05K+KaiTi"/>
          <w:color w:val="000000"/>
          <w:sz w:val="28"/>
        </w:rPr>
        <w:t>等</w:t>
      </w:r>
      <w:r>
        <w:rPr>
          <w:rFonts w:ascii="Ddylr05K+KaiTi" w:hAnsi="Ddylr05K+KaiTi" w:eastAsia="Ddylr05K+KaiTi"/>
          <w:color w:val="000000"/>
          <w:sz w:val="28"/>
        </w:rPr>
        <w:t>杂</w:t>
      </w:r>
      <w:r>
        <w:rPr>
          <w:spacing w:val="4"/>
          <w:rFonts w:ascii="Ddylr05K+KaiTi" w:hAnsi="Ddylr05K+KaiTi" w:eastAsia="Ddylr05K+KaiTi"/>
          <w:color w:val="000000"/>
          <w:sz w:val="28"/>
        </w:rPr>
        <w:t>质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提</w:t>
      </w:r>
      <w:r>
        <w:rPr>
          <w:spacing w:val="8"/>
          <w:rFonts w:ascii="Ddylr05K+KaiTi" w:hAnsi="Ddylr05K+KaiTi" w:eastAsia="Ddylr05K+KaiTi"/>
          <w:color w:val="000000"/>
          <w:sz w:val="28"/>
        </w:rPr>
        <w:t>高</w:t>
      </w:r>
      <w:r>
        <w:rPr>
          <w:spacing w:val="4"/>
          <w:rFonts w:ascii="Ddylr05K+KaiTi" w:hAnsi="Ddylr05K+KaiTi" w:eastAsia="Ddylr05K+KaiTi"/>
          <w:color w:val="000000"/>
          <w:sz w:val="28"/>
        </w:rPr>
        <w:t>外</w:t>
      </w:r>
      <w:r>
        <w:rPr>
          <w:spacing w:val="6"/>
          <w:rFonts w:ascii="Ddylr05K+KaiTi" w:hAnsi="Ddylr05K+KaiTi" w:eastAsia="Ddylr05K+KaiTi"/>
          <w:color w:val="000000"/>
          <w:sz w:val="28"/>
        </w:rPr>
        <w:t>观</w:t>
      </w:r>
      <w:r>
        <w:rPr>
          <w:spacing w:val="4"/>
          <w:rFonts w:ascii="Ddylr05K+KaiTi" w:hAnsi="Ddylr05K+KaiTi" w:eastAsia="Ddylr05K+KaiTi"/>
          <w:color w:val="000000"/>
          <w:sz w:val="28"/>
        </w:rPr>
        <w:t>质量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此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序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抛</w:t>
      </w:r>
      <w:r>
        <w:rPr>
          <w:spacing w:val="4"/>
          <w:rFonts w:ascii="Ddylr05K+KaiTi" w:hAnsi="Ddylr05K+KaiTi" w:eastAsia="Ddylr05K+KaiTi"/>
          <w:color w:val="000000"/>
          <w:sz w:val="28"/>
        </w:rPr>
        <w:t>丸粉</w:t>
      </w:r>
      <w:r>
        <w:rPr>
          <w:spacing w:val="8"/>
          <w:rFonts w:ascii="Ddylr05K+KaiTi" w:hAnsi="Ddylr05K+KaiTi" w:eastAsia="Ddylr05K+KaiTi"/>
          <w:color w:val="000000"/>
          <w:sz w:val="28"/>
        </w:rPr>
        <w:t>尘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废</w:t>
      </w:r>
      <w:r>
        <w:rPr>
          <w:spacing w:val="6"/>
          <w:rFonts w:ascii="Ddylr05K+KaiTi" w:hAnsi="Ddylr05K+KaiTi" w:eastAsia="Ddylr05K+KaiTi"/>
          <w:color w:val="000000"/>
          <w:sz w:val="28"/>
        </w:rPr>
        <w:t>钢</w:t>
      </w:r>
      <w:r>
        <w:rPr>
          <w:spacing w:val="8"/>
          <w:rFonts w:ascii="Ddylr05K+KaiTi" w:hAnsi="Ddylr05K+KaiTi" w:eastAsia="Ddylr05K+KaiTi"/>
          <w:color w:val="000000"/>
          <w:sz w:val="28"/>
        </w:rPr>
        <w:t>丸</w:t>
      </w:r>
      <w:r>
        <w:rPr>
          <w:spacing w:val="4"/>
          <w:rFonts w:ascii="Ddylr05K+KaiTi" w:hAnsi="Ddylr05K+KaiTi" w:eastAsia="Ddylr05K+KaiTi"/>
          <w:color w:val="000000"/>
          <w:sz w:val="28"/>
        </w:rPr>
        <w:t>以及</w:t>
      </w:r>
      <w:r>
        <w:rPr>
          <w:spacing w:val="6"/>
          <w:rFonts w:ascii="Ddylr05K+KaiTi" w:hAnsi="Ddylr05K+KaiTi" w:eastAsia="Ddylr05K+KaiTi"/>
          <w:color w:val="000000"/>
          <w:sz w:val="28"/>
        </w:rPr>
        <w:t>设</w:t>
      </w:r>
      <w:r>
        <w:rPr>
          <w:spacing w:val="4"/>
          <w:rFonts w:ascii="Ddylr05K+KaiTi" w:hAnsi="Ddylr05K+KaiTi" w:eastAsia="Ddylr05K+KaiTi"/>
          <w:color w:val="000000"/>
          <w:sz w:val="28"/>
        </w:rPr>
        <w:t>备</w:t>
      </w:r>
      <w:r>
        <w:rPr>
          <w:spacing w:val="8"/>
          <w:rFonts w:ascii="Ddylr05K+KaiTi" w:hAnsi="Ddylr05K+KaiTi" w:eastAsia="Ddylr05K+KaiTi"/>
          <w:color w:val="000000"/>
          <w:sz w:val="28"/>
        </w:rPr>
        <w:t>运</w:t>
      </w:r>
      <w:r>
        <w:rPr>
          <w:spacing w:val="6"/>
          <w:rFonts w:ascii="Ddylr05K+KaiTi" w:hAnsi="Ddylr05K+KaiTi" w:eastAsia="Ddylr05K+KaiTi"/>
          <w:color w:val="000000"/>
          <w:sz w:val="28"/>
        </w:rPr>
        <w:t>转</w:t>
      </w:r>
      <w:r>
        <w:rPr>
          <w:rFonts w:ascii="Ddylr05K+KaiTi" w:hAnsi="Ddylr05K+KaiTi" w:eastAsia="Ddylr05K+KaiTi"/>
          <w:color w:val="000000"/>
          <w:sz w:val="28"/>
        </w:rPr>
        <w:t>噪</w:t>
      </w:r>
      <w:r>
        <w:rPr>
          <w:spacing w:val="-2"/>
          <w:rFonts w:ascii="Ddylr05K+KaiTi" w:hAnsi="Ddylr05K+KaiTi" w:eastAsia="Ddylr05K+KaiTi"/>
          <w:color w:val="000000"/>
          <w:sz w:val="28"/>
        </w:rPr>
        <w:t>声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4）精</w:t>
      </w:r>
      <w:r>
        <w:rPr>
          <w:spacing w:val="4"/>
          <w:rFonts w:ascii="Ddylr05K+KaiTi" w:hAnsi="Ddylr05K+KaiTi" w:eastAsia="Ddylr05K+KaiTi"/>
          <w:color w:val="000000"/>
          <w:sz w:val="28"/>
        </w:rPr>
        <w:t>机</w:t>
      </w:r>
      <w:r>
        <w:rPr>
          <w:rFonts w:ascii="Ddylr05K+KaiTi" w:hAnsi="Ddylr05K+KaiTi" w:eastAsia="Ddylr05K+KaiTi"/>
          <w:color w:val="000000"/>
          <w:sz w:val="28"/>
        </w:rPr>
        <w:t>加工</w:t>
      </w:r>
      <w:r>
        <w:rPr>
          <w:spacing w:val="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进一</w:t>
      </w:r>
      <w:r>
        <w:rPr>
          <w:spacing w:val="2"/>
          <w:rFonts w:ascii="Ddylr05K+KaiTi" w:hAnsi="Ddylr05K+KaiTi" w:eastAsia="Ddylr05K+KaiTi"/>
          <w:color w:val="000000"/>
          <w:sz w:val="28"/>
        </w:rPr>
        <w:t>步</w:t>
      </w:r>
      <w:r>
        <w:rPr>
          <w:rFonts w:ascii="Ddylr05K+KaiTi" w:hAnsi="Ddylr05K+KaiTi" w:eastAsia="Ddylr05K+KaiTi"/>
          <w:color w:val="000000"/>
          <w:sz w:val="28"/>
        </w:rPr>
        <w:t>加工</w:t>
      </w:r>
      <w:r>
        <w:rPr>
          <w:spacing w:val="2"/>
          <w:rFonts w:ascii="Ddylr05K+KaiTi" w:hAnsi="Ddylr05K+KaiTi" w:eastAsia="Ddylr05K+KaiTi"/>
          <w:color w:val="000000"/>
          <w:sz w:val="28"/>
        </w:rPr>
        <w:t>使</w:t>
      </w:r>
      <w:r>
        <w:rPr>
          <w:rFonts w:ascii="Ddylr05K+KaiTi" w:hAnsi="Ddylr05K+KaiTi" w:eastAsia="Ddylr05K+KaiTi"/>
          <w:color w:val="000000"/>
          <w:sz w:val="28"/>
        </w:rPr>
        <w:t>工件</w:t>
      </w:r>
      <w:r>
        <w:rPr>
          <w:spacing w:val="2"/>
          <w:rFonts w:ascii="Ddylr05K+KaiTi" w:hAnsi="Ddylr05K+KaiTi" w:eastAsia="Ddylr05K+KaiTi"/>
          <w:color w:val="000000"/>
          <w:sz w:val="28"/>
        </w:rPr>
        <w:t>符</w:t>
      </w:r>
      <w:r>
        <w:rPr>
          <w:rFonts w:ascii="Ddylr05K+KaiTi" w:hAnsi="Ddylr05K+KaiTi" w:eastAsia="Ddylr05K+KaiTi"/>
          <w:color w:val="000000"/>
          <w:sz w:val="28"/>
        </w:rPr>
        <w:t>合要</w:t>
      </w:r>
      <w:r>
        <w:rPr>
          <w:spacing w:val="4"/>
          <w:rFonts w:ascii="Ddylr05K+KaiTi" w:hAnsi="Ddylr05K+KaiTi" w:eastAsia="Ddylr05K+KaiTi"/>
          <w:color w:val="000000"/>
          <w:sz w:val="28"/>
        </w:rPr>
        <w:t>求</w:t>
      </w:r>
      <w:r>
        <w:rPr>
          <w:rFonts w:ascii="Ddylr05K+KaiTi" w:hAnsi="Ddylr05K+KaiTi" w:eastAsia="Ddylr05K+KaiTi"/>
          <w:color w:val="000000"/>
          <w:sz w:val="28"/>
        </w:rPr>
        <w:t>，产</w:t>
      </w:r>
      <w:r>
        <w:rPr>
          <w:spacing w:val="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下脚</w:t>
      </w:r>
      <w:r>
        <w:rPr>
          <w:spacing w:val="2"/>
          <w:rFonts w:ascii="Ddylr05K+KaiTi" w:hAnsi="Ddylr05K+KaiTi" w:eastAsia="Ddylr05K+KaiTi"/>
          <w:color w:val="000000"/>
          <w:sz w:val="28"/>
        </w:rPr>
        <w:t>料</w:t>
      </w:r>
      <w:r>
        <w:rPr>
          <w:rFonts w:ascii="Ddylr05K+KaiTi" w:hAnsi="Ddylr05K+KaiTi" w:eastAsia="Ddylr05K+KaiTi"/>
          <w:color w:val="000000"/>
          <w:sz w:val="28"/>
        </w:rPr>
        <w:t>、沾</w:t>
      </w:r>
      <w:r>
        <w:rPr>
          <w:spacing w:val="2"/>
          <w:rFonts w:ascii="Ddylr05K+KaiTi" w:hAnsi="Ddylr05K+KaiTi" w:eastAsia="Ddylr05K+KaiTi"/>
          <w:color w:val="000000"/>
          <w:sz w:val="28"/>
        </w:rPr>
        <w:t>染</w:t>
      </w:r>
      <w:r>
        <w:rPr>
          <w:rFonts w:ascii="Ddylr05K+KaiTi" w:hAnsi="Ddylr05K+KaiTi" w:eastAsia="Ddylr05K+KaiTi"/>
          <w:color w:val="000000"/>
          <w:sz w:val="28"/>
        </w:rPr>
        <w:t>切</w:t>
      </w:r>
      <w:r>
        <w:rPr>
          <w:spacing w:val="-2"/>
          <w:rFonts w:ascii="Ddylr05K+KaiTi" w:hAnsi="Ddylr05K+KaiTi" w:eastAsia="Ddylr05K+KaiTi"/>
          <w:color w:val="000000"/>
          <w:sz w:val="28"/>
        </w:rPr>
        <w:t>削液</w:t>
      </w:r>
      <w:r>
        <w:rPr>
          <w:rFonts w:ascii="Ddylr05K+KaiTi" w:hAnsi="Ddylr05K+KaiTi" w:eastAsia="Ddylr05K+KaiTi"/>
          <w:color w:val="000000"/>
          <w:sz w:val="28"/>
        </w:rPr>
        <w:t>的废</w:t>
      </w:r>
      <w:r>
        <w:rPr>
          <w:spacing w:val="-2"/>
          <w:rFonts w:ascii="Ddylr05K+KaiTi" w:hAnsi="Ddylr05K+KaiTi" w:eastAsia="Ddylr05K+KaiTi"/>
          <w:color w:val="000000"/>
          <w:sz w:val="28"/>
        </w:rPr>
        <w:t>金</w:t>
      </w:r>
      <w:r>
        <w:rPr>
          <w:rFonts w:ascii="Ddylr05K+KaiTi" w:hAnsi="Ddylr05K+KaiTi" w:eastAsia="Ddylr05K+KaiTi"/>
          <w:color w:val="000000"/>
          <w:sz w:val="28"/>
        </w:rPr>
        <w:t>属屑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废切</w:t>
      </w:r>
      <w:r>
        <w:rPr>
          <w:spacing w:val="-2"/>
          <w:rFonts w:ascii="Ddylr05K+KaiTi" w:hAnsi="Ddylr05K+KaiTi" w:eastAsia="Ddylr05K+KaiTi"/>
          <w:color w:val="000000"/>
          <w:sz w:val="28"/>
        </w:rPr>
        <w:t>削</w:t>
      </w:r>
      <w:r>
        <w:rPr>
          <w:rFonts w:ascii="Ddylr05K+KaiTi" w:hAnsi="Ddylr05K+KaiTi" w:eastAsia="Ddylr05K+KaiTi"/>
          <w:color w:val="000000"/>
          <w:sz w:val="28"/>
        </w:rPr>
        <w:t>液、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废</w:t>
      </w:r>
      <w:r>
        <w:rPr>
          <w:rFonts w:ascii="Ddylr05K+KaiTi" w:hAnsi="Ddylr05K+KaiTi" w:eastAsia="Ddylr05K+KaiTi"/>
          <w:color w:val="000000"/>
          <w:sz w:val="28"/>
        </w:rPr>
        <w:t>切削</w:t>
      </w:r>
      <w:r>
        <w:rPr>
          <w:spacing w:val="-2"/>
          <w:rFonts w:ascii="Ddylr05K+KaiTi" w:hAnsi="Ddylr05K+KaiTi" w:eastAsia="Ddylr05K+KaiTi"/>
          <w:color w:val="000000"/>
          <w:sz w:val="28"/>
        </w:rPr>
        <w:t>液</w:t>
      </w:r>
      <w:r>
        <w:rPr>
          <w:rFonts w:ascii="Ddylr05K+KaiTi" w:hAnsi="Ddylr05K+KaiTi" w:eastAsia="Ddylr05K+KaiTi"/>
          <w:color w:val="000000"/>
          <w:sz w:val="28"/>
        </w:rPr>
        <w:t>包装</w:t>
      </w:r>
      <w:r>
        <w:rPr>
          <w:spacing w:val="-2"/>
          <w:rFonts w:ascii="Ddylr05K+KaiTi" w:hAnsi="Ddylr05K+KaiTi" w:eastAsia="Ddylr05K+KaiTi"/>
          <w:color w:val="000000"/>
          <w:sz w:val="28"/>
        </w:rPr>
        <w:t>桶</w:t>
      </w:r>
      <w:r>
        <w:rPr>
          <w:rFonts w:ascii="Ddylr05K+KaiTi" w:hAnsi="Ddylr05K+KaiTi" w:eastAsia="Ddylr05K+KaiTi"/>
          <w:color w:val="000000"/>
          <w:sz w:val="28"/>
        </w:rPr>
        <w:t>及设</w:t>
      </w:r>
      <w:r>
        <w:rPr>
          <w:spacing w:val="-2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运转</w:t>
      </w:r>
      <w:r>
        <w:rPr>
          <w:spacing w:val="-2"/>
          <w:rFonts w:ascii="Ddylr05K+KaiTi" w:hAnsi="Ddylr05K+KaiTi" w:eastAsia="Ddylr05K+KaiTi"/>
          <w:color w:val="000000"/>
          <w:sz w:val="28"/>
        </w:rPr>
        <w:t>噪</w:t>
      </w:r>
      <w:r>
        <w:rPr>
          <w:rFonts w:ascii="Ddylr05K+KaiTi" w:hAnsi="Ddylr05K+KaiTi" w:eastAsia="Ddylr05K+KaiTi"/>
          <w:color w:val="000000"/>
          <w:sz w:val="28"/>
        </w:rPr>
        <w:t>声。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5）检</w:t>
      </w:r>
      <w:r>
        <w:rPr>
          <w:spacing w:val="4"/>
          <w:rFonts w:ascii="Ddylr05K+KaiTi" w:hAnsi="Ddylr05K+KaiTi" w:eastAsia="Ddylr05K+KaiTi"/>
          <w:color w:val="000000"/>
          <w:sz w:val="28"/>
        </w:rPr>
        <w:t>测</w:t>
      </w:r>
      <w:r>
        <w:rPr>
          <w:rFonts w:ascii="Ddylr05K+KaiTi" w:hAnsi="Ddylr05K+KaiTi" w:eastAsia="Ddylr05K+KaiTi"/>
          <w:color w:val="000000"/>
          <w:sz w:val="28"/>
        </w:rPr>
        <w:t>：对</w:t>
      </w:r>
      <w:r>
        <w:rPr>
          <w:spacing w:val="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件进</w:t>
      </w:r>
      <w:r>
        <w:rPr>
          <w:spacing w:val="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检测</w:t>
      </w:r>
      <w:r>
        <w:rPr>
          <w:spacing w:val="2"/>
          <w:rFonts w:ascii="Ddylr05K+KaiTi" w:hAnsi="Ddylr05K+KaiTi" w:eastAsia="Ddylr05K+KaiTi"/>
          <w:color w:val="000000"/>
          <w:sz w:val="28"/>
        </w:rPr>
        <w:t>并</w:t>
      </w:r>
      <w:r>
        <w:rPr>
          <w:rFonts w:ascii="Ddylr05K+KaiTi" w:hAnsi="Ddylr05K+KaiTi" w:eastAsia="Ddylr05K+KaiTi"/>
          <w:color w:val="000000"/>
          <w:sz w:val="28"/>
        </w:rPr>
        <w:t>打标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产生</w:t>
      </w:r>
      <w:r>
        <w:rPr>
          <w:spacing w:val="4"/>
          <w:rFonts w:ascii="Ddylr05K+KaiTi" w:hAnsi="Ddylr05K+KaiTi" w:eastAsia="Ddylr05K+KaiTi"/>
          <w:color w:val="000000"/>
          <w:sz w:val="28"/>
        </w:rPr>
        <w:t>打</w:t>
      </w:r>
      <w:r>
        <w:rPr>
          <w:rFonts w:ascii="Ddylr05K+KaiTi" w:hAnsi="Ddylr05K+KaiTi" w:eastAsia="Ddylr05K+KaiTi"/>
          <w:color w:val="000000"/>
          <w:sz w:val="28"/>
        </w:rPr>
        <w:t>标粉</w:t>
      </w:r>
      <w:r>
        <w:rPr>
          <w:spacing w:val="2"/>
          <w:rFonts w:ascii="Ddylr05K+KaiTi" w:hAnsi="Ddylr05K+KaiTi" w:eastAsia="Ddylr05K+KaiTi"/>
          <w:color w:val="000000"/>
          <w:sz w:val="28"/>
        </w:rPr>
        <w:t>尘</w:t>
      </w:r>
      <w:r>
        <w:rPr>
          <w:rFonts w:ascii="Ddylr05K+KaiTi" w:hAnsi="Ddylr05K+KaiTi" w:eastAsia="Ddylr05K+KaiTi"/>
          <w:color w:val="000000"/>
          <w:sz w:val="28"/>
        </w:rPr>
        <w:t>、不</w:t>
      </w:r>
      <w:r>
        <w:rPr>
          <w:spacing w:val="2"/>
          <w:rFonts w:ascii="Ddylr05K+KaiTi" w:hAnsi="Ddylr05K+KaiTi" w:eastAsia="Ddylr05K+KaiTi"/>
          <w:color w:val="000000"/>
          <w:sz w:val="28"/>
        </w:rPr>
        <w:t>合</w:t>
      </w:r>
      <w:r>
        <w:rPr>
          <w:rFonts w:ascii="Ddylr05K+KaiTi" w:hAnsi="Ddylr05K+KaiTi" w:eastAsia="Ddylr05K+KaiTi"/>
          <w:color w:val="000000"/>
          <w:sz w:val="28"/>
        </w:rPr>
        <w:t>格品</w:t>
      </w:r>
      <w:r>
        <w:rPr>
          <w:spacing w:val="2"/>
          <w:rFonts w:ascii="Ddylr05K+KaiTi" w:hAnsi="Ddylr05K+KaiTi" w:eastAsia="Ddylr05K+KaiTi"/>
          <w:color w:val="000000"/>
          <w:sz w:val="28"/>
        </w:rPr>
        <w:t>及</w:t>
      </w:r>
      <w:r>
        <w:rPr>
          <w:rFonts w:ascii="Ddylr05K+KaiTi" w:hAnsi="Ddylr05K+KaiTi" w:eastAsia="Ddylr05K+KaiTi"/>
          <w:color w:val="000000"/>
          <w:sz w:val="28"/>
        </w:rPr>
        <w:t>设</w:t>
      </w:r>
    </w:p>
    <w:p>
      <w:pPr>
        <w:autoSpaceDN w:val="0"/>
        <w:autoSpaceDE w:val="0"/>
        <w:widowControl/>
        <w:spacing w:line="220" w:lineRule="exact" w:before="316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23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5562600</wp:posOffset>
            </wp:positionV>
            <wp:extent cx="5422900" cy="2057400"/>
            <wp:wrapNone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20574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82" w:lineRule="exact" w:before="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备运</w:t>
      </w:r>
      <w:r>
        <w:rPr>
          <w:rFonts w:ascii="Ddylr05K+KaiTi" w:hAnsi="Ddylr05K+KaiTi" w:eastAsia="Ddylr05K+KaiTi"/>
          <w:color w:val="000000"/>
          <w:sz w:val="28"/>
        </w:rPr>
        <w:t>转噪</w:t>
      </w:r>
      <w:r>
        <w:rPr>
          <w:spacing w:val="-2"/>
          <w:rFonts w:ascii="Ddylr05K+KaiTi" w:hAnsi="Ddylr05K+KaiTi" w:eastAsia="Ddylr05K+KaiTi"/>
          <w:color w:val="000000"/>
          <w:sz w:val="28"/>
        </w:rPr>
        <w:t>声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24" w:lineRule="exact" w:before="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（6）</w:t>
      </w:r>
      <w:r>
        <w:rPr>
          <w:rFonts w:ascii="Ddylr05K+KaiTi" w:hAnsi="Ddylr05K+KaiTi" w:eastAsia="Ddylr05K+KaiTi"/>
          <w:color w:val="000000"/>
          <w:sz w:val="28"/>
        </w:rPr>
        <w:t>清</w:t>
      </w:r>
      <w:r>
        <w:rPr>
          <w:spacing w:val="-2"/>
          <w:rFonts w:ascii="Ddylr05K+KaiTi" w:hAnsi="Ddylr05K+KaiTi" w:eastAsia="Ddylr05K+KaiTi"/>
          <w:color w:val="000000"/>
          <w:sz w:val="28"/>
        </w:rPr>
        <w:t>洗</w:t>
      </w:r>
      <w:r>
        <w:rPr>
          <w:rFonts w:ascii="Ddylr05K+KaiTi" w:hAnsi="Ddylr05K+KaiTi" w:eastAsia="Ddylr05K+KaiTi"/>
          <w:color w:val="000000"/>
          <w:sz w:val="28"/>
        </w:rPr>
        <w:t>防锈</w:t>
      </w:r>
      <w:r>
        <w:rPr>
          <w:spacing w:val="-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工件</w:t>
      </w:r>
      <w:r>
        <w:rPr>
          <w:spacing w:val="-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清洗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漂洗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吹干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涂油</w:t>
      </w:r>
      <w:r>
        <w:rPr>
          <w:spacing w:val="-2"/>
          <w:rFonts w:ascii="Ddylr05K+KaiTi" w:hAnsi="Ddylr05K+KaiTi" w:eastAsia="Ddylr05K+KaiTi"/>
          <w:color w:val="000000"/>
          <w:sz w:val="28"/>
        </w:rPr>
        <w:t>等</w:t>
      </w:r>
      <w:r>
        <w:rPr>
          <w:rFonts w:ascii="Ddylr05K+KaiTi" w:hAnsi="Ddylr05K+KaiTi" w:eastAsia="Ddylr05K+KaiTi"/>
          <w:color w:val="000000"/>
          <w:sz w:val="28"/>
        </w:rPr>
        <w:t>步骤</w:t>
      </w:r>
      <w:r>
        <w:rPr>
          <w:spacing w:val="-2"/>
          <w:rFonts w:ascii="Ddylr05K+KaiTi" w:hAnsi="Ddylr05K+KaiTi" w:eastAsia="Ddylr05K+KaiTi"/>
          <w:color w:val="000000"/>
          <w:sz w:val="28"/>
        </w:rPr>
        <w:t>后</w:t>
      </w:r>
      <w:r>
        <w:rPr>
          <w:rFonts w:ascii="Ddylr05K+KaiTi" w:hAnsi="Ddylr05K+KaiTi" w:eastAsia="Ddylr05K+KaiTi"/>
          <w:color w:val="000000"/>
          <w:sz w:val="28"/>
        </w:rPr>
        <w:t>入库</w:t>
      </w:r>
      <w:r>
        <w:rPr>
          <w:spacing w:val="-2"/>
          <w:rFonts w:ascii="Ddylr05K+KaiTi" w:hAnsi="Ddylr05K+KaiTi" w:eastAsia="Ddylr05K+KaiTi"/>
          <w:color w:val="000000"/>
          <w:sz w:val="28"/>
        </w:rPr>
        <w:t>待</w:t>
      </w:r>
      <w:r>
        <w:rPr>
          <w:rFonts w:ascii="Ddylr05K+KaiTi" w:hAnsi="Ddylr05K+KaiTi" w:eastAsia="Ddylr05K+KaiTi"/>
          <w:color w:val="000000"/>
          <w:sz w:val="28"/>
        </w:rPr>
        <w:t>售，</w:t>
      </w:r>
      <w:r>
        <w:rPr>
          <w:spacing w:val="4"/>
          <w:rFonts w:ascii="Ddylr05K+KaiTi" w:hAnsi="Ddylr05K+KaiTi" w:eastAsia="Ddylr05K+KaiTi"/>
          <w:color w:val="000000"/>
          <w:sz w:val="28"/>
        </w:rPr>
        <w:t>此</w:t>
      </w:r>
      <w:r>
        <w:rPr>
          <w:spacing w:val="8"/>
          <w:rFonts w:ascii="Ddylr05K+KaiTi" w:hAnsi="Ddylr05K+KaiTi" w:eastAsia="Ddylr05K+KaiTi"/>
          <w:color w:val="000000"/>
          <w:sz w:val="28"/>
        </w:rPr>
        <w:t>工</w:t>
      </w:r>
      <w:r>
        <w:rPr>
          <w:spacing w:val="6"/>
          <w:rFonts w:ascii="Ddylr05K+KaiTi" w:hAnsi="Ddylr05K+KaiTi" w:eastAsia="Ddylr05K+KaiTi"/>
          <w:color w:val="000000"/>
          <w:sz w:val="28"/>
        </w:rPr>
        <w:t>序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涂</w:t>
      </w:r>
      <w:r>
        <w:rPr>
          <w:spacing w:val="4"/>
          <w:rFonts w:ascii="Ddylr05K+KaiTi" w:hAnsi="Ddylr05K+KaiTi" w:eastAsia="Ddylr05K+KaiTi"/>
          <w:color w:val="000000"/>
          <w:sz w:val="28"/>
        </w:rPr>
        <w:t>油废</w:t>
      </w:r>
      <w:r>
        <w:rPr>
          <w:spacing w:val="8"/>
          <w:rFonts w:ascii="Ddylr05K+KaiTi" w:hAnsi="Ddylr05K+KaiTi" w:eastAsia="Ddylr05K+KaiTi"/>
          <w:color w:val="000000"/>
          <w:sz w:val="28"/>
        </w:rPr>
        <w:t>气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废</w:t>
      </w:r>
      <w:r>
        <w:rPr>
          <w:spacing w:val="6"/>
          <w:rFonts w:ascii="Ddylr05K+KaiTi" w:hAnsi="Ddylr05K+KaiTi" w:eastAsia="Ddylr05K+KaiTi"/>
          <w:color w:val="000000"/>
          <w:sz w:val="28"/>
        </w:rPr>
        <w:t>氢</w:t>
      </w:r>
      <w:r>
        <w:rPr>
          <w:spacing w:val="8"/>
          <w:rFonts w:ascii="Ddylr05K+KaiTi" w:hAnsi="Ddylr05K+KaiTi" w:eastAsia="Ddylr05K+KaiTi"/>
          <w:color w:val="000000"/>
          <w:sz w:val="28"/>
        </w:rPr>
        <w:t>氧</w:t>
      </w:r>
      <w:r>
        <w:rPr>
          <w:spacing w:val="4"/>
          <w:rFonts w:ascii="Ddylr05K+KaiTi" w:hAnsi="Ddylr05K+KaiTi" w:eastAsia="Ddylr05K+KaiTi"/>
          <w:color w:val="000000"/>
          <w:sz w:val="28"/>
        </w:rPr>
        <w:t>化</w:t>
      </w:r>
      <w:r>
        <w:rPr>
          <w:spacing w:val="6"/>
          <w:rFonts w:ascii="Ddylr05K+KaiTi" w:hAnsi="Ddylr05K+KaiTi" w:eastAsia="Ddylr05K+KaiTi"/>
          <w:color w:val="000000"/>
          <w:sz w:val="28"/>
        </w:rPr>
        <w:t>钠</w:t>
      </w:r>
      <w:r>
        <w:rPr>
          <w:spacing w:val="4"/>
          <w:rFonts w:ascii="Ddylr05K+KaiTi" w:hAnsi="Ddylr05K+KaiTi" w:eastAsia="Ddylr05K+KaiTi"/>
          <w:color w:val="000000"/>
          <w:sz w:val="28"/>
        </w:rPr>
        <w:t>包装</w:t>
      </w:r>
      <w:r>
        <w:rPr>
          <w:spacing w:val="8"/>
          <w:rFonts w:ascii="Ddylr05K+KaiTi" w:hAnsi="Ddylr05K+KaiTi" w:eastAsia="Ddylr05K+KaiTi"/>
          <w:color w:val="000000"/>
          <w:sz w:val="28"/>
        </w:rPr>
        <w:t>袋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废</w:t>
      </w:r>
      <w:r>
        <w:rPr>
          <w:spacing w:val="6"/>
          <w:rFonts w:ascii="Ddylr05K+KaiTi" w:hAnsi="Ddylr05K+KaiTi" w:eastAsia="Ddylr05K+KaiTi"/>
          <w:color w:val="000000"/>
          <w:sz w:val="28"/>
        </w:rPr>
        <w:t>清</w:t>
      </w:r>
      <w:r>
        <w:rPr>
          <w:spacing w:val="8"/>
          <w:rFonts w:ascii="Ddylr05K+KaiTi" w:hAnsi="Ddylr05K+KaiTi" w:eastAsia="Ddylr05K+KaiTi"/>
          <w:color w:val="000000"/>
          <w:sz w:val="28"/>
        </w:rPr>
        <w:t>洗</w:t>
      </w:r>
      <w:r>
        <w:rPr>
          <w:spacing w:val="4"/>
          <w:rFonts w:ascii="Ddylr05K+KaiTi" w:hAnsi="Ddylr05K+KaiTi" w:eastAsia="Ddylr05K+KaiTi"/>
          <w:color w:val="000000"/>
          <w:sz w:val="28"/>
        </w:rPr>
        <w:t>液、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漂</w:t>
      </w:r>
      <w:r>
        <w:rPr>
          <w:spacing w:val="4"/>
          <w:rFonts w:ascii="Ddylr05K+KaiTi" w:hAnsi="Ddylr05K+KaiTi" w:eastAsia="Ddylr05K+KaiTi"/>
          <w:color w:val="000000"/>
          <w:sz w:val="28"/>
        </w:rPr>
        <w:t>洗</w:t>
      </w:r>
      <w:r>
        <w:rPr>
          <w:spacing w:val="8"/>
          <w:rFonts w:ascii="Ddylr05K+KaiTi" w:hAnsi="Ddylr05K+KaiTi" w:eastAsia="Ddylr05K+KaiTi"/>
          <w:color w:val="000000"/>
          <w:sz w:val="28"/>
        </w:rPr>
        <w:t>更</w:t>
      </w:r>
      <w:r>
        <w:rPr>
          <w:spacing w:val="6"/>
          <w:rFonts w:ascii="Ddylr05K+KaiTi" w:hAnsi="Ddylr05K+KaiTi" w:eastAsia="Ddylr05K+KaiTi"/>
          <w:color w:val="000000"/>
          <w:sz w:val="28"/>
        </w:rPr>
        <w:t>换</w:t>
      </w:r>
      <w:r>
        <w:rPr>
          <w:rFonts w:ascii="Ddylr05K+KaiTi" w:hAnsi="Ddylr05K+KaiTi" w:eastAsia="Ddylr05K+KaiTi"/>
          <w:color w:val="000000"/>
          <w:sz w:val="28"/>
        </w:rPr>
        <w:t>废</w:t>
      </w:r>
      <w:r>
        <w:rPr>
          <w:spacing w:val="-2"/>
          <w:rFonts w:ascii="Ddylr05K+KaiTi" w:hAnsi="Ddylr05K+KaiTi" w:eastAsia="Ddylr05K+KaiTi"/>
          <w:color w:val="000000"/>
          <w:sz w:val="28"/>
        </w:rPr>
        <w:t>水、</w:t>
      </w:r>
      <w:r>
        <w:rPr>
          <w:rFonts w:ascii="Ddylr05K+KaiTi" w:hAnsi="Ddylr05K+KaiTi" w:eastAsia="Ddylr05K+KaiTi"/>
          <w:color w:val="000000"/>
          <w:sz w:val="28"/>
        </w:rPr>
        <w:t>废滤</w:t>
      </w:r>
      <w:r>
        <w:rPr>
          <w:spacing w:val="-2"/>
          <w:rFonts w:ascii="Ddylr05K+KaiTi" w:hAnsi="Ddylr05K+KaiTi" w:eastAsia="Ddylr05K+KaiTi"/>
          <w:color w:val="000000"/>
          <w:sz w:val="28"/>
        </w:rPr>
        <w:t>芯</w:t>
      </w:r>
      <w:r>
        <w:rPr>
          <w:rFonts w:ascii="Ddylr05K+KaiTi" w:hAnsi="Ddylr05K+KaiTi" w:eastAsia="Ddylr05K+KaiTi"/>
          <w:color w:val="000000"/>
          <w:sz w:val="28"/>
        </w:rPr>
        <w:t>、废</w:t>
      </w:r>
      <w:r>
        <w:rPr>
          <w:spacing w:val="-2"/>
          <w:rFonts w:ascii="Ddylr05K+KaiTi" w:hAnsi="Ddylr05K+KaiTi" w:eastAsia="Ddylr05K+KaiTi"/>
          <w:color w:val="000000"/>
          <w:sz w:val="28"/>
        </w:rPr>
        <w:t>防</w:t>
      </w:r>
      <w:r>
        <w:rPr>
          <w:rFonts w:ascii="Ddylr05K+KaiTi" w:hAnsi="Ddylr05K+KaiTi" w:eastAsia="Ddylr05K+KaiTi"/>
          <w:color w:val="000000"/>
          <w:sz w:val="28"/>
        </w:rPr>
        <w:t>锈油</w:t>
      </w:r>
      <w:r>
        <w:rPr>
          <w:spacing w:val="-2"/>
          <w:rFonts w:ascii="Ddylr05K+KaiTi" w:hAnsi="Ddylr05K+KaiTi" w:eastAsia="Ddylr05K+KaiTi"/>
          <w:color w:val="000000"/>
          <w:sz w:val="28"/>
        </w:rPr>
        <w:t>桶</w:t>
      </w:r>
      <w:r>
        <w:rPr>
          <w:rFonts w:ascii="Ddylr05K+KaiTi" w:hAnsi="Ddylr05K+KaiTi" w:eastAsia="Ddylr05K+KaiTi"/>
          <w:color w:val="000000"/>
          <w:sz w:val="28"/>
        </w:rPr>
        <w:t>及设</w:t>
      </w:r>
      <w:r>
        <w:rPr>
          <w:spacing w:val="-2"/>
          <w:rFonts w:ascii="Ddylr05K+KaiTi" w:hAnsi="Ddylr05K+KaiTi" w:eastAsia="Ddylr05K+KaiTi"/>
          <w:color w:val="000000"/>
          <w:sz w:val="28"/>
        </w:rPr>
        <w:t>备</w:t>
      </w:r>
      <w:r>
        <w:rPr>
          <w:rFonts w:ascii="Ddylr05K+KaiTi" w:hAnsi="Ddylr05K+KaiTi" w:eastAsia="Ddylr05K+KaiTi"/>
          <w:color w:val="000000"/>
          <w:sz w:val="28"/>
        </w:rPr>
        <w:t>运转</w:t>
      </w:r>
      <w:r>
        <w:rPr>
          <w:spacing w:val="-2"/>
          <w:rFonts w:ascii="Ddylr05K+KaiTi" w:hAnsi="Ddylr05K+KaiTi" w:eastAsia="Ddylr05K+KaiTi"/>
          <w:color w:val="000000"/>
          <w:sz w:val="28"/>
        </w:rPr>
        <w:t>噪</w:t>
      </w:r>
      <w:r>
        <w:rPr>
          <w:rFonts w:ascii="Ddylr05K+KaiTi" w:hAnsi="Ddylr05K+KaiTi" w:eastAsia="Ddylr05K+KaiTi"/>
          <w:color w:val="000000"/>
          <w:sz w:val="28"/>
        </w:rPr>
        <w:t>声。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五）企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业</w:t>
      </w:r>
      <w:r>
        <w:rPr>
          <w:rFonts w:ascii="Ddylr05K+KaiTi" w:hAnsi="Ddylr05K+KaiTi" w:eastAsia="Ddylr05K+KaiTi"/>
          <w:b/>
          <w:color w:val="000000"/>
          <w:sz w:val="28"/>
        </w:rPr>
        <w:t>能源管理现状</w:t>
      </w:r>
      <w:r>
        <w:br/>
      </w:r>
      <w:r>
        <w:tab/>
      </w:r>
      <w:r>
        <w:rPr>
          <w:spacing w:val="4"/>
          <w:rFonts w:ascii="Ddylr05K+KaiTi" w:hAnsi="Ddylr05K+KaiTi" w:eastAsia="Ddylr05K+KaiTi"/>
          <w:color w:val="000000"/>
          <w:sz w:val="28"/>
        </w:rPr>
        <w:t>使</w:t>
      </w:r>
      <w:r>
        <w:rPr>
          <w:spacing w:val="2"/>
          <w:rFonts w:ascii="Ddylr05K+KaiTi" w:hAnsi="Ddylr05K+KaiTi" w:eastAsia="Ddylr05K+KaiTi"/>
          <w:color w:val="000000"/>
          <w:sz w:val="28"/>
        </w:rPr>
        <w:t>用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2"/>
          <w:rFonts w:ascii="Ddylr05K+KaiTi" w:hAnsi="Ddylr05K+KaiTi" w:eastAsia="Ddylr05K+KaiTi"/>
          <w:color w:val="000000"/>
          <w:sz w:val="28"/>
        </w:rPr>
        <w:t>源</w:t>
      </w:r>
      <w:r>
        <w:rPr>
          <w:spacing w:val="4"/>
          <w:rFonts w:ascii="Ddylr05K+KaiTi" w:hAnsi="Ddylr05K+KaiTi" w:eastAsia="Ddylr05K+KaiTi"/>
          <w:color w:val="000000"/>
          <w:sz w:val="28"/>
        </w:rPr>
        <w:t>的品种：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2"/>
          <w:rFonts w:ascii="Ddylr05K+KaiTi" w:hAnsi="Ddylr05K+KaiTi" w:eastAsia="Ddylr05K+KaiTi"/>
          <w:color w:val="000000"/>
          <w:sz w:val="28"/>
        </w:rPr>
        <w:t>3</w:t>
      </w:r>
      <w:r>
        <w:rPr>
          <w:spacing w:val="4"/>
          <w:rFonts w:ascii="Ddylr05K+KaiTi" w:hAnsi="Ddylr05K+KaiTi" w:eastAsia="Ddylr05K+KaiTi"/>
          <w:color w:val="000000"/>
          <w:sz w:val="28"/>
        </w:rPr>
        <w:t>年度企</w:t>
      </w:r>
      <w:r>
        <w:rPr>
          <w:spacing w:val="2"/>
          <w:rFonts w:ascii="Ddylr05K+KaiTi" w:hAnsi="Ddylr05K+KaiTi" w:eastAsia="Ddylr05K+KaiTi"/>
          <w:color w:val="000000"/>
          <w:sz w:val="28"/>
        </w:rPr>
        <w:t>业</w:t>
      </w:r>
      <w:r>
        <w:rPr>
          <w:spacing w:val="6"/>
          <w:rFonts w:ascii="Ddylr05K+KaiTi" w:hAnsi="Ddylr05K+KaiTi" w:eastAsia="Ddylr05K+KaiTi"/>
          <w:color w:val="000000"/>
          <w:sz w:val="28"/>
        </w:rPr>
        <w:t>生产</w:t>
      </w:r>
      <w:r>
        <w:rPr>
          <w:spacing w:val="2"/>
          <w:rFonts w:ascii="Ddylr05K+KaiTi" w:hAnsi="Ddylr05K+KaiTi" w:eastAsia="Ddylr05K+KaiTi"/>
          <w:color w:val="000000"/>
          <w:sz w:val="28"/>
        </w:rPr>
        <w:t>使</w:t>
      </w:r>
      <w:r>
        <w:rPr>
          <w:spacing w:val="4"/>
          <w:rFonts w:ascii="Ddylr05K+KaiTi" w:hAnsi="Ddylr05K+KaiTi" w:eastAsia="Ddylr05K+KaiTi"/>
          <w:color w:val="000000"/>
          <w:sz w:val="28"/>
        </w:rPr>
        <w:t>用的能源</w:t>
      </w:r>
      <w:r>
        <w:rPr>
          <w:spacing w:val="2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种</w:t>
      </w:r>
      <w:r>
        <w:rPr>
          <w:spacing w:val="4"/>
          <w:rFonts w:ascii="Ddylr05K+KaiTi" w:hAnsi="Ddylr05K+KaiTi" w:eastAsia="Ddylr05K+KaiTi"/>
          <w:color w:val="000000"/>
          <w:sz w:val="28"/>
        </w:rPr>
        <w:t>为电</w:t>
      </w:r>
      <w:r>
        <w:rPr>
          <w:spacing w:val="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乙</w:t>
      </w:r>
      <w:r>
        <w:rPr>
          <w:spacing w:val="-2"/>
          <w:rFonts w:ascii="Ddylr05K+KaiTi" w:hAnsi="Ddylr05K+KaiTi" w:eastAsia="Ddylr05K+KaiTi"/>
          <w:color w:val="000000"/>
          <w:sz w:val="28"/>
        </w:rPr>
        <w:t>炔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六）产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品</w:t>
      </w:r>
      <w:r>
        <w:rPr>
          <w:rFonts w:ascii="Ddylr05K+KaiTi" w:hAnsi="Ddylr05K+KaiTi" w:eastAsia="Ddylr05K+KaiTi"/>
          <w:b/>
          <w:color w:val="000000"/>
          <w:sz w:val="28"/>
        </w:rPr>
        <w:t>类型及产量</w:t>
      </w:r>
      <w:r>
        <w:br/>
      </w:r>
      <w:r>
        <w:tab/>
      </w:r>
      <w:r>
        <w:rPr>
          <w:spacing w:val="10"/>
          <w:rFonts w:ascii="Ddylr05K+KaiTi" w:hAnsi="Ddylr05K+KaiTi" w:eastAsia="Ddylr05K+KaiTi"/>
          <w:color w:val="000000"/>
          <w:sz w:val="28"/>
        </w:rPr>
        <w:t>评价组</w:t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10"/>
          <w:rFonts w:ascii="Ddylr05K+KaiTi" w:hAnsi="Ddylr05K+KaiTi" w:eastAsia="Ddylr05K+KaiTi"/>
          <w:color w:val="000000"/>
          <w:sz w:val="28"/>
        </w:rPr>
        <w:t>过查阅</w:t>
      </w:r>
      <w:r>
        <w:rPr>
          <w:spacing w:val="8"/>
          <w:rFonts w:ascii="Ddylr05K+KaiTi" w:hAnsi="Ddylr05K+KaiTi" w:eastAsia="Ddylr05K+KaiTi"/>
          <w:color w:val="000000"/>
          <w:sz w:val="28"/>
        </w:rPr>
        <w:t>支</w:t>
      </w:r>
      <w:r>
        <w:rPr>
          <w:spacing w:val="10"/>
          <w:rFonts w:ascii="Ddylr05K+KaiTi" w:hAnsi="Ddylr05K+KaiTi" w:eastAsia="Ddylr05K+KaiTi"/>
          <w:color w:val="000000"/>
          <w:sz w:val="28"/>
        </w:rPr>
        <w:t>持</w:t>
      </w:r>
      <w:r>
        <w:rPr>
          <w:spacing w:val="8"/>
          <w:rFonts w:ascii="Ddylr05K+KaiTi" w:hAnsi="Ddylr05K+KaiTi" w:eastAsia="Ddylr05K+KaiTi"/>
          <w:color w:val="000000"/>
          <w:sz w:val="28"/>
        </w:rPr>
        <w:t>性</w:t>
      </w:r>
      <w:r>
        <w:rPr>
          <w:spacing w:val="10"/>
          <w:rFonts w:ascii="Ddylr05K+KaiTi" w:hAnsi="Ddylr05K+KaiTi" w:eastAsia="Ddylr05K+KaiTi"/>
          <w:color w:val="000000"/>
          <w:sz w:val="28"/>
        </w:rPr>
        <w:t>文件及访</w:t>
      </w:r>
      <w:r>
        <w:rPr>
          <w:spacing w:val="8"/>
          <w:rFonts w:ascii="Ddylr05K+KaiTi" w:hAnsi="Ddylr05K+KaiTi" w:eastAsia="Ddylr05K+KaiTi"/>
          <w:color w:val="000000"/>
          <w:sz w:val="28"/>
        </w:rPr>
        <w:t>谈</w:t>
      </w:r>
      <w:r>
        <w:rPr>
          <w:spacing w:val="10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对</w:t>
      </w:r>
      <w:r>
        <w:rPr>
          <w:spacing w:val="82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8"/>
          <w:rFonts w:ascii="Ddylr05K+KaiTi" w:hAnsi="Ddylr05K+KaiTi" w:eastAsia="Ddylr05K+KaiTi"/>
          <w:color w:val="000000"/>
          <w:sz w:val="28"/>
        </w:rPr>
        <w:t>3</w:t>
      </w:r>
      <w:r>
        <w:rPr>
          <w:spacing w:val="10"/>
          <w:rFonts w:ascii="Ddylr05K+KaiTi" w:hAnsi="Ddylr05K+KaiTi" w:eastAsia="Ddylr05K+KaiTi"/>
          <w:color w:val="000000"/>
          <w:sz w:val="28"/>
        </w:rPr>
        <w:t>年度受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价方</w:t>
      </w:r>
      <w:r>
        <w:rPr>
          <w:rFonts w:ascii="Ddylr05K+KaiTi" w:hAnsi="Ddylr05K+KaiTi" w:eastAsia="Ddylr05K+KaiTi"/>
          <w:color w:val="000000"/>
          <w:sz w:val="28"/>
        </w:rPr>
        <w:t>生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车</w:t>
      </w:r>
      <w:r>
        <w:rPr>
          <w:spacing w:val="8"/>
          <w:rFonts w:ascii="Ddylr05K+KaiTi" w:hAnsi="Ddylr05K+KaiTi" w:eastAsia="Ddylr05K+KaiTi"/>
          <w:color w:val="000000"/>
          <w:sz w:val="28"/>
        </w:rPr>
        <w:t>辆</w:t>
      </w:r>
      <w:r>
        <w:rPr>
          <w:spacing w:val="4"/>
          <w:rFonts w:ascii="Ddylr05K+KaiTi" w:hAnsi="Ddylr05K+KaiTi" w:eastAsia="Ddylr05K+KaiTi"/>
          <w:color w:val="000000"/>
          <w:sz w:val="28"/>
        </w:rPr>
        <w:t>变</w:t>
      </w:r>
      <w:r>
        <w:rPr>
          <w:spacing w:val="6"/>
          <w:rFonts w:ascii="Ddylr05K+KaiTi" w:hAnsi="Ddylr05K+KaiTi" w:eastAsia="Ddylr05K+KaiTi"/>
          <w:color w:val="000000"/>
          <w:sz w:val="28"/>
        </w:rPr>
        <w:t>速</w:t>
      </w:r>
      <w:r>
        <w:rPr>
          <w:spacing w:val="4"/>
          <w:rFonts w:ascii="Ddylr05K+KaiTi" w:hAnsi="Ddylr05K+KaiTi" w:eastAsia="Ddylr05K+KaiTi"/>
          <w:color w:val="000000"/>
          <w:sz w:val="28"/>
        </w:rPr>
        <w:t>箱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驱</w:t>
      </w:r>
      <w:r>
        <w:rPr>
          <w:spacing w:val="6"/>
          <w:rFonts w:ascii="Ddylr05K+KaiTi" w:hAnsi="Ddylr05K+KaiTi" w:eastAsia="Ddylr05K+KaiTi"/>
          <w:color w:val="000000"/>
          <w:sz w:val="28"/>
        </w:rPr>
        <w:t>动</w:t>
      </w:r>
      <w:r>
        <w:rPr>
          <w:spacing w:val="8"/>
          <w:rFonts w:ascii="Ddylr05K+KaiTi" w:hAnsi="Ddylr05K+KaiTi" w:eastAsia="Ddylr05K+KaiTi"/>
          <w:color w:val="000000"/>
          <w:sz w:val="28"/>
        </w:rPr>
        <w:t>桥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4"/>
          <w:rFonts w:ascii="Ddylr05K+KaiTi" w:hAnsi="Ddylr05K+KaiTi" w:eastAsia="Ddylr05K+KaiTi"/>
          <w:color w:val="000000"/>
          <w:sz w:val="28"/>
        </w:rPr>
        <w:t>轮产</w:t>
      </w:r>
      <w:r>
        <w:rPr>
          <w:spacing w:val="6"/>
          <w:rFonts w:ascii="Ddylr05K+KaiTi" w:hAnsi="Ddylr05K+KaiTi" w:eastAsia="Ddylr05K+KaiTi"/>
          <w:color w:val="000000"/>
          <w:sz w:val="28"/>
        </w:rPr>
        <w:t>量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6"/>
          <w:rFonts w:ascii="Ddylr05K+KaiTi" w:hAnsi="Ddylr05K+KaiTi" w:eastAsia="Ddylr05K+KaiTi"/>
          <w:color w:val="000000"/>
          <w:sz w:val="28"/>
        </w:rPr>
        <w:t>据</w:t>
      </w:r>
      <w:r>
        <w:rPr>
          <w:spacing w:val="8"/>
          <w:rFonts w:ascii="Ddylr05K+KaiTi" w:hAnsi="Ddylr05K+KaiTi" w:eastAsia="Ddylr05K+KaiTi"/>
          <w:color w:val="000000"/>
          <w:sz w:val="28"/>
        </w:rPr>
        <w:t>单</w:t>
      </w:r>
      <w:r>
        <w:rPr>
          <w:spacing w:val="6"/>
          <w:rFonts w:ascii="Ddylr05K+KaiTi" w:hAnsi="Ddylr05K+KaiTi" w:eastAsia="Ddylr05K+KaiTi"/>
          <w:color w:val="000000"/>
          <w:sz w:val="28"/>
        </w:rPr>
        <w:t>位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数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来</w:t>
      </w:r>
      <w:r>
        <w:rPr>
          <w:spacing w:val="4"/>
          <w:rFonts w:ascii="Ddylr05K+KaiTi" w:hAnsi="Ddylr05K+KaiTi" w:eastAsia="Ddylr05K+KaiTi"/>
          <w:color w:val="000000"/>
          <w:sz w:val="28"/>
        </w:rPr>
        <w:t>源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监</w:t>
      </w:r>
      <w:r>
        <w:rPr>
          <w:spacing w:val="8"/>
          <w:rFonts w:ascii="Ddylr05K+KaiTi" w:hAnsi="Ddylr05K+KaiTi" w:eastAsia="Ddylr05K+KaiTi"/>
          <w:color w:val="000000"/>
          <w:sz w:val="28"/>
        </w:rPr>
        <w:t>测</w:t>
      </w:r>
      <w:r>
        <w:rPr>
          <w:rFonts w:ascii="Ddylr05K+KaiTi" w:hAnsi="Ddylr05K+KaiTi" w:eastAsia="Ddylr05K+KaiTi"/>
          <w:color w:val="000000"/>
          <w:sz w:val="28"/>
        </w:rPr>
        <w:t>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法、</w:t>
      </w:r>
      <w:r>
        <w:rPr>
          <w:rFonts w:ascii="Ddylr05K+KaiTi" w:hAnsi="Ddylr05K+KaiTi" w:eastAsia="Ddylr05K+KaiTi"/>
          <w:color w:val="000000"/>
          <w:sz w:val="28"/>
        </w:rPr>
        <w:t>监测</w:t>
      </w:r>
      <w:r>
        <w:rPr>
          <w:spacing w:val="-2"/>
          <w:rFonts w:ascii="Ddylr05K+KaiTi" w:hAnsi="Ddylr05K+KaiTi" w:eastAsia="Ddylr05K+KaiTi"/>
          <w:color w:val="000000"/>
          <w:sz w:val="28"/>
        </w:rPr>
        <w:t>频</w:t>
      </w:r>
      <w:r>
        <w:rPr>
          <w:rFonts w:ascii="Ddylr05K+KaiTi" w:hAnsi="Ddylr05K+KaiTi" w:eastAsia="Ddylr05K+KaiTi"/>
          <w:color w:val="000000"/>
          <w:sz w:val="28"/>
        </w:rPr>
        <w:t>次、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记</w:t>
      </w:r>
      <w:r>
        <w:rPr>
          <w:rFonts w:ascii="Ddylr05K+KaiTi" w:hAnsi="Ddylr05K+KaiTi" w:eastAsia="Ddylr05K+KaiTi"/>
          <w:color w:val="000000"/>
          <w:sz w:val="28"/>
        </w:rPr>
        <w:t>录频</w:t>
      </w:r>
      <w:r>
        <w:rPr>
          <w:spacing w:val="-2"/>
          <w:rFonts w:ascii="Ddylr05K+KaiTi" w:hAnsi="Ddylr05K+KaiTi" w:eastAsia="Ddylr05K+KaiTi"/>
          <w:color w:val="000000"/>
          <w:sz w:val="28"/>
        </w:rPr>
        <w:t>次</w:t>
      </w:r>
      <w:r>
        <w:rPr>
          <w:rFonts w:ascii="Ddylr05K+KaiTi" w:hAnsi="Ddylr05K+KaiTi" w:eastAsia="Ddylr05K+KaiTi"/>
          <w:color w:val="000000"/>
          <w:sz w:val="28"/>
        </w:rPr>
        <w:t>、数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缺失</w:t>
      </w:r>
      <w:r>
        <w:rPr>
          <w:spacing w:val="-2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理进</w:t>
      </w:r>
      <w:r>
        <w:rPr>
          <w:spacing w:val="-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了评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，结</w:t>
      </w:r>
      <w:r>
        <w:rPr>
          <w:spacing w:val="-2"/>
          <w:rFonts w:ascii="Ddylr05K+KaiTi" w:hAnsi="Ddylr05K+KaiTi" w:eastAsia="Ddylr05K+KaiTi"/>
          <w:color w:val="000000"/>
          <w:sz w:val="28"/>
        </w:rPr>
        <w:t>果</w:t>
      </w:r>
      <w:r>
        <w:rPr>
          <w:rFonts w:ascii="Ddylr05K+KaiTi" w:hAnsi="Ddylr05K+KaiTi" w:eastAsia="Ddylr05K+KaiTi"/>
          <w:color w:val="000000"/>
          <w:sz w:val="28"/>
        </w:rPr>
        <w:t>如下：</w:t>
      </w:r>
    </w:p>
    <w:p>
      <w:pPr>
        <w:autoSpaceDN w:val="0"/>
        <w:autoSpaceDE w:val="0"/>
        <w:widowControl/>
        <w:spacing w:line="240" w:lineRule="exact" w:before="284" w:after="100"/>
        <w:ind w:left="0" w:right="0" w:firstLine="0"/>
        <w:jc w:val="center"/>
      </w:pPr>
      <w:r>
        <w:rPr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53"/>
          <w:rFonts w:ascii="Arial" w:hAnsi="Arial" w:eastAsia="Arial"/>
          <w:b/>
          <w:color w:val="000000"/>
          <w:sz w:val="24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3</w:t>
      </w:r>
      <w:r>
        <w:rPr>
          <w:spacing w:val="53"/>
          <w:rFonts w:ascii="Arial" w:hAnsi="Arial" w:eastAsia="Arial"/>
          <w:b/>
          <w:color w:val="000000"/>
          <w:sz w:val="24"/>
        </w:rPr>
        <w:t xml:space="preserve"> 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对</w:t>
      </w:r>
      <w:r>
        <w:rPr>
          <w:rFonts w:ascii="Ddylr05K+KaiTi" w:hAnsi="Ddylr05K+KaiTi" w:eastAsia="Ddylr05K+KaiTi"/>
          <w:b/>
          <w:color w:val="000000"/>
          <w:sz w:val="24"/>
        </w:rPr>
        <w:t>车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辆</w:t>
      </w:r>
      <w:r>
        <w:rPr>
          <w:rFonts w:ascii="Ddylr05K+KaiTi" w:hAnsi="Ddylr05K+KaiTi" w:eastAsia="Ddylr05K+KaiTi"/>
          <w:b/>
          <w:color w:val="000000"/>
          <w:sz w:val="24"/>
        </w:rPr>
        <w:t>变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速</w:t>
      </w:r>
      <w:r>
        <w:rPr>
          <w:rFonts w:ascii="Ddylr05K+KaiTi" w:hAnsi="Ddylr05K+KaiTi" w:eastAsia="Ddylr05K+KaiTi"/>
          <w:b/>
          <w:color w:val="000000"/>
          <w:sz w:val="24"/>
        </w:rPr>
        <w:t>箱、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驱</w:t>
      </w:r>
      <w:r>
        <w:rPr>
          <w:rFonts w:ascii="Ddylr05K+KaiTi" w:hAnsi="Ddylr05K+KaiTi" w:eastAsia="Ddylr05K+KaiTi"/>
          <w:b/>
          <w:color w:val="000000"/>
          <w:sz w:val="24"/>
        </w:rPr>
        <w:t>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桥</w:t>
      </w:r>
      <w:r>
        <w:rPr>
          <w:rFonts w:ascii="Ddylr05K+KaiTi" w:hAnsi="Ddylr05K+KaiTi" w:eastAsia="Ddylr05K+KaiTi"/>
          <w:b/>
          <w:color w:val="000000"/>
          <w:sz w:val="24"/>
        </w:rPr>
        <w:t>齿轮产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量</w:t>
      </w:r>
      <w:r>
        <w:rPr>
          <w:rFonts w:ascii="Ddylr05K+KaiTi" w:hAnsi="Ddylr05K+KaiTi" w:eastAsia="Ddylr05K+KaiTi"/>
          <w:b/>
          <w:color w:val="000000"/>
          <w:sz w:val="24"/>
        </w:rPr>
        <w:t>的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评</w:t>
      </w:r>
      <w:r>
        <w:rPr>
          <w:rFonts w:ascii="Ddylr05K+KaiTi" w:hAnsi="Ddylr05K+KaiTi" w:eastAsia="Ddylr05K+KaiTi"/>
          <w:b/>
          <w:color w:val="000000"/>
          <w:sz w:val="24"/>
        </w:rPr>
        <w:t>价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2480"/>
        <w:gridCol w:w="6180"/>
      </w:tblGrid>
      <w:tr>
        <w:trPr>
          <w:trHeight w:hRule="exact" w:val="3248"/>
        </w:trPr>
        <w:tc>
          <w:tcPr>
            <w:tcW w:type="dxa" w:w="2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数据项</w:t>
            </w:r>
          </w:p>
          <w:p>
            <w:pPr>
              <w:autoSpaceDN w:val="0"/>
              <w:autoSpaceDE w:val="0"/>
              <w:widowControl/>
              <w:spacing w:line="240" w:lineRule="exact" w:before="82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数据值</w:t>
            </w:r>
          </w:p>
          <w:p>
            <w:pPr>
              <w:autoSpaceDN w:val="0"/>
              <w:autoSpaceDE w:val="0"/>
              <w:widowControl/>
              <w:spacing w:line="322" w:lineRule="exact" w:before="0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单位</w:t>
            </w:r>
            <w:r>
              <w:br/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数据来源及交叉校核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监测方法</w:t>
            </w:r>
          </w:p>
          <w:p>
            <w:pPr>
              <w:autoSpaceDN w:val="0"/>
              <w:autoSpaceDE w:val="0"/>
              <w:widowControl/>
              <w:spacing w:line="240" w:lineRule="exact" w:before="82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监测频次</w:t>
            </w:r>
          </w:p>
          <w:p>
            <w:pPr>
              <w:autoSpaceDN w:val="0"/>
              <w:autoSpaceDE w:val="0"/>
              <w:widowControl/>
              <w:spacing w:line="240" w:lineRule="exact" w:before="80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记录频次</w:t>
            </w:r>
          </w:p>
          <w:p>
            <w:pPr>
              <w:autoSpaceDN w:val="0"/>
              <w:autoSpaceDE w:val="0"/>
              <w:widowControl/>
              <w:spacing w:line="240" w:lineRule="exact" w:before="82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数据缺失处理</w:t>
            </w:r>
          </w:p>
          <w:p>
            <w:pPr>
              <w:autoSpaceDN w:val="0"/>
              <w:autoSpaceDE w:val="0"/>
              <w:widowControl/>
              <w:spacing w:line="240" w:lineRule="exact" w:before="238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评价结论</w:t>
            </w:r>
          </w:p>
        </w:tc>
        <w:tc>
          <w:tcPr>
            <w:tcW w:type="dxa" w:w="61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150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车辆变速箱、驱动桥齿轮</w:t>
            </w:r>
          </w:p>
          <w:p>
            <w:pPr>
              <w:autoSpaceDN w:val="0"/>
              <w:autoSpaceDE w:val="0"/>
              <w:widowControl/>
              <w:spacing w:line="240" w:lineRule="exact" w:before="82" w:after="0"/>
              <w:ind w:left="15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277696</w:t>
            </w:r>
          </w:p>
          <w:p>
            <w:pPr>
              <w:autoSpaceDN w:val="0"/>
              <w:autoSpaceDE w:val="0"/>
              <w:widowControl/>
              <w:spacing w:line="240" w:lineRule="exact" w:before="82" w:after="0"/>
              <w:ind w:left="15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件</w:t>
            </w:r>
          </w:p>
          <w:p>
            <w:pPr>
              <w:autoSpaceDN w:val="0"/>
              <w:autoSpaceDE w:val="0"/>
              <w:widowControl/>
              <w:spacing w:line="240" w:lineRule="exact" w:before="82" w:after="0"/>
              <w:ind w:left="15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系统实际生产计量数据</w:t>
            </w:r>
          </w:p>
          <w:p>
            <w:pPr>
              <w:autoSpaceDN w:val="0"/>
              <w:autoSpaceDE w:val="0"/>
              <w:widowControl/>
              <w:spacing w:line="240" w:lineRule="exact" w:before="84" w:after="0"/>
              <w:ind w:left="15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生产系统记录</w:t>
            </w:r>
          </w:p>
          <w:p>
            <w:pPr>
              <w:autoSpaceDN w:val="0"/>
              <w:autoSpaceDE w:val="0"/>
              <w:widowControl/>
              <w:spacing w:line="240" w:lineRule="exact" w:before="82" w:after="0"/>
              <w:ind w:left="15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每批次监测</w:t>
            </w:r>
          </w:p>
          <w:p>
            <w:pPr>
              <w:autoSpaceDN w:val="0"/>
              <w:autoSpaceDE w:val="0"/>
              <w:widowControl/>
              <w:spacing w:line="240" w:lineRule="exact" w:before="80" w:after="0"/>
              <w:ind w:left="15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每批次记录，录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入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ER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P</w:t>
            </w:r>
            <w:r>
              <w:rPr>
                <w:spacing w:val="53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系统</w:t>
            </w:r>
          </w:p>
          <w:p>
            <w:pPr>
              <w:autoSpaceDN w:val="0"/>
              <w:autoSpaceDE w:val="0"/>
              <w:widowControl/>
              <w:spacing w:line="316" w:lineRule="exact" w:before="6" w:after="0"/>
              <w:ind w:left="150" w:right="144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数据无缺失</w:t>
            </w:r>
            <w:r>
              <w:br/>
            </w:r>
            <w:r>
              <w:rPr>
                <w:spacing w:val="6"/>
                <w:rFonts w:ascii="Ddylr05K+KaiTi" w:hAnsi="Ddylr05K+KaiTi" w:eastAsia="Ddylr05K+KaiTi"/>
                <w:color w:val="000000"/>
                <w:sz w:val="24"/>
              </w:rPr>
              <w:t>经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评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价</w:t>
            </w:r>
            <w:r>
              <w:rPr>
                <w:spacing w:val="6"/>
                <w:rFonts w:ascii="Ddylr05K+KaiTi" w:hAnsi="Ddylr05K+KaiTi" w:eastAsia="Ddylr05K+KaiTi"/>
                <w:color w:val="000000"/>
                <w:sz w:val="24"/>
              </w:rPr>
              <w:t>确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认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6"/>
                <w:rFonts w:ascii="Ddylr05K+KaiTi" w:hAnsi="Ddylr05K+KaiTi" w:eastAsia="Ddylr05K+KaiTi"/>
                <w:color w:val="000000"/>
                <w:sz w:val="24"/>
              </w:rPr>
              <w:t>车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辆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变</w:t>
            </w:r>
            <w:r>
              <w:rPr>
                <w:spacing w:val="6"/>
                <w:rFonts w:ascii="Ddylr05K+KaiTi" w:hAnsi="Ddylr05K+KaiTi" w:eastAsia="Ddylr05K+KaiTi"/>
                <w:color w:val="000000"/>
                <w:sz w:val="24"/>
              </w:rPr>
              <w:t>速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箱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、</w:t>
            </w:r>
            <w:r>
              <w:rPr>
                <w:spacing w:val="6"/>
                <w:rFonts w:ascii="Ddylr05K+KaiTi" w:hAnsi="Ddylr05K+KaiTi" w:eastAsia="Ddylr05K+KaiTi"/>
                <w:color w:val="000000"/>
                <w:sz w:val="24"/>
              </w:rPr>
              <w:t>驱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动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桥</w:t>
            </w:r>
            <w:r>
              <w:rPr>
                <w:spacing w:val="6"/>
                <w:rFonts w:ascii="Ddylr05K+KaiTi" w:hAnsi="Ddylr05K+KaiTi" w:eastAsia="Ddylr05K+KaiTi"/>
                <w:color w:val="000000"/>
                <w:sz w:val="24"/>
              </w:rPr>
              <w:t>齿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轮产量数据</w:t>
            </w:r>
            <w:r>
              <w:rPr>
                <w:spacing w:val="6"/>
                <w:rFonts w:ascii="Ddylr05K+KaiTi" w:hAnsi="Ddylr05K+KaiTi" w:eastAsia="Ddylr05K+KaiTi"/>
                <w:color w:val="000000"/>
                <w:sz w:val="24"/>
              </w:rPr>
              <w:t>源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选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取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合理，数据准确。</w:t>
            </w:r>
          </w:p>
        </w:tc>
      </w:tr>
    </w:tbl>
    <w:p>
      <w:pPr>
        <w:autoSpaceDN w:val="0"/>
        <w:tabs>
          <w:tab w:pos="920" w:val="left"/>
        </w:tabs>
        <w:autoSpaceDE w:val="0"/>
        <w:widowControl/>
        <w:spacing w:line="586" w:lineRule="exact" w:before="0" w:after="0"/>
        <w:ind w:left="360" w:right="288" w:firstLine="0"/>
        <w:jc w:val="left"/>
      </w:pPr>
      <w:r>
        <w:rPr>
          <w:spacing w:val="2"/>
          <w:rFonts w:ascii="GdJYNGgr+TimesNewRomanPS" w:hAnsi="GdJYNGgr+TimesNewRomanPS" w:eastAsia="GdJYNGgr+TimesNewRomanPS"/>
          <w:color w:val="000000"/>
          <w:sz w:val="28"/>
        </w:rPr>
        <w:t>3</w:t>
      </w:r>
      <w:r>
        <w:rPr>
          <w:rFonts w:ascii="GdJYNGgr+TimesNewRomanPS" w:hAnsi="GdJYNGgr+TimesNewRomanPS" w:eastAsia="GdJYNGgr+TimesNewRomanPS"/>
          <w:color w:val="000000"/>
          <w:sz w:val="28"/>
        </w:rPr>
        <w:t>.</w:t>
      </w:r>
      <w:r>
        <w:rPr>
          <w:rFonts w:ascii="GdJYNGgr+TimesNewRomanPS" w:hAnsi="GdJYNGgr+TimesNewRomanPS" w:eastAsia="GdJYNGgr+TimesNewRomanPS"/>
          <w:color w:val="000000"/>
          <w:sz w:val="28"/>
        </w:rPr>
        <w:t>2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系统边界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根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企业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实际</w:t>
      </w:r>
      <w:r>
        <w:rPr>
          <w:spacing w:val="4"/>
          <w:rFonts w:ascii="Ddylr05K+KaiTi" w:hAnsi="Ddylr05K+KaiTi" w:eastAsia="Ddylr05K+KaiTi"/>
          <w:color w:val="000000"/>
          <w:sz w:val="28"/>
        </w:rPr>
        <w:t>情</w:t>
      </w:r>
      <w:r>
        <w:rPr>
          <w:spacing w:val="8"/>
          <w:rFonts w:ascii="Ddylr05K+KaiTi" w:hAnsi="Ddylr05K+KaiTi" w:eastAsia="Ddylr05K+KaiTi"/>
          <w:color w:val="000000"/>
          <w:sz w:val="28"/>
        </w:rPr>
        <w:t>况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6"/>
          <w:rFonts w:ascii="Ddylr05K+KaiTi" w:hAnsi="Ddylr05K+KaiTi" w:eastAsia="Ddylr05K+KaiTi"/>
          <w:color w:val="000000"/>
          <w:sz w:val="28"/>
        </w:rPr>
        <w:t>组</w:t>
      </w:r>
      <w:r>
        <w:rPr>
          <w:spacing w:val="8"/>
          <w:rFonts w:ascii="Ddylr05K+KaiTi" w:hAnsi="Ddylr05K+KaiTi" w:eastAsia="Ddylr05K+KaiTi"/>
          <w:color w:val="000000"/>
          <w:sz w:val="28"/>
        </w:rPr>
        <w:t>在本</w:t>
      </w:r>
      <w:r>
        <w:rPr>
          <w:spacing w:val="4"/>
          <w:rFonts w:ascii="Ddylr05K+KaiTi" w:hAnsi="Ddylr05K+KaiTi" w:eastAsia="Ddylr05K+KaiTi"/>
          <w:color w:val="000000"/>
          <w:sz w:val="28"/>
        </w:rPr>
        <w:t>次</w:t>
      </w:r>
      <w:r>
        <w:rPr>
          <w:spacing w:val="6"/>
          <w:rFonts w:ascii="Ddylr05K+KaiTi" w:hAnsi="Ddylr05K+KaiTi" w:eastAsia="Ddylr05K+KaiTi"/>
          <w:color w:val="000000"/>
          <w:sz w:val="28"/>
        </w:rPr>
        <w:t>产品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足迹</w:t>
      </w:r>
      <w:r>
        <w:rPr>
          <w:spacing w:val="4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价过</w:t>
      </w:r>
      <w:r>
        <w:rPr>
          <w:spacing w:val="6"/>
          <w:rFonts w:ascii="Ddylr05K+KaiTi" w:hAnsi="Ddylr05K+KaiTi" w:eastAsia="Ddylr05K+KaiTi"/>
          <w:color w:val="000000"/>
          <w:sz w:val="28"/>
        </w:rPr>
        <w:t>程</w:t>
      </w:r>
      <w:r>
        <w:rPr>
          <w:spacing w:val="8"/>
          <w:rFonts w:ascii="Ddylr05K+KaiTi" w:hAnsi="Ddylr05K+KaiTi" w:eastAsia="Ddylr05K+KaiTi"/>
          <w:color w:val="000000"/>
          <w:sz w:val="28"/>
        </w:rPr>
        <w:t>使</w:t>
      </w:r>
      <w:r>
        <w:rPr>
          <w:rFonts w:ascii="Ddylr05K+KaiTi" w:hAnsi="Ddylr05K+KaiTi" w:eastAsia="Ddylr05K+KaiTi"/>
          <w:color w:val="000000"/>
          <w:sz w:val="28"/>
        </w:rPr>
        <w:t>用</w:t>
      </w:r>
      <w:r>
        <w:rPr>
          <w:spacing w:val="2"/>
          <w:rFonts w:ascii="Ddylr05K+KaiTi" w:hAnsi="Ddylr05K+KaiTi" w:eastAsia="Ddylr05K+KaiTi"/>
          <w:color w:val="000000"/>
          <w:sz w:val="28"/>
        </w:rPr>
        <w:t>P</w:t>
      </w:r>
      <w:r>
        <w:rPr>
          <w:spacing w:val="-2"/>
          <w:rFonts w:ascii="Ddylr05K+KaiTi" w:hAnsi="Ddylr05K+KaiTi" w:eastAsia="Ddylr05K+KaiTi"/>
          <w:color w:val="000000"/>
          <w:sz w:val="28"/>
        </w:rPr>
        <w:t>A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spacing w:val="7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5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2"/>
          <w:rFonts w:ascii="Arial" w:hAnsi="Arial" w:eastAsia="Arial"/>
          <w:color w:val="000000"/>
          <w:sz w:val="28"/>
        </w:rPr>
        <w:t xml:space="preserve"> </w:t>
      </w:r>
      <w:r>
        <w:rPr>
          <w:spacing w:val="10"/>
          <w:rFonts w:ascii="Ddylr05K+KaiTi" w:hAnsi="Ddylr05K+KaiTi" w:eastAsia="Ddylr05K+KaiTi"/>
          <w:color w:val="000000"/>
          <w:sz w:val="28"/>
        </w:rPr>
        <w:t>作为</w:t>
      </w:r>
      <w:r>
        <w:rPr>
          <w:spacing w:val="12"/>
          <w:rFonts w:ascii="Ddylr05K+KaiTi" w:hAnsi="Ddylr05K+KaiTi" w:eastAsia="Ddylr05K+KaiTi"/>
          <w:color w:val="000000"/>
          <w:sz w:val="28"/>
        </w:rPr>
        <w:t>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估</w:t>
      </w:r>
      <w:r>
        <w:rPr>
          <w:spacing w:val="12"/>
          <w:rFonts w:ascii="Ddylr05K+KaiTi" w:hAnsi="Ddylr05K+KaiTi" w:eastAsia="Ddylr05K+KaiTi"/>
          <w:color w:val="000000"/>
          <w:sz w:val="28"/>
        </w:rPr>
        <w:t>标</w:t>
      </w:r>
      <w:r>
        <w:rPr>
          <w:spacing w:val="10"/>
          <w:rFonts w:ascii="Ddylr05K+KaiTi" w:hAnsi="Ddylr05K+KaiTi" w:eastAsia="Ddylr05K+KaiTi"/>
          <w:color w:val="000000"/>
          <w:sz w:val="28"/>
        </w:rPr>
        <w:t>准</w:t>
      </w:r>
      <w:r>
        <w:rPr>
          <w:spacing w:val="12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计</w:t>
      </w:r>
      <w:r>
        <w:rPr>
          <w:rFonts w:ascii="Ddylr05K+KaiTi" w:hAnsi="Ddylr05K+KaiTi" w:eastAsia="Ddylr05K+KaiTi"/>
          <w:color w:val="000000"/>
          <w:sz w:val="28"/>
        </w:rPr>
        <w:t>算</w:t>
      </w:r>
      <w:r>
        <w:rPr>
          <w:spacing w:val="4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B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12"/>
          <w:rFonts w:ascii="Ddylr05K+KaiTi" w:hAnsi="Ddylr05K+KaiTi" w:eastAsia="Ddylr05K+KaiTi"/>
          <w:color w:val="000000"/>
          <w:sz w:val="28"/>
        </w:rPr>
        <w:t>B（</w:t>
      </w:r>
      <w:r>
        <w:rPr>
          <w:rFonts w:ascii="Ddylr05K+KaiTi" w:hAnsi="Ddylr05K+KaiTi" w:eastAsia="Ddylr05K+KaiTi"/>
          <w:color w:val="000000"/>
          <w:sz w:val="28"/>
        </w:rPr>
        <w:t>Bu</w:t>
      </w:r>
      <w:r>
        <w:rPr>
          <w:spacing w:val="-2"/>
          <w:rFonts w:ascii="Ddylr05K+KaiTi" w:hAnsi="Ddylr05K+KaiTi" w:eastAsia="Ddylr05K+KaiTi"/>
          <w:color w:val="000000"/>
          <w:sz w:val="28"/>
        </w:rPr>
        <w:t>s</w:t>
      </w:r>
      <w:r>
        <w:rPr>
          <w:rFonts w:ascii="Ddylr05K+KaiTi" w:hAnsi="Ddylr05K+KaiTi" w:eastAsia="Ddylr05K+KaiTi"/>
          <w:color w:val="000000"/>
          <w:sz w:val="28"/>
        </w:rPr>
        <w:t>in</w:t>
      </w:r>
      <w:r>
        <w:rPr>
          <w:spacing w:val="-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ss</w:t>
      </w:r>
      <w:r>
        <w:rPr>
          <w:spacing w:val="-2"/>
          <w:rFonts w:ascii="Ddylr05K+KaiTi" w:hAnsi="Ddylr05K+KaiTi" w:eastAsia="Ddylr05K+KaiTi"/>
          <w:color w:val="000000"/>
          <w:sz w:val="28"/>
        </w:rPr>
        <w:t>-</w:t>
      </w:r>
      <w:r>
        <w:rPr>
          <w:rFonts w:ascii="Ddylr05K+KaiTi" w:hAnsi="Ddylr05K+KaiTi" w:eastAsia="Ddylr05K+KaiTi"/>
          <w:color w:val="000000"/>
          <w:sz w:val="28"/>
        </w:rPr>
        <w:t>to</w:t>
      </w:r>
      <w:r>
        <w:rPr>
          <w:spacing w:val="-2"/>
          <w:rFonts w:ascii="Ddylr05K+KaiTi" w:hAnsi="Ddylr05K+KaiTi" w:eastAsia="Ddylr05K+KaiTi"/>
          <w:color w:val="000000"/>
          <w:sz w:val="28"/>
        </w:rPr>
        <w:t>-</w:t>
      </w:r>
      <w:r>
        <w:rPr>
          <w:rFonts w:ascii="Ddylr05K+KaiTi" w:hAnsi="Ddylr05K+KaiTi" w:eastAsia="Ddylr05K+KaiTi"/>
          <w:color w:val="000000"/>
          <w:sz w:val="28"/>
        </w:rPr>
        <w:t>Bu</w:t>
      </w:r>
      <w:r>
        <w:rPr>
          <w:spacing w:val="-2"/>
          <w:rFonts w:ascii="Ddylr05K+KaiTi" w:hAnsi="Ddylr05K+KaiTi" w:eastAsia="Ddylr05K+KaiTi"/>
          <w:color w:val="000000"/>
          <w:sz w:val="28"/>
        </w:rPr>
        <w:t>s</w:t>
      </w:r>
      <w:r>
        <w:rPr>
          <w:rFonts w:ascii="Ddylr05K+KaiTi" w:hAnsi="Ddylr05K+KaiTi" w:eastAsia="Ddylr05K+KaiTi"/>
          <w:color w:val="000000"/>
          <w:sz w:val="28"/>
        </w:rPr>
        <w:t>in</w:t>
      </w:r>
      <w:r>
        <w:rPr>
          <w:spacing w:val="-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s</w:t>
      </w:r>
      <w:r>
        <w:rPr>
          <w:spacing w:val="10"/>
          <w:rFonts w:ascii="Ddylr05K+KaiTi" w:hAnsi="Ddylr05K+KaiTi" w:eastAsia="Ddylr05K+KaiTi"/>
          <w:color w:val="000000"/>
          <w:sz w:val="28"/>
        </w:rPr>
        <w:t>s</w:t>
      </w:r>
      <w:r>
        <w:rPr>
          <w:spacing w:val="12"/>
          <w:rFonts w:ascii="Ddylr05K+KaiTi" w:hAnsi="Ddylr05K+KaiTi" w:eastAsia="Ddylr05K+KaiTi"/>
          <w:color w:val="000000"/>
          <w:sz w:val="28"/>
        </w:rPr>
        <w:t>）</w:t>
      </w:r>
      <w:r>
        <w:rPr>
          <w:spacing w:val="10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碳</w:t>
      </w:r>
      <w:r>
        <w:rPr>
          <w:spacing w:val="6"/>
          <w:rFonts w:ascii="Ddylr05K+KaiTi" w:hAnsi="Ddylr05K+KaiTi" w:eastAsia="Ddylr05K+KaiTi"/>
          <w:color w:val="000000"/>
          <w:sz w:val="28"/>
        </w:rPr>
        <w:t>足</w:t>
      </w:r>
      <w:r>
        <w:rPr>
          <w:spacing w:val="8"/>
          <w:rFonts w:ascii="Ddylr05K+KaiTi" w:hAnsi="Ddylr05K+KaiTi" w:eastAsia="Ddylr05K+KaiTi"/>
          <w:color w:val="000000"/>
          <w:sz w:val="28"/>
        </w:rPr>
        <w:t>迹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系</w:t>
      </w:r>
      <w:r>
        <w:rPr>
          <w:spacing w:val="4"/>
          <w:rFonts w:ascii="Ddylr05K+KaiTi" w:hAnsi="Ddylr05K+KaiTi" w:eastAsia="Ddylr05K+KaiTi"/>
          <w:color w:val="000000"/>
          <w:sz w:val="28"/>
        </w:rPr>
        <w:t>统边</w:t>
      </w:r>
      <w:r>
        <w:rPr>
          <w:spacing w:val="8"/>
          <w:rFonts w:ascii="Ddylr05K+KaiTi" w:hAnsi="Ddylr05K+KaiTi" w:eastAsia="Ddylr05K+KaiTi"/>
          <w:color w:val="000000"/>
          <w:sz w:val="28"/>
        </w:rPr>
        <w:t>界</w:t>
      </w:r>
      <w:r>
        <w:rPr>
          <w:spacing w:val="6"/>
          <w:rFonts w:ascii="Ddylr05K+KaiTi" w:hAnsi="Ddylr05K+KaiTi" w:eastAsia="Ddylr05K+KaiTi"/>
          <w:color w:val="000000"/>
          <w:sz w:val="28"/>
        </w:rPr>
        <w:t>类</w:t>
      </w:r>
      <w:r>
        <w:rPr>
          <w:spacing w:val="8"/>
          <w:rFonts w:ascii="Ddylr05K+KaiTi" w:hAnsi="Ddylr05K+KaiTi" w:eastAsia="Ddylr05K+KaiTi"/>
          <w:color w:val="000000"/>
          <w:sz w:val="28"/>
        </w:rPr>
        <w:t>型</w:t>
      </w:r>
      <w:r>
        <w:rPr>
          <w:spacing w:val="6"/>
          <w:rFonts w:ascii="Ddylr05K+KaiTi" w:hAnsi="Ddylr05K+KaiTi" w:eastAsia="Ddylr05K+KaiTi"/>
          <w:color w:val="000000"/>
          <w:sz w:val="28"/>
        </w:rPr>
        <w:t>属</w:t>
      </w:r>
      <w:r>
        <w:rPr>
          <w:spacing w:val="4"/>
          <w:rFonts w:ascii="Ddylr05K+KaiTi" w:hAnsi="Ddylr05K+KaiTi" w:eastAsia="Ddylr05K+KaiTi"/>
          <w:color w:val="000000"/>
          <w:sz w:val="28"/>
        </w:rPr>
        <w:t>于</w:t>
      </w:r>
      <w:r>
        <w:rPr>
          <w:spacing w:val="6"/>
          <w:rFonts w:ascii="Ddylr05K+KaiTi" w:hAnsi="Ddylr05K+KaiTi" w:eastAsia="Ddylr05K+KaiTi"/>
          <w:color w:val="000000"/>
          <w:sz w:val="28"/>
        </w:rPr>
        <w:t>“</w:t>
      </w:r>
      <w:r>
        <w:rPr>
          <w:spacing w:val="4"/>
          <w:rFonts w:ascii="Ddylr05K+KaiTi" w:hAnsi="Ddylr05K+KaiTi" w:eastAsia="Ddylr05K+KaiTi"/>
          <w:color w:val="000000"/>
          <w:sz w:val="28"/>
        </w:rPr>
        <w:t>从</w:t>
      </w:r>
      <w:r>
        <w:rPr>
          <w:spacing w:val="6"/>
          <w:rFonts w:ascii="Ddylr05K+KaiTi" w:hAnsi="Ddylr05K+KaiTi" w:eastAsia="Ddylr05K+KaiTi"/>
          <w:color w:val="000000"/>
          <w:sz w:val="28"/>
        </w:rPr>
        <w:t>摇</w:t>
      </w:r>
      <w:r>
        <w:rPr>
          <w:spacing w:val="4"/>
          <w:rFonts w:ascii="Ddylr05K+KaiTi" w:hAnsi="Ddylr05K+KaiTi" w:eastAsia="Ddylr05K+KaiTi"/>
          <w:color w:val="000000"/>
          <w:sz w:val="28"/>
        </w:rPr>
        <w:t>篮</w:t>
      </w:r>
      <w:r>
        <w:rPr>
          <w:spacing w:val="8"/>
          <w:rFonts w:ascii="Ddylr05K+KaiTi" w:hAnsi="Ddylr05K+KaiTi" w:eastAsia="Ddylr05K+KaiTi"/>
          <w:color w:val="000000"/>
          <w:sz w:val="28"/>
        </w:rPr>
        <w:t>到</w:t>
      </w:r>
      <w:r>
        <w:rPr>
          <w:spacing w:val="6"/>
          <w:rFonts w:ascii="Ddylr05K+KaiTi" w:hAnsi="Ddylr05K+KaiTi" w:eastAsia="Ddylr05K+KaiTi"/>
          <w:color w:val="000000"/>
          <w:sz w:val="28"/>
        </w:rPr>
        <w:t>大门</w:t>
      </w:r>
      <w:r>
        <w:rPr>
          <w:spacing w:val="8"/>
          <w:rFonts w:ascii="Ddylr05K+KaiTi" w:hAnsi="Ddylr05K+KaiTi" w:eastAsia="Ddylr05K+KaiTi"/>
          <w:color w:val="000000"/>
          <w:sz w:val="28"/>
        </w:rPr>
        <w:t>”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生</w:t>
      </w:r>
      <w:r>
        <w:rPr>
          <w:spacing w:val="4"/>
          <w:rFonts w:ascii="Ddylr05K+KaiTi" w:hAnsi="Ddylr05K+KaiTi" w:eastAsia="Ddylr05K+KaiTi"/>
          <w:color w:val="000000"/>
          <w:sz w:val="28"/>
        </w:rPr>
        <w:t>命</w:t>
      </w:r>
      <w:r>
        <w:rPr>
          <w:spacing w:val="8"/>
          <w:rFonts w:ascii="Ddylr05K+KaiTi" w:hAnsi="Ddylr05K+KaiTi" w:eastAsia="Ddylr05K+KaiTi"/>
          <w:color w:val="000000"/>
          <w:sz w:val="28"/>
        </w:rPr>
        <w:t>周</w:t>
      </w:r>
      <w:r>
        <w:rPr>
          <w:spacing w:val="6"/>
          <w:rFonts w:ascii="Ddylr05K+KaiTi" w:hAnsi="Ddylr05K+KaiTi" w:eastAsia="Ddylr05K+KaiTi"/>
          <w:color w:val="000000"/>
          <w:sz w:val="28"/>
        </w:rPr>
        <w:t>期</w:t>
      </w:r>
      <w:r>
        <w:rPr>
          <w:rFonts w:ascii="Ddylr05K+KaiTi" w:hAnsi="Ddylr05K+KaiTi" w:eastAsia="Ddylr05K+KaiTi"/>
          <w:color w:val="000000"/>
          <w:sz w:val="28"/>
        </w:rPr>
        <w:t>包</w:t>
      </w:r>
      <w:r>
        <w:rPr>
          <w:spacing w:val="4"/>
          <w:rFonts w:ascii="Ddylr05K+KaiTi" w:hAnsi="Ddylr05K+KaiTi" w:eastAsia="Ddylr05K+KaiTi"/>
          <w:color w:val="000000"/>
          <w:sz w:val="28"/>
        </w:rPr>
        <w:t>含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从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各环</w:t>
      </w:r>
      <w:r>
        <w:rPr>
          <w:spacing w:val="8"/>
          <w:rFonts w:ascii="Ddylr05K+KaiTi" w:hAnsi="Ddylr05K+KaiTi" w:eastAsia="Ddylr05K+KaiTi"/>
          <w:color w:val="000000"/>
          <w:sz w:val="28"/>
        </w:rPr>
        <w:t>节</w:t>
      </w:r>
      <w:r>
        <w:rPr>
          <w:spacing w:val="6"/>
          <w:rFonts w:ascii="Ddylr05K+KaiTi" w:hAnsi="Ddylr05K+KaiTi" w:eastAsia="Ddylr05K+KaiTi"/>
          <w:color w:val="000000"/>
          <w:sz w:val="28"/>
        </w:rPr>
        <w:t>到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8"/>
          <w:rFonts w:ascii="Ddylr05K+KaiTi" w:hAnsi="Ddylr05K+KaiTi" w:eastAsia="Ddylr05K+KaiTi"/>
          <w:color w:val="000000"/>
          <w:sz w:val="28"/>
        </w:rPr>
        <w:t>运</w:t>
      </w:r>
      <w:r>
        <w:rPr>
          <w:spacing w:val="4"/>
          <w:rFonts w:ascii="Ddylr05K+KaiTi" w:hAnsi="Ddylr05K+KaiTi" w:eastAsia="Ddylr05K+KaiTi"/>
          <w:color w:val="000000"/>
          <w:sz w:val="28"/>
        </w:rPr>
        <w:t>送</w:t>
      </w:r>
      <w:r>
        <w:rPr>
          <w:spacing w:val="6"/>
          <w:rFonts w:ascii="Ddylr05K+KaiTi" w:hAnsi="Ddylr05K+KaiTi" w:eastAsia="Ddylr05K+KaiTi"/>
          <w:color w:val="000000"/>
          <w:sz w:val="28"/>
        </w:rPr>
        <w:t>到</w:t>
      </w:r>
      <w:r>
        <w:rPr>
          <w:spacing w:val="4"/>
          <w:rFonts w:ascii="Ddylr05K+KaiTi" w:hAnsi="Ddylr05K+KaiTi" w:eastAsia="Ddylr05K+KaiTi"/>
          <w:color w:val="000000"/>
          <w:sz w:val="28"/>
        </w:rPr>
        <w:t>另一</w:t>
      </w:r>
      <w:r>
        <w:rPr>
          <w:spacing w:val="8"/>
          <w:rFonts w:ascii="Ddylr05K+KaiTi" w:hAnsi="Ddylr05K+KaiTi" w:eastAsia="Ddylr05K+KaiTi"/>
          <w:color w:val="000000"/>
          <w:sz w:val="28"/>
        </w:rPr>
        <w:t>个</w:t>
      </w:r>
      <w:r>
        <w:rPr>
          <w:spacing w:val="6"/>
          <w:rFonts w:ascii="Ddylr05K+KaiTi" w:hAnsi="Ddylr05K+KaiTi" w:eastAsia="Ddylr05K+KaiTi"/>
          <w:color w:val="000000"/>
          <w:sz w:val="28"/>
        </w:rPr>
        <w:t>制</w:t>
      </w:r>
      <w:r>
        <w:rPr>
          <w:spacing w:val="8"/>
          <w:rFonts w:ascii="Ddylr05K+KaiTi" w:hAnsi="Ddylr05K+KaiTi" w:eastAsia="Ddylr05K+KaiTi"/>
          <w:color w:val="000000"/>
          <w:sz w:val="28"/>
        </w:rPr>
        <w:t>造</w:t>
      </w:r>
      <w:r>
        <w:rPr>
          <w:spacing w:val="6"/>
          <w:rFonts w:ascii="Ddylr05K+KaiTi" w:hAnsi="Ddylr05K+KaiTi" w:eastAsia="Ddylr05K+KaiTi"/>
          <w:color w:val="000000"/>
          <w:sz w:val="28"/>
        </w:rPr>
        <w:t>商</w:t>
      </w:r>
      <w:r>
        <w:rPr>
          <w:spacing w:val="8"/>
          <w:rFonts w:ascii="Ddylr05K+KaiTi" w:hAnsi="Ddylr05K+KaiTi" w:eastAsia="Ddylr05K+KaiTi"/>
          <w:color w:val="000000"/>
          <w:sz w:val="28"/>
        </w:rPr>
        <w:t>时</w:t>
      </w:r>
      <w:r>
        <w:rPr>
          <w:spacing w:val="4"/>
          <w:rFonts w:ascii="Ddylr05K+KaiTi" w:hAnsi="Ddylr05K+KaiTi" w:eastAsia="Ddylr05K+KaiTi"/>
          <w:color w:val="000000"/>
          <w:sz w:val="28"/>
        </w:rPr>
        <w:t>截止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系</w:t>
      </w:r>
      <w:r>
        <w:rPr>
          <w:spacing w:val="8"/>
          <w:rFonts w:ascii="Ddylr05K+KaiTi" w:hAnsi="Ddylr05K+KaiTi" w:eastAsia="Ddylr05K+KaiTi"/>
          <w:color w:val="000000"/>
          <w:sz w:val="28"/>
        </w:rPr>
        <w:t>统</w:t>
      </w:r>
      <w:r>
        <w:rPr>
          <w:spacing w:val="6"/>
          <w:rFonts w:ascii="Ddylr05K+KaiTi" w:hAnsi="Ddylr05K+KaiTi" w:eastAsia="Ddylr05K+KaiTi"/>
          <w:color w:val="000000"/>
          <w:sz w:val="28"/>
        </w:rPr>
        <w:t>边</w:t>
      </w:r>
      <w:r>
        <w:rPr>
          <w:rFonts w:ascii="Ddylr05K+KaiTi" w:hAnsi="Ddylr05K+KaiTi" w:eastAsia="Ddylr05K+KaiTi"/>
          <w:color w:val="000000"/>
          <w:sz w:val="28"/>
        </w:rPr>
        <w:t>界</w:t>
      </w:r>
    </w:p>
    <w:p>
      <w:pPr>
        <w:autoSpaceDN w:val="0"/>
        <w:autoSpaceDE w:val="0"/>
        <w:widowControl/>
        <w:spacing w:line="220" w:lineRule="exact" w:before="686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24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7086600</wp:posOffset>
            </wp:positionV>
            <wp:extent cx="5422900" cy="2514600"/>
            <wp:wrapNone/>
            <wp:docPr id="25" name="Picture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25146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1117600</wp:posOffset>
            </wp:positionH>
            <wp:positionV relativeFrom="page">
              <wp:posOffset>4394200</wp:posOffset>
            </wp:positionV>
            <wp:extent cx="5524500" cy="1625600"/>
            <wp:wrapNone/>
            <wp:docPr id="26" name="Picture 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6256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1016000</wp:posOffset>
            </wp:positionH>
            <wp:positionV relativeFrom="page">
              <wp:posOffset>2984500</wp:posOffset>
            </wp:positionV>
            <wp:extent cx="4762500" cy="330200"/>
            <wp:wrapNone/>
            <wp:docPr id="27" name="Picture 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302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10" w:lineRule="exact" w:before="0" w:after="0"/>
        <w:ind w:left="360" w:right="0" w:firstLine="0"/>
        <w:jc w:val="left"/>
      </w:pPr>
      <w:r>
        <w:rPr>
          <w:spacing w:val="4"/>
          <w:rFonts w:ascii="Ddylr05K+KaiTi" w:hAnsi="Ddylr05K+KaiTi" w:eastAsia="Ddylr05K+KaiTi"/>
          <w:color w:val="000000"/>
          <w:sz w:val="28"/>
        </w:rPr>
        <w:t>内</w:t>
      </w:r>
      <w:r>
        <w:rPr>
          <w:spacing w:val="8"/>
          <w:rFonts w:ascii="Ddylr05K+KaiTi" w:hAnsi="Ddylr05K+KaiTi" w:eastAsia="Ddylr05K+KaiTi"/>
          <w:color w:val="000000"/>
          <w:sz w:val="28"/>
        </w:rPr>
        <w:t>涉</w:t>
      </w:r>
      <w:r>
        <w:rPr>
          <w:spacing w:val="6"/>
          <w:rFonts w:ascii="Ddylr05K+KaiTi" w:hAnsi="Ddylr05K+KaiTi" w:eastAsia="Ddylr05K+KaiTi"/>
          <w:color w:val="000000"/>
          <w:sz w:val="28"/>
        </w:rPr>
        <w:t>及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排</w:t>
      </w:r>
      <w:r>
        <w:rPr>
          <w:spacing w:val="4"/>
          <w:rFonts w:ascii="Ddylr05K+KaiTi" w:hAnsi="Ddylr05K+KaiTi" w:eastAsia="Ddylr05K+KaiTi"/>
          <w:color w:val="000000"/>
          <w:sz w:val="28"/>
        </w:rPr>
        <w:t>放包</w:t>
      </w:r>
      <w:r>
        <w:rPr>
          <w:spacing w:val="8"/>
          <w:rFonts w:ascii="Ddylr05K+KaiTi" w:hAnsi="Ddylr05K+KaiTi" w:eastAsia="Ddylr05K+KaiTi"/>
          <w:color w:val="000000"/>
          <w:sz w:val="28"/>
        </w:rPr>
        <w:t>括</w:t>
      </w:r>
      <w:r>
        <w:rPr>
          <w:spacing w:val="6"/>
          <w:rFonts w:ascii="Ddylr05K+KaiTi" w:hAnsi="Ddylr05K+KaiTi" w:eastAsia="Ddylr05K+KaiTi"/>
          <w:color w:val="000000"/>
          <w:sz w:val="28"/>
        </w:rPr>
        <w:t>：（1）</w:t>
      </w:r>
      <w:r>
        <w:rPr>
          <w:spacing w:val="8"/>
          <w:rFonts w:ascii="Ddylr05K+KaiTi" w:hAnsi="Ddylr05K+KaiTi" w:eastAsia="Ddylr05K+KaiTi"/>
          <w:color w:val="000000"/>
          <w:sz w:val="28"/>
        </w:rPr>
        <w:t>原</w:t>
      </w:r>
      <w:r>
        <w:rPr>
          <w:spacing w:val="4"/>
          <w:rFonts w:ascii="Ddylr05K+KaiTi" w:hAnsi="Ddylr05K+KaiTi" w:eastAsia="Ddylr05K+KaiTi"/>
          <w:color w:val="000000"/>
          <w:sz w:val="28"/>
        </w:rPr>
        <w:t>材料</w:t>
      </w:r>
      <w:r>
        <w:rPr>
          <w:spacing w:val="6"/>
          <w:rFonts w:ascii="Ddylr05K+KaiTi" w:hAnsi="Ddylr05K+KaiTi" w:eastAsia="Ddylr05K+KaiTi"/>
          <w:color w:val="000000"/>
          <w:sz w:val="28"/>
        </w:rPr>
        <w:t>获</w:t>
      </w:r>
      <w:r>
        <w:rPr>
          <w:spacing w:val="4"/>
          <w:rFonts w:ascii="Ddylr05K+KaiTi" w:hAnsi="Ddylr05K+KaiTi" w:eastAsia="Ddylr05K+KaiTi"/>
          <w:color w:val="000000"/>
          <w:sz w:val="28"/>
        </w:rPr>
        <w:t>取</w:t>
      </w:r>
      <w:r>
        <w:rPr>
          <w:spacing w:val="6"/>
          <w:rFonts w:ascii="Ddylr05K+KaiTi" w:hAnsi="Ddylr05K+KaiTi" w:eastAsia="Ddylr05K+KaiTi"/>
          <w:color w:val="000000"/>
          <w:sz w:val="28"/>
        </w:rPr>
        <w:t>排</w:t>
      </w:r>
      <w:r>
        <w:rPr>
          <w:spacing w:val="8"/>
          <w:rFonts w:ascii="Ddylr05K+KaiTi" w:hAnsi="Ddylr05K+KaiTi" w:eastAsia="Ddylr05K+KaiTi"/>
          <w:color w:val="000000"/>
          <w:sz w:val="28"/>
        </w:rPr>
        <w:t>放</w:t>
      </w:r>
      <w:r>
        <w:rPr>
          <w:spacing w:val="6"/>
          <w:rFonts w:ascii="Ddylr05K+KaiTi" w:hAnsi="Ddylr05K+KaiTi" w:eastAsia="Ddylr05K+KaiTi"/>
          <w:color w:val="000000"/>
          <w:sz w:val="28"/>
        </w:rPr>
        <w:t>；</w:t>
      </w:r>
      <w:r>
        <w:rPr>
          <w:spacing w:val="4"/>
          <w:rFonts w:ascii="Ddylr05K+KaiTi" w:hAnsi="Ddylr05K+KaiTi" w:eastAsia="Ddylr05K+KaiTi"/>
          <w:color w:val="000000"/>
          <w:sz w:val="28"/>
        </w:rPr>
        <w:t>（</w:t>
      </w:r>
      <w:r>
        <w:rPr>
          <w:spacing w:val="8"/>
          <w:rFonts w:ascii="Ddylr05K+KaiTi" w:hAnsi="Ddylr05K+KaiTi" w:eastAsia="Ddylr05K+KaiTi"/>
          <w:color w:val="000000"/>
          <w:sz w:val="28"/>
        </w:rPr>
        <w:t>2</w:t>
      </w:r>
      <w:r>
        <w:rPr>
          <w:spacing w:val="6"/>
          <w:rFonts w:ascii="Ddylr05K+KaiTi" w:hAnsi="Ddylr05K+KaiTi" w:eastAsia="Ddylr05K+KaiTi"/>
          <w:color w:val="000000"/>
          <w:sz w:val="28"/>
        </w:rPr>
        <w:t>）</w:t>
      </w:r>
      <w:r>
        <w:rPr>
          <w:spacing w:val="8"/>
          <w:rFonts w:ascii="Ddylr05K+KaiTi" w:hAnsi="Ddylr05K+KaiTi" w:eastAsia="Ddylr05K+KaiTi"/>
          <w:color w:val="000000"/>
          <w:sz w:val="28"/>
        </w:rPr>
        <w:t>原</w:t>
      </w:r>
      <w:r>
        <w:rPr>
          <w:spacing w:val="4"/>
          <w:rFonts w:ascii="Ddylr05K+KaiTi" w:hAnsi="Ddylr05K+KaiTi" w:eastAsia="Ddylr05K+KaiTi"/>
          <w:color w:val="000000"/>
          <w:sz w:val="28"/>
        </w:rPr>
        <w:t>材料</w:t>
      </w:r>
      <w:r>
        <w:rPr>
          <w:spacing w:val="6"/>
          <w:rFonts w:ascii="Ddylr05K+KaiTi" w:hAnsi="Ddylr05K+KaiTi" w:eastAsia="Ddylr05K+KaiTi"/>
          <w:color w:val="000000"/>
          <w:sz w:val="28"/>
        </w:rPr>
        <w:t>运</w:t>
      </w:r>
      <w:r>
        <w:rPr>
          <w:spacing w:val="4"/>
          <w:rFonts w:ascii="Ddylr05K+KaiTi" w:hAnsi="Ddylr05K+KaiTi" w:eastAsia="Ddylr05K+KaiTi"/>
          <w:color w:val="000000"/>
          <w:sz w:val="28"/>
        </w:rPr>
        <w:t>输</w:t>
      </w:r>
      <w:r>
        <w:rPr>
          <w:spacing w:val="6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（包</w:t>
      </w:r>
      <w:r>
        <w:rPr>
          <w:rFonts w:ascii="Ddylr05K+KaiTi" w:hAnsi="Ddylr05K+KaiTi" w:eastAsia="Ddylr05K+KaiTi"/>
          <w:color w:val="000000"/>
          <w:sz w:val="28"/>
        </w:rPr>
        <w:t>括存</w:t>
      </w:r>
      <w:r>
        <w:rPr>
          <w:spacing w:val="-2"/>
          <w:rFonts w:ascii="Ddylr05K+KaiTi" w:hAnsi="Ddylr05K+KaiTi" w:eastAsia="Ddylr05K+KaiTi"/>
          <w:color w:val="000000"/>
          <w:sz w:val="28"/>
        </w:rPr>
        <w:t>储</w:t>
      </w:r>
      <w:r>
        <w:rPr>
          <w:rFonts w:ascii="Ddylr05K+KaiTi" w:hAnsi="Ddylr05K+KaiTi" w:eastAsia="Ddylr05K+KaiTi"/>
          <w:color w:val="000000"/>
          <w:sz w:val="28"/>
        </w:rPr>
        <w:t>，如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适</w:t>
      </w:r>
      <w:r>
        <w:rPr>
          <w:rFonts w:ascii="Ddylr05K+KaiTi" w:hAnsi="Ddylr05K+KaiTi" w:eastAsia="Ddylr05K+KaiTi"/>
          <w:color w:val="000000"/>
          <w:sz w:val="28"/>
        </w:rPr>
        <w:t>用）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；</w:t>
      </w:r>
      <w:r>
        <w:rPr>
          <w:rFonts w:ascii="Ddylr05K+KaiTi" w:hAnsi="Ddylr05K+KaiTi" w:eastAsia="Ddylr05K+KaiTi"/>
          <w:color w:val="000000"/>
          <w:sz w:val="28"/>
        </w:rPr>
        <w:t>（3）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品生</w:t>
      </w:r>
      <w:r>
        <w:rPr>
          <w:spacing w:val="-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。</w:t>
      </w:r>
      <w:r>
        <w:rPr>
          <w:rFonts w:ascii="Ddylr05K+KaiTi" w:hAnsi="Ddylr05K+KaiTi" w:eastAsia="Ddylr05K+KaiTi"/>
          <w:color w:val="000000"/>
          <w:sz w:val="28"/>
        </w:rPr>
        <w:t>系统</w:t>
      </w:r>
      <w:r>
        <w:rPr>
          <w:spacing w:val="-2"/>
          <w:rFonts w:ascii="Ddylr05K+KaiTi" w:hAnsi="Ddylr05K+KaiTi" w:eastAsia="Ddylr05K+KaiTi"/>
          <w:color w:val="000000"/>
          <w:sz w:val="28"/>
        </w:rPr>
        <w:t>边</w:t>
      </w:r>
      <w:r>
        <w:rPr>
          <w:rFonts w:ascii="Ddylr05K+KaiTi" w:hAnsi="Ddylr05K+KaiTi" w:eastAsia="Ddylr05K+KaiTi"/>
          <w:color w:val="000000"/>
          <w:sz w:val="28"/>
        </w:rPr>
        <w:t>界如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图所</w:t>
      </w:r>
      <w:r>
        <w:rPr>
          <w:spacing w:val="-2"/>
          <w:rFonts w:ascii="Ddylr05K+KaiTi" w:hAnsi="Ddylr05K+KaiTi" w:eastAsia="Ddylr05K+KaiTi"/>
          <w:color w:val="000000"/>
          <w:sz w:val="28"/>
        </w:rPr>
        <w:t>示</w:t>
      </w:r>
      <w:r>
        <w:rPr>
          <w:rFonts w:ascii="Ddylr05K+KaiTi" w:hAnsi="Ddylr05K+KaiTi" w:eastAsia="Ddylr05K+KaiTi"/>
          <w:color w:val="000000"/>
          <w:sz w:val="28"/>
        </w:rPr>
        <w:t>：</w:t>
      </w:r>
      <w:r>
        <w:rPr>
          <w:spacing w:val="-2"/>
          <w:rFonts w:ascii="Ddylr05K+KaiTi" w:hAnsi="Ddylr05K+KaiTi" w:eastAsia="Ddylr05K+KaiTi"/>
          <w:color w:val="000000"/>
          <w:sz w:val="28"/>
        </w:rPr>
        <w:t>本报</w:t>
      </w:r>
      <w:r>
        <w:rPr>
          <w:rFonts w:ascii="Ddylr05K+KaiTi" w:hAnsi="Ddylr05K+KaiTi" w:eastAsia="Ddylr05K+KaiTi"/>
          <w:color w:val="000000"/>
          <w:sz w:val="28"/>
        </w:rPr>
        <w:t>告评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车辆</w:t>
      </w:r>
      <w:r>
        <w:rPr>
          <w:rFonts w:ascii="Ddylr05K+KaiTi" w:hAnsi="Ddylr05K+KaiTi" w:eastAsia="Ddylr05K+KaiTi"/>
          <w:color w:val="000000"/>
          <w:sz w:val="28"/>
        </w:rPr>
        <w:t>变速</w:t>
      </w:r>
      <w:r>
        <w:rPr>
          <w:spacing w:val="-2"/>
          <w:rFonts w:ascii="Ddylr05K+KaiTi" w:hAnsi="Ddylr05K+KaiTi" w:eastAsia="Ddylr05K+KaiTi"/>
          <w:color w:val="000000"/>
          <w:sz w:val="28"/>
        </w:rPr>
        <w:t>箱</w:t>
      </w:r>
      <w:r>
        <w:rPr>
          <w:rFonts w:ascii="Ddylr05K+KaiTi" w:hAnsi="Ddylr05K+KaiTi" w:eastAsia="Ddylr05K+KaiTi"/>
          <w:color w:val="000000"/>
          <w:sz w:val="28"/>
        </w:rPr>
        <w:t>、驱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桥齿</w:t>
      </w:r>
      <w:r>
        <w:rPr>
          <w:spacing w:val="-2"/>
          <w:rFonts w:ascii="Ddylr05K+KaiTi" w:hAnsi="Ddylr05K+KaiTi" w:eastAsia="Ddylr05K+KaiTi"/>
          <w:color w:val="000000"/>
          <w:sz w:val="28"/>
        </w:rPr>
        <w:t>轮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命周</w:t>
      </w:r>
      <w:r>
        <w:rPr>
          <w:spacing w:val="-2"/>
          <w:rFonts w:ascii="Ddylr05K+KaiTi" w:hAnsi="Ddylr05K+KaiTi" w:eastAsia="Ddylr05K+KaiTi"/>
          <w:color w:val="000000"/>
          <w:sz w:val="28"/>
        </w:rPr>
        <w:t>期</w:t>
      </w:r>
      <w:r>
        <w:rPr>
          <w:rFonts w:ascii="Ddylr05K+KaiTi" w:hAnsi="Ddylr05K+KaiTi" w:eastAsia="Ddylr05K+KaiTi"/>
          <w:color w:val="000000"/>
          <w:sz w:val="28"/>
        </w:rPr>
        <w:t>系统</w:t>
      </w:r>
      <w:r>
        <w:rPr>
          <w:spacing w:val="-2"/>
          <w:rFonts w:ascii="Ddylr05K+KaiTi" w:hAnsi="Ddylr05K+KaiTi" w:eastAsia="Ddylr05K+KaiTi"/>
          <w:color w:val="000000"/>
          <w:sz w:val="28"/>
        </w:rPr>
        <w:t>边</w:t>
      </w:r>
      <w:r>
        <w:rPr>
          <w:rFonts w:ascii="Ddylr05K+KaiTi" w:hAnsi="Ddylr05K+KaiTi" w:eastAsia="Ddylr05K+KaiTi"/>
          <w:color w:val="000000"/>
          <w:sz w:val="28"/>
        </w:rPr>
        <w:t>界。</w:t>
      </w:r>
    </w:p>
    <w:p>
      <w:pPr>
        <w:autoSpaceDN w:val="0"/>
        <w:autoSpaceDE w:val="0"/>
        <w:widowControl/>
        <w:spacing w:line="240" w:lineRule="exact" w:before="284" w:after="178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图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2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生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命</w:t>
      </w:r>
      <w:r>
        <w:rPr>
          <w:rFonts w:ascii="Ddylr05K+KaiTi" w:hAnsi="Ddylr05K+KaiTi" w:eastAsia="Ddylr05K+KaiTi"/>
          <w:b/>
          <w:color w:val="000000"/>
          <w:sz w:val="24"/>
        </w:rPr>
        <w:t>周期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（B</w:t>
      </w:r>
      <w:r>
        <w:rPr>
          <w:rFonts w:ascii="Ddylr05K+KaiTi" w:hAnsi="Ddylr05K+KaiTi" w:eastAsia="Ddylr05K+KaiTi"/>
          <w:b/>
          <w:color w:val="000000"/>
          <w:sz w:val="24"/>
        </w:rPr>
        <w:t>2B）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系</w:t>
      </w:r>
      <w:r>
        <w:rPr>
          <w:rFonts w:ascii="Ddylr05K+KaiTi" w:hAnsi="Ddylr05K+KaiTi" w:eastAsia="Ddylr05K+KaiTi"/>
          <w:b/>
          <w:color w:val="000000"/>
          <w:sz w:val="24"/>
        </w:rPr>
        <w:t>统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边</w:t>
      </w:r>
      <w:r>
        <w:rPr>
          <w:rFonts w:ascii="Ddylr05K+KaiTi" w:hAnsi="Ddylr05K+KaiTi" w:eastAsia="Ddylr05K+KaiTi"/>
          <w:b/>
          <w:color w:val="000000"/>
          <w:sz w:val="24"/>
        </w:rPr>
        <w:t>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0.0" w:type="dxa"/>
      </w:tblPr>
      <w:tblGrid>
        <w:gridCol w:w="2320"/>
        <w:gridCol w:w="2420"/>
        <w:gridCol w:w="2460"/>
        <w:gridCol w:w="1520"/>
      </w:tblGrid>
      <w:tr>
        <w:trPr>
          <w:trHeight w:hRule="exact" w:val="356"/>
        </w:trPr>
        <w:tc>
          <w:tcPr>
            <w:tcW w:type="dxa" w:w="2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60" w:after="0"/>
              <w:ind w:left="14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2"/>
              </w:rPr>
              <w:t>原</w:t>
            </w:r>
            <w:r>
              <w:rPr>
                <w:spacing w:val="-4"/>
                <w:rFonts w:ascii="Ddylr05K+KaiTi" w:hAnsi="Ddylr05K+KaiTi" w:eastAsia="Ddylr05K+KaiTi"/>
                <w:color w:val="000000"/>
                <w:sz w:val="22"/>
              </w:rPr>
              <w:t>材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料碳</w:t>
            </w:r>
            <w:r>
              <w:rPr>
                <w:spacing w:val="-4"/>
                <w:rFonts w:ascii="Ddylr05K+KaiTi" w:hAnsi="Ddylr05K+KaiTi" w:eastAsia="Ddylr05K+KaiTi"/>
                <w:color w:val="000000"/>
                <w:sz w:val="22"/>
              </w:rPr>
              <w:t>排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放因子</w:t>
            </w:r>
          </w:p>
        </w:tc>
        <w:tc>
          <w:tcPr>
            <w:tcW w:type="dxa" w:w="2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2"/>
              </w:rPr>
              <w:t>运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2"/>
              </w:rPr>
              <w:t>输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碳排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2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因子</w:t>
            </w:r>
          </w:p>
        </w:tc>
        <w:tc>
          <w:tcPr>
            <w:tcW w:type="dxa" w:w="24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2"/>
              </w:rPr>
              <w:t>能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2"/>
              </w:rPr>
              <w:t>源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碳排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2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因子</w:t>
            </w:r>
          </w:p>
        </w:tc>
        <w:tc>
          <w:tcPr>
            <w:tcW w:type="dxa" w:w="15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1008" w:after="0"/>
              <w:ind w:left="0" w:right="15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2"/>
              </w:rPr>
              <w:t>客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2"/>
              </w:rPr>
              <w:t>户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现场</w:t>
            </w:r>
          </w:p>
        </w:tc>
      </w:tr>
      <w:tr>
        <w:trPr>
          <w:trHeight w:hRule="exact" w:val="540"/>
        </w:trPr>
        <w:tc>
          <w:tcPr>
            <w:tcW w:type="dxa" w:w="2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" w:after="0"/>
              <w:ind w:left="0" w:right="13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88900" cy="228600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" cy="2286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" w:after="0"/>
              <w:ind w:left="0" w:right="120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88900" cy="228600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" cy="2286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" w:after="0"/>
              <w:ind w:left="0" w:right="12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88900" cy="228600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" cy="2286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392"/>
        </w:trPr>
        <w:tc>
          <w:tcPr>
            <w:tcW w:type="dxa" w:w="2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112" w:after="0"/>
              <w:ind w:left="47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2"/>
              </w:rPr>
              <w:t>原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2"/>
              </w:rPr>
              <w:t>材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料生产</w:t>
            </w:r>
          </w:p>
        </w:tc>
        <w:tc>
          <w:tcPr>
            <w:tcW w:type="dxa" w:w="2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11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2"/>
              </w:rPr>
              <w:t>原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2"/>
              </w:rPr>
              <w:t>材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料运输</w:t>
            </w:r>
          </w:p>
        </w:tc>
        <w:tc>
          <w:tcPr>
            <w:tcW w:type="dxa" w:w="24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0" w:lineRule="exact" w:before="11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2"/>
              </w:rPr>
              <w:t>产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2"/>
              </w:rPr>
              <w:t>品</w:t>
            </w:r>
            <w:r>
              <w:rPr>
                <w:rFonts w:ascii="Ddylr05K+KaiTi" w:hAnsi="Ddylr05K+KaiTi" w:eastAsia="Ddylr05K+KaiTi"/>
                <w:color w:val="000000"/>
                <w:sz w:val="22"/>
              </w:rPr>
              <w:t>生产</w:t>
            </w:r>
          </w:p>
        </w:tc>
        <w:tc>
          <w:tcPr>
            <w:tcW w:type="dxa" w:w="2256"/>
            <w:vMerge/>
          </w:tcPr>
          <w:p/>
        </w:tc>
      </w:tr>
    </w:tbl>
    <w:p>
      <w:pPr>
        <w:autoSpaceDN w:val="0"/>
        <w:tabs>
          <w:tab w:pos="920" w:val="left"/>
        </w:tabs>
        <w:autoSpaceDE w:val="0"/>
        <w:widowControl/>
        <w:spacing w:line="574" w:lineRule="exact" w:before="0" w:after="0"/>
        <w:ind w:left="360" w:right="288" w:firstLine="0"/>
        <w:jc w:val="left"/>
      </w:pP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车</w:t>
      </w:r>
      <w:r>
        <w:rPr>
          <w:spacing w:val="4"/>
          <w:rFonts w:ascii="Ddylr05K+KaiTi" w:hAnsi="Ddylr05K+KaiTi" w:eastAsia="Ddylr05K+KaiTi"/>
          <w:color w:val="000000"/>
          <w:sz w:val="28"/>
        </w:rPr>
        <w:t>辆</w:t>
      </w:r>
      <w:r>
        <w:rPr>
          <w:spacing w:val="6"/>
          <w:rFonts w:ascii="Ddylr05K+KaiTi" w:hAnsi="Ddylr05K+KaiTi" w:eastAsia="Ddylr05K+KaiTi"/>
          <w:color w:val="000000"/>
          <w:sz w:val="28"/>
        </w:rPr>
        <w:t>变速</w:t>
      </w:r>
      <w:r>
        <w:rPr>
          <w:spacing w:val="4"/>
          <w:rFonts w:ascii="Ddylr05K+KaiTi" w:hAnsi="Ddylr05K+KaiTi" w:eastAsia="Ddylr05K+KaiTi"/>
          <w:color w:val="000000"/>
          <w:sz w:val="28"/>
        </w:rPr>
        <w:t>箱</w:t>
      </w:r>
      <w:r>
        <w:rPr>
          <w:spacing w:val="6"/>
          <w:rFonts w:ascii="Ddylr05K+KaiTi" w:hAnsi="Ddylr05K+KaiTi" w:eastAsia="Ddylr05K+KaiTi"/>
          <w:color w:val="000000"/>
          <w:sz w:val="28"/>
        </w:rPr>
        <w:t>、驱</w:t>
      </w:r>
      <w:r>
        <w:rPr>
          <w:spacing w:val="4"/>
          <w:rFonts w:ascii="Ddylr05K+KaiTi" w:hAnsi="Ddylr05K+KaiTi" w:eastAsia="Ddylr05K+KaiTi"/>
          <w:color w:val="000000"/>
          <w:sz w:val="28"/>
        </w:rPr>
        <w:t>动</w:t>
      </w:r>
      <w:r>
        <w:rPr>
          <w:spacing w:val="8"/>
          <w:rFonts w:ascii="Ddylr05K+KaiTi" w:hAnsi="Ddylr05K+KaiTi" w:eastAsia="Ddylr05K+KaiTi"/>
          <w:color w:val="000000"/>
          <w:sz w:val="28"/>
        </w:rPr>
        <w:t>桥</w:t>
      </w:r>
      <w:r>
        <w:rPr>
          <w:spacing w:val="6"/>
          <w:rFonts w:ascii="Ddylr05K+KaiTi" w:hAnsi="Ddylr05K+KaiTi" w:eastAsia="Ddylr05K+KaiTi"/>
          <w:color w:val="000000"/>
          <w:sz w:val="28"/>
        </w:rPr>
        <w:t>齿</w:t>
      </w:r>
      <w:r>
        <w:rPr>
          <w:spacing w:val="8"/>
          <w:rFonts w:ascii="Ddylr05K+KaiTi" w:hAnsi="Ddylr05K+KaiTi" w:eastAsia="Ddylr05K+KaiTi"/>
          <w:color w:val="000000"/>
          <w:sz w:val="28"/>
        </w:rPr>
        <w:t>轮生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8"/>
          <w:rFonts w:ascii="Ddylr05K+KaiTi" w:hAnsi="Ddylr05K+KaiTi" w:eastAsia="Ddylr05K+KaiTi"/>
          <w:color w:val="000000"/>
          <w:sz w:val="28"/>
        </w:rPr>
        <w:t>所涉</w:t>
      </w:r>
      <w:r>
        <w:rPr>
          <w:spacing w:val="4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原材</w:t>
      </w:r>
      <w:r>
        <w:rPr>
          <w:spacing w:val="4"/>
          <w:rFonts w:ascii="Ddylr05K+KaiTi" w:hAnsi="Ddylr05K+KaiTi" w:eastAsia="Ddylr05K+KaiTi"/>
          <w:color w:val="000000"/>
          <w:sz w:val="28"/>
        </w:rPr>
        <w:t>料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一</w:t>
      </w:r>
      <w:r>
        <w:rPr>
          <w:spacing w:val="8"/>
          <w:rFonts w:ascii="Ddylr05K+KaiTi" w:hAnsi="Ddylr05K+KaiTi" w:eastAsia="Ddylr05K+KaiTi"/>
          <w:color w:val="000000"/>
          <w:sz w:val="28"/>
        </w:rPr>
        <w:t>级供</w:t>
      </w:r>
      <w:r>
        <w:rPr>
          <w:spacing w:val="6"/>
          <w:rFonts w:ascii="Ddylr05K+KaiTi" w:hAnsi="Ddylr05K+KaiTi" w:eastAsia="Ddylr05K+KaiTi"/>
          <w:color w:val="000000"/>
          <w:sz w:val="28"/>
        </w:rPr>
        <w:t>应</w:t>
      </w:r>
      <w:r>
        <w:rPr>
          <w:spacing w:val="8"/>
          <w:rFonts w:ascii="Ddylr05K+KaiTi" w:hAnsi="Ddylr05K+KaiTi" w:eastAsia="Ddylr05K+KaiTi"/>
          <w:color w:val="000000"/>
          <w:sz w:val="28"/>
        </w:rPr>
        <w:t>商、</w:t>
      </w:r>
      <w:r>
        <w:rPr>
          <w:rFonts w:ascii="Ddylr05K+KaiTi" w:hAnsi="Ddylr05K+KaiTi" w:eastAsia="Ddylr05K+KaiTi"/>
          <w:color w:val="000000"/>
          <w:sz w:val="28"/>
        </w:rPr>
        <w:t>二</w:t>
      </w:r>
      <w:r>
        <w:rPr>
          <w:spacing w:val="-2"/>
          <w:rFonts w:ascii="Ddylr05K+KaiTi" w:hAnsi="Ddylr05K+KaiTi" w:eastAsia="Ddylr05K+KaiTi"/>
          <w:color w:val="000000"/>
          <w:sz w:val="28"/>
        </w:rPr>
        <w:t>级供</w:t>
      </w:r>
      <w:r>
        <w:rPr>
          <w:rFonts w:ascii="Ddylr05K+KaiTi" w:hAnsi="Ddylr05K+KaiTi" w:eastAsia="Ddylr05K+KaiTi"/>
          <w:color w:val="000000"/>
          <w:sz w:val="28"/>
        </w:rPr>
        <w:t>应商</w:t>
      </w:r>
      <w:r>
        <w:rPr>
          <w:spacing w:val="-2"/>
          <w:rFonts w:ascii="Ddylr05K+KaiTi" w:hAnsi="Ddylr05K+KaiTi" w:eastAsia="Ddylr05K+KaiTi"/>
          <w:color w:val="000000"/>
          <w:sz w:val="28"/>
        </w:rPr>
        <w:t>和</w:t>
      </w:r>
      <w:r>
        <w:rPr>
          <w:rFonts w:ascii="Ddylr05K+KaiTi" w:hAnsi="Ddylr05K+KaiTi" w:eastAsia="Ddylr05K+KaiTi"/>
          <w:color w:val="000000"/>
          <w:sz w:val="28"/>
        </w:rPr>
        <w:t>上游</w:t>
      </w:r>
      <w:r>
        <w:rPr>
          <w:spacing w:val="-2"/>
          <w:rFonts w:ascii="Ddylr05K+KaiTi" w:hAnsi="Ddylr05K+KaiTi" w:eastAsia="Ddylr05K+KaiTi"/>
          <w:color w:val="000000"/>
          <w:sz w:val="28"/>
        </w:rPr>
        <w:t>运</w:t>
      </w:r>
      <w:r>
        <w:rPr>
          <w:rFonts w:ascii="Ddylr05K+KaiTi" w:hAnsi="Ddylr05K+KaiTi" w:eastAsia="Ddylr05K+KaiTi"/>
          <w:color w:val="000000"/>
          <w:sz w:val="28"/>
        </w:rPr>
        <w:t>输情</w:t>
      </w:r>
      <w:r>
        <w:rPr>
          <w:spacing w:val="-2"/>
          <w:rFonts w:ascii="Ddylr05K+KaiTi" w:hAnsi="Ddylr05K+KaiTi" w:eastAsia="Ddylr05K+KaiTi"/>
          <w:color w:val="000000"/>
          <w:sz w:val="28"/>
        </w:rPr>
        <w:t>况</w:t>
      </w:r>
      <w:r>
        <w:rPr>
          <w:rFonts w:ascii="Ddylr05K+KaiTi" w:hAnsi="Ddylr05K+KaiTi" w:eastAsia="Ddylr05K+KaiTi"/>
          <w:color w:val="000000"/>
          <w:sz w:val="28"/>
        </w:rPr>
        <w:t>如下</w:t>
      </w:r>
      <w:r>
        <w:rPr>
          <w:spacing w:val="-2"/>
          <w:rFonts w:ascii="Ddylr05K+KaiTi" w:hAnsi="Ddylr05K+KaiTi" w:eastAsia="Ddylr05K+KaiTi"/>
          <w:color w:val="000000"/>
          <w:sz w:val="28"/>
        </w:rPr>
        <w:t>表</w:t>
      </w:r>
      <w:r>
        <w:rPr>
          <w:rFonts w:ascii="Ddylr05K+KaiTi" w:hAnsi="Ddylr05K+KaiTi" w:eastAsia="Ddylr05K+KaiTi"/>
          <w:color w:val="000000"/>
          <w:sz w:val="28"/>
        </w:rPr>
        <w:t>所示：</w:t>
      </w:r>
    </w:p>
    <w:p>
      <w:pPr>
        <w:autoSpaceDN w:val="0"/>
        <w:autoSpaceDE w:val="0"/>
        <w:widowControl/>
        <w:spacing w:line="240" w:lineRule="exact" w:before="288" w:after="222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4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车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辆</w:t>
      </w:r>
      <w:r>
        <w:rPr>
          <w:rFonts w:ascii="Ddylr05K+KaiTi" w:hAnsi="Ddylr05K+KaiTi" w:eastAsia="Ddylr05K+KaiTi"/>
          <w:b/>
          <w:color w:val="000000"/>
          <w:sz w:val="24"/>
        </w:rPr>
        <w:t>变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速</w:t>
      </w:r>
      <w:r>
        <w:rPr>
          <w:rFonts w:ascii="Ddylr05K+KaiTi" w:hAnsi="Ddylr05K+KaiTi" w:eastAsia="Ddylr05K+KaiTi"/>
          <w:b/>
          <w:color w:val="000000"/>
          <w:sz w:val="24"/>
        </w:rPr>
        <w:t>箱、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驱</w:t>
      </w:r>
      <w:r>
        <w:rPr>
          <w:rFonts w:ascii="Ddylr05K+KaiTi" w:hAnsi="Ddylr05K+KaiTi" w:eastAsia="Ddylr05K+KaiTi"/>
          <w:b/>
          <w:color w:val="000000"/>
          <w:sz w:val="24"/>
        </w:rPr>
        <w:t>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桥</w:t>
      </w:r>
      <w:r>
        <w:rPr>
          <w:rFonts w:ascii="Ddylr05K+KaiTi" w:hAnsi="Ddylr05K+KaiTi" w:eastAsia="Ddylr05K+KaiTi"/>
          <w:b/>
          <w:color w:val="000000"/>
          <w:sz w:val="24"/>
        </w:rPr>
        <w:t>齿轮供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应</w:t>
      </w:r>
      <w:r>
        <w:rPr>
          <w:rFonts w:ascii="Ddylr05K+KaiTi" w:hAnsi="Ddylr05K+KaiTi" w:eastAsia="Ddylr05K+KaiTi"/>
          <w:b/>
          <w:color w:val="000000"/>
          <w:sz w:val="24"/>
        </w:rPr>
        <w:t>商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及</w:t>
      </w:r>
      <w:r>
        <w:rPr>
          <w:rFonts w:ascii="Ddylr05K+KaiTi" w:hAnsi="Ddylr05K+KaiTi" w:eastAsia="Ddylr05K+KaiTi"/>
          <w:b/>
          <w:color w:val="000000"/>
          <w:sz w:val="24"/>
        </w:rPr>
        <w:t>上游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运</w:t>
      </w:r>
      <w:r>
        <w:rPr>
          <w:rFonts w:ascii="Ddylr05K+KaiTi" w:hAnsi="Ddylr05K+KaiTi" w:eastAsia="Ddylr05K+KaiTi"/>
          <w:b/>
          <w:color w:val="000000"/>
          <w:sz w:val="24"/>
        </w:rPr>
        <w:t>输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情</w:t>
      </w:r>
      <w:r>
        <w:rPr>
          <w:rFonts w:ascii="Ddylr05K+KaiTi" w:hAnsi="Ddylr05K+KaiTi" w:eastAsia="Ddylr05K+KaiTi"/>
          <w:b/>
          <w:color w:val="000000"/>
          <w:sz w:val="24"/>
        </w:rPr>
        <w:t>况汇总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20.0" w:type="dxa"/>
      </w:tblPr>
      <w:tblGrid>
        <w:gridCol w:w="1680"/>
        <w:gridCol w:w="2940"/>
        <w:gridCol w:w="3860"/>
      </w:tblGrid>
      <w:tr>
        <w:trPr>
          <w:trHeight w:hRule="exact" w:val="470"/>
        </w:trPr>
        <w:tc>
          <w:tcPr>
            <w:tcW w:type="dxa" w:w="16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23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相关信息</w:t>
            </w:r>
          </w:p>
          <w:p>
            <w:pPr>
              <w:autoSpaceDN w:val="0"/>
              <w:autoSpaceDE w:val="0"/>
              <w:widowControl/>
              <w:spacing w:line="312" w:lineRule="exact" w:before="144" w:after="0"/>
              <w:ind w:left="236" w:right="0" w:firstLine="0"/>
              <w:jc w:val="left"/>
            </w:pP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一</w:t>
            </w:r>
            <w:r>
              <w:rPr>
                <w:spacing w:val="36"/>
                <w:rFonts w:ascii="Ddylr05K+KaiTi" w:hAnsi="Ddylr05K+KaiTi" w:eastAsia="Ddylr05K+KaiTi"/>
                <w:color w:val="000000"/>
                <w:sz w:val="24"/>
              </w:rPr>
              <w:t>级</w:t>
            </w: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供</w:t>
            </w:r>
            <w:r>
              <w:rPr>
                <w:spacing w:val="36"/>
                <w:rFonts w:ascii="Ddylr05K+KaiTi" w:hAnsi="Ddylr05K+KaiTi" w:eastAsia="Ddylr05K+KaiTi"/>
                <w:color w:val="000000"/>
                <w:sz w:val="24"/>
              </w:rPr>
              <w:t>应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商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名称</w:t>
            </w:r>
          </w:p>
          <w:p>
            <w:pPr>
              <w:autoSpaceDN w:val="0"/>
              <w:autoSpaceDE w:val="0"/>
              <w:widowControl/>
              <w:spacing w:line="240" w:lineRule="exact" w:before="264" w:after="0"/>
              <w:ind w:left="23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距离</w:t>
            </w:r>
          </w:p>
          <w:p>
            <w:pPr>
              <w:autoSpaceDN w:val="0"/>
              <w:autoSpaceDE w:val="0"/>
              <w:widowControl/>
              <w:spacing w:line="312" w:lineRule="exact" w:before="190" w:after="0"/>
              <w:ind w:left="236" w:right="0" w:firstLine="0"/>
              <w:jc w:val="left"/>
            </w:pP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上</w:t>
            </w:r>
            <w:r>
              <w:rPr>
                <w:spacing w:val="36"/>
                <w:rFonts w:ascii="Ddylr05K+KaiTi" w:hAnsi="Ddylr05K+KaiTi" w:eastAsia="Ddylr05K+KaiTi"/>
                <w:color w:val="000000"/>
                <w:sz w:val="24"/>
              </w:rPr>
              <w:t>游</w:t>
            </w:r>
            <w:r>
              <w:rPr>
                <w:spacing w:val="38"/>
                <w:rFonts w:ascii="Ddylr05K+KaiTi" w:hAnsi="Ddylr05K+KaiTi" w:eastAsia="Ddylr05K+KaiTi"/>
                <w:color w:val="000000"/>
                <w:sz w:val="24"/>
              </w:rPr>
              <w:t>运</w:t>
            </w:r>
            <w:r>
              <w:rPr>
                <w:spacing w:val="36"/>
                <w:rFonts w:ascii="Ddylr05K+KaiTi" w:hAnsi="Ddylr05K+KaiTi" w:eastAsia="Ddylr05K+KaiTi"/>
                <w:color w:val="000000"/>
                <w:sz w:val="24"/>
              </w:rPr>
              <w:t>输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情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况说明</w:t>
            </w:r>
          </w:p>
        </w:tc>
        <w:tc>
          <w:tcPr>
            <w:tcW w:type="dxa" w:w="6800"/>
            <w:gridSpan w:val="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13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车辆变速箱、驱动桥齿轮</w:t>
            </w:r>
          </w:p>
        </w:tc>
      </w:tr>
      <w:tr>
        <w:trPr>
          <w:trHeight w:hRule="exact" w:val="640"/>
        </w:trPr>
        <w:tc>
          <w:tcPr>
            <w:tcW w:type="dxa" w:w="3009"/>
            <w:vMerge/>
          </w:tcPr>
          <w:p/>
        </w:tc>
        <w:tc>
          <w:tcPr>
            <w:tcW w:type="dxa" w:w="2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02" w:after="0"/>
              <w:ind w:left="1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山东钰泰商贸有限公司</w:t>
            </w:r>
          </w:p>
        </w:tc>
        <w:tc>
          <w:tcPr>
            <w:tcW w:type="dxa" w:w="38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02" w:after="0"/>
              <w:ind w:left="4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淄博市博山维正锻造有限公司</w:t>
            </w:r>
          </w:p>
        </w:tc>
      </w:tr>
      <w:tr>
        <w:trPr>
          <w:trHeight w:hRule="exact" w:val="660"/>
        </w:trPr>
        <w:tc>
          <w:tcPr>
            <w:tcW w:type="dxa" w:w="3009"/>
            <w:vMerge/>
          </w:tcPr>
          <w:p/>
        </w:tc>
        <w:tc>
          <w:tcPr>
            <w:tcW w:type="dxa" w:w="2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2" w:after="0"/>
              <w:ind w:left="1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180Km</w:t>
            </w:r>
          </w:p>
        </w:tc>
        <w:tc>
          <w:tcPr>
            <w:tcW w:type="dxa" w:w="38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2" w:after="0"/>
              <w:ind w:left="4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250Km</w:t>
            </w:r>
          </w:p>
        </w:tc>
      </w:tr>
      <w:tr>
        <w:trPr>
          <w:trHeight w:hRule="exact" w:val="676"/>
        </w:trPr>
        <w:tc>
          <w:tcPr>
            <w:tcW w:type="dxa" w:w="3009"/>
            <w:vMerge/>
          </w:tcPr>
          <w:p/>
        </w:tc>
        <w:tc>
          <w:tcPr>
            <w:tcW w:type="dxa" w:w="2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0" w:after="0"/>
              <w:ind w:left="1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汽运</w:t>
            </w:r>
          </w:p>
        </w:tc>
        <w:tc>
          <w:tcPr>
            <w:tcW w:type="dxa" w:w="38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0" w:after="0"/>
              <w:ind w:left="4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汽运</w:t>
            </w:r>
          </w:p>
        </w:tc>
      </w:tr>
    </w:tbl>
    <w:p>
      <w:pPr>
        <w:autoSpaceDN w:val="0"/>
        <w:tabs>
          <w:tab w:pos="920" w:val="left"/>
        </w:tabs>
        <w:autoSpaceDE w:val="0"/>
        <w:widowControl/>
        <w:spacing w:line="540" w:lineRule="exact" w:before="0" w:after="0"/>
        <w:ind w:left="360" w:right="144" w:firstLine="0"/>
        <w:jc w:val="left"/>
      </w:pPr>
      <w:r>
        <w:tab/>
      </w:r>
      <w:r>
        <w:rPr>
          <w:rFonts w:ascii="Ddylr05K+KaiTi" w:hAnsi="Ddylr05K+KaiTi" w:eastAsia="Ddylr05K+KaiTi"/>
          <w:color w:val="000000"/>
          <w:sz w:val="28"/>
        </w:rPr>
        <w:t>系</w:t>
      </w:r>
      <w:r>
        <w:rPr>
          <w:spacing w:val="-2"/>
          <w:rFonts w:ascii="Ddylr05K+KaiTi" w:hAnsi="Ddylr05K+KaiTi" w:eastAsia="Ddylr05K+KaiTi"/>
          <w:color w:val="000000"/>
          <w:sz w:val="28"/>
        </w:rPr>
        <w:t>统</w:t>
      </w:r>
      <w:r>
        <w:rPr>
          <w:rFonts w:ascii="Ddylr05K+KaiTi" w:hAnsi="Ddylr05K+KaiTi" w:eastAsia="Ddylr05K+KaiTi"/>
          <w:color w:val="000000"/>
          <w:sz w:val="28"/>
        </w:rPr>
        <w:t>边界内车</w:t>
      </w:r>
      <w:r>
        <w:rPr>
          <w:spacing w:val="-2"/>
          <w:rFonts w:ascii="Ddylr05K+KaiTi" w:hAnsi="Ddylr05K+KaiTi" w:eastAsia="Ddylr05K+KaiTi"/>
          <w:color w:val="000000"/>
          <w:sz w:val="28"/>
        </w:rPr>
        <w:t>辆</w:t>
      </w:r>
      <w:r>
        <w:rPr>
          <w:rFonts w:ascii="Ddylr05K+KaiTi" w:hAnsi="Ddylr05K+KaiTi" w:eastAsia="Ddylr05K+KaiTi"/>
          <w:color w:val="000000"/>
          <w:sz w:val="28"/>
        </w:rPr>
        <w:t>变速</w:t>
      </w:r>
      <w:r>
        <w:rPr>
          <w:spacing w:val="-2"/>
          <w:rFonts w:ascii="Ddylr05K+KaiTi" w:hAnsi="Ddylr05K+KaiTi" w:eastAsia="Ddylr05K+KaiTi"/>
          <w:color w:val="000000"/>
          <w:sz w:val="28"/>
        </w:rPr>
        <w:t>箱</w:t>
      </w:r>
      <w:r>
        <w:rPr>
          <w:rFonts w:ascii="Ddylr05K+KaiTi" w:hAnsi="Ddylr05K+KaiTi" w:eastAsia="Ddylr05K+KaiTi"/>
          <w:color w:val="000000"/>
          <w:sz w:val="28"/>
        </w:rPr>
        <w:t>、驱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桥齿</w:t>
      </w:r>
      <w:r>
        <w:rPr>
          <w:spacing w:val="-2"/>
          <w:rFonts w:ascii="Ddylr05K+KaiTi" w:hAnsi="Ddylr05K+KaiTi" w:eastAsia="Ddylr05K+KaiTi"/>
          <w:color w:val="000000"/>
          <w:sz w:val="28"/>
        </w:rPr>
        <w:t>轮</w:t>
      </w:r>
      <w:r>
        <w:rPr>
          <w:rFonts w:ascii="Ddylr05K+KaiTi" w:hAnsi="Ddylr05K+KaiTi" w:eastAsia="Ddylr05K+KaiTi"/>
          <w:color w:val="000000"/>
          <w:sz w:val="28"/>
        </w:rPr>
        <w:t>碳</w:t>
      </w:r>
      <w:r>
        <w:rPr>
          <w:spacing w:val="-2"/>
          <w:rFonts w:ascii="Ddylr05K+KaiTi" w:hAnsi="Ddylr05K+KaiTi" w:eastAsia="Ddylr05K+KaiTi"/>
          <w:color w:val="000000"/>
          <w:sz w:val="28"/>
        </w:rPr>
        <w:t>足</w:t>
      </w:r>
      <w:r>
        <w:rPr>
          <w:rFonts w:ascii="Ddylr05K+KaiTi" w:hAnsi="Ddylr05K+KaiTi" w:eastAsia="Ddylr05K+KaiTi"/>
          <w:color w:val="000000"/>
          <w:sz w:val="28"/>
        </w:rPr>
        <w:t>迹计</w:t>
      </w:r>
      <w:r>
        <w:rPr>
          <w:spacing w:val="-2"/>
          <w:rFonts w:ascii="Ddylr05K+KaiTi" w:hAnsi="Ddylr05K+KaiTi" w:eastAsia="Ddylr05K+KaiTi"/>
          <w:color w:val="000000"/>
          <w:sz w:val="28"/>
        </w:rPr>
        <w:t>算</w:t>
      </w:r>
      <w:r>
        <w:rPr>
          <w:rFonts w:ascii="Ddylr05K+KaiTi" w:hAnsi="Ddylr05K+KaiTi" w:eastAsia="Ddylr05K+KaiTi"/>
          <w:color w:val="000000"/>
          <w:sz w:val="28"/>
        </w:rPr>
        <w:t>涉及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源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能源</w:t>
      </w:r>
      <w:r>
        <w:rPr>
          <w:rFonts w:ascii="Ddylr05K+KaiTi" w:hAnsi="Ddylr05K+KaiTi" w:eastAsia="Ddylr05K+KaiTi"/>
          <w:color w:val="000000"/>
          <w:sz w:val="28"/>
        </w:rPr>
        <w:t>、物</w:t>
      </w:r>
      <w:r>
        <w:rPr>
          <w:spacing w:val="-2"/>
          <w:rFonts w:ascii="Ddylr05K+KaiTi" w:hAnsi="Ddylr05K+KaiTi" w:eastAsia="Ddylr05K+KaiTi"/>
          <w:color w:val="000000"/>
          <w:sz w:val="28"/>
        </w:rPr>
        <w:t>料</w:t>
      </w:r>
      <w:r>
        <w:rPr>
          <w:rFonts w:ascii="Ddylr05K+KaiTi" w:hAnsi="Ddylr05K+KaiTi" w:eastAsia="Ddylr05K+KaiTi"/>
          <w:color w:val="000000"/>
          <w:sz w:val="28"/>
        </w:rPr>
        <w:t>品种</w:t>
      </w:r>
      <w:r>
        <w:rPr>
          <w:spacing w:val="-2"/>
          <w:rFonts w:ascii="Ddylr05K+KaiTi" w:hAnsi="Ddylr05K+KaiTi" w:eastAsia="Ddylr05K+KaiTi"/>
          <w:color w:val="000000"/>
          <w:sz w:val="28"/>
        </w:rPr>
        <w:t>如</w:t>
      </w:r>
      <w:r>
        <w:rPr>
          <w:rFonts w:ascii="Ddylr05K+KaiTi" w:hAnsi="Ddylr05K+KaiTi" w:eastAsia="Ddylr05K+KaiTi"/>
          <w:color w:val="000000"/>
          <w:sz w:val="28"/>
        </w:rPr>
        <w:t>下</w:t>
      </w:r>
      <w:r>
        <w:rPr>
          <w:spacing w:val="70"/>
          <w:rFonts w:ascii="Ddylr05K+KaiTi" w:hAnsi="Ddylr05K+KaiTi" w:eastAsia="Ddylr05K+KaiTi"/>
          <w:color w:val="000000"/>
          <w:sz w:val="28"/>
        </w:rPr>
        <w:t>表</w:t>
      </w: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-</w:t>
      </w:r>
      <w:r>
        <w:rPr>
          <w:spacing w:val="68"/>
          <w:rFonts w:ascii="Ddylr05K+KaiTi" w:hAnsi="Ddylr05K+KaiTi" w:eastAsia="Ddylr05K+KaiTi"/>
          <w:color w:val="000000"/>
          <w:sz w:val="28"/>
        </w:rPr>
        <w:t>5</w:t>
      </w:r>
      <w:r>
        <w:rPr>
          <w:rFonts w:ascii="Ddylr05K+KaiTi" w:hAnsi="Ddylr05K+KaiTi" w:eastAsia="Ddylr05K+KaiTi"/>
          <w:color w:val="000000"/>
          <w:sz w:val="28"/>
        </w:rPr>
        <w:t>所</w:t>
      </w:r>
      <w:r>
        <w:rPr>
          <w:spacing w:val="-2"/>
          <w:rFonts w:ascii="Ddylr05K+KaiTi" w:hAnsi="Ddylr05K+KaiTi" w:eastAsia="Ddylr05K+KaiTi"/>
          <w:color w:val="000000"/>
          <w:sz w:val="28"/>
        </w:rPr>
        <w:t>示</w:t>
      </w:r>
      <w:r>
        <w:rPr>
          <w:rFonts w:ascii="Ddylr05K+KaiTi" w:hAnsi="Ddylr05K+KaiTi" w:eastAsia="Ddylr05K+KaiTi"/>
          <w:color w:val="000000"/>
          <w:sz w:val="28"/>
        </w:rPr>
        <w:t>：</w:t>
      </w:r>
    </w:p>
    <w:p>
      <w:pPr>
        <w:autoSpaceDN w:val="0"/>
        <w:autoSpaceDE w:val="0"/>
        <w:widowControl/>
        <w:spacing w:line="240" w:lineRule="exact" w:before="328" w:after="156"/>
        <w:ind w:left="0" w:right="0" w:firstLine="0"/>
        <w:jc w:val="center"/>
      </w:pPr>
      <w:r>
        <w:rPr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5</w:t>
      </w:r>
      <w:r>
        <w:rPr>
          <w:spacing w:val="53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碳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足</w:t>
      </w:r>
      <w:r>
        <w:rPr>
          <w:rFonts w:ascii="Ddylr05K+KaiTi" w:hAnsi="Ddylr05K+KaiTi" w:eastAsia="Ddylr05K+KaiTi"/>
          <w:b/>
          <w:color w:val="000000"/>
          <w:sz w:val="24"/>
        </w:rPr>
        <w:t>迹排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放</w:t>
      </w:r>
      <w:r>
        <w:rPr>
          <w:rFonts w:ascii="Ddylr05K+KaiTi" w:hAnsi="Ddylr05K+KaiTi" w:eastAsia="Ddylr05K+KaiTi"/>
          <w:b/>
          <w:color w:val="000000"/>
          <w:sz w:val="24"/>
        </w:rPr>
        <w:t>源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及</w:t>
      </w:r>
      <w:r>
        <w:rPr>
          <w:rFonts w:ascii="Ddylr05K+KaiTi" w:hAnsi="Ddylr05K+KaiTi" w:eastAsia="Ddylr05K+KaiTi"/>
          <w:b/>
          <w:color w:val="000000"/>
          <w:sz w:val="24"/>
        </w:rPr>
        <w:t>能源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物</w:t>
      </w:r>
      <w:r>
        <w:rPr>
          <w:rFonts w:ascii="Ddylr05K+KaiTi" w:hAnsi="Ddylr05K+KaiTi" w:eastAsia="Ddylr05K+KaiTi"/>
          <w:b/>
          <w:color w:val="000000"/>
          <w:sz w:val="24"/>
        </w:rPr>
        <w:t>料信息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1420"/>
        <w:gridCol w:w="2220"/>
        <w:gridCol w:w="2340"/>
        <w:gridCol w:w="2680"/>
      </w:tblGrid>
      <w:tr>
        <w:trPr>
          <w:trHeight w:hRule="exact" w:val="598"/>
        </w:trPr>
        <w:tc>
          <w:tcPr>
            <w:tcW w:type="dxa" w:w="1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产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品名称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144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排放源</w:t>
            </w:r>
          </w:p>
        </w:tc>
        <w:tc>
          <w:tcPr>
            <w:tcW w:type="dxa" w:w="23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192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能源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/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物料品种</w:t>
            </w:r>
          </w:p>
        </w:tc>
        <w:tc>
          <w:tcPr>
            <w:tcW w:type="dxa" w:w="26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152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说明</w:t>
            </w:r>
          </w:p>
        </w:tc>
      </w:tr>
      <w:tr>
        <w:trPr>
          <w:trHeight w:hRule="exact" w:val="394"/>
        </w:trPr>
        <w:tc>
          <w:tcPr>
            <w:tcW w:type="dxa" w:w="1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986" w:after="0"/>
              <w:ind w:left="28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车辆变速</w:t>
            </w:r>
          </w:p>
        </w:tc>
        <w:tc>
          <w:tcPr>
            <w:tcW w:type="dxa" w:w="2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72" w:after="0"/>
              <w:ind w:left="14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原材料获取排放</w:t>
            </w:r>
          </w:p>
        </w:tc>
        <w:tc>
          <w:tcPr>
            <w:tcW w:type="dxa" w:w="23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0" w:after="0"/>
              <w:ind w:left="27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车辆变速箱、驱动</w:t>
            </w:r>
          </w:p>
        </w:tc>
        <w:tc>
          <w:tcPr>
            <w:tcW w:type="dxa" w:w="26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72" w:after="0"/>
              <w:ind w:left="15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原材料隐含的排放</w:t>
            </w:r>
          </w:p>
        </w:tc>
      </w:tr>
      <w:tr>
        <w:trPr>
          <w:trHeight w:hRule="exact" w:val="471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3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4" w:after="0"/>
              <w:ind w:left="0" w:right="74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桥齿轮</w:t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475"/>
        </w:trPr>
        <w:tc>
          <w:tcPr>
            <w:tcW w:type="dxa" w:w="2256"/>
            <w:vMerge/>
          </w:tcPr>
          <w:p/>
        </w:tc>
        <w:tc>
          <w:tcPr>
            <w:tcW w:type="dxa" w:w="2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54" w:after="0"/>
              <w:ind w:left="14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原材料运输排放</w:t>
            </w:r>
          </w:p>
        </w:tc>
        <w:tc>
          <w:tcPr>
            <w:tcW w:type="dxa" w:w="23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27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车辆变速箱、驱动</w:t>
            </w:r>
          </w:p>
        </w:tc>
        <w:tc>
          <w:tcPr>
            <w:tcW w:type="dxa" w:w="26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54" w:after="0"/>
              <w:ind w:left="15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原材料物流运输排放</w:t>
            </w:r>
          </w:p>
        </w:tc>
      </w:tr>
      <w:tr>
        <w:trPr>
          <w:trHeight w:hRule="exact" w:val="340"/>
        </w:trPr>
        <w:tc>
          <w:tcPr>
            <w:tcW w:type="dxa" w:w="1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0" w:after="0"/>
              <w:ind w:left="28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箱、驱动</w:t>
            </w:r>
          </w:p>
        </w:tc>
        <w:tc>
          <w:tcPr>
            <w:tcW w:type="dxa" w:w="2256"/>
            <w:vMerge/>
          </w:tcPr>
          <w:p/>
        </w:tc>
        <w:tc>
          <w:tcPr>
            <w:tcW w:type="dxa" w:w="23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0" w:after="0"/>
              <w:ind w:left="0" w:right="74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桥齿轮</w:t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604"/>
        </w:trPr>
        <w:tc>
          <w:tcPr>
            <w:tcW w:type="dxa" w:w="1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2" w:after="0"/>
              <w:ind w:left="0" w:right="29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桥齿轮</w:t>
            </w:r>
          </w:p>
        </w:tc>
        <w:tc>
          <w:tcPr>
            <w:tcW w:type="dxa" w:w="2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1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产品生产制造排放</w:t>
            </w:r>
          </w:p>
        </w:tc>
        <w:tc>
          <w:tcPr>
            <w:tcW w:type="dxa" w:w="23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8" w:lineRule="exact" w:before="718" w:after="0"/>
              <w:ind w:left="48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电、乙炔、CO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</w:p>
        </w:tc>
        <w:tc>
          <w:tcPr>
            <w:tcW w:type="dxa" w:w="26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50" w:after="0"/>
              <w:ind w:left="0" w:right="0" w:firstLine="0"/>
              <w:jc w:val="center"/>
            </w:pPr>
            <w:r>
              <w:rPr>
                <w:spacing w:val="24"/>
                <w:rFonts w:ascii="Ddylr05K+KaiTi" w:hAnsi="Ddylr05K+KaiTi" w:eastAsia="Ddylr05K+KaiTi"/>
                <w:color w:val="000000"/>
                <w:sz w:val="24"/>
              </w:rPr>
              <w:t>生产设施</w:t>
            </w:r>
            <w:r>
              <w:rPr>
                <w:spacing w:val="26"/>
                <w:rFonts w:ascii="Ddylr05K+KaiTi" w:hAnsi="Ddylr05K+KaiTi" w:eastAsia="Ddylr05K+KaiTi"/>
                <w:color w:val="000000"/>
                <w:sz w:val="24"/>
              </w:rPr>
              <w:t>及</w:t>
            </w:r>
            <w:r>
              <w:rPr>
                <w:spacing w:val="24"/>
                <w:rFonts w:ascii="Ddylr05K+KaiTi" w:hAnsi="Ddylr05K+KaiTi" w:eastAsia="Ddylr05K+KaiTi"/>
                <w:color w:val="000000"/>
                <w:sz w:val="24"/>
              </w:rPr>
              <w:t>辅助生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产</w:t>
            </w:r>
          </w:p>
        </w:tc>
      </w:tr>
      <w:tr>
        <w:trPr>
          <w:trHeight w:hRule="exact" w:val="432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6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8" w:lineRule="exact" w:before="114" w:after="0"/>
              <w:ind w:left="0" w:right="0" w:firstLine="0"/>
              <w:jc w:val="center"/>
            </w:pPr>
            <w:r>
              <w:rPr>
                <w:spacing w:val="16"/>
                <w:rFonts w:ascii="Ddylr05K+KaiTi" w:hAnsi="Ddylr05K+KaiTi" w:eastAsia="Ddylr05K+KaiTi"/>
                <w:color w:val="000000"/>
                <w:sz w:val="24"/>
              </w:rPr>
              <w:t>设</w:t>
            </w:r>
            <w:r>
              <w:rPr>
                <w:spacing w:val="18"/>
                <w:rFonts w:ascii="Ddylr05K+KaiTi" w:hAnsi="Ddylr05K+KaiTi" w:eastAsia="Ddylr05K+KaiTi"/>
                <w:color w:val="000000"/>
                <w:sz w:val="24"/>
              </w:rPr>
              <w:t>施</w:t>
            </w:r>
            <w:r>
              <w:rPr>
                <w:spacing w:val="16"/>
                <w:rFonts w:ascii="Ddylr05K+KaiTi" w:hAnsi="Ddylr05K+KaiTi" w:eastAsia="Ddylr05K+KaiTi"/>
                <w:color w:val="000000"/>
                <w:sz w:val="24"/>
              </w:rPr>
              <w:t>用</w:t>
            </w:r>
            <w:r>
              <w:rPr>
                <w:spacing w:val="18"/>
                <w:rFonts w:ascii="Ddylr05K+KaiTi" w:hAnsi="Ddylr05K+KaiTi" w:eastAsia="Ddylr05K+KaiTi"/>
                <w:color w:val="000000"/>
                <w:sz w:val="24"/>
              </w:rPr>
              <w:t>电</w:t>
            </w:r>
            <w:r>
              <w:rPr>
                <w:spacing w:val="16"/>
                <w:rFonts w:ascii="Ddylr05K+KaiTi" w:hAnsi="Ddylr05K+KaiTi" w:eastAsia="Ddylr05K+KaiTi"/>
                <w:color w:val="000000"/>
                <w:sz w:val="24"/>
              </w:rPr>
              <w:t>、乙</w:t>
            </w:r>
            <w:r>
              <w:rPr>
                <w:spacing w:val="18"/>
                <w:rFonts w:ascii="Ddylr05K+KaiTi" w:hAnsi="Ddylr05K+KaiTi" w:eastAsia="Ddylr05K+KaiTi"/>
                <w:color w:val="000000"/>
                <w:sz w:val="24"/>
              </w:rPr>
              <w:t>炔</w:t>
            </w:r>
            <w:r>
              <w:rPr>
                <w:spacing w:val="16"/>
                <w:rFonts w:ascii="Ddylr05K+KaiTi" w:hAnsi="Ddylr05K+KaiTi" w:eastAsia="Ddylr05K+KaiTi"/>
                <w:color w:val="000000"/>
                <w:sz w:val="24"/>
              </w:rPr>
              <w:t>、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</w:p>
        </w:tc>
      </w:tr>
    </w:tbl>
    <w:p>
      <w:pPr>
        <w:autoSpaceDN w:val="0"/>
        <w:autoSpaceDE w:val="0"/>
        <w:widowControl/>
        <w:spacing w:line="240" w:lineRule="exact" w:before="150" w:after="0"/>
        <w:ind w:left="0" w:right="2234" w:firstLine="0"/>
        <w:jc w:val="right"/>
      </w:pPr>
      <w:r>
        <w:rPr>
          <w:rFonts w:ascii="Ddylr05K+KaiTi" w:hAnsi="Ddylr05K+KaiTi" w:eastAsia="Ddylr05K+KaiTi"/>
          <w:color w:val="000000"/>
          <w:sz w:val="24"/>
        </w:rPr>
        <w:t>排放</w:t>
      </w:r>
    </w:p>
    <w:p>
      <w:pPr>
        <w:autoSpaceDN w:val="0"/>
        <w:autoSpaceDE w:val="0"/>
        <w:widowControl/>
        <w:spacing w:line="220" w:lineRule="exact" w:before="640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25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2476500</wp:posOffset>
            </wp:positionV>
            <wp:extent cx="5422900" cy="4368800"/>
            <wp:wrapNone/>
            <wp:docPr id="28" name="Picture 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43688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82" w:lineRule="exact" w:before="0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</w:t>
      </w:r>
      <w:r>
        <w:rPr>
          <w:spacing w:val="62"/>
          <w:rFonts w:ascii="Arial" w:hAnsi="Arial" w:eastAsia="Arial"/>
          <w:b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GH</w:t>
      </w:r>
      <w:r>
        <w:rPr>
          <w:spacing w:val="68"/>
          <w:rFonts w:ascii="Ddylr05K+KaiTi" w:hAnsi="Ddylr05K+KaiTi" w:eastAsia="Ddylr05K+KaiTi"/>
          <w:b/>
          <w:color w:val="000000"/>
          <w:sz w:val="28"/>
        </w:rPr>
        <w:t>G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排</w:t>
      </w:r>
      <w:r>
        <w:rPr>
          <w:rFonts w:ascii="Ddylr05K+KaiTi" w:hAnsi="Ddylr05K+KaiTi" w:eastAsia="Ddylr05K+KaiTi"/>
          <w:b/>
          <w:color w:val="000000"/>
          <w:sz w:val="28"/>
        </w:rPr>
        <w:t>放与清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除</w:t>
      </w:r>
      <w:r>
        <w:rPr>
          <w:rFonts w:ascii="Ddylr05K+KaiTi" w:hAnsi="Ddylr05K+KaiTi" w:eastAsia="Ddylr05K+KaiTi"/>
          <w:b/>
          <w:color w:val="000000"/>
          <w:sz w:val="28"/>
        </w:rPr>
        <w:t>量化</w:t>
      </w:r>
    </w:p>
    <w:p>
      <w:pPr>
        <w:autoSpaceDN w:val="0"/>
        <w:autoSpaceDE w:val="0"/>
        <w:widowControl/>
        <w:spacing w:line="282" w:lineRule="exact" w:before="46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受评</w:t>
      </w:r>
      <w:r>
        <w:rPr>
          <w:rFonts w:ascii="Ddylr05K+KaiTi" w:hAnsi="Ddylr05K+KaiTi" w:eastAsia="Ddylr05K+KaiTi"/>
          <w:color w:val="000000"/>
          <w:sz w:val="28"/>
        </w:rPr>
        <w:t>价方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厂</w:t>
      </w:r>
      <w:r>
        <w:rPr>
          <w:rFonts w:ascii="Ddylr05K+KaiTi" w:hAnsi="Ddylr05K+KaiTi" w:eastAsia="Ddylr05K+KaiTi"/>
          <w:color w:val="000000"/>
          <w:sz w:val="28"/>
        </w:rPr>
        <w:t>内采</w:t>
      </w:r>
      <w:r>
        <w:rPr>
          <w:spacing w:val="-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电动</w:t>
      </w:r>
      <w:r>
        <w:rPr>
          <w:spacing w:val="-2"/>
          <w:rFonts w:ascii="Ddylr05K+KaiTi" w:hAnsi="Ddylr05K+KaiTi" w:eastAsia="Ddylr05K+KaiTi"/>
          <w:color w:val="000000"/>
          <w:sz w:val="28"/>
        </w:rPr>
        <w:t>叉</w:t>
      </w:r>
      <w:r>
        <w:rPr>
          <w:rFonts w:ascii="Ddylr05K+KaiTi" w:hAnsi="Ddylr05K+KaiTi" w:eastAsia="Ddylr05K+KaiTi"/>
          <w:color w:val="000000"/>
          <w:sz w:val="28"/>
        </w:rPr>
        <w:t>车运</w:t>
      </w:r>
      <w:r>
        <w:rPr>
          <w:spacing w:val="-2"/>
          <w:rFonts w:ascii="Ddylr05K+KaiTi" w:hAnsi="Ddylr05K+KaiTi" w:eastAsia="Ddylr05K+KaiTi"/>
          <w:color w:val="000000"/>
          <w:sz w:val="28"/>
        </w:rPr>
        <w:t>输</w:t>
      </w:r>
      <w:r>
        <w:rPr>
          <w:rFonts w:ascii="Ddylr05K+KaiTi" w:hAnsi="Ddylr05K+KaiTi" w:eastAsia="Ddylr05K+KaiTi"/>
          <w:color w:val="000000"/>
          <w:sz w:val="28"/>
        </w:rPr>
        <w:t>，不</w:t>
      </w:r>
      <w:r>
        <w:rPr>
          <w:spacing w:val="-2"/>
          <w:rFonts w:ascii="Ddylr05K+KaiTi" w:hAnsi="Ddylr05K+KaiTi" w:eastAsia="Ddylr05K+KaiTi"/>
          <w:color w:val="000000"/>
          <w:sz w:val="28"/>
        </w:rPr>
        <w:t>使</w:t>
      </w:r>
      <w:r>
        <w:rPr>
          <w:rFonts w:ascii="Ddylr05K+KaiTi" w:hAnsi="Ddylr05K+KaiTi" w:eastAsia="Ddylr05K+KaiTi"/>
          <w:color w:val="000000"/>
          <w:sz w:val="28"/>
        </w:rPr>
        <w:t>用柴</w:t>
      </w:r>
      <w:r>
        <w:rPr>
          <w:spacing w:val="-2"/>
          <w:rFonts w:ascii="Ddylr05K+KaiTi" w:hAnsi="Ddylr05K+KaiTi" w:eastAsia="Ddylr05K+KaiTi"/>
          <w:color w:val="000000"/>
          <w:sz w:val="28"/>
        </w:rPr>
        <w:t>油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受评</w:t>
      </w:r>
      <w:r>
        <w:rPr>
          <w:rFonts w:ascii="Ddylr05K+KaiTi" w:hAnsi="Ddylr05K+KaiTi" w:eastAsia="Ddylr05K+KaiTi"/>
          <w:color w:val="000000"/>
          <w:sz w:val="28"/>
        </w:rPr>
        <w:t>价方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所</w:t>
      </w:r>
      <w:r>
        <w:rPr>
          <w:rFonts w:ascii="Ddylr05K+KaiTi" w:hAnsi="Ddylr05K+KaiTi" w:eastAsia="Ddylr05K+KaiTi"/>
          <w:color w:val="000000"/>
          <w:sz w:val="28"/>
        </w:rPr>
        <w:t>涉及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活动</w:t>
      </w:r>
      <w:r>
        <w:rPr>
          <w:spacing w:val="-2"/>
          <w:rFonts w:ascii="Ddylr05K+KaiTi" w:hAnsi="Ddylr05K+KaiTi" w:eastAsia="Ddylr05K+KaiTi"/>
          <w:color w:val="000000"/>
          <w:sz w:val="28"/>
        </w:rPr>
        <w:t>水</w:t>
      </w:r>
      <w:r>
        <w:rPr>
          <w:rFonts w:ascii="Ddylr05K+KaiTi" w:hAnsi="Ddylr05K+KaiTi" w:eastAsia="Ddylr05K+KaiTi"/>
          <w:color w:val="000000"/>
          <w:sz w:val="28"/>
        </w:rPr>
        <w:t>平数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、排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因子</w:t>
      </w:r>
      <w:r>
        <w:rPr>
          <w:spacing w:val="-2"/>
          <w:rFonts w:ascii="Ddylr05K+KaiTi" w:hAnsi="Ddylr05K+KaiTi" w:eastAsia="Ddylr05K+KaiTi"/>
          <w:color w:val="000000"/>
          <w:sz w:val="28"/>
        </w:rPr>
        <w:t>如</w:t>
      </w:r>
      <w:r>
        <w:rPr>
          <w:rFonts w:ascii="Ddylr05K+KaiTi" w:hAnsi="Ddylr05K+KaiTi" w:eastAsia="Ddylr05K+KaiTi"/>
          <w:color w:val="000000"/>
          <w:sz w:val="28"/>
        </w:rPr>
        <w:t>下表</w:t>
      </w:r>
      <w:r>
        <w:rPr>
          <w:spacing w:val="-2"/>
          <w:rFonts w:ascii="Ddylr05K+KaiTi" w:hAnsi="Ddylr05K+KaiTi" w:eastAsia="Ddylr05K+KaiTi"/>
          <w:color w:val="000000"/>
          <w:sz w:val="28"/>
        </w:rPr>
        <w:t>所</w:t>
      </w:r>
      <w:r>
        <w:rPr>
          <w:rFonts w:ascii="Ddylr05K+KaiTi" w:hAnsi="Ddylr05K+KaiTi" w:eastAsia="Ddylr05K+KaiTi"/>
          <w:color w:val="000000"/>
          <w:sz w:val="28"/>
        </w:rPr>
        <w:t>示。</w:t>
      </w:r>
    </w:p>
    <w:p>
      <w:pPr>
        <w:autoSpaceDN w:val="0"/>
        <w:autoSpaceDE w:val="0"/>
        <w:widowControl/>
        <w:spacing w:line="240" w:lineRule="exact" w:before="284" w:after="236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6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碳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足</w:t>
      </w:r>
      <w:r>
        <w:rPr>
          <w:rFonts w:ascii="Ddylr05K+KaiTi" w:hAnsi="Ddylr05K+KaiTi" w:eastAsia="Ddylr05K+KaiTi"/>
          <w:b/>
          <w:color w:val="000000"/>
          <w:sz w:val="24"/>
        </w:rPr>
        <w:t>迹排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放</w:t>
      </w:r>
      <w:r>
        <w:rPr>
          <w:rFonts w:ascii="Ddylr05K+KaiTi" w:hAnsi="Ddylr05K+KaiTi" w:eastAsia="Ddylr05K+KaiTi"/>
          <w:b/>
          <w:color w:val="000000"/>
          <w:sz w:val="24"/>
        </w:rPr>
        <w:t>源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及</w:t>
      </w:r>
      <w:r>
        <w:rPr>
          <w:rFonts w:ascii="Ddylr05K+KaiTi" w:hAnsi="Ddylr05K+KaiTi" w:eastAsia="Ddylr05K+KaiTi"/>
          <w:b/>
          <w:color w:val="000000"/>
          <w:sz w:val="24"/>
        </w:rPr>
        <w:t>能源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物</w:t>
      </w:r>
      <w:r>
        <w:rPr>
          <w:rFonts w:ascii="Ddylr05K+KaiTi" w:hAnsi="Ddylr05K+KaiTi" w:eastAsia="Ddylr05K+KaiTi"/>
          <w:b/>
          <w:color w:val="000000"/>
          <w:sz w:val="24"/>
        </w:rPr>
        <w:t>流信息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1200"/>
        <w:gridCol w:w="1620"/>
        <w:gridCol w:w="3580"/>
        <w:gridCol w:w="2240"/>
      </w:tblGrid>
      <w:tr>
        <w:trPr>
          <w:trHeight w:hRule="exact" w:val="598"/>
        </w:trPr>
        <w:tc>
          <w:tcPr>
            <w:tcW w:type="dxa" w:w="2820"/>
            <w:gridSpan w:val="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生命周期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8"/>
              </w:rPr>
              <w:t>阶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段</w:t>
            </w:r>
          </w:p>
        </w:tc>
        <w:tc>
          <w:tcPr>
            <w:tcW w:type="dxa" w:w="3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活动水平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数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据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排放因子</w:t>
            </w:r>
          </w:p>
        </w:tc>
      </w:tr>
      <w:tr>
        <w:trPr>
          <w:trHeight w:hRule="exact" w:val="400"/>
        </w:trPr>
        <w:tc>
          <w:tcPr>
            <w:tcW w:type="dxa" w:w="2820"/>
            <w:gridSpan w:val="2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92" w:after="0"/>
              <w:ind w:left="0" w:right="59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圆钢</w:t>
            </w:r>
          </w:p>
        </w:tc>
        <w:tc>
          <w:tcPr>
            <w:tcW w:type="dxa" w:w="3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消耗量：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件车辆变速箱、驱动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排放因子</w:t>
            </w:r>
          </w:p>
        </w:tc>
      </w:tr>
      <w:tr>
        <w:trPr>
          <w:trHeight w:hRule="exact" w:val="240"/>
        </w:trPr>
        <w:tc>
          <w:tcPr>
            <w:tcW w:type="dxa" w:w="4512"/>
            <w:gridSpan w:val="2"/>
            <w:vMerge/>
          </w:tcPr>
          <w:p/>
        </w:tc>
        <w:tc>
          <w:tcPr>
            <w:tcW w:type="dxa" w:w="35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桥齿轮需要消耗圆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钢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331.07Kg</w:t>
            </w:r>
          </w:p>
        </w:tc>
        <w:tc>
          <w:tcPr>
            <w:tcW w:type="dxa" w:w="22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8" w:lineRule="exact" w:before="12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2.30KgCO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e/Kg</w:t>
            </w:r>
          </w:p>
        </w:tc>
      </w:tr>
      <w:tr>
        <w:trPr>
          <w:trHeight w:hRule="exact" w:val="260"/>
        </w:trPr>
        <w:tc>
          <w:tcPr>
            <w:tcW w:type="dxa" w:w="2820"/>
            <w:gridSpan w:val="2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26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</w:t>
            </w:r>
          </w:p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</w:tr>
      <w:tr>
        <w:trPr>
          <w:trHeight w:hRule="exact" w:val="220"/>
        </w:trPr>
        <w:tc>
          <w:tcPr>
            <w:tcW w:type="dxa" w:w="4512"/>
            <w:gridSpan w:val="2"/>
            <w:vMerge/>
          </w:tcPr>
          <w:p/>
        </w:tc>
        <w:tc>
          <w:tcPr>
            <w:tcW w:type="dxa" w:w="35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消耗量：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件车辆变速箱、驱动</w:t>
            </w:r>
          </w:p>
        </w:tc>
        <w:tc>
          <w:tcPr>
            <w:tcW w:type="dxa" w:w="22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排放因子</w:t>
            </w:r>
          </w:p>
        </w:tc>
      </w:tr>
      <w:tr>
        <w:trPr>
          <w:trHeight w:hRule="exact" w:val="260"/>
        </w:trPr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获取</w:t>
            </w:r>
          </w:p>
        </w:tc>
        <w:tc>
          <w:tcPr>
            <w:tcW w:type="dxa" w:w="16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5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毛坯</w:t>
            </w:r>
          </w:p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</w:tr>
      <w:tr>
        <w:trPr>
          <w:trHeight w:hRule="exact" w:val="380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3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桥齿轮需要消耗毛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坯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668.93Kg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8" w:lineRule="exact" w:before="12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2.23KgCO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e/Kg</w:t>
            </w:r>
          </w:p>
        </w:tc>
      </w:tr>
      <w:tr>
        <w:trPr>
          <w:trHeight w:hRule="exact" w:val="600"/>
        </w:trPr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</w:t>
            </w:r>
            <w:r>
              <w:rPr>
                <w:spacing w:val="15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材</w:t>
            </w:r>
            <w:r>
              <w:rPr>
                <w:spacing w:val="17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料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圆钢</w:t>
            </w:r>
          </w:p>
        </w:tc>
        <w:tc>
          <w:tcPr>
            <w:tcW w:type="dxa" w:w="3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4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厂外运输㎡公里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180Km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8" w:lineRule="exact" w:before="24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0.049kgCO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e/tkm</w:t>
            </w:r>
          </w:p>
        </w:tc>
      </w:tr>
      <w:tr>
        <w:trPr>
          <w:trHeight w:hRule="exact" w:val="480"/>
        </w:trPr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6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运输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毛坯</w:t>
            </w:r>
          </w:p>
        </w:tc>
        <w:tc>
          <w:tcPr>
            <w:tcW w:type="dxa" w:w="3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厂外运输㎡公里</w:t>
            </w: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250Km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12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0.049kgCO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e/tkm</w:t>
            </w:r>
          </w:p>
        </w:tc>
      </w:tr>
      <w:tr>
        <w:trPr>
          <w:trHeight w:hRule="exact" w:val="480"/>
        </w:trPr>
        <w:tc>
          <w:tcPr>
            <w:tcW w:type="dxa" w:w="2820"/>
            <w:gridSpan w:val="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6" w:after="0"/>
              <w:ind w:left="0" w:right="124" w:firstLine="0"/>
              <w:jc w:val="right"/>
            </w:pPr>
            <w:r>
              <w:rPr>
                <w:spacing w:val="52"/>
                <w:rFonts w:ascii="Ddylr05K+KaiTi" w:hAnsi="Ddylr05K+KaiTi" w:eastAsia="Ddylr05K+KaiTi"/>
                <w:color w:val="000000"/>
                <w:sz w:val="24"/>
              </w:rPr>
              <w:t>厂</w:t>
            </w:r>
            <w:r>
              <w:rPr>
                <w:spacing w:val="56"/>
                <w:rFonts w:ascii="Ddylr05K+KaiTi" w:hAnsi="Ddylr05K+KaiTi" w:eastAsia="Ddylr05K+KaiTi"/>
                <w:color w:val="000000"/>
                <w:sz w:val="24"/>
              </w:rPr>
              <w:t>内</w:t>
            </w:r>
            <w:r>
              <w:rPr>
                <w:spacing w:val="52"/>
                <w:rFonts w:ascii="Ddylr05K+KaiTi" w:hAnsi="Ddylr05K+KaiTi" w:eastAsia="Ddylr05K+KaiTi"/>
                <w:color w:val="000000"/>
                <w:sz w:val="24"/>
              </w:rPr>
              <w:t>运</w:t>
            </w:r>
            <w:r>
              <w:rPr>
                <w:spacing w:val="54"/>
                <w:rFonts w:ascii="Ddylr05K+KaiTi" w:hAnsi="Ddylr05K+KaiTi" w:eastAsia="Ddylr05K+KaiTi"/>
                <w:color w:val="000000"/>
                <w:sz w:val="24"/>
              </w:rPr>
              <w:t>输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柴</w:t>
            </w:r>
          </w:p>
        </w:tc>
        <w:tc>
          <w:tcPr>
            <w:tcW w:type="dxa" w:w="35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5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消耗量</w:t>
            </w:r>
          </w:p>
        </w:tc>
        <w:tc>
          <w:tcPr>
            <w:tcW w:type="dxa" w:w="22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5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</w:t>
            </w:r>
          </w:p>
        </w:tc>
      </w:tr>
      <w:tr>
        <w:trPr>
          <w:trHeight w:hRule="exact" w:val="460"/>
        </w:trPr>
        <w:tc>
          <w:tcPr>
            <w:tcW w:type="dxa" w:w="2820"/>
            <w:gridSpan w:val="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油</w:t>
            </w:r>
          </w:p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</w:tr>
      <w:tr>
        <w:trPr>
          <w:trHeight w:hRule="exact" w:val="480"/>
        </w:trPr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产品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0" w:right="0" w:firstLine="0"/>
              <w:jc w:val="center"/>
            </w:pPr>
            <w:r>
              <w:rPr>
                <w:spacing w:val="52"/>
                <w:rFonts w:ascii="Ddylr05K+KaiTi" w:hAnsi="Ddylr05K+KaiTi" w:eastAsia="Ddylr05K+KaiTi"/>
                <w:color w:val="000000"/>
                <w:sz w:val="24"/>
              </w:rPr>
              <w:t>净</w:t>
            </w:r>
            <w:r>
              <w:rPr>
                <w:spacing w:val="56"/>
                <w:rFonts w:ascii="Ddylr05K+KaiTi" w:hAnsi="Ddylr05K+KaiTi" w:eastAsia="Ddylr05K+KaiTi"/>
                <w:color w:val="000000"/>
                <w:sz w:val="24"/>
              </w:rPr>
              <w:t>购</w:t>
            </w:r>
            <w:r>
              <w:rPr>
                <w:spacing w:val="52"/>
                <w:rFonts w:ascii="Ddylr05K+KaiTi" w:hAnsi="Ddylr05K+KaiTi" w:eastAsia="Ddylr05K+KaiTi"/>
                <w:color w:val="000000"/>
                <w:sz w:val="24"/>
              </w:rPr>
              <w:t>入</w:t>
            </w:r>
            <w:r>
              <w:rPr>
                <w:spacing w:val="54"/>
                <w:rFonts w:ascii="Ddylr05K+KaiTi" w:hAnsi="Ddylr05K+KaiTi" w:eastAsia="Ddylr05K+KaiTi"/>
                <w:color w:val="000000"/>
                <w:sz w:val="24"/>
              </w:rPr>
              <w:t>使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用</w:t>
            </w:r>
          </w:p>
        </w:tc>
        <w:tc>
          <w:tcPr>
            <w:tcW w:type="dxa" w:w="35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6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32.87</w:t>
            </w:r>
          </w:p>
        </w:tc>
        <w:tc>
          <w:tcPr>
            <w:tcW w:type="dxa" w:w="22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8" w:lineRule="exact" w:before="36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0.6838KgCO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e/KWh</w:t>
            </w:r>
          </w:p>
        </w:tc>
      </w:tr>
      <w:tr>
        <w:trPr>
          <w:trHeight w:hRule="exact" w:val="418"/>
        </w:trPr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0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生产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8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电力（KWh）</w:t>
            </w:r>
          </w:p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</w:tr>
    </w:tbl>
    <w:p>
      <w:pPr>
        <w:autoSpaceDN w:val="0"/>
        <w:autoSpaceDE w:val="0"/>
        <w:widowControl/>
        <w:spacing w:line="240" w:lineRule="exact" w:before="178" w:after="168"/>
        <w:ind w:left="1462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车</w:t>
      </w:r>
      <w:r>
        <w:rPr>
          <w:spacing w:val="83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辆</w:t>
      </w:r>
      <w:r>
        <w:rPr>
          <w:spacing w:val="85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变</w:t>
      </w:r>
      <w:r>
        <w:rPr>
          <w:spacing w:val="85"/>
          <w:rFonts w:ascii="Arial" w:hAnsi="Arial" w:eastAsia="Arial"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color w:val="000000"/>
          <w:sz w:val="24"/>
        </w:rPr>
        <w:t>速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20.0" w:type="dxa"/>
      </w:tblPr>
      <w:tblGrid>
        <w:gridCol w:w="3080"/>
        <w:gridCol w:w="2380"/>
        <w:gridCol w:w="2160"/>
      </w:tblGrid>
      <w:tr>
        <w:trPr>
          <w:trHeight w:hRule="exact" w:val="360"/>
        </w:trPr>
        <w:tc>
          <w:tcPr>
            <w:tcW w:type="dxa" w:w="30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742" w:right="0" w:firstLine="0"/>
              <w:jc w:val="left"/>
            </w:pPr>
            <w:r>
              <w:rPr>
                <w:spacing w:val="52"/>
                <w:rFonts w:ascii="Ddylr05K+KaiTi" w:hAnsi="Ddylr05K+KaiTi" w:eastAsia="Ddylr05K+KaiTi"/>
                <w:color w:val="000000"/>
                <w:sz w:val="24"/>
              </w:rPr>
              <w:t>箱</w:t>
            </w:r>
            <w:r>
              <w:rPr>
                <w:spacing w:val="56"/>
                <w:rFonts w:ascii="Ddylr05K+KaiTi" w:hAnsi="Ddylr05K+KaiTi" w:eastAsia="Ddylr05K+KaiTi"/>
                <w:color w:val="000000"/>
                <w:sz w:val="24"/>
              </w:rPr>
              <w:t>、</w:t>
            </w:r>
            <w:r>
              <w:rPr>
                <w:spacing w:val="52"/>
                <w:rFonts w:ascii="Ddylr05K+KaiTi" w:hAnsi="Ddylr05K+KaiTi" w:eastAsia="Ddylr05K+KaiTi"/>
                <w:color w:val="000000"/>
                <w:sz w:val="24"/>
              </w:rPr>
              <w:t>驱</w:t>
            </w:r>
            <w:r>
              <w:rPr>
                <w:spacing w:val="54"/>
                <w:rFonts w:ascii="Ddylr05K+KaiTi" w:hAnsi="Ddylr05K+KaiTi" w:eastAsia="Ddylr05K+KaiTi"/>
                <w:color w:val="000000"/>
                <w:sz w:val="24"/>
              </w:rPr>
              <w:t>动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桥</w:t>
            </w:r>
          </w:p>
        </w:tc>
        <w:tc>
          <w:tcPr>
            <w:tcW w:type="dxa" w:w="23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133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</w:t>
            </w:r>
          </w:p>
        </w:tc>
        <w:tc>
          <w:tcPr>
            <w:tcW w:type="dxa" w:w="21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67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/</w:t>
            </w:r>
          </w:p>
        </w:tc>
      </w:tr>
    </w:tbl>
    <w:p>
      <w:pPr>
        <w:autoSpaceDN w:val="0"/>
        <w:autoSpaceDE w:val="0"/>
        <w:widowControl/>
        <w:spacing w:line="240" w:lineRule="exact" w:before="168" w:after="0"/>
        <w:ind w:left="1462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齿轮清除量</w:t>
      </w:r>
    </w:p>
    <w:p>
      <w:pPr>
        <w:autoSpaceDN w:val="0"/>
        <w:tabs>
          <w:tab w:pos="920" w:val="left"/>
        </w:tabs>
        <w:autoSpaceDE w:val="0"/>
        <w:widowControl/>
        <w:spacing w:line="608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1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产品碳排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放</w:t>
      </w:r>
      <w:r>
        <w:rPr>
          <w:rFonts w:ascii="Ddylr05K+KaiTi" w:hAnsi="Ddylr05K+KaiTi" w:eastAsia="Ddylr05K+KaiTi"/>
          <w:b/>
          <w:color w:val="000000"/>
          <w:sz w:val="28"/>
        </w:rPr>
        <w:t>量量化方法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本</w:t>
      </w:r>
      <w:r>
        <w:rPr>
          <w:spacing w:val="4"/>
          <w:rFonts w:ascii="Ddylr05K+KaiTi" w:hAnsi="Ddylr05K+KaiTi" w:eastAsia="Ddylr05K+KaiTi"/>
          <w:color w:val="000000"/>
          <w:sz w:val="28"/>
        </w:rPr>
        <w:t>报</w:t>
      </w:r>
      <w:r>
        <w:rPr>
          <w:spacing w:val="6"/>
          <w:rFonts w:ascii="Ddylr05K+KaiTi" w:hAnsi="Ddylr05K+KaiTi" w:eastAsia="Ddylr05K+KaiTi"/>
          <w:color w:val="000000"/>
          <w:sz w:val="28"/>
        </w:rPr>
        <w:t>告对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品温</w:t>
      </w:r>
      <w:r>
        <w:rPr>
          <w:spacing w:val="4"/>
          <w:rFonts w:ascii="Ddylr05K+KaiTi" w:hAnsi="Ddylr05K+KaiTi" w:eastAsia="Ddylr05K+KaiTi"/>
          <w:color w:val="000000"/>
          <w:sz w:val="28"/>
        </w:rPr>
        <w:t>室</w:t>
      </w:r>
      <w:r>
        <w:rPr>
          <w:spacing w:val="8"/>
          <w:rFonts w:ascii="Ddylr05K+KaiTi" w:hAnsi="Ddylr05K+KaiTi" w:eastAsia="Ddylr05K+KaiTi"/>
          <w:color w:val="000000"/>
          <w:sz w:val="28"/>
        </w:rPr>
        <w:t>气</w:t>
      </w:r>
      <w:r>
        <w:rPr>
          <w:spacing w:val="6"/>
          <w:rFonts w:ascii="Ddylr05K+KaiTi" w:hAnsi="Ddylr05K+KaiTi" w:eastAsia="Ddylr05K+KaiTi"/>
          <w:color w:val="000000"/>
          <w:sz w:val="28"/>
        </w:rPr>
        <w:t>体</w:t>
      </w:r>
      <w:r>
        <w:rPr>
          <w:spacing w:val="8"/>
          <w:rFonts w:ascii="Ddylr05K+KaiTi" w:hAnsi="Ddylr05K+KaiTi" w:eastAsia="Ddylr05K+KaiTi"/>
          <w:color w:val="000000"/>
          <w:sz w:val="28"/>
        </w:rPr>
        <w:t>排放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8"/>
          <w:rFonts w:ascii="Ddylr05K+KaiTi" w:hAnsi="Ddylr05K+KaiTi" w:eastAsia="Ddylr05K+KaiTi"/>
          <w:color w:val="000000"/>
          <w:sz w:val="28"/>
        </w:rPr>
        <w:t>移除</w:t>
      </w:r>
      <w:r>
        <w:rPr>
          <w:spacing w:val="4"/>
          <w:rFonts w:ascii="Ddylr05K+KaiTi" w:hAnsi="Ddylr05K+KaiTi" w:eastAsia="Ddylr05K+KaiTi"/>
          <w:color w:val="000000"/>
          <w:sz w:val="28"/>
        </w:rPr>
        <w:t>采</w:t>
      </w:r>
      <w:r>
        <w:rPr>
          <w:spacing w:val="6"/>
          <w:rFonts w:ascii="Ddylr05K+KaiTi" w:hAnsi="Ddylr05K+KaiTi" w:eastAsia="Ddylr05K+KaiTi"/>
          <w:color w:val="000000"/>
          <w:sz w:val="28"/>
        </w:rPr>
        <w:t>用排</w:t>
      </w:r>
      <w:r>
        <w:rPr>
          <w:spacing w:val="4"/>
          <w:rFonts w:ascii="Ddylr05K+KaiTi" w:hAnsi="Ddylr05K+KaiTi" w:eastAsia="Ddylr05K+KaiTi"/>
          <w:color w:val="000000"/>
          <w:sz w:val="28"/>
        </w:rPr>
        <w:t>放</w:t>
      </w:r>
      <w:r>
        <w:rPr>
          <w:spacing w:val="6"/>
          <w:rFonts w:ascii="Ddylr05K+KaiTi" w:hAnsi="Ddylr05K+KaiTi" w:eastAsia="Ddylr05K+KaiTi"/>
          <w:color w:val="000000"/>
          <w:sz w:val="28"/>
        </w:rPr>
        <w:t>因子</w:t>
      </w:r>
      <w:r>
        <w:rPr>
          <w:spacing w:val="4"/>
          <w:rFonts w:ascii="Ddylr05K+KaiTi" w:hAnsi="Ddylr05K+KaiTi" w:eastAsia="Ddylr05K+KaiTi"/>
          <w:color w:val="000000"/>
          <w:sz w:val="28"/>
        </w:rPr>
        <w:t>计</w:t>
      </w:r>
      <w:r>
        <w:rPr>
          <w:spacing w:val="8"/>
          <w:rFonts w:ascii="Ddylr05K+KaiTi" w:hAnsi="Ddylr05K+KaiTi" w:eastAsia="Ddylr05K+KaiTi"/>
          <w:color w:val="000000"/>
          <w:sz w:val="28"/>
        </w:rPr>
        <w:t>算法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量</w:t>
      </w:r>
      <w:r>
        <w:rPr>
          <w:spacing w:val="-2"/>
          <w:rFonts w:ascii="Ddylr05K+KaiTi" w:hAnsi="Ddylr05K+KaiTi" w:eastAsia="Ddylr05K+KaiTi"/>
          <w:color w:val="000000"/>
          <w:sz w:val="28"/>
        </w:rPr>
        <w:t>化，</w:t>
      </w:r>
      <w:r>
        <w:rPr>
          <w:rFonts w:ascii="Ddylr05K+KaiTi" w:hAnsi="Ddylr05K+KaiTi" w:eastAsia="Ddylr05K+KaiTi"/>
          <w:color w:val="000000"/>
          <w:sz w:val="28"/>
        </w:rPr>
        <w:t>主要</w:t>
      </w:r>
      <w:r>
        <w:rPr>
          <w:spacing w:val="-2"/>
          <w:rFonts w:ascii="Ddylr05K+KaiTi" w:hAnsi="Ddylr05K+KaiTi" w:eastAsia="Ddylr05K+KaiTi"/>
          <w:color w:val="000000"/>
          <w:sz w:val="28"/>
        </w:rPr>
        <w:t>计</w:t>
      </w:r>
      <w:r>
        <w:rPr>
          <w:rFonts w:ascii="Ddylr05K+KaiTi" w:hAnsi="Ddylr05K+KaiTi" w:eastAsia="Ddylr05K+KaiTi"/>
          <w:color w:val="000000"/>
          <w:sz w:val="28"/>
        </w:rPr>
        <w:t>算排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量的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计</w:t>
      </w:r>
      <w:r>
        <w:rPr>
          <w:rFonts w:ascii="Ddylr05K+KaiTi" w:hAnsi="Ddylr05K+KaiTi" w:eastAsia="Ddylr05K+KaiTi"/>
          <w:color w:val="000000"/>
          <w:sz w:val="28"/>
        </w:rPr>
        <w:t>量温</w:t>
      </w:r>
      <w:r>
        <w:rPr>
          <w:spacing w:val="-2"/>
          <w:rFonts w:ascii="Ddylr05K+KaiTi" w:hAnsi="Ddylr05K+KaiTi" w:eastAsia="Ddylr05K+KaiTi"/>
          <w:color w:val="000000"/>
          <w:sz w:val="28"/>
        </w:rPr>
        <w:t>室</w:t>
      </w:r>
      <w:r>
        <w:rPr>
          <w:rFonts w:ascii="Ddylr05K+KaiTi" w:hAnsi="Ddylr05K+KaiTi" w:eastAsia="Ddylr05K+KaiTi"/>
          <w:color w:val="000000"/>
          <w:sz w:val="28"/>
        </w:rPr>
        <w:t>气体</w:t>
      </w:r>
      <w:r>
        <w:rPr>
          <w:spacing w:val="-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法如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322" w:lineRule="exact" w:before="32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二氧</w:t>
      </w:r>
      <w:r>
        <w:rPr>
          <w:rFonts w:ascii="Ddylr05K+KaiTi" w:hAnsi="Ddylr05K+KaiTi" w:eastAsia="Ddylr05K+KaiTi"/>
          <w:color w:val="000000"/>
          <w:sz w:val="28"/>
        </w:rPr>
        <w:t>化碳</w:t>
      </w:r>
      <w:r>
        <w:rPr>
          <w:rFonts w:ascii="Ddylr05K+KaiTi" w:hAnsi="Ddylr05K+KaiTi" w:eastAsia="Ddylr05K+KaiTi"/>
          <w:color w:val="000000"/>
          <w:sz w:val="28"/>
        </w:rPr>
        <w:t>当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rFonts w:ascii="Ddylr05K+KaiTi" w:hAnsi="Ddylr05K+KaiTi" w:eastAsia="Ddylr05K+KaiTi"/>
          <w:color w:val="000000"/>
          <w:sz w:val="14"/>
        </w:rPr>
        <w:t>2</w:t>
      </w:r>
      <w:r>
        <w:rPr>
          <w:spacing w:val="32"/>
          <w:rFonts w:ascii="Arial" w:hAnsi="Arial" w:eastAsia="Arial"/>
          <w:color w:val="000000"/>
          <w:sz w:val="14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=</w:t>
      </w:r>
      <w:r>
        <w:rPr>
          <w:spacing w:val="70"/>
          <w:rFonts w:ascii="Ddylr05K+KaiTi" w:hAnsi="Ddylr05K+KaiTi" w:eastAsia="Ddylr05K+KaiTi"/>
          <w:color w:val="000000"/>
          <w:sz w:val="28"/>
        </w:rPr>
        <w:t>∑</w:t>
      </w:r>
      <w:r>
        <w:rPr>
          <w:spacing w:val="1"/>
          <w:rFonts w:ascii="Ddylr05K+KaiTi" w:hAnsi="Ddylr05K+KaiTi" w:eastAsia="Ddylr05K+KaiTi"/>
          <w:color w:val="000000"/>
          <w:sz w:val="14"/>
        </w:rPr>
        <w:t xml:space="preserve">i </w:t>
      </w:r>
      <w:r>
        <w:rPr>
          <w:rFonts w:ascii="Ddylr05K+KaiTi" w:hAnsi="Ddylr05K+KaiTi" w:eastAsia="Ddylr05K+KaiTi"/>
          <w:color w:val="000000"/>
          <w:sz w:val="14"/>
        </w:rPr>
        <w:t>n</w:t>
      </w:r>
      <w:r>
        <w:rPr>
          <w:spacing w:val="32"/>
          <w:rFonts w:ascii="Arial" w:hAnsi="Arial" w:eastAsia="Arial"/>
          <w:color w:val="000000"/>
          <w:sz w:val="14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rFonts w:ascii="Ddylr05K+KaiTi" w:hAnsi="Ddylr05K+KaiTi" w:eastAsia="Ddylr05K+KaiTi"/>
          <w:color w:val="000000"/>
          <w:sz w:val="28"/>
        </w:rPr>
        <w:t>A</w:t>
      </w:r>
      <w:r>
        <w:rPr>
          <w:spacing w:val="-2"/>
          <w:rFonts w:ascii="Ddylr05K+KaiTi" w:hAnsi="Ddylr05K+KaiTi" w:eastAsia="Ddylr05K+KaiTi"/>
          <w:color w:val="000000"/>
          <w:sz w:val="28"/>
        </w:rPr>
        <w:t>D</w:t>
      </w:r>
      <w:r>
        <w:rPr>
          <w:rFonts w:ascii="Ddylr05K+KaiTi" w:hAnsi="Ddylr05K+KaiTi" w:eastAsia="Ddylr05K+KaiTi"/>
          <w:color w:val="000000"/>
          <w:sz w:val="14"/>
        </w:rPr>
        <w:t>i</w:t>
      </w:r>
      <w:r>
        <w:rPr>
          <w:spacing w:val="32"/>
          <w:rFonts w:ascii="Arial" w:hAnsi="Arial" w:eastAsia="Arial"/>
          <w:color w:val="000000"/>
          <w:sz w:val="14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×</w:t>
      </w:r>
      <w:r>
        <w:rPr>
          <w:spacing w:val="2"/>
          <w:rFonts w:ascii="Ddylr05K+KaiTi" w:hAnsi="Ddylr05K+KaiTi" w:eastAsia="Ddylr05K+KaiTi"/>
          <w:color w:val="000000"/>
          <w:sz w:val="28"/>
        </w:rPr>
        <w:t>E</w:t>
      </w:r>
      <w:r>
        <w:rPr>
          <w:spacing w:val="68"/>
          <w:rFonts w:ascii="Ddylr05K+KaiTi" w:hAnsi="Ddylr05K+KaiTi" w:eastAsia="Ddylr05K+KaiTi"/>
          <w:color w:val="000000"/>
          <w:sz w:val="28"/>
        </w:rPr>
        <w:t>F</w:t>
      </w:r>
      <w:r>
        <w:rPr>
          <w:spacing w:val="1"/>
          <w:rFonts w:ascii="Ddylr05K+KaiTi" w:hAnsi="Ddylr05K+KaiTi" w:eastAsia="Ddylr05K+KaiTi"/>
          <w:color w:val="000000"/>
          <w:sz w:val="14"/>
        </w:rPr>
        <w:t>i</w:t>
      </w:r>
      <w:r>
        <w:rPr>
          <w:rFonts w:ascii="Ddylr05K+KaiTi" w:hAnsi="Ddylr05K+KaiTi" w:eastAsia="Ddylr05K+KaiTi"/>
          <w:color w:val="000000"/>
          <w:sz w:val="28"/>
        </w:rPr>
        <w:t>×</w:t>
      </w:r>
      <w:r>
        <w:rPr>
          <w:spacing w:val="-2"/>
          <w:rFonts w:ascii="Ddylr05K+KaiTi" w:hAnsi="Ddylr05K+KaiTi" w:eastAsia="Ddylr05K+KaiTi"/>
          <w:color w:val="000000"/>
          <w:sz w:val="28"/>
        </w:rPr>
        <w:t>G</w:t>
      </w:r>
      <w:r>
        <w:rPr>
          <w:spacing w:val="2"/>
          <w:rFonts w:ascii="Ddylr05K+KaiTi" w:hAnsi="Ddylr05K+KaiTi" w:eastAsia="Ddylr05K+KaiTi"/>
          <w:color w:val="000000"/>
          <w:sz w:val="28"/>
        </w:rPr>
        <w:t>W</w:t>
      </w:r>
      <w:r>
        <w:rPr>
          <w:spacing w:val="68"/>
          <w:rFonts w:ascii="Ddylr05K+KaiTi" w:hAnsi="Ddylr05K+KaiTi" w:eastAsia="Ddylr05K+KaiTi"/>
          <w:color w:val="000000"/>
          <w:sz w:val="28"/>
        </w:rPr>
        <w:t>P</w:t>
      </w:r>
      <w:r>
        <w:rPr>
          <w:rFonts w:ascii="Ddylr05K+KaiTi" w:hAnsi="Ddylr05K+KaiTi" w:eastAsia="Ddylr05K+KaiTi"/>
          <w:color w:val="000000"/>
          <w:sz w:val="14"/>
        </w:rPr>
        <w:t>i</w:t>
      </w:r>
      <w:r>
        <w:rPr>
          <w:spacing w:val="32"/>
          <w:rFonts w:ascii="Arial" w:hAnsi="Arial" w:eastAsia="Arial"/>
          <w:color w:val="000000"/>
          <w:sz w:val="14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）</w:t>
      </w:r>
    </w:p>
    <w:p>
      <w:pPr>
        <w:autoSpaceDN w:val="0"/>
        <w:autoSpaceDE w:val="0"/>
        <w:widowControl/>
        <w:spacing w:line="282" w:lineRule="exact" w:before="32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其中</w:t>
      </w:r>
      <w:r>
        <w:rPr>
          <w:rFonts w:ascii="Ddylr05K+KaiTi" w:hAnsi="Ddylr05K+KaiTi" w:eastAsia="Ddylr05K+KaiTi"/>
          <w:color w:val="000000"/>
          <w:sz w:val="28"/>
        </w:rPr>
        <w:t>：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28"/>
        </w:rPr>
        <w:t>A</w:t>
      </w:r>
      <w:r>
        <w:rPr>
          <w:rFonts w:ascii="Ddylr05K+KaiTi" w:hAnsi="Ddylr05K+KaiTi" w:eastAsia="Ddylr05K+KaiTi"/>
          <w:color w:val="000000"/>
          <w:sz w:val="28"/>
        </w:rPr>
        <w:t>D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（A</w:t>
      </w:r>
      <w:r>
        <w:rPr>
          <w:spacing w:val="2"/>
          <w:rFonts w:ascii="Ddylr05K+KaiTi" w:hAnsi="Ddylr05K+KaiTi" w:eastAsia="Ddylr05K+KaiTi"/>
          <w:color w:val="000000"/>
          <w:sz w:val="28"/>
        </w:rPr>
        <w:t>c</w:t>
      </w:r>
      <w:r>
        <w:rPr>
          <w:spacing w:val="-2"/>
          <w:rFonts w:ascii="Ddylr05K+KaiTi" w:hAnsi="Ddylr05K+KaiTi" w:eastAsia="Ddylr05K+KaiTi"/>
          <w:color w:val="000000"/>
          <w:sz w:val="28"/>
        </w:rPr>
        <w:t>ti</w:t>
      </w:r>
      <w:r>
        <w:rPr>
          <w:spacing w:val="2"/>
          <w:rFonts w:ascii="Ddylr05K+KaiTi" w:hAnsi="Ddylr05K+KaiTi" w:eastAsia="Ddylr05K+KaiTi"/>
          <w:color w:val="000000"/>
          <w:sz w:val="28"/>
        </w:rPr>
        <w:t>v</w:t>
      </w:r>
      <w:r>
        <w:rPr>
          <w:spacing w:val="-2"/>
          <w:rFonts w:ascii="Ddylr05K+KaiTi" w:hAnsi="Ddylr05K+KaiTi" w:eastAsia="Ddylr05K+KaiTi"/>
          <w:color w:val="000000"/>
          <w:sz w:val="28"/>
        </w:rPr>
        <w:t>it</w:t>
      </w:r>
      <w:r>
        <w:rPr>
          <w:rFonts w:ascii="Ddylr05K+KaiTi" w:hAnsi="Ddylr05K+KaiTi" w:eastAsia="Ddylr05K+KaiTi"/>
          <w:color w:val="000000"/>
          <w:sz w:val="28"/>
        </w:rPr>
        <w:t>y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D</w:t>
      </w:r>
      <w:r>
        <w:rPr>
          <w:spacing w:val="2"/>
          <w:rFonts w:ascii="Ddylr05K+KaiTi" w:hAnsi="Ddylr05K+KaiTi" w:eastAsia="Ddylr05K+KaiTi"/>
          <w:color w:val="000000"/>
          <w:sz w:val="28"/>
        </w:rPr>
        <w:t>a</w:t>
      </w:r>
      <w:r>
        <w:rPr>
          <w:spacing w:val="-2"/>
          <w:rFonts w:ascii="Ddylr05K+KaiTi" w:hAnsi="Ddylr05K+KaiTi" w:eastAsia="Ddylr05K+KaiTi"/>
          <w:color w:val="000000"/>
          <w:sz w:val="28"/>
        </w:rPr>
        <w:t>ta）：</w:t>
      </w:r>
      <w:r>
        <w:rPr>
          <w:rFonts w:ascii="Ddylr05K+KaiTi" w:hAnsi="Ddylr05K+KaiTi" w:eastAsia="Ddylr05K+KaiTi"/>
          <w:color w:val="000000"/>
          <w:sz w:val="28"/>
        </w:rPr>
        <w:t>活动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F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（E</w:t>
      </w:r>
      <w:r>
        <w:rPr>
          <w:spacing w:val="2"/>
          <w:rFonts w:ascii="Ddylr05K+KaiTi" w:hAnsi="Ddylr05K+KaiTi" w:eastAsia="Ddylr05K+KaiTi"/>
          <w:color w:val="000000"/>
          <w:sz w:val="28"/>
        </w:rPr>
        <w:t>m</w:t>
      </w:r>
      <w:r>
        <w:rPr>
          <w:spacing w:val="-2"/>
          <w:rFonts w:ascii="Ddylr05K+KaiTi" w:hAnsi="Ddylr05K+KaiTi" w:eastAsia="Ddylr05K+KaiTi"/>
          <w:color w:val="000000"/>
          <w:sz w:val="28"/>
        </w:rPr>
        <w:t>is</w:t>
      </w:r>
      <w:r>
        <w:rPr>
          <w:spacing w:val="2"/>
          <w:rFonts w:ascii="Ddylr05K+KaiTi" w:hAnsi="Ddylr05K+KaiTi" w:eastAsia="Ddylr05K+KaiTi"/>
          <w:color w:val="000000"/>
          <w:sz w:val="28"/>
        </w:rPr>
        <w:t>s</w:t>
      </w:r>
      <w:r>
        <w:rPr>
          <w:spacing w:val="-2"/>
          <w:rFonts w:ascii="Ddylr05K+KaiTi" w:hAnsi="Ddylr05K+KaiTi" w:eastAsia="Ddylr05K+KaiTi"/>
          <w:color w:val="000000"/>
          <w:sz w:val="28"/>
        </w:rPr>
        <w:t>io</w:t>
      </w:r>
      <w:r>
        <w:rPr>
          <w:rFonts w:ascii="Ddylr05K+KaiTi" w:hAnsi="Ddylr05K+KaiTi" w:eastAsia="Ddylr05K+KaiTi"/>
          <w:color w:val="000000"/>
          <w:sz w:val="28"/>
        </w:rPr>
        <w:t>n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F</w:t>
      </w:r>
      <w:r>
        <w:rPr>
          <w:spacing w:val="2"/>
          <w:rFonts w:ascii="Ddylr05K+KaiTi" w:hAnsi="Ddylr05K+KaiTi" w:eastAsia="Ddylr05K+KaiTi"/>
          <w:color w:val="000000"/>
          <w:sz w:val="28"/>
        </w:rPr>
        <w:t>a</w:t>
      </w:r>
      <w:r>
        <w:rPr>
          <w:spacing w:val="-2"/>
          <w:rFonts w:ascii="Ddylr05K+KaiTi" w:hAnsi="Ddylr05K+KaiTi" w:eastAsia="Ddylr05K+KaiTi"/>
          <w:color w:val="000000"/>
          <w:sz w:val="28"/>
        </w:rPr>
        <w:t>ct</w:t>
      </w:r>
      <w:r>
        <w:rPr>
          <w:spacing w:val="2"/>
          <w:rFonts w:ascii="Ddylr05K+KaiTi" w:hAnsi="Ddylr05K+KaiTi" w:eastAsia="Ddylr05K+KaiTi"/>
          <w:color w:val="000000"/>
          <w:sz w:val="28"/>
        </w:rPr>
        <w:t>o</w:t>
      </w:r>
      <w:r>
        <w:rPr>
          <w:spacing w:val="-2"/>
          <w:rFonts w:ascii="Ddylr05K+KaiTi" w:hAnsi="Ddylr05K+KaiTi" w:eastAsia="Ddylr05K+KaiTi"/>
          <w:color w:val="000000"/>
          <w:sz w:val="28"/>
        </w:rPr>
        <w:t>r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</w:t>
      </w:r>
    </w:p>
    <w:p>
      <w:pPr>
        <w:autoSpaceDN w:val="0"/>
        <w:autoSpaceDE w:val="0"/>
        <w:widowControl/>
        <w:spacing w:line="220" w:lineRule="exact" w:before="65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26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5562600</wp:posOffset>
            </wp:positionV>
            <wp:extent cx="5422900" cy="4051300"/>
            <wp:wrapNone/>
            <wp:docPr id="29" name="Picture 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40513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28"/>
        </w:rPr>
        <w:t>G</w:t>
      </w:r>
      <w:r>
        <w:rPr>
          <w:spacing w:val="-2"/>
          <w:rFonts w:ascii="Ddylr05K+KaiTi" w:hAnsi="Ddylr05K+KaiTi" w:eastAsia="Ddylr05K+KaiTi"/>
          <w:color w:val="000000"/>
          <w:sz w:val="28"/>
        </w:rPr>
        <w:t>W</w:t>
      </w:r>
      <w:r>
        <w:rPr>
          <w:rFonts w:ascii="Ddylr05K+KaiTi" w:hAnsi="Ddylr05K+KaiTi" w:eastAsia="Ddylr05K+KaiTi"/>
          <w:color w:val="000000"/>
          <w:sz w:val="28"/>
        </w:rPr>
        <w:t>P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G</w:t>
      </w:r>
      <w:r>
        <w:rPr>
          <w:spacing w:val="-2"/>
          <w:rFonts w:ascii="Ddylr05K+KaiTi" w:hAnsi="Ddylr05K+KaiTi" w:eastAsia="Ddylr05K+KaiTi"/>
          <w:color w:val="000000"/>
          <w:sz w:val="28"/>
        </w:rPr>
        <w:t>lo</w:t>
      </w:r>
      <w:r>
        <w:rPr>
          <w:spacing w:val="2"/>
          <w:rFonts w:ascii="Ddylr05K+KaiTi" w:hAnsi="Ddylr05K+KaiTi" w:eastAsia="Ddylr05K+KaiTi"/>
          <w:color w:val="000000"/>
          <w:sz w:val="28"/>
        </w:rPr>
        <w:t>b</w:t>
      </w:r>
      <w:r>
        <w:rPr>
          <w:spacing w:val="-2"/>
          <w:rFonts w:ascii="Ddylr05K+KaiTi" w:hAnsi="Ddylr05K+KaiTi" w:eastAsia="Ddylr05K+KaiTi"/>
          <w:color w:val="000000"/>
          <w:sz w:val="28"/>
        </w:rPr>
        <w:t>a</w:t>
      </w:r>
      <w:r>
        <w:rPr>
          <w:rFonts w:ascii="Ddylr05K+KaiTi" w:hAnsi="Ddylr05K+KaiTi" w:eastAsia="Ddylr05K+KaiTi"/>
          <w:color w:val="000000"/>
          <w:sz w:val="28"/>
        </w:rPr>
        <w:t>l</w:t>
      </w:r>
      <w:r>
        <w:rPr>
          <w:spacing w:val="60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W</w:t>
      </w:r>
      <w:r>
        <w:rPr>
          <w:spacing w:val="-2"/>
          <w:rFonts w:ascii="Ddylr05K+KaiTi" w:hAnsi="Ddylr05K+KaiTi" w:eastAsia="Ddylr05K+KaiTi"/>
          <w:color w:val="000000"/>
          <w:sz w:val="28"/>
        </w:rPr>
        <w:t>a</w:t>
      </w:r>
      <w:r>
        <w:rPr>
          <w:rFonts w:ascii="Ddylr05K+KaiTi" w:hAnsi="Ddylr05K+KaiTi" w:eastAsia="Ddylr05K+KaiTi"/>
          <w:color w:val="000000"/>
          <w:sz w:val="28"/>
        </w:rPr>
        <w:t>rm</w:t>
      </w:r>
      <w:r>
        <w:rPr>
          <w:spacing w:val="-2"/>
          <w:rFonts w:ascii="Ddylr05K+KaiTi" w:hAnsi="Ddylr05K+KaiTi" w:eastAsia="Ddylr05K+KaiTi"/>
          <w:color w:val="000000"/>
          <w:sz w:val="28"/>
        </w:rPr>
        <w:t>i</w:t>
      </w:r>
      <w:r>
        <w:rPr>
          <w:rFonts w:ascii="Ddylr05K+KaiTi" w:hAnsi="Ddylr05K+KaiTi" w:eastAsia="Ddylr05K+KaiTi"/>
          <w:color w:val="000000"/>
          <w:sz w:val="28"/>
        </w:rPr>
        <w:t>n</w:t>
      </w:r>
      <w:r>
        <w:rPr>
          <w:rFonts w:ascii="Ddylr05K+KaiTi" w:hAnsi="Ddylr05K+KaiTi" w:eastAsia="Ddylr05K+KaiTi"/>
          <w:color w:val="000000"/>
          <w:sz w:val="28"/>
        </w:rPr>
        <w:t>g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P</w:t>
      </w:r>
      <w:r>
        <w:rPr>
          <w:spacing w:val="-2"/>
          <w:rFonts w:ascii="Ddylr05K+KaiTi" w:hAnsi="Ddylr05K+KaiTi" w:eastAsia="Ddylr05K+KaiTi"/>
          <w:color w:val="000000"/>
          <w:sz w:val="28"/>
        </w:rPr>
        <w:t>ot</w:t>
      </w:r>
      <w:r>
        <w:rPr>
          <w:spacing w:val="2"/>
          <w:rFonts w:ascii="Ddylr05K+KaiTi" w:hAnsi="Ddylr05K+KaiTi" w:eastAsia="Ddylr05K+KaiTi"/>
          <w:color w:val="000000"/>
          <w:sz w:val="28"/>
        </w:rPr>
        <w:t>e</w:t>
      </w:r>
      <w:r>
        <w:rPr>
          <w:spacing w:val="-2"/>
          <w:rFonts w:ascii="Ddylr05K+KaiTi" w:hAnsi="Ddylr05K+KaiTi" w:eastAsia="Ddylr05K+KaiTi"/>
          <w:color w:val="000000"/>
          <w:sz w:val="28"/>
        </w:rPr>
        <w:t>nt</w:t>
      </w:r>
      <w:r>
        <w:rPr>
          <w:spacing w:val="2"/>
          <w:rFonts w:ascii="Ddylr05K+KaiTi" w:hAnsi="Ddylr05K+KaiTi" w:eastAsia="Ddylr05K+KaiTi"/>
          <w:color w:val="000000"/>
          <w:sz w:val="28"/>
        </w:rPr>
        <w:t>i</w:t>
      </w:r>
      <w:r>
        <w:rPr>
          <w:spacing w:val="-2"/>
          <w:rFonts w:ascii="Ddylr05K+KaiTi" w:hAnsi="Ddylr05K+KaiTi" w:eastAsia="Ddylr05K+KaiTi"/>
          <w:color w:val="000000"/>
          <w:sz w:val="28"/>
        </w:rPr>
        <w:t>al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-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全球</w:t>
      </w:r>
      <w:r>
        <w:rPr>
          <w:spacing w:val="-2"/>
          <w:rFonts w:ascii="Ddylr05K+KaiTi" w:hAnsi="Ddylr05K+KaiTi" w:eastAsia="Ddylr05K+KaiTi"/>
          <w:color w:val="000000"/>
          <w:sz w:val="28"/>
        </w:rPr>
        <w:t>变</w:t>
      </w:r>
      <w:r>
        <w:rPr>
          <w:rFonts w:ascii="Ddylr05K+KaiTi" w:hAnsi="Ddylr05K+KaiTi" w:eastAsia="Ddylr05K+KaiTi"/>
          <w:color w:val="000000"/>
          <w:sz w:val="28"/>
        </w:rPr>
        <w:t>暖潜值</w:t>
      </w:r>
      <w:r>
        <w:br/>
      </w:r>
      <w:r>
        <w:rPr>
          <w:rFonts w:ascii="Ddylr05K+KaiTi" w:hAnsi="Ddylr05K+KaiTi" w:eastAsia="Ddylr05K+KaiTi"/>
          <w:color w:val="000000"/>
          <w:sz w:val="28"/>
        </w:rPr>
        <w:t>i：</w:t>
      </w:r>
      <w:r>
        <w:rPr>
          <w:rFonts w:ascii="Ddylr05K+KaiTi" w:hAnsi="Ddylr05K+KaiTi" w:eastAsia="Ddylr05K+KaiTi"/>
          <w:color w:val="000000"/>
          <w:sz w:val="28"/>
        </w:rPr>
        <w:t>第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i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个</w:t>
      </w:r>
      <w:r>
        <w:rPr>
          <w:spacing w:val="-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放源</w:t>
      </w:r>
      <w:r>
        <w:br/>
      </w:r>
      <w:r>
        <w:rPr>
          <w:spacing w:val="4"/>
          <w:rFonts w:ascii="Ddylr05K+KaiTi" w:hAnsi="Ddylr05K+KaiTi" w:eastAsia="Ddylr05K+KaiTi"/>
          <w:color w:val="000000"/>
          <w:sz w:val="28"/>
        </w:rPr>
        <w:t>选</w:t>
      </w:r>
      <w:r>
        <w:rPr>
          <w:spacing w:val="8"/>
          <w:rFonts w:ascii="Ddylr05K+KaiTi" w:hAnsi="Ddylr05K+KaiTi" w:eastAsia="Ddylr05K+KaiTi"/>
          <w:color w:val="000000"/>
          <w:sz w:val="28"/>
        </w:rPr>
        <w:t>择</w:t>
      </w:r>
      <w:r>
        <w:rPr>
          <w:spacing w:val="6"/>
          <w:rFonts w:ascii="Ddylr05K+KaiTi" w:hAnsi="Ddylr05K+KaiTi" w:eastAsia="Ddylr05K+KaiTi"/>
          <w:color w:val="000000"/>
          <w:sz w:val="28"/>
        </w:rPr>
        <w:t>计</w:t>
      </w:r>
      <w:r>
        <w:rPr>
          <w:spacing w:val="8"/>
          <w:rFonts w:ascii="Ddylr05K+KaiTi" w:hAnsi="Ddylr05K+KaiTi" w:eastAsia="Ddylr05K+KaiTi"/>
          <w:color w:val="000000"/>
          <w:sz w:val="28"/>
        </w:rPr>
        <w:t>算</w:t>
      </w:r>
      <w:r>
        <w:rPr>
          <w:spacing w:val="4"/>
          <w:rFonts w:ascii="Ddylr05K+KaiTi" w:hAnsi="Ddylr05K+KaiTi" w:eastAsia="Ddylr05K+KaiTi"/>
          <w:color w:val="000000"/>
          <w:sz w:val="28"/>
        </w:rPr>
        <w:t>法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原因</w:t>
      </w:r>
      <w:r>
        <w:rPr>
          <w:spacing w:val="8"/>
          <w:rFonts w:ascii="Ddylr05K+KaiTi" w:hAnsi="Ddylr05K+KaiTi" w:eastAsia="Ddylr05K+KaiTi"/>
          <w:color w:val="000000"/>
          <w:sz w:val="28"/>
        </w:rPr>
        <w:t>是</w:t>
      </w:r>
      <w:r>
        <w:rPr>
          <w:spacing w:val="6"/>
          <w:rFonts w:ascii="Ddylr05K+KaiTi" w:hAnsi="Ddylr05K+KaiTi" w:eastAsia="Ddylr05K+KaiTi"/>
          <w:color w:val="000000"/>
          <w:sz w:val="28"/>
        </w:rPr>
        <w:t>这</w:t>
      </w:r>
      <w:r>
        <w:rPr>
          <w:spacing w:val="8"/>
          <w:rFonts w:ascii="Ddylr05K+KaiTi" w:hAnsi="Ddylr05K+KaiTi" w:eastAsia="Ddylr05K+KaiTi"/>
          <w:color w:val="000000"/>
          <w:sz w:val="28"/>
        </w:rPr>
        <w:t>个</w:t>
      </w:r>
      <w:r>
        <w:rPr>
          <w:spacing w:val="6"/>
          <w:rFonts w:ascii="Ddylr05K+KaiTi" w:hAnsi="Ddylr05K+KaiTi" w:eastAsia="Ddylr05K+KaiTi"/>
          <w:color w:val="000000"/>
          <w:sz w:val="28"/>
        </w:rPr>
        <w:t>方</w:t>
      </w:r>
      <w:r>
        <w:rPr>
          <w:spacing w:val="8"/>
          <w:rFonts w:ascii="Ddylr05K+KaiTi" w:hAnsi="Ddylr05K+KaiTi" w:eastAsia="Ddylr05K+KaiTi"/>
          <w:color w:val="000000"/>
          <w:sz w:val="28"/>
        </w:rPr>
        <w:t>法</w:t>
      </w:r>
      <w:r>
        <w:rPr>
          <w:spacing w:val="4"/>
          <w:rFonts w:ascii="Ddylr05K+KaiTi" w:hAnsi="Ddylr05K+KaiTi" w:eastAsia="Ddylr05K+KaiTi"/>
          <w:color w:val="000000"/>
          <w:sz w:val="28"/>
        </w:rPr>
        <w:t>合</w:t>
      </w:r>
      <w:r>
        <w:rPr>
          <w:spacing w:val="6"/>
          <w:rFonts w:ascii="Ddylr05K+KaiTi" w:hAnsi="Ddylr05K+KaiTi" w:eastAsia="Ddylr05K+KaiTi"/>
          <w:color w:val="000000"/>
          <w:sz w:val="28"/>
        </w:rPr>
        <w:t>理</w:t>
      </w:r>
      <w:r>
        <w:rPr>
          <w:spacing w:val="4"/>
          <w:rFonts w:ascii="Ddylr05K+KaiTi" w:hAnsi="Ddylr05K+KaiTi" w:eastAsia="Ddylr05K+KaiTi"/>
          <w:color w:val="000000"/>
          <w:sz w:val="28"/>
        </w:rPr>
        <w:t>地把</w:t>
      </w:r>
      <w:r>
        <w:rPr>
          <w:spacing w:val="8"/>
          <w:rFonts w:ascii="Ddylr05K+KaiTi" w:hAnsi="Ddylr05K+KaiTi" w:eastAsia="Ddylr05K+KaiTi"/>
          <w:color w:val="000000"/>
          <w:sz w:val="28"/>
        </w:rPr>
        <w:t>不</w:t>
      </w:r>
      <w:r>
        <w:rPr>
          <w:spacing w:val="6"/>
          <w:rFonts w:ascii="Ddylr05K+KaiTi" w:hAnsi="Ddylr05K+KaiTi" w:eastAsia="Ddylr05K+KaiTi"/>
          <w:color w:val="000000"/>
          <w:sz w:val="28"/>
        </w:rPr>
        <w:t>确</w:t>
      </w:r>
      <w:r>
        <w:rPr>
          <w:spacing w:val="8"/>
          <w:rFonts w:ascii="Ddylr05K+KaiTi" w:hAnsi="Ddylr05K+KaiTi" w:eastAsia="Ddylr05K+KaiTi"/>
          <w:color w:val="000000"/>
          <w:sz w:val="28"/>
        </w:rPr>
        <w:t>定</w:t>
      </w:r>
      <w:r>
        <w:rPr>
          <w:spacing w:val="6"/>
          <w:rFonts w:ascii="Ddylr05K+KaiTi" w:hAnsi="Ddylr05K+KaiTi" w:eastAsia="Ddylr05K+KaiTi"/>
          <w:color w:val="000000"/>
          <w:sz w:val="28"/>
        </w:rPr>
        <w:t>性</w:t>
      </w:r>
      <w:r>
        <w:rPr>
          <w:spacing w:val="8"/>
          <w:rFonts w:ascii="Ddylr05K+KaiTi" w:hAnsi="Ddylr05K+KaiTi" w:eastAsia="Ddylr05K+KaiTi"/>
          <w:color w:val="000000"/>
          <w:sz w:val="28"/>
        </w:rPr>
        <w:t>减</w:t>
      </w:r>
      <w:r>
        <w:rPr>
          <w:spacing w:val="4"/>
          <w:rFonts w:ascii="Ddylr05K+KaiTi" w:hAnsi="Ddylr05K+KaiTi" w:eastAsia="Ddylr05K+KaiTi"/>
          <w:color w:val="000000"/>
          <w:sz w:val="28"/>
        </w:rPr>
        <w:t>少，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同</w:t>
      </w:r>
      <w:r>
        <w:rPr>
          <w:spacing w:val="4"/>
          <w:rFonts w:ascii="Ddylr05K+KaiTi" w:hAnsi="Ddylr05K+KaiTi" w:eastAsia="Ddylr05K+KaiTi"/>
          <w:color w:val="000000"/>
          <w:sz w:val="28"/>
        </w:rPr>
        <w:t>时</w:t>
      </w:r>
      <w:r>
        <w:rPr>
          <w:spacing w:val="8"/>
          <w:rFonts w:ascii="Ddylr05K+KaiTi" w:hAnsi="Ddylr05K+KaiTi" w:eastAsia="Ddylr05K+KaiTi"/>
          <w:color w:val="000000"/>
          <w:sz w:val="28"/>
        </w:rPr>
        <w:t>得</w:t>
      </w:r>
      <w:r>
        <w:rPr>
          <w:spacing w:val="6"/>
          <w:rFonts w:ascii="Ddylr05K+KaiTi" w:hAnsi="Ddylr05K+KaiTi" w:eastAsia="Ddylr05K+KaiTi"/>
          <w:color w:val="000000"/>
          <w:sz w:val="28"/>
        </w:rPr>
        <w:t>出</w:t>
      </w:r>
      <w:r>
        <w:rPr>
          <w:rFonts w:ascii="Ddylr05K+KaiTi" w:hAnsi="Ddylr05K+KaiTi" w:eastAsia="Ddylr05K+KaiTi"/>
          <w:color w:val="000000"/>
          <w:sz w:val="28"/>
        </w:rPr>
        <w:t>准</w:t>
      </w:r>
      <w:r>
        <w:rPr>
          <w:spacing w:val="-2"/>
          <w:rFonts w:ascii="Ddylr05K+KaiTi" w:hAnsi="Ddylr05K+KaiTi" w:eastAsia="Ddylr05K+KaiTi"/>
          <w:color w:val="000000"/>
          <w:sz w:val="28"/>
        </w:rPr>
        <w:t>确的</w:t>
      </w:r>
      <w:r>
        <w:rPr>
          <w:rFonts w:ascii="Ddylr05K+KaiTi" w:hAnsi="Ddylr05K+KaiTi" w:eastAsia="Ddylr05K+KaiTi"/>
          <w:color w:val="000000"/>
          <w:sz w:val="28"/>
        </w:rPr>
        <w:t>、一</w:t>
      </w:r>
      <w:r>
        <w:rPr>
          <w:spacing w:val="-2"/>
          <w:rFonts w:ascii="Ddylr05K+KaiTi" w:hAnsi="Ddylr05K+KaiTi" w:eastAsia="Ddylr05K+KaiTi"/>
          <w:color w:val="000000"/>
          <w:sz w:val="28"/>
        </w:rPr>
        <w:t>致</w:t>
      </w:r>
      <w:r>
        <w:rPr>
          <w:rFonts w:ascii="Ddylr05K+KaiTi" w:hAnsi="Ddylr05K+KaiTi" w:eastAsia="Ddylr05K+KaiTi"/>
          <w:color w:val="000000"/>
          <w:sz w:val="28"/>
        </w:rPr>
        <w:t>的和</w:t>
      </w:r>
      <w:r>
        <w:rPr>
          <w:spacing w:val="-2"/>
          <w:rFonts w:ascii="Ddylr05K+KaiTi" w:hAnsi="Ddylr05K+KaiTi" w:eastAsia="Ddylr05K+KaiTi"/>
          <w:color w:val="000000"/>
          <w:sz w:val="28"/>
        </w:rPr>
        <w:t>可</w:t>
      </w:r>
      <w:r>
        <w:rPr>
          <w:rFonts w:ascii="Ddylr05K+KaiTi" w:hAnsi="Ddylr05K+KaiTi" w:eastAsia="Ddylr05K+KaiTi"/>
          <w:color w:val="000000"/>
          <w:sz w:val="28"/>
        </w:rPr>
        <w:t>复制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结果。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2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活动水平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数</w:t>
      </w:r>
      <w:r>
        <w:rPr>
          <w:rFonts w:ascii="Ddylr05K+KaiTi" w:hAnsi="Ddylr05K+KaiTi" w:eastAsia="Ddylr05K+KaiTi"/>
          <w:b/>
          <w:color w:val="000000"/>
          <w:sz w:val="28"/>
        </w:rPr>
        <w:t>据的评价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4"/>
          <w:rFonts w:ascii="Ddylr05K+KaiTi" w:hAnsi="Ddylr05K+KaiTi" w:eastAsia="Ddylr05K+KaiTi"/>
          <w:color w:val="000000"/>
          <w:sz w:val="28"/>
        </w:rPr>
        <w:t>过</w:t>
      </w:r>
      <w:r>
        <w:rPr>
          <w:spacing w:val="6"/>
          <w:rFonts w:ascii="Ddylr05K+KaiTi" w:hAnsi="Ddylr05K+KaiTi" w:eastAsia="Ddylr05K+KaiTi"/>
          <w:color w:val="000000"/>
          <w:sz w:val="28"/>
        </w:rPr>
        <w:t>查阅</w:t>
      </w:r>
      <w:r>
        <w:rPr>
          <w:spacing w:val="4"/>
          <w:rFonts w:ascii="Ddylr05K+KaiTi" w:hAnsi="Ddylr05K+KaiTi" w:eastAsia="Ddylr05K+KaiTi"/>
          <w:color w:val="000000"/>
          <w:sz w:val="28"/>
        </w:rPr>
        <w:t>支</w:t>
      </w:r>
      <w:r>
        <w:rPr>
          <w:spacing w:val="6"/>
          <w:rFonts w:ascii="Ddylr05K+KaiTi" w:hAnsi="Ddylr05K+KaiTi" w:eastAsia="Ddylr05K+KaiTi"/>
          <w:color w:val="000000"/>
          <w:sz w:val="28"/>
        </w:rPr>
        <w:t>持性</w:t>
      </w:r>
      <w:r>
        <w:rPr>
          <w:spacing w:val="4"/>
          <w:rFonts w:ascii="Ddylr05K+KaiTi" w:hAnsi="Ddylr05K+KaiTi" w:eastAsia="Ddylr05K+KaiTi"/>
          <w:color w:val="000000"/>
          <w:sz w:val="28"/>
        </w:rPr>
        <w:t>文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6"/>
          <w:rFonts w:ascii="Ddylr05K+KaiTi" w:hAnsi="Ddylr05K+KaiTi" w:eastAsia="Ddylr05K+KaiTi"/>
          <w:color w:val="000000"/>
          <w:sz w:val="28"/>
        </w:rPr>
        <w:t>及</w:t>
      </w:r>
      <w:r>
        <w:rPr>
          <w:spacing w:val="8"/>
          <w:rFonts w:ascii="Ddylr05K+KaiTi" w:hAnsi="Ddylr05K+KaiTi" w:eastAsia="Ddylr05K+KaiTi"/>
          <w:color w:val="000000"/>
          <w:sz w:val="28"/>
        </w:rPr>
        <w:t>访谈</w:t>
      </w:r>
      <w:r>
        <w:rPr>
          <w:spacing w:val="6"/>
          <w:rFonts w:ascii="Ddylr05K+KaiTi" w:hAnsi="Ddylr05K+KaiTi" w:eastAsia="Ddylr05K+KaiTi"/>
          <w:color w:val="000000"/>
          <w:sz w:val="28"/>
        </w:rPr>
        <w:t>受</w:t>
      </w:r>
      <w:r>
        <w:rPr>
          <w:spacing w:val="8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，对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品涉</w:t>
      </w:r>
      <w:r>
        <w:rPr>
          <w:spacing w:val="4"/>
          <w:rFonts w:ascii="Ddylr05K+KaiTi" w:hAnsi="Ddylr05K+KaiTi" w:eastAsia="Ddylr05K+KaiTi"/>
          <w:color w:val="000000"/>
          <w:sz w:val="28"/>
        </w:rPr>
        <w:t>及</w:t>
      </w:r>
      <w:r>
        <w:rPr>
          <w:spacing w:val="8"/>
          <w:rFonts w:ascii="Ddylr05K+KaiTi" w:hAnsi="Ddylr05K+KaiTi" w:eastAsia="Ddylr05K+KaiTi"/>
          <w:color w:val="000000"/>
          <w:sz w:val="28"/>
        </w:rPr>
        <w:t>的每</w:t>
      </w:r>
      <w:r>
        <w:rPr>
          <w:spacing w:val="6"/>
          <w:rFonts w:ascii="Ddylr05K+KaiTi" w:hAnsi="Ddylr05K+KaiTi" w:eastAsia="Ddylr05K+KaiTi"/>
          <w:color w:val="000000"/>
          <w:sz w:val="28"/>
        </w:rPr>
        <w:t>一</w:t>
      </w:r>
      <w:r>
        <w:rPr>
          <w:spacing w:val="8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活</w:t>
      </w:r>
      <w:r>
        <w:rPr>
          <w:spacing w:val="4"/>
          <w:rFonts w:ascii="Ddylr05K+KaiTi" w:hAnsi="Ddylr05K+KaiTi" w:eastAsia="Ddylr05K+KaiTi"/>
          <w:color w:val="000000"/>
          <w:sz w:val="28"/>
        </w:rPr>
        <w:t>动</w:t>
      </w:r>
      <w:r>
        <w:rPr>
          <w:spacing w:val="8"/>
          <w:rFonts w:ascii="Ddylr05K+KaiTi" w:hAnsi="Ddylr05K+KaiTi" w:eastAsia="Ddylr05K+KaiTi"/>
          <w:color w:val="000000"/>
          <w:sz w:val="28"/>
        </w:rPr>
        <w:t>水</w:t>
      </w:r>
      <w:r>
        <w:rPr>
          <w:spacing w:val="6"/>
          <w:rFonts w:ascii="Ddylr05K+KaiTi" w:hAnsi="Ddylr05K+KaiTi" w:eastAsia="Ddylr05K+KaiTi"/>
          <w:color w:val="000000"/>
          <w:sz w:val="28"/>
        </w:rPr>
        <w:t>平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数</w:t>
      </w:r>
      <w:r>
        <w:rPr>
          <w:spacing w:val="6"/>
          <w:rFonts w:ascii="Ddylr05K+KaiTi" w:hAnsi="Ddylr05K+KaiTi" w:eastAsia="Ddylr05K+KaiTi"/>
          <w:color w:val="000000"/>
          <w:sz w:val="28"/>
        </w:rPr>
        <w:t>据</w:t>
      </w:r>
      <w:r>
        <w:rPr>
          <w:spacing w:val="4"/>
          <w:rFonts w:ascii="Ddylr05K+KaiTi" w:hAnsi="Ddylr05K+KaiTi" w:eastAsia="Ddylr05K+KaiTi"/>
          <w:color w:val="000000"/>
          <w:sz w:val="28"/>
        </w:rPr>
        <w:t>单位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来</w:t>
      </w:r>
      <w:r>
        <w:rPr>
          <w:spacing w:val="8"/>
          <w:rFonts w:ascii="Ddylr05K+KaiTi" w:hAnsi="Ddylr05K+KaiTi" w:eastAsia="Ddylr05K+KaiTi"/>
          <w:color w:val="000000"/>
          <w:sz w:val="28"/>
        </w:rPr>
        <w:t>源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监</w:t>
      </w:r>
      <w:r>
        <w:rPr>
          <w:spacing w:val="4"/>
          <w:rFonts w:ascii="Ddylr05K+KaiTi" w:hAnsi="Ddylr05K+KaiTi" w:eastAsia="Ddylr05K+KaiTi"/>
          <w:color w:val="000000"/>
          <w:sz w:val="28"/>
        </w:rPr>
        <w:t>测方</w:t>
      </w:r>
      <w:r>
        <w:rPr>
          <w:spacing w:val="8"/>
          <w:rFonts w:ascii="Ddylr05K+KaiTi" w:hAnsi="Ddylr05K+KaiTi" w:eastAsia="Ddylr05K+KaiTi"/>
          <w:color w:val="000000"/>
          <w:sz w:val="28"/>
        </w:rPr>
        <w:t>法</w:t>
      </w:r>
      <w:r>
        <w:rPr>
          <w:spacing w:val="6"/>
          <w:rFonts w:ascii="Ddylr05K+KaiTi" w:hAnsi="Ddylr05K+KaiTi" w:eastAsia="Ddylr05K+KaiTi"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color w:val="000000"/>
          <w:sz w:val="28"/>
        </w:rPr>
        <w:t>监</w:t>
      </w:r>
      <w:r>
        <w:rPr>
          <w:spacing w:val="6"/>
          <w:rFonts w:ascii="Ddylr05K+KaiTi" w:hAnsi="Ddylr05K+KaiTi" w:eastAsia="Ddylr05K+KaiTi"/>
          <w:color w:val="000000"/>
          <w:sz w:val="28"/>
        </w:rPr>
        <w:t>测</w:t>
      </w:r>
      <w:r>
        <w:rPr>
          <w:spacing w:val="8"/>
          <w:rFonts w:ascii="Ddylr05K+KaiTi" w:hAnsi="Ddylr05K+KaiTi" w:eastAsia="Ddylr05K+KaiTi"/>
          <w:color w:val="000000"/>
          <w:sz w:val="28"/>
        </w:rPr>
        <w:t>频</w:t>
      </w:r>
      <w:r>
        <w:rPr>
          <w:spacing w:val="4"/>
          <w:rFonts w:ascii="Ddylr05K+KaiTi" w:hAnsi="Ddylr05K+KaiTi" w:eastAsia="Ddylr05K+KaiTi"/>
          <w:color w:val="000000"/>
          <w:sz w:val="28"/>
        </w:rPr>
        <w:t>次、</w:t>
      </w:r>
      <w:r>
        <w:rPr>
          <w:spacing w:val="6"/>
          <w:rFonts w:ascii="Ddylr05K+KaiTi" w:hAnsi="Ddylr05K+KaiTi" w:eastAsia="Ddylr05K+KaiTi"/>
          <w:color w:val="000000"/>
          <w:sz w:val="28"/>
        </w:rPr>
        <w:t>记</w:t>
      </w:r>
      <w:r>
        <w:rPr>
          <w:spacing w:val="4"/>
          <w:rFonts w:ascii="Ddylr05K+KaiTi" w:hAnsi="Ddylr05K+KaiTi" w:eastAsia="Ddylr05K+KaiTi"/>
          <w:color w:val="000000"/>
          <w:sz w:val="28"/>
        </w:rPr>
        <w:t>录</w:t>
      </w:r>
      <w:r>
        <w:rPr>
          <w:spacing w:val="8"/>
          <w:rFonts w:ascii="Ddylr05K+KaiTi" w:hAnsi="Ddylr05K+KaiTi" w:eastAsia="Ddylr05K+KaiTi"/>
          <w:color w:val="000000"/>
          <w:sz w:val="28"/>
        </w:rPr>
        <w:t>频</w:t>
      </w:r>
      <w:r>
        <w:rPr>
          <w:spacing w:val="6"/>
          <w:rFonts w:ascii="Ddylr05K+KaiTi" w:hAnsi="Ddylr05K+KaiTi" w:eastAsia="Ddylr05K+KaiTi"/>
          <w:color w:val="000000"/>
          <w:sz w:val="28"/>
        </w:rPr>
        <w:t>次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缺</w:t>
      </w:r>
      <w:r>
        <w:rPr>
          <w:spacing w:val="8"/>
          <w:rFonts w:ascii="Ddylr05K+KaiTi" w:hAnsi="Ddylr05K+KaiTi" w:eastAsia="Ddylr05K+KaiTi"/>
          <w:color w:val="000000"/>
          <w:sz w:val="28"/>
        </w:rPr>
        <w:t>失</w:t>
      </w:r>
      <w:r>
        <w:rPr>
          <w:spacing w:val="4"/>
          <w:rFonts w:ascii="Ddylr05K+KaiTi" w:hAnsi="Ddylr05K+KaiTi" w:eastAsia="Ddylr05K+KaiTi"/>
          <w:color w:val="000000"/>
          <w:sz w:val="28"/>
        </w:rPr>
        <w:t>处</w:t>
      </w:r>
      <w:r>
        <w:rPr>
          <w:spacing w:val="6"/>
          <w:rFonts w:ascii="Ddylr05K+KaiTi" w:hAnsi="Ddylr05K+KaiTi" w:eastAsia="Ddylr05K+KaiTi"/>
          <w:color w:val="000000"/>
          <w:sz w:val="28"/>
        </w:rPr>
        <w:t>理</w:t>
      </w:r>
      <w:r>
        <w:rPr>
          <w:spacing w:val="4"/>
          <w:rFonts w:ascii="Ddylr05K+KaiTi" w:hAnsi="Ddylr05K+KaiTi" w:eastAsia="Ddylr05K+KaiTi"/>
          <w:color w:val="000000"/>
          <w:sz w:val="28"/>
        </w:rPr>
        <w:t>进行</w:t>
      </w:r>
      <w:r>
        <w:rPr>
          <w:spacing w:val="8"/>
          <w:rFonts w:ascii="Ddylr05K+KaiTi" w:hAnsi="Ddylr05K+KaiTi" w:eastAsia="Ddylr05K+KaiTi"/>
          <w:color w:val="000000"/>
          <w:sz w:val="28"/>
        </w:rPr>
        <w:t>了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并</w:t>
      </w:r>
      <w:r>
        <w:rPr>
          <w:spacing w:val="4"/>
          <w:rFonts w:ascii="Ddylr05K+KaiTi" w:hAnsi="Ddylr05K+KaiTi" w:eastAsia="Ddylr05K+KaiTi"/>
          <w:color w:val="000000"/>
          <w:sz w:val="28"/>
        </w:rPr>
        <w:t>对</w:t>
      </w:r>
      <w:r>
        <w:rPr>
          <w:spacing w:val="6"/>
          <w:rFonts w:ascii="Ddylr05K+KaiTi" w:hAnsi="Ddylr05K+KaiTi" w:eastAsia="Ddylr05K+KaiTi"/>
          <w:color w:val="000000"/>
          <w:sz w:val="28"/>
        </w:rPr>
        <w:t>部</w:t>
      </w:r>
      <w:r>
        <w:rPr>
          <w:spacing w:val="4"/>
          <w:rFonts w:ascii="Ddylr05K+KaiTi" w:hAnsi="Ddylr05K+KaiTi" w:eastAsia="Ddylr05K+KaiTi"/>
          <w:color w:val="000000"/>
          <w:sz w:val="28"/>
        </w:rPr>
        <w:t>分数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color w:val="000000"/>
          <w:sz w:val="28"/>
        </w:rPr>
        <w:t>了</w:t>
      </w:r>
      <w:r>
        <w:rPr>
          <w:spacing w:val="8"/>
          <w:rFonts w:ascii="Ddylr05K+KaiTi" w:hAnsi="Ddylr05K+KaiTi" w:eastAsia="Ddylr05K+KaiTi"/>
          <w:color w:val="000000"/>
          <w:sz w:val="28"/>
        </w:rPr>
        <w:t>交</w:t>
      </w:r>
      <w:r>
        <w:rPr>
          <w:spacing w:val="4"/>
          <w:rFonts w:ascii="Ddylr05K+KaiTi" w:hAnsi="Ddylr05K+KaiTi" w:eastAsia="Ddylr05K+KaiTi"/>
          <w:color w:val="000000"/>
          <w:sz w:val="28"/>
        </w:rPr>
        <w:t>叉核</w:t>
      </w:r>
      <w:r>
        <w:rPr>
          <w:spacing w:val="6"/>
          <w:rFonts w:ascii="Ddylr05K+KaiTi" w:hAnsi="Ddylr05K+KaiTi" w:eastAsia="Ddylr05K+KaiTi"/>
          <w:color w:val="000000"/>
          <w:sz w:val="28"/>
        </w:rPr>
        <w:t>对</w:t>
      </w:r>
      <w:r>
        <w:rPr>
          <w:spacing w:val="4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结</w:t>
      </w:r>
      <w:r>
        <w:rPr>
          <w:spacing w:val="6"/>
          <w:rFonts w:ascii="Ddylr05K+KaiTi" w:hAnsi="Ddylr05K+KaiTi" w:eastAsia="Ddylr05K+KaiTi"/>
          <w:color w:val="000000"/>
          <w:sz w:val="28"/>
        </w:rPr>
        <w:t>果</w:t>
      </w:r>
      <w:r>
        <w:rPr>
          <w:rFonts w:ascii="Ddylr05K+KaiTi" w:hAnsi="Ddylr05K+KaiTi" w:eastAsia="Ddylr05K+KaiTi"/>
          <w:color w:val="000000"/>
          <w:sz w:val="28"/>
        </w:rPr>
        <w:t>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：</w:t>
      </w:r>
    </w:p>
    <w:p>
      <w:pPr>
        <w:autoSpaceDN w:val="0"/>
        <w:autoSpaceDE w:val="0"/>
        <w:widowControl/>
        <w:spacing w:line="624" w:lineRule="exact" w:before="0" w:after="0"/>
        <w:ind w:left="360" w:right="1584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rFonts w:ascii="Ddylr05K+KaiTi" w:hAnsi="Ddylr05K+KaiTi" w:eastAsia="Ddylr05K+KaiTi"/>
          <w:b/>
          <w:color w:val="000000"/>
          <w:sz w:val="28"/>
        </w:rPr>
        <w:t>1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原材料获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取</w:t>
      </w:r>
      <w:r>
        <w:rPr>
          <w:rFonts w:ascii="Ddylr05K+KaiTi" w:hAnsi="Ddylr05K+KaiTi" w:eastAsia="Ddylr05K+KaiTi"/>
          <w:b/>
          <w:color w:val="000000"/>
          <w:sz w:val="28"/>
        </w:rPr>
        <w:t>活动水平数据的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评</w:t>
      </w:r>
      <w:r>
        <w:rPr>
          <w:rFonts w:ascii="Ddylr05K+KaiTi" w:hAnsi="Ddylr05K+KaiTi" w:eastAsia="Ddylr05K+KaiTi"/>
          <w:b/>
          <w:color w:val="000000"/>
          <w:sz w:val="28"/>
        </w:rPr>
        <w:t>价</w:t>
      </w:r>
      <w:r>
        <w:br/>
      </w:r>
      <w:r>
        <w:rPr>
          <w:spacing w:val="-2"/>
          <w:rFonts w:ascii="Ddylr05K+KaiTi" w:hAnsi="Ddylr05K+KaiTi" w:eastAsia="Ddylr05K+KaiTi"/>
          <w:color w:val="000000"/>
          <w:sz w:val="28"/>
        </w:rPr>
        <w:t>活动</w:t>
      </w:r>
      <w:r>
        <w:rPr>
          <w:rFonts w:ascii="Ddylr05K+KaiTi" w:hAnsi="Ddylr05K+KaiTi" w:eastAsia="Ddylr05K+KaiTi"/>
          <w:color w:val="000000"/>
          <w:sz w:val="28"/>
        </w:rPr>
        <w:t>水平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车</w:t>
      </w:r>
      <w:r>
        <w:rPr>
          <w:spacing w:val="-2"/>
          <w:rFonts w:ascii="Ddylr05K+KaiTi" w:hAnsi="Ddylr05K+KaiTi" w:eastAsia="Ddylr05K+KaiTi"/>
          <w:color w:val="000000"/>
          <w:sz w:val="28"/>
        </w:rPr>
        <w:t>辆</w:t>
      </w:r>
      <w:r>
        <w:rPr>
          <w:rFonts w:ascii="Ddylr05K+KaiTi" w:hAnsi="Ddylr05K+KaiTi" w:eastAsia="Ddylr05K+KaiTi"/>
          <w:color w:val="000000"/>
          <w:sz w:val="28"/>
        </w:rPr>
        <w:t>变速</w:t>
      </w:r>
      <w:r>
        <w:rPr>
          <w:spacing w:val="-2"/>
          <w:rFonts w:ascii="Ddylr05K+KaiTi" w:hAnsi="Ddylr05K+KaiTi" w:eastAsia="Ddylr05K+KaiTi"/>
          <w:color w:val="000000"/>
          <w:sz w:val="28"/>
        </w:rPr>
        <w:t>箱</w:t>
      </w:r>
      <w:r>
        <w:rPr>
          <w:rFonts w:ascii="Ddylr05K+KaiTi" w:hAnsi="Ddylr05K+KaiTi" w:eastAsia="Ddylr05K+KaiTi"/>
          <w:color w:val="000000"/>
          <w:sz w:val="28"/>
        </w:rPr>
        <w:t>、驱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桥齿轮原</w:t>
      </w:r>
      <w:r>
        <w:rPr>
          <w:spacing w:val="-2"/>
          <w:rFonts w:ascii="Ddylr05K+KaiTi" w:hAnsi="Ddylr05K+KaiTi" w:eastAsia="Ddylr05K+KaiTi"/>
          <w:color w:val="000000"/>
          <w:sz w:val="28"/>
        </w:rPr>
        <w:t>材</w:t>
      </w:r>
      <w:r>
        <w:rPr>
          <w:rFonts w:ascii="Ddylr05K+KaiTi" w:hAnsi="Ddylr05K+KaiTi" w:eastAsia="Ddylr05K+KaiTi"/>
          <w:color w:val="000000"/>
          <w:sz w:val="28"/>
        </w:rPr>
        <w:t>料消</w:t>
      </w:r>
      <w:r>
        <w:rPr>
          <w:spacing w:val="-2"/>
          <w:rFonts w:ascii="Ddylr05K+KaiTi" w:hAnsi="Ddylr05K+KaiTi" w:eastAsia="Ddylr05K+KaiTi"/>
          <w:color w:val="000000"/>
          <w:sz w:val="28"/>
        </w:rPr>
        <w:t>耗</w:t>
      </w:r>
      <w:r>
        <w:rPr>
          <w:rFonts w:ascii="Ddylr05K+KaiTi" w:hAnsi="Ddylr05K+KaiTi" w:eastAsia="Ddylr05K+KaiTi"/>
          <w:color w:val="000000"/>
          <w:sz w:val="28"/>
        </w:rPr>
        <w:t>量</w:t>
      </w:r>
    </w:p>
    <w:p>
      <w:pPr>
        <w:autoSpaceDN w:val="0"/>
        <w:autoSpaceDE w:val="0"/>
        <w:widowControl/>
        <w:spacing w:line="240" w:lineRule="exact" w:before="284" w:after="0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7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spacing w:val="62"/>
          <w:rFonts w:ascii="Ddylr05K+KaiTi" w:hAnsi="Ddylr05K+KaiTi" w:eastAsia="Ddylr05K+KaiTi"/>
          <w:b/>
          <w:color w:val="000000"/>
          <w:sz w:val="24"/>
        </w:rPr>
        <w:t>对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件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车</w:t>
      </w:r>
      <w:r>
        <w:rPr>
          <w:rFonts w:ascii="Ddylr05K+KaiTi" w:hAnsi="Ddylr05K+KaiTi" w:eastAsia="Ddylr05K+KaiTi"/>
          <w:b/>
          <w:color w:val="000000"/>
          <w:sz w:val="24"/>
        </w:rPr>
        <w:t>辆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变</w:t>
      </w:r>
      <w:r>
        <w:rPr>
          <w:rFonts w:ascii="Ddylr05K+KaiTi" w:hAnsi="Ddylr05K+KaiTi" w:eastAsia="Ddylr05K+KaiTi"/>
          <w:b/>
          <w:color w:val="000000"/>
          <w:sz w:val="24"/>
        </w:rPr>
        <w:t>速箱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、</w:t>
      </w:r>
      <w:r>
        <w:rPr>
          <w:rFonts w:ascii="Ddylr05K+KaiTi" w:hAnsi="Ddylr05K+KaiTi" w:eastAsia="Ddylr05K+KaiTi"/>
          <w:b/>
          <w:color w:val="000000"/>
          <w:sz w:val="24"/>
        </w:rPr>
        <w:t>驱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动</w:t>
      </w:r>
      <w:r>
        <w:rPr>
          <w:rFonts w:ascii="Ddylr05K+KaiTi" w:hAnsi="Ddylr05K+KaiTi" w:eastAsia="Ddylr05K+KaiTi"/>
          <w:b/>
          <w:color w:val="000000"/>
          <w:sz w:val="24"/>
        </w:rPr>
        <w:t>桥齿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轮</w:t>
      </w:r>
      <w:r>
        <w:rPr>
          <w:rFonts w:ascii="Ddylr05K+KaiTi" w:hAnsi="Ddylr05K+KaiTi" w:eastAsia="Ddylr05K+KaiTi"/>
          <w:b/>
          <w:color w:val="000000"/>
          <w:sz w:val="24"/>
        </w:rPr>
        <w:t>原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材</w:t>
      </w:r>
      <w:r>
        <w:rPr>
          <w:rFonts w:ascii="Ddylr05K+KaiTi" w:hAnsi="Ddylr05K+KaiTi" w:eastAsia="Ddylr05K+KaiTi"/>
          <w:b/>
          <w:color w:val="000000"/>
          <w:sz w:val="24"/>
        </w:rPr>
        <w:t>料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消</w:t>
      </w:r>
      <w:r>
        <w:rPr>
          <w:rFonts w:ascii="Ddylr05K+KaiTi" w:hAnsi="Ddylr05K+KaiTi" w:eastAsia="Ddylr05K+KaiTi"/>
          <w:b/>
          <w:color w:val="000000"/>
          <w:sz w:val="24"/>
        </w:rPr>
        <w:t>耗量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的</w:t>
      </w:r>
      <w:r>
        <w:rPr>
          <w:rFonts w:ascii="Ddylr05K+KaiTi" w:hAnsi="Ddylr05K+KaiTi" w:eastAsia="Ddylr05K+KaiTi"/>
          <w:b/>
          <w:color w:val="000000"/>
          <w:sz w:val="24"/>
        </w:rPr>
        <w:t>评价</w:t>
      </w:r>
    </w:p>
    <w:p>
      <w:pPr>
        <w:autoSpaceDN w:val="0"/>
        <w:tabs>
          <w:tab w:pos="3108" w:val="left"/>
        </w:tabs>
        <w:autoSpaceDE w:val="0"/>
        <w:widowControl/>
        <w:spacing w:line="280" w:lineRule="exact" w:before="316" w:after="0"/>
        <w:ind w:left="806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项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车</w:t>
      </w:r>
      <w:r>
        <w:rPr>
          <w:spacing w:val="-2"/>
          <w:rFonts w:ascii="Ddylr05K+KaiTi" w:hAnsi="Ddylr05K+KaiTi" w:eastAsia="Ddylr05K+KaiTi"/>
          <w:color w:val="000000"/>
          <w:sz w:val="28"/>
        </w:rPr>
        <w:t>辆</w:t>
      </w:r>
      <w:r>
        <w:rPr>
          <w:rFonts w:ascii="Ddylr05K+KaiTi" w:hAnsi="Ddylr05K+KaiTi" w:eastAsia="Ddylr05K+KaiTi"/>
          <w:color w:val="000000"/>
          <w:sz w:val="28"/>
        </w:rPr>
        <w:t>变速</w:t>
      </w:r>
      <w:r>
        <w:rPr>
          <w:spacing w:val="-2"/>
          <w:rFonts w:ascii="Ddylr05K+KaiTi" w:hAnsi="Ddylr05K+KaiTi" w:eastAsia="Ddylr05K+KaiTi"/>
          <w:color w:val="000000"/>
          <w:sz w:val="28"/>
        </w:rPr>
        <w:t>箱</w:t>
      </w:r>
      <w:r>
        <w:rPr>
          <w:rFonts w:ascii="Ddylr05K+KaiTi" w:hAnsi="Ddylr05K+KaiTi" w:eastAsia="Ddylr05K+KaiTi"/>
          <w:color w:val="000000"/>
          <w:sz w:val="28"/>
        </w:rPr>
        <w:t>、驱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桥齿</w:t>
      </w:r>
      <w:r>
        <w:rPr>
          <w:spacing w:val="-2"/>
          <w:rFonts w:ascii="Ddylr05K+KaiTi" w:hAnsi="Ddylr05K+KaiTi" w:eastAsia="Ddylr05K+KaiTi"/>
          <w:color w:val="000000"/>
          <w:sz w:val="28"/>
        </w:rPr>
        <w:t>轮</w:t>
      </w:r>
      <w:r>
        <w:rPr>
          <w:rFonts w:ascii="Ddylr05K+KaiTi" w:hAnsi="Ddylr05K+KaiTi" w:eastAsia="Ddylr05K+KaiTi"/>
          <w:color w:val="000000"/>
          <w:sz w:val="28"/>
        </w:rPr>
        <w:t>原</w:t>
      </w:r>
      <w:r>
        <w:rPr>
          <w:spacing w:val="-2"/>
          <w:rFonts w:ascii="Ddylr05K+KaiTi" w:hAnsi="Ddylr05K+KaiTi" w:eastAsia="Ddylr05K+KaiTi"/>
          <w:color w:val="000000"/>
          <w:sz w:val="28"/>
        </w:rPr>
        <w:t>材</w:t>
      </w:r>
      <w:r>
        <w:rPr>
          <w:rFonts w:ascii="Ddylr05K+KaiTi" w:hAnsi="Ddylr05K+KaiTi" w:eastAsia="Ddylr05K+KaiTi"/>
          <w:color w:val="000000"/>
          <w:sz w:val="28"/>
        </w:rPr>
        <w:t>料消</w:t>
      </w:r>
      <w:r>
        <w:rPr>
          <w:spacing w:val="-2"/>
          <w:rFonts w:ascii="Ddylr05K+KaiTi" w:hAnsi="Ddylr05K+KaiTi" w:eastAsia="Ddylr05K+KaiTi"/>
          <w:color w:val="000000"/>
          <w:sz w:val="28"/>
        </w:rPr>
        <w:t>耗</w:t>
      </w:r>
      <w:r>
        <w:rPr>
          <w:rFonts w:ascii="Ddylr05K+KaiTi" w:hAnsi="Ddylr05K+KaiTi" w:eastAsia="Ddylr05K+KaiTi"/>
          <w:color w:val="000000"/>
          <w:sz w:val="28"/>
        </w:rPr>
        <w:t>量</w:t>
      </w:r>
    </w:p>
    <w:p>
      <w:pPr>
        <w:autoSpaceDN w:val="0"/>
        <w:tabs>
          <w:tab w:pos="3564" w:val="left"/>
          <w:tab w:pos="6848" w:val="left"/>
        </w:tabs>
        <w:autoSpaceDE w:val="0"/>
        <w:widowControl/>
        <w:spacing w:line="280" w:lineRule="exact" w:before="476" w:after="0"/>
        <w:ind w:left="806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原</w:t>
      </w:r>
      <w:r>
        <w:rPr>
          <w:spacing w:val="-2"/>
          <w:rFonts w:ascii="Ddylr05K+KaiTi" w:hAnsi="Ddylr05K+KaiTi" w:eastAsia="Ddylr05K+KaiTi"/>
          <w:color w:val="000000"/>
          <w:sz w:val="28"/>
        </w:rPr>
        <w:t>材</w:t>
      </w:r>
      <w:r>
        <w:rPr>
          <w:rFonts w:ascii="Ddylr05K+KaiTi" w:hAnsi="Ddylr05K+KaiTi" w:eastAsia="Ddylr05K+KaiTi"/>
          <w:color w:val="000000"/>
          <w:sz w:val="28"/>
        </w:rPr>
        <w:t>料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>圆钢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>毛坯</w:t>
      </w:r>
    </w:p>
    <w:p>
      <w:pPr>
        <w:autoSpaceDN w:val="0"/>
        <w:tabs>
          <w:tab w:pos="3444" w:val="left"/>
          <w:tab w:pos="6728" w:val="left"/>
        </w:tabs>
        <w:autoSpaceDE w:val="0"/>
        <w:widowControl/>
        <w:spacing w:line="280" w:lineRule="exact" w:before="560" w:after="0"/>
        <w:ind w:left="806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值</w:t>
      </w:r>
      <w:r>
        <w:tab/>
      </w:r>
      <w:r>
        <w:rPr>
          <w:rFonts w:ascii="jXESaHHF+SimSun" w:hAnsi="jXESaHHF+SimSun" w:eastAsia="jXESaHHF+SimSun"/>
          <w:color w:val="000000"/>
          <w:sz w:val="24"/>
        </w:rPr>
        <w:t xml:space="preserve">331.07 </w:t>
      </w:r>
      <w:r>
        <w:tab/>
      </w:r>
      <w:r>
        <w:rPr>
          <w:rFonts w:ascii="jXESaHHF+SimSun" w:hAnsi="jXESaHHF+SimSun" w:eastAsia="jXESaHHF+SimSun"/>
          <w:color w:val="000000"/>
          <w:sz w:val="24"/>
        </w:rPr>
        <w:t>668.93</w:t>
      </w:r>
    </w:p>
    <w:p>
      <w:pPr>
        <w:autoSpaceDN w:val="0"/>
        <w:tabs>
          <w:tab w:pos="3684" w:val="left"/>
          <w:tab w:pos="6968" w:val="left"/>
        </w:tabs>
        <w:autoSpaceDE w:val="0"/>
        <w:widowControl/>
        <w:spacing w:line="282" w:lineRule="exact" w:before="556" w:after="0"/>
        <w:ind w:left="948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单位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 xml:space="preserve">Kg 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>Kg</w:t>
      </w:r>
    </w:p>
    <w:p>
      <w:pPr>
        <w:autoSpaceDN w:val="0"/>
        <w:autoSpaceDE w:val="0"/>
        <w:widowControl/>
        <w:spacing w:line="280" w:lineRule="exact" w:before="456" w:after="0"/>
        <w:ind w:left="360" w:right="0" w:firstLine="0"/>
        <w:jc w:val="left"/>
      </w:pPr>
      <w:r>
        <w:rPr>
          <w:spacing w:val="8"/>
          <w:rFonts w:ascii="Ddylr05K+KaiTi" w:hAnsi="Ddylr05K+KaiTi" w:eastAsia="Ddylr05K+KaiTi"/>
          <w:color w:val="000000"/>
          <w:sz w:val="28"/>
        </w:rPr>
        <w:t>单位</w:t>
      </w:r>
      <w:r>
        <w:rPr>
          <w:spacing w:val="12"/>
          <w:rFonts w:ascii="Ddylr05K+KaiTi" w:hAnsi="Ddylr05K+KaiTi" w:eastAsia="Ddylr05K+KaiTi"/>
          <w:color w:val="000000"/>
          <w:sz w:val="28"/>
        </w:rPr>
        <w:t>数</w:t>
      </w:r>
      <w:r>
        <w:rPr>
          <w:spacing w:val="10"/>
          <w:rFonts w:ascii="Ddylr05K+KaiTi" w:hAnsi="Ddylr05K+KaiTi" w:eastAsia="Ddylr05K+KaiTi"/>
          <w:color w:val="000000"/>
          <w:sz w:val="28"/>
        </w:rPr>
        <w:t>据来</w:t>
      </w:r>
      <w:r>
        <w:rPr>
          <w:rFonts w:ascii="Ddylr05K+KaiTi" w:hAnsi="Ddylr05K+KaiTi" w:eastAsia="Ddylr05K+KaiTi"/>
          <w:color w:val="000000"/>
          <w:sz w:val="28"/>
        </w:rPr>
        <w:t>源</w:t>
      </w:r>
    </w:p>
    <w:p>
      <w:pPr>
        <w:autoSpaceDN w:val="0"/>
        <w:autoSpaceDE w:val="0"/>
        <w:widowControl/>
        <w:spacing w:line="280" w:lineRule="exact" w:before="32" w:after="0"/>
        <w:ind w:left="0" w:right="2514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供</w:t>
      </w:r>
      <w:r>
        <w:rPr>
          <w:spacing w:val="-2"/>
          <w:rFonts w:ascii="Ddylr05K+KaiTi" w:hAnsi="Ddylr05K+KaiTi" w:eastAsia="Ddylr05K+KaiTi"/>
          <w:color w:val="000000"/>
          <w:sz w:val="28"/>
        </w:rPr>
        <w:t>应</w:t>
      </w:r>
      <w:r>
        <w:rPr>
          <w:rFonts w:ascii="Ddylr05K+KaiTi" w:hAnsi="Ddylr05K+KaiTi" w:eastAsia="Ddylr05K+KaiTi"/>
          <w:color w:val="000000"/>
          <w:sz w:val="28"/>
        </w:rPr>
        <w:t>商提</w:t>
      </w:r>
      <w:r>
        <w:rPr>
          <w:spacing w:val="-2"/>
          <w:rFonts w:ascii="Ddylr05K+KaiTi" w:hAnsi="Ddylr05K+KaiTi" w:eastAsia="Ddylr05K+KaiTi"/>
          <w:color w:val="000000"/>
          <w:sz w:val="28"/>
        </w:rPr>
        <w:t>供</w:t>
      </w:r>
      <w:r>
        <w:rPr>
          <w:rFonts w:ascii="Ddylr05K+KaiTi" w:hAnsi="Ddylr05K+KaiTi" w:eastAsia="Ddylr05K+KaiTi"/>
          <w:color w:val="000000"/>
          <w:sz w:val="28"/>
        </w:rPr>
        <w:t>数据</w:t>
      </w:r>
      <w:r>
        <w:rPr>
          <w:spacing w:val="-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委托</w:t>
      </w:r>
      <w:r>
        <w:rPr>
          <w:spacing w:val="-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称重</w:t>
      </w:r>
      <w:r>
        <w:rPr>
          <w:spacing w:val="-2"/>
          <w:rFonts w:ascii="Ddylr05K+KaiTi" w:hAnsi="Ddylr05K+KaiTi" w:eastAsia="Ddylr05K+KaiTi"/>
          <w:color w:val="000000"/>
          <w:sz w:val="28"/>
        </w:rPr>
        <w:t>校</w:t>
      </w:r>
      <w:r>
        <w:rPr>
          <w:rFonts w:ascii="Ddylr05K+KaiTi" w:hAnsi="Ddylr05K+KaiTi" w:eastAsia="Ddylr05K+KaiTi"/>
          <w:color w:val="000000"/>
          <w:sz w:val="28"/>
        </w:rPr>
        <w:t>核</w:t>
      </w:r>
    </w:p>
    <w:p>
      <w:pPr>
        <w:autoSpaceDN w:val="0"/>
        <w:autoSpaceDE w:val="0"/>
        <w:widowControl/>
        <w:spacing w:line="280" w:lineRule="exact" w:before="3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及交</w:t>
      </w:r>
      <w:r>
        <w:rPr>
          <w:rFonts w:ascii="Ddylr05K+KaiTi" w:hAnsi="Ddylr05K+KaiTi" w:eastAsia="Ddylr05K+KaiTi"/>
          <w:color w:val="000000"/>
          <w:sz w:val="28"/>
        </w:rPr>
        <w:t>叉校核</w:t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356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监测</w:t>
      </w:r>
      <w:r>
        <w:rPr>
          <w:rFonts w:ascii="Ddylr05K+KaiTi" w:hAnsi="Ddylr05K+KaiTi" w:eastAsia="Ddylr05K+KaiTi"/>
          <w:color w:val="000000"/>
          <w:sz w:val="28"/>
        </w:rPr>
        <w:t>方法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产量</w:t>
      </w:r>
      <w:r>
        <w:rPr>
          <w:spacing w:val="-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数：</w:t>
      </w:r>
      <w:r>
        <w:rPr>
          <w:spacing w:val="-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产系</w:t>
      </w:r>
      <w:r>
        <w:rPr>
          <w:spacing w:val="-2"/>
          <w:rFonts w:ascii="Ddylr05K+KaiTi" w:hAnsi="Ddylr05K+KaiTi" w:eastAsia="Ddylr05K+KaiTi"/>
          <w:color w:val="000000"/>
          <w:sz w:val="28"/>
        </w:rPr>
        <w:t>统</w:t>
      </w:r>
      <w:r>
        <w:rPr>
          <w:rFonts w:ascii="Ddylr05K+KaiTi" w:hAnsi="Ddylr05K+KaiTi" w:eastAsia="Ddylr05K+KaiTi"/>
          <w:color w:val="000000"/>
          <w:sz w:val="28"/>
        </w:rPr>
        <w:t>记录</w:t>
      </w:r>
    </w:p>
    <w:p>
      <w:pPr>
        <w:autoSpaceDN w:val="0"/>
        <w:tabs>
          <w:tab w:pos="2312" w:val="left"/>
        </w:tabs>
        <w:autoSpaceDE w:val="0"/>
        <w:widowControl/>
        <w:spacing w:line="634" w:lineRule="exact" w:before="0" w:after="0"/>
        <w:ind w:left="360" w:right="1296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监测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产量</w:t>
      </w:r>
      <w:r>
        <w:rPr>
          <w:spacing w:val="-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数：</w:t>
      </w:r>
      <w:r>
        <w:rPr>
          <w:spacing w:val="-2"/>
          <w:rFonts w:ascii="Ddylr05K+KaiTi" w:hAnsi="Ddylr05K+KaiTi" w:eastAsia="Ddylr05K+KaiTi"/>
          <w:color w:val="000000"/>
          <w:sz w:val="28"/>
        </w:rPr>
        <w:t>每</w:t>
      </w:r>
      <w:r>
        <w:rPr>
          <w:rFonts w:ascii="Ddylr05K+KaiTi" w:hAnsi="Ddylr05K+KaiTi" w:eastAsia="Ddylr05K+KaiTi"/>
          <w:color w:val="000000"/>
          <w:sz w:val="28"/>
        </w:rPr>
        <w:t>批次</w:t>
      </w:r>
      <w:r>
        <w:rPr>
          <w:spacing w:val="-2"/>
          <w:rFonts w:ascii="Ddylr05K+KaiTi" w:hAnsi="Ddylr05K+KaiTi" w:eastAsia="Ddylr05K+KaiTi"/>
          <w:color w:val="000000"/>
          <w:sz w:val="28"/>
        </w:rPr>
        <w:t>监</w:t>
      </w:r>
      <w:r>
        <w:rPr>
          <w:rFonts w:ascii="Ddylr05K+KaiTi" w:hAnsi="Ddylr05K+KaiTi" w:eastAsia="Ddylr05K+KaiTi"/>
          <w:color w:val="000000"/>
          <w:sz w:val="28"/>
        </w:rPr>
        <w:t>测</w:t>
      </w:r>
      <w:r>
        <w:br/>
      </w:r>
      <w:r>
        <w:rPr>
          <w:spacing w:val="-2"/>
          <w:rFonts w:ascii="Ddylr05K+KaiTi" w:hAnsi="Ddylr05K+KaiTi" w:eastAsia="Ddylr05K+KaiTi"/>
          <w:color w:val="000000"/>
          <w:sz w:val="28"/>
        </w:rPr>
        <w:t>记录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产量</w:t>
      </w:r>
      <w:r>
        <w:rPr>
          <w:spacing w:val="-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数：</w:t>
      </w:r>
      <w:r>
        <w:rPr>
          <w:spacing w:val="-2"/>
          <w:rFonts w:ascii="Ddylr05K+KaiTi" w:hAnsi="Ddylr05K+KaiTi" w:eastAsia="Ddylr05K+KaiTi"/>
          <w:color w:val="000000"/>
          <w:sz w:val="28"/>
        </w:rPr>
        <w:t>每</w:t>
      </w:r>
      <w:r>
        <w:rPr>
          <w:rFonts w:ascii="Ddylr05K+KaiTi" w:hAnsi="Ddylr05K+KaiTi" w:eastAsia="Ddylr05K+KaiTi"/>
          <w:color w:val="000000"/>
          <w:sz w:val="28"/>
        </w:rPr>
        <w:t>批次</w:t>
      </w:r>
      <w:r>
        <w:rPr>
          <w:spacing w:val="-2"/>
          <w:rFonts w:ascii="Ddylr05K+KaiTi" w:hAnsi="Ddylr05K+KaiTi" w:eastAsia="Ddylr05K+KaiTi"/>
          <w:color w:val="000000"/>
          <w:sz w:val="28"/>
        </w:rPr>
        <w:t>记</w:t>
      </w:r>
      <w:r>
        <w:rPr>
          <w:rFonts w:ascii="Ddylr05K+KaiTi" w:hAnsi="Ddylr05K+KaiTi" w:eastAsia="Ddylr05K+KaiTi"/>
          <w:color w:val="000000"/>
          <w:sz w:val="28"/>
        </w:rPr>
        <w:t>录，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录</w:t>
      </w:r>
      <w:r>
        <w:rPr>
          <w:spacing w:val="68"/>
          <w:rFonts w:ascii="Ddylr05K+KaiTi" w:hAnsi="Ddylr05K+KaiTi" w:eastAsia="Ddylr05K+KaiTi"/>
          <w:color w:val="000000"/>
          <w:sz w:val="28"/>
        </w:rPr>
        <w:t>入</w:t>
      </w:r>
      <w:r>
        <w:rPr>
          <w:rFonts w:ascii="Ddylr05K+KaiTi" w:hAnsi="Ddylr05K+KaiTi" w:eastAsia="Ddylr05K+KaiTi"/>
          <w:color w:val="000000"/>
          <w:sz w:val="28"/>
        </w:rPr>
        <w:t>ER</w:t>
      </w:r>
      <w:r>
        <w:rPr>
          <w:spacing w:val="68"/>
          <w:rFonts w:ascii="Ddylr05K+KaiTi" w:hAnsi="Ddylr05K+KaiTi" w:eastAsia="Ddylr05K+KaiTi"/>
          <w:color w:val="000000"/>
          <w:sz w:val="28"/>
        </w:rPr>
        <w:t>P</w:t>
      </w:r>
      <w:r>
        <w:rPr>
          <w:rFonts w:ascii="Ddylr05K+KaiTi" w:hAnsi="Ddylr05K+KaiTi" w:eastAsia="Ddylr05K+KaiTi"/>
          <w:color w:val="000000"/>
          <w:sz w:val="28"/>
        </w:rPr>
        <w:t>系统</w:t>
      </w:r>
    </w:p>
    <w:p>
      <w:pPr>
        <w:autoSpaceDN w:val="0"/>
        <w:autoSpaceDE w:val="0"/>
        <w:widowControl/>
        <w:spacing w:line="220" w:lineRule="exact" w:before="674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27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92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3200400</wp:posOffset>
            </wp:positionV>
            <wp:extent cx="5422900" cy="4838700"/>
            <wp:wrapNone/>
            <wp:docPr id="30" name="Picture 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48387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914400</wp:posOffset>
            </wp:positionV>
            <wp:extent cx="5422900" cy="1219200"/>
            <wp:wrapNone/>
            <wp:docPr id="31" name="Picture 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12192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9118600</wp:posOffset>
            </wp:positionV>
            <wp:extent cx="5422900" cy="419100"/>
            <wp:wrapNone/>
            <wp:docPr id="32" name="Picture 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4191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缺失</w:t>
      </w:r>
      <w:r>
        <w:rPr>
          <w:spacing w:val="-2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理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无缺失</w:t>
      </w:r>
    </w:p>
    <w:p>
      <w:pPr>
        <w:autoSpaceDN w:val="0"/>
        <w:autoSpaceDE w:val="0"/>
        <w:widowControl/>
        <w:spacing w:line="280" w:lineRule="exact" w:before="354" w:after="0"/>
        <w:ind w:left="0" w:right="360" w:firstLine="0"/>
        <w:jc w:val="right"/>
      </w:pPr>
      <w:r>
        <w:rPr>
          <w:spacing w:val="10"/>
          <w:rFonts w:ascii="Ddylr05K+KaiTi" w:hAnsi="Ddylr05K+KaiTi" w:eastAsia="Ddylr05K+KaiTi"/>
          <w:color w:val="000000"/>
          <w:sz w:val="28"/>
        </w:rPr>
        <w:t>经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确</w:t>
      </w:r>
      <w:r>
        <w:rPr>
          <w:spacing w:val="10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6"/>
          <w:rFonts w:ascii="Ddylr05K+KaiTi" w:hAnsi="Ddylr05K+KaiTi" w:eastAsia="Ddylr05K+KaiTi"/>
          <w:color w:val="000000"/>
          <w:sz w:val="28"/>
        </w:rPr>
        <w:t>据</w:t>
      </w:r>
      <w:r>
        <w:rPr>
          <w:spacing w:val="10"/>
          <w:rFonts w:ascii="Ddylr05K+KaiTi" w:hAnsi="Ddylr05K+KaiTi" w:eastAsia="Ddylr05K+KaiTi"/>
          <w:color w:val="000000"/>
          <w:sz w:val="28"/>
        </w:rPr>
        <w:t>源</w:t>
      </w:r>
      <w:r>
        <w:rPr>
          <w:spacing w:val="8"/>
          <w:rFonts w:ascii="Ddylr05K+KaiTi" w:hAnsi="Ddylr05K+KaiTi" w:eastAsia="Ddylr05K+KaiTi"/>
          <w:color w:val="000000"/>
          <w:sz w:val="28"/>
        </w:rPr>
        <w:t>选</w:t>
      </w:r>
      <w:r>
        <w:rPr>
          <w:spacing w:val="10"/>
          <w:rFonts w:ascii="Ddylr05K+KaiTi" w:hAnsi="Ddylr05K+KaiTi" w:eastAsia="Ddylr05K+KaiTi"/>
          <w:color w:val="000000"/>
          <w:sz w:val="28"/>
        </w:rPr>
        <w:t>取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10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真</w:t>
      </w:r>
      <w:r>
        <w:rPr>
          <w:spacing w:val="10"/>
          <w:rFonts w:ascii="Ddylr05K+KaiTi" w:hAnsi="Ddylr05K+KaiTi" w:eastAsia="Ddylr05K+KaiTi"/>
          <w:color w:val="000000"/>
          <w:sz w:val="28"/>
        </w:rPr>
        <w:t>实</w:t>
      </w:r>
      <w:r>
        <w:rPr>
          <w:spacing w:val="8"/>
          <w:rFonts w:ascii="Ddylr05K+KaiTi" w:hAnsi="Ddylr05K+KaiTi" w:eastAsia="Ddylr05K+KaiTi"/>
          <w:color w:val="000000"/>
          <w:sz w:val="28"/>
        </w:rPr>
        <w:t>可</w:t>
      </w:r>
      <w:r>
        <w:rPr>
          <w:spacing w:val="10"/>
          <w:rFonts w:ascii="Ddylr05K+KaiTi" w:hAnsi="Ddylr05K+KaiTi" w:eastAsia="Ddylr05K+KaiTi"/>
          <w:color w:val="000000"/>
          <w:sz w:val="28"/>
        </w:rPr>
        <w:t>信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符</w:t>
      </w:r>
    </w:p>
    <w:p>
      <w:pPr>
        <w:autoSpaceDN w:val="0"/>
        <w:autoSpaceDE w:val="0"/>
        <w:widowControl/>
        <w:spacing w:line="280" w:lineRule="exact" w:before="3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结论</w:t>
      </w:r>
    </w:p>
    <w:p>
      <w:pPr>
        <w:autoSpaceDN w:val="0"/>
        <w:autoSpaceDE w:val="0"/>
        <w:widowControl/>
        <w:spacing w:line="280" w:lineRule="exact" w:before="32" w:after="0"/>
        <w:ind w:left="0" w:right="4194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合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价依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的要</w:t>
      </w:r>
      <w:r>
        <w:rPr>
          <w:spacing w:val="-2"/>
          <w:rFonts w:ascii="Ddylr05K+KaiTi" w:hAnsi="Ddylr05K+KaiTi" w:eastAsia="Ddylr05K+KaiTi"/>
          <w:color w:val="000000"/>
          <w:sz w:val="28"/>
        </w:rPr>
        <w:t>求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0" w:lineRule="exact" w:before="354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rFonts w:ascii="Ddylr05K+KaiTi" w:hAnsi="Ddylr05K+KaiTi" w:eastAsia="Ddylr05K+KaiTi"/>
          <w:b/>
          <w:color w:val="000000"/>
          <w:sz w:val="28"/>
        </w:rPr>
        <w:t>2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原材料运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输</w:t>
      </w:r>
      <w:r>
        <w:rPr>
          <w:rFonts w:ascii="Ddylr05K+KaiTi" w:hAnsi="Ddylr05K+KaiTi" w:eastAsia="Ddylr05K+KaiTi"/>
          <w:b/>
          <w:color w:val="000000"/>
          <w:sz w:val="28"/>
        </w:rPr>
        <w:t>活动水平数据的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评</w:t>
      </w:r>
      <w:r>
        <w:rPr>
          <w:rFonts w:ascii="Ddylr05K+KaiTi" w:hAnsi="Ddylr05K+KaiTi" w:eastAsia="Ddylr05K+KaiTi"/>
          <w:b/>
          <w:color w:val="000000"/>
          <w:sz w:val="28"/>
        </w:rPr>
        <w:t>价</w:t>
      </w:r>
    </w:p>
    <w:p>
      <w:pPr>
        <w:autoSpaceDN w:val="0"/>
        <w:autoSpaceDE w:val="0"/>
        <w:widowControl/>
        <w:spacing w:line="280" w:lineRule="exact" w:before="34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活动</w:t>
      </w:r>
      <w:r>
        <w:rPr>
          <w:rFonts w:ascii="Ddylr05K+KaiTi" w:hAnsi="Ddylr05K+KaiTi" w:eastAsia="Ddylr05K+KaiTi"/>
          <w:color w:val="000000"/>
          <w:sz w:val="28"/>
        </w:rPr>
        <w:t>水平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2：</w:t>
      </w:r>
      <w:r>
        <w:rPr>
          <w:spacing w:val="-2"/>
          <w:rFonts w:ascii="Ddylr05K+KaiTi" w:hAnsi="Ddylr05K+KaiTi" w:eastAsia="Ddylr05K+KaiTi"/>
          <w:color w:val="000000"/>
          <w:sz w:val="28"/>
        </w:rPr>
        <w:t>厂</w:t>
      </w:r>
      <w:r>
        <w:rPr>
          <w:rFonts w:ascii="Ddylr05K+KaiTi" w:hAnsi="Ddylr05K+KaiTi" w:eastAsia="Ddylr05K+KaiTi"/>
          <w:color w:val="000000"/>
          <w:sz w:val="28"/>
        </w:rPr>
        <w:t>外运</w:t>
      </w:r>
      <w:r>
        <w:rPr>
          <w:spacing w:val="-2"/>
          <w:rFonts w:ascii="Ddylr05K+KaiTi" w:hAnsi="Ddylr05K+KaiTi" w:eastAsia="Ddylr05K+KaiTi"/>
          <w:color w:val="000000"/>
          <w:sz w:val="28"/>
        </w:rPr>
        <w:t>输</w:t>
      </w:r>
      <w:r>
        <w:rPr>
          <w:rFonts w:ascii="Ddylr05K+KaiTi" w:hAnsi="Ddylr05K+KaiTi" w:eastAsia="Ddylr05K+KaiTi"/>
          <w:color w:val="000000"/>
          <w:sz w:val="28"/>
        </w:rPr>
        <w:t>㎡公</w:t>
      </w:r>
      <w:r>
        <w:rPr>
          <w:spacing w:val="-2"/>
          <w:rFonts w:ascii="Ddylr05K+KaiTi" w:hAnsi="Ddylr05K+KaiTi" w:eastAsia="Ddylr05K+KaiTi"/>
          <w:color w:val="000000"/>
          <w:sz w:val="28"/>
        </w:rPr>
        <w:t>里</w:t>
      </w:r>
      <w:r>
        <w:rPr>
          <w:rFonts w:ascii="Ddylr05K+KaiTi" w:hAnsi="Ddylr05K+KaiTi" w:eastAsia="Ddylr05K+KaiTi"/>
          <w:color w:val="000000"/>
          <w:sz w:val="28"/>
        </w:rPr>
        <w:t>数</w:t>
      </w:r>
    </w:p>
    <w:p>
      <w:pPr>
        <w:autoSpaceDN w:val="0"/>
        <w:autoSpaceDE w:val="0"/>
        <w:widowControl/>
        <w:spacing w:line="240" w:lineRule="exact" w:before="288" w:after="232"/>
        <w:ind w:left="0" w:right="0" w:firstLine="0"/>
        <w:jc w:val="center"/>
      </w:pPr>
      <w:r>
        <w:rPr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53"/>
          <w:rFonts w:ascii="Arial" w:hAnsi="Arial" w:eastAsia="Arial"/>
          <w:b/>
          <w:color w:val="000000"/>
          <w:sz w:val="24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8</w:t>
      </w:r>
      <w:r>
        <w:rPr>
          <w:rFonts w:ascii="Ddylr05K+KaiTi" w:hAnsi="Ddylr05K+KaiTi" w:eastAsia="Ddylr05K+KaiTi"/>
          <w:b/>
          <w:color w:val="000000"/>
          <w:sz w:val="24"/>
        </w:rPr>
        <w:t>对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厂</w:t>
      </w:r>
      <w:r>
        <w:rPr>
          <w:rFonts w:ascii="Ddylr05K+KaiTi" w:hAnsi="Ddylr05K+KaiTi" w:eastAsia="Ddylr05K+KaiTi"/>
          <w:b/>
          <w:color w:val="000000"/>
          <w:sz w:val="24"/>
        </w:rPr>
        <w:t>外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运</w:t>
      </w:r>
      <w:r>
        <w:rPr>
          <w:rFonts w:ascii="Ddylr05K+KaiTi" w:hAnsi="Ddylr05K+KaiTi" w:eastAsia="Ddylr05K+KaiTi"/>
          <w:b/>
          <w:color w:val="000000"/>
          <w:sz w:val="24"/>
        </w:rPr>
        <w:t>输㎡公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里</w:t>
      </w:r>
      <w:r>
        <w:rPr>
          <w:rFonts w:ascii="Ddylr05K+KaiTi" w:hAnsi="Ddylr05K+KaiTi" w:eastAsia="Ddylr05K+KaiTi"/>
          <w:b/>
          <w:color w:val="000000"/>
          <w:sz w:val="24"/>
        </w:rPr>
        <w:t>数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的</w:t>
      </w:r>
      <w:r>
        <w:rPr>
          <w:rFonts w:ascii="Ddylr05K+KaiTi" w:hAnsi="Ddylr05K+KaiTi" w:eastAsia="Ddylr05K+KaiTi"/>
          <w:b/>
          <w:color w:val="000000"/>
          <w:sz w:val="24"/>
        </w:rPr>
        <w:t>评价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1560"/>
        <w:gridCol w:w="3840"/>
        <w:gridCol w:w="2660"/>
      </w:tblGrid>
      <w:tr>
        <w:trPr>
          <w:trHeight w:hRule="exact" w:val="522"/>
        </w:trPr>
        <w:tc>
          <w:tcPr>
            <w:tcW w:type="dxa" w:w="15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60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数据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项</w:t>
            </w:r>
          </w:p>
        </w:tc>
        <w:tc>
          <w:tcPr>
            <w:tcW w:type="dxa" w:w="3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60" w:after="0"/>
              <w:ind w:left="57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场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外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运输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公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里数</w:t>
            </w:r>
          </w:p>
        </w:tc>
        <w:tc>
          <w:tcPr>
            <w:tcW w:type="dxa" w:w="26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18" w:after="0"/>
              <w:ind w:left="0" w:right="81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毛坯</w:t>
            </w:r>
          </w:p>
        </w:tc>
      </w:tr>
      <w:tr>
        <w:trPr>
          <w:trHeight w:hRule="exact" w:val="620"/>
        </w:trPr>
        <w:tc>
          <w:tcPr>
            <w:tcW w:type="dxa" w:w="15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7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原材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料</w:t>
            </w:r>
          </w:p>
        </w:tc>
        <w:tc>
          <w:tcPr>
            <w:tcW w:type="dxa" w:w="3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6" w:after="0"/>
              <w:ind w:left="0" w:right="143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圆钢</w:t>
            </w:r>
          </w:p>
        </w:tc>
        <w:tc>
          <w:tcPr>
            <w:tcW w:type="dxa" w:w="3009"/>
            <w:vMerge/>
          </w:tcPr>
          <w:p/>
        </w:tc>
      </w:tr>
      <w:tr>
        <w:trPr>
          <w:trHeight w:hRule="exact" w:val="620"/>
        </w:trPr>
        <w:tc>
          <w:tcPr>
            <w:tcW w:type="dxa" w:w="15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8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数据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值</w:t>
            </w:r>
          </w:p>
        </w:tc>
        <w:tc>
          <w:tcPr>
            <w:tcW w:type="dxa" w:w="3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0" w:after="0"/>
              <w:ind w:left="0" w:right="149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180</w:t>
            </w:r>
          </w:p>
        </w:tc>
        <w:tc>
          <w:tcPr>
            <w:tcW w:type="dxa" w:w="2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0" w:after="0"/>
              <w:ind w:left="0" w:right="87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250</w:t>
            </w:r>
          </w:p>
        </w:tc>
      </w:tr>
      <w:tr>
        <w:trPr>
          <w:trHeight w:hRule="exact" w:val="542"/>
        </w:trPr>
        <w:tc>
          <w:tcPr>
            <w:tcW w:type="dxa" w:w="15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20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单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位</w:t>
            </w:r>
          </w:p>
        </w:tc>
        <w:tc>
          <w:tcPr>
            <w:tcW w:type="dxa" w:w="3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202" w:after="0"/>
              <w:ind w:left="0" w:right="139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t.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K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m</w:t>
            </w:r>
          </w:p>
        </w:tc>
        <w:tc>
          <w:tcPr>
            <w:tcW w:type="dxa" w:w="2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202" w:after="0"/>
              <w:ind w:left="0" w:right="77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t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Km</w:t>
            </w:r>
          </w:p>
        </w:tc>
      </w:tr>
    </w:tbl>
    <w:p>
      <w:pPr>
        <w:autoSpaceDN w:val="0"/>
        <w:autoSpaceDE w:val="0"/>
        <w:widowControl/>
        <w:spacing w:line="280" w:lineRule="exact" w:before="294" w:after="0"/>
        <w:ind w:left="360" w:right="0" w:firstLine="0"/>
        <w:jc w:val="left"/>
      </w:pPr>
      <w:r>
        <w:rPr>
          <w:spacing w:val="8"/>
          <w:rFonts w:ascii="Ddylr05K+KaiTi" w:hAnsi="Ddylr05K+KaiTi" w:eastAsia="Ddylr05K+KaiTi"/>
          <w:color w:val="000000"/>
          <w:sz w:val="28"/>
        </w:rPr>
        <w:t>单位</w:t>
      </w:r>
      <w:r>
        <w:rPr>
          <w:spacing w:val="12"/>
          <w:rFonts w:ascii="Ddylr05K+KaiTi" w:hAnsi="Ddylr05K+KaiTi" w:eastAsia="Ddylr05K+KaiTi"/>
          <w:color w:val="000000"/>
          <w:sz w:val="28"/>
        </w:rPr>
        <w:t>数</w:t>
      </w:r>
      <w:r>
        <w:rPr>
          <w:spacing w:val="10"/>
          <w:rFonts w:ascii="Ddylr05K+KaiTi" w:hAnsi="Ddylr05K+KaiTi" w:eastAsia="Ddylr05K+KaiTi"/>
          <w:color w:val="000000"/>
          <w:sz w:val="28"/>
        </w:rPr>
        <w:t>据来</w:t>
      </w:r>
      <w:r>
        <w:rPr>
          <w:rFonts w:ascii="Ddylr05K+KaiTi" w:hAnsi="Ddylr05K+KaiTi" w:eastAsia="Ddylr05K+KaiTi"/>
          <w:color w:val="000000"/>
          <w:sz w:val="28"/>
        </w:rPr>
        <w:t>源</w:t>
      </w:r>
    </w:p>
    <w:p>
      <w:pPr>
        <w:autoSpaceDN w:val="0"/>
        <w:autoSpaceDE w:val="0"/>
        <w:widowControl/>
        <w:spacing w:line="280" w:lineRule="exact" w:before="32" w:after="0"/>
        <w:ind w:left="0" w:right="2794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物</w:t>
      </w:r>
      <w:r>
        <w:rPr>
          <w:spacing w:val="-2"/>
          <w:rFonts w:ascii="Ddylr05K+KaiTi" w:hAnsi="Ddylr05K+KaiTi" w:eastAsia="Ddylr05K+KaiTi"/>
          <w:color w:val="000000"/>
          <w:sz w:val="28"/>
        </w:rPr>
        <w:t>流</w:t>
      </w:r>
      <w:r>
        <w:rPr>
          <w:rFonts w:ascii="Ddylr05K+KaiTi" w:hAnsi="Ddylr05K+KaiTi" w:eastAsia="Ddylr05K+KaiTi"/>
          <w:color w:val="000000"/>
          <w:sz w:val="28"/>
        </w:rPr>
        <w:t>提供</w:t>
      </w:r>
      <w:r>
        <w:rPr>
          <w:spacing w:val="-2"/>
          <w:rFonts w:ascii="Ddylr05K+KaiTi" w:hAnsi="Ddylr05K+KaiTi" w:eastAsia="Ddylr05K+KaiTi"/>
          <w:color w:val="000000"/>
          <w:sz w:val="28"/>
        </w:rPr>
        <w:t>单</w:t>
      </w:r>
      <w:r>
        <w:rPr>
          <w:rFonts w:ascii="Ddylr05K+KaiTi" w:hAnsi="Ddylr05K+KaiTi" w:eastAsia="Ddylr05K+KaiTi"/>
          <w:color w:val="000000"/>
          <w:sz w:val="28"/>
        </w:rPr>
        <w:t>据，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委</w:t>
      </w:r>
      <w:r>
        <w:rPr>
          <w:rFonts w:ascii="Ddylr05K+KaiTi" w:hAnsi="Ddylr05K+KaiTi" w:eastAsia="Ddylr05K+KaiTi"/>
          <w:color w:val="000000"/>
          <w:sz w:val="28"/>
        </w:rPr>
        <w:t>托方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距</w:t>
      </w:r>
      <w:r>
        <w:rPr>
          <w:rFonts w:ascii="Ddylr05K+KaiTi" w:hAnsi="Ddylr05K+KaiTi" w:eastAsia="Ddylr05K+KaiTi"/>
          <w:color w:val="000000"/>
          <w:sz w:val="28"/>
        </w:rPr>
        <w:t>离校核</w:t>
      </w:r>
    </w:p>
    <w:p>
      <w:pPr>
        <w:autoSpaceDN w:val="0"/>
        <w:autoSpaceDE w:val="0"/>
        <w:widowControl/>
        <w:spacing w:line="280" w:lineRule="exact" w:before="3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及交</w:t>
      </w:r>
      <w:r>
        <w:rPr>
          <w:rFonts w:ascii="Ddylr05K+KaiTi" w:hAnsi="Ddylr05K+KaiTi" w:eastAsia="Ddylr05K+KaiTi"/>
          <w:color w:val="000000"/>
          <w:sz w:val="28"/>
        </w:rPr>
        <w:t>叉校核</w:t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35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监测</w:t>
      </w:r>
      <w:r>
        <w:rPr>
          <w:rFonts w:ascii="Ddylr05K+KaiTi" w:hAnsi="Ddylr05K+KaiTi" w:eastAsia="Ddylr05K+KaiTi"/>
          <w:color w:val="000000"/>
          <w:sz w:val="28"/>
        </w:rPr>
        <w:t>方法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距</w:t>
      </w:r>
      <w:r>
        <w:rPr>
          <w:spacing w:val="-2"/>
          <w:rFonts w:ascii="Ddylr05K+KaiTi" w:hAnsi="Ddylr05K+KaiTi" w:eastAsia="Ddylr05K+KaiTi"/>
          <w:color w:val="000000"/>
          <w:sz w:val="28"/>
        </w:rPr>
        <w:t>离</w:t>
      </w:r>
      <w:r>
        <w:rPr>
          <w:rFonts w:ascii="Ddylr05K+KaiTi" w:hAnsi="Ddylr05K+KaiTi" w:eastAsia="Ddylr05K+KaiTi"/>
          <w:color w:val="000000"/>
          <w:sz w:val="28"/>
        </w:rPr>
        <w:t>核算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监测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每</w:t>
      </w:r>
      <w:r>
        <w:rPr>
          <w:spacing w:val="-2"/>
          <w:rFonts w:ascii="Ddylr05K+KaiTi" w:hAnsi="Ddylr05K+KaiTi" w:eastAsia="Ddylr05K+KaiTi"/>
          <w:color w:val="000000"/>
          <w:sz w:val="28"/>
        </w:rPr>
        <w:t>批</w:t>
      </w:r>
      <w:r>
        <w:rPr>
          <w:rFonts w:ascii="Ddylr05K+KaiTi" w:hAnsi="Ddylr05K+KaiTi" w:eastAsia="Ddylr05K+KaiTi"/>
          <w:color w:val="000000"/>
          <w:sz w:val="28"/>
        </w:rPr>
        <w:t>次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记录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每</w:t>
      </w:r>
      <w:r>
        <w:rPr>
          <w:spacing w:val="-2"/>
          <w:rFonts w:ascii="Ddylr05K+KaiTi" w:hAnsi="Ddylr05K+KaiTi" w:eastAsia="Ddylr05K+KaiTi"/>
          <w:color w:val="000000"/>
          <w:sz w:val="28"/>
        </w:rPr>
        <w:t>批</w:t>
      </w:r>
      <w:r>
        <w:rPr>
          <w:rFonts w:ascii="Ddylr05K+KaiTi" w:hAnsi="Ddylr05K+KaiTi" w:eastAsia="Ddylr05K+KaiTi"/>
          <w:color w:val="000000"/>
          <w:sz w:val="28"/>
        </w:rPr>
        <w:t>次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缺失</w:t>
      </w:r>
      <w:r>
        <w:rPr>
          <w:spacing w:val="-2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理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无缺失</w:t>
      </w:r>
    </w:p>
    <w:p>
      <w:pPr>
        <w:autoSpaceDN w:val="0"/>
        <w:autoSpaceDE w:val="0"/>
        <w:widowControl/>
        <w:spacing w:line="280" w:lineRule="exact" w:before="352" w:after="0"/>
        <w:ind w:left="0" w:right="360" w:firstLine="0"/>
        <w:jc w:val="right"/>
      </w:pPr>
      <w:r>
        <w:rPr>
          <w:spacing w:val="10"/>
          <w:rFonts w:ascii="Ddylr05K+KaiTi" w:hAnsi="Ddylr05K+KaiTi" w:eastAsia="Ddylr05K+KaiTi"/>
          <w:color w:val="000000"/>
          <w:sz w:val="28"/>
        </w:rPr>
        <w:t>经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确</w:t>
      </w:r>
      <w:r>
        <w:rPr>
          <w:spacing w:val="10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6"/>
          <w:rFonts w:ascii="Ddylr05K+KaiTi" w:hAnsi="Ddylr05K+KaiTi" w:eastAsia="Ddylr05K+KaiTi"/>
          <w:color w:val="000000"/>
          <w:sz w:val="28"/>
        </w:rPr>
        <w:t>据</w:t>
      </w:r>
      <w:r>
        <w:rPr>
          <w:spacing w:val="10"/>
          <w:rFonts w:ascii="Ddylr05K+KaiTi" w:hAnsi="Ddylr05K+KaiTi" w:eastAsia="Ddylr05K+KaiTi"/>
          <w:color w:val="000000"/>
          <w:sz w:val="28"/>
        </w:rPr>
        <w:t>源</w:t>
      </w:r>
      <w:r>
        <w:rPr>
          <w:spacing w:val="8"/>
          <w:rFonts w:ascii="Ddylr05K+KaiTi" w:hAnsi="Ddylr05K+KaiTi" w:eastAsia="Ddylr05K+KaiTi"/>
          <w:color w:val="000000"/>
          <w:sz w:val="28"/>
        </w:rPr>
        <w:t>选</w:t>
      </w:r>
      <w:r>
        <w:rPr>
          <w:spacing w:val="10"/>
          <w:rFonts w:ascii="Ddylr05K+KaiTi" w:hAnsi="Ddylr05K+KaiTi" w:eastAsia="Ddylr05K+KaiTi"/>
          <w:color w:val="000000"/>
          <w:sz w:val="28"/>
        </w:rPr>
        <w:t>取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10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真</w:t>
      </w:r>
      <w:r>
        <w:rPr>
          <w:spacing w:val="10"/>
          <w:rFonts w:ascii="Ddylr05K+KaiTi" w:hAnsi="Ddylr05K+KaiTi" w:eastAsia="Ddylr05K+KaiTi"/>
          <w:color w:val="000000"/>
          <w:sz w:val="28"/>
        </w:rPr>
        <w:t>实</w:t>
      </w:r>
      <w:r>
        <w:rPr>
          <w:spacing w:val="8"/>
          <w:rFonts w:ascii="Ddylr05K+KaiTi" w:hAnsi="Ddylr05K+KaiTi" w:eastAsia="Ddylr05K+KaiTi"/>
          <w:color w:val="000000"/>
          <w:sz w:val="28"/>
        </w:rPr>
        <w:t>可</w:t>
      </w:r>
      <w:r>
        <w:rPr>
          <w:spacing w:val="10"/>
          <w:rFonts w:ascii="Ddylr05K+KaiTi" w:hAnsi="Ddylr05K+KaiTi" w:eastAsia="Ddylr05K+KaiTi"/>
          <w:color w:val="000000"/>
          <w:sz w:val="28"/>
        </w:rPr>
        <w:t>信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符</w:t>
      </w:r>
    </w:p>
    <w:p>
      <w:pPr>
        <w:autoSpaceDN w:val="0"/>
        <w:autoSpaceDE w:val="0"/>
        <w:widowControl/>
        <w:spacing w:line="280" w:lineRule="exact" w:before="3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结论</w:t>
      </w:r>
    </w:p>
    <w:p>
      <w:pPr>
        <w:autoSpaceDN w:val="0"/>
        <w:autoSpaceDE w:val="0"/>
        <w:widowControl/>
        <w:spacing w:line="280" w:lineRule="exact" w:before="32" w:after="0"/>
        <w:ind w:left="0" w:right="4474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合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价依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的要求</w:t>
      </w:r>
    </w:p>
    <w:p>
      <w:pPr>
        <w:autoSpaceDN w:val="0"/>
        <w:autoSpaceDE w:val="0"/>
        <w:widowControl/>
        <w:spacing w:line="280" w:lineRule="exact" w:before="354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2.</w:t>
      </w:r>
      <w:r>
        <w:rPr>
          <w:rFonts w:ascii="Ddylr05K+KaiTi" w:hAnsi="Ddylr05K+KaiTi" w:eastAsia="Ddylr05K+KaiTi"/>
          <w:b/>
          <w:color w:val="000000"/>
          <w:sz w:val="28"/>
        </w:rPr>
        <w:t>3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产品生产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活</w:t>
      </w:r>
      <w:r>
        <w:rPr>
          <w:rFonts w:ascii="Ddylr05K+KaiTi" w:hAnsi="Ddylr05K+KaiTi" w:eastAsia="Ddylr05K+KaiTi"/>
          <w:b/>
          <w:color w:val="000000"/>
          <w:sz w:val="28"/>
        </w:rPr>
        <w:t>动水平数据的评价</w:t>
      </w:r>
    </w:p>
    <w:p>
      <w:pPr>
        <w:autoSpaceDN w:val="0"/>
        <w:autoSpaceDE w:val="0"/>
        <w:widowControl/>
        <w:spacing w:line="280" w:lineRule="exact" w:before="34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活</w:t>
      </w:r>
      <w:r>
        <w:rPr>
          <w:rFonts w:ascii="Ddylr05K+KaiTi" w:hAnsi="Ddylr05K+KaiTi" w:eastAsia="Ddylr05K+KaiTi"/>
          <w:b/>
          <w:color w:val="000000"/>
          <w:sz w:val="28"/>
        </w:rPr>
        <w:t>动水平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数</w:t>
      </w:r>
      <w:r>
        <w:rPr>
          <w:spacing w:val="68"/>
          <w:rFonts w:ascii="Ddylr05K+KaiTi" w:hAnsi="Ddylr05K+KaiTi" w:eastAsia="Ddylr05K+KaiTi"/>
          <w:b/>
          <w:color w:val="000000"/>
          <w:sz w:val="28"/>
        </w:rPr>
        <w:t>据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3：</w:t>
      </w:r>
      <w:r>
        <w:rPr>
          <w:rFonts w:ascii="Ddylr05K+KaiTi" w:hAnsi="Ddylr05K+KaiTi" w:eastAsia="Ddylr05K+KaiTi"/>
          <w:b/>
          <w:color w:val="000000"/>
          <w:sz w:val="28"/>
        </w:rPr>
        <w:t>净购入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使</w:t>
      </w:r>
      <w:r>
        <w:rPr>
          <w:rFonts w:ascii="Ddylr05K+KaiTi" w:hAnsi="Ddylr05K+KaiTi" w:eastAsia="Ddylr05K+KaiTi"/>
          <w:b/>
          <w:color w:val="000000"/>
          <w:sz w:val="28"/>
        </w:rPr>
        <w:t>用乙炔</w:t>
      </w:r>
    </w:p>
    <w:p>
      <w:pPr>
        <w:autoSpaceDN w:val="0"/>
        <w:autoSpaceDE w:val="0"/>
        <w:widowControl/>
        <w:spacing w:line="240" w:lineRule="exact" w:before="288" w:after="0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62"/>
          <w:rFonts w:ascii="Ddylr05K+KaiTi" w:hAnsi="Ddylr05K+KaiTi" w:eastAsia="Ddylr05K+KaiTi"/>
          <w:b/>
          <w:color w:val="000000"/>
          <w:sz w:val="24"/>
        </w:rPr>
        <w:t>9</w:t>
      </w:r>
      <w:r>
        <w:rPr>
          <w:rFonts w:ascii="Ddylr05K+KaiTi" w:hAnsi="Ddylr05K+KaiTi" w:eastAsia="Ddylr05K+KaiTi"/>
          <w:b/>
          <w:color w:val="000000"/>
          <w:sz w:val="24"/>
        </w:rPr>
        <w:t>对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净</w:t>
      </w:r>
      <w:r>
        <w:rPr>
          <w:rFonts w:ascii="Ddylr05K+KaiTi" w:hAnsi="Ddylr05K+KaiTi" w:eastAsia="Ddylr05K+KaiTi"/>
          <w:b/>
          <w:color w:val="000000"/>
          <w:sz w:val="24"/>
        </w:rPr>
        <w:t>购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入</w:t>
      </w:r>
      <w:r>
        <w:rPr>
          <w:rFonts w:ascii="Ddylr05K+KaiTi" w:hAnsi="Ddylr05K+KaiTi" w:eastAsia="Ddylr05K+KaiTi"/>
          <w:b/>
          <w:color w:val="000000"/>
          <w:sz w:val="24"/>
        </w:rPr>
        <w:t>使用乙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炔</w:t>
      </w:r>
      <w:r>
        <w:rPr>
          <w:rFonts w:ascii="Ddylr05K+KaiTi" w:hAnsi="Ddylr05K+KaiTi" w:eastAsia="Ddylr05K+KaiTi"/>
          <w:b/>
          <w:color w:val="000000"/>
          <w:sz w:val="24"/>
        </w:rPr>
        <w:t>的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评</w:t>
      </w:r>
      <w:r>
        <w:rPr>
          <w:rFonts w:ascii="Ddylr05K+KaiTi" w:hAnsi="Ddylr05K+KaiTi" w:eastAsia="Ddylr05K+KaiTi"/>
          <w:b/>
          <w:color w:val="000000"/>
          <w:sz w:val="24"/>
        </w:rPr>
        <w:t>价</w:t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29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项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净</w:t>
      </w:r>
      <w:r>
        <w:rPr>
          <w:spacing w:val="-2"/>
          <w:rFonts w:ascii="Ddylr05K+KaiTi" w:hAnsi="Ddylr05K+KaiTi" w:eastAsia="Ddylr05K+KaiTi"/>
          <w:color w:val="000000"/>
          <w:sz w:val="28"/>
        </w:rPr>
        <w:t>购</w:t>
      </w:r>
      <w:r>
        <w:rPr>
          <w:rFonts w:ascii="Ddylr05K+KaiTi" w:hAnsi="Ddylr05K+KaiTi" w:eastAsia="Ddylr05K+KaiTi"/>
          <w:color w:val="000000"/>
          <w:sz w:val="28"/>
        </w:rPr>
        <w:t>入使</w:t>
      </w:r>
      <w:r>
        <w:rPr>
          <w:spacing w:val="-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乙炔</w:t>
      </w:r>
    </w:p>
    <w:p>
      <w:pPr>
        <w:autoSpaceDN w:val="0"/>
        <w:autoSpaceDE w:val="0"/>
        <w:widowControl/>
        <w:spacing w:line="220" w:lineRule="exact" w:before="79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28</w:t>
      </w:r>
    </w:p>
    <w:p>
      <w:pPr>
        <w:sectPr>
          <w:pgSz w:w="11906" w:h="17238"/>
          <w:pgMar w:top="810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92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5626100</wp:posOffset>
            </wp:positionV>
            <wp:extent cx="5422900" cy="4038600"/>
            <wp:wrapNone/>
            <wp:docPr id="33" name="Picture 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40386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914400</wp:posOffset>
            </wp:positionV>
            <wp:extent cx="5422900" cy="4025900"/>
            <wp:wrapNone/>
            <wp:docPr id="34" name="Picture 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40259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值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06</w:t>
      </w:r>
      <w:r>
        <w:rPr>
          <w:spacing w:val="-2"/>
          <w:rFonts w:ascii="Ddylr05K+KaiTi" w:hAnsi="Ddylr05K+KaiTi" w:eastAsia="Ddylr05K+KaiTi"/>
          <w:color w:val="000000"/>
          <w:sz w:val="28"/>
        </w:rPr>
        <w:t>4</w:t>
      </w:r>
      <w:r>
        <w:rPr>
          <w:rFonts w:ascii="Ddylr05K+KaiTi" w:hAnsi="Ddylr05K+KaiTi" w:eastAsia="Ddylr05K+KaiTi"/>
          <w:color w:val="000000"/>
          <w:sz w:val="28"/>
        </w:rPr>
        <w:t>9</w:t>
      </w:r>
    </w:p>
    <w:p>
      <w:pPr>
        <w:autoSpaceDN w:val="0"/>
        <w:tabs>
          <w:tab w:pos="2312" w:val="left"/>
        </w:tabs>
        <w:autoSpaceDE w:val="0"/>
        <w:widowControl/>
        <w:spacing w:line="314" w:lineRule="exact" w:before="34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单</w:t>
      </w:r>
      <w:r>
        <w:rPr>
          <w:rFonts w:ascii="Ddylr05K+KaiTi" w:hAnsi="Ddylr05K+KaiTi" w:eastAsia="Ddylr05K+KaiTi"/>
          <w:color w:val="000000"/>
          <w:sz w:val="28"/>
        </w:rPr>
        <w:t>位</w:t>
      </w: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m</w:t>
      </w:r>
      <w:r>
        <w:rPr>
          <w:rFonts w:ascii="8Mc4eCx5+ArialMT" w:hAnsi="8Mc4eCx5+ArialMT" w:eastAsia="8Mc4eCx5+ArialMT"/>
          <w:color w:val="000000"/>
          <w:sz w:val="28"/>
        </w:rPr>
        <w:t>³</w:t>
      </w:r>
    </w:p>
    <w:p>
      <w:pPr>
        <w:autoSpaceDN w:val="0"/>
        <w:autoSpaceDE w:val="0"/>
        <w:widowControl/>
        <w:spacing w:line="280" w:lineRule="exact" w:before="33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来源及</w:t>
      </w:r>
    </w:p>
    <w:p>
      <w:pPr>
        <w:autoSpaceDN w:val="0"/>
        <w:autoSpaceDE w:val="0"/>
        <w:widowControl/>
        <w:spacing w:line="280" w:lineRule="exact" w:before="32" w:after="0"/>
        <w:ind w:left="0" w:right="1394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会</w:t>
      </w:r>
      <w:r>
        <w:rPr>
          <w:spacing w:val="-2"/>
          <w:rFonts w:ascii="Ddylr05K+KaiTi" w:hAnsi="Ddylr05K+KaiTi" w:eastAsia="Ddylr05K+KaiTi"/>
          <w:color w:val="000000"/>
          <w:sz w:val="28"/>
        </w:rPr>
        <w:t>议</w:t>
      </w:r>
      <w:r>
        <w:rPr>
          <w:rFonts w:ascii="Ddylr05K+KaiTi" w:hAnsi="Ddylr05K+KaiTi" w:eastAsia="Ddylr05K+KaiTi"/>
          <w:color w:val="000000"/>
          <w:sz w:val="28"/>
        </w:rPr>
        <w:t>室公</w:t>
      </w:r>
      <w:r>
        <w:rPr>
          <w:spacing w:val="-2"/>
          <w:rFonts w:ascii="Ddylr05K+KaiTi" w:hAnsi="Ddylr05K+KaiTi" w:eastAsia="Ddylr05K+KaiTi"/>
          <w:color w:val="000000"/>
          <w:sz w:val="28"/>
        </w:rPr>
        <w:t>司</w:t>
      </w:r>
      <w:r>
        <w:rPr>
          <w:rFonts w:ascii="Ddylr05K+KaiTi" w:hAnsi="Ddylr05K+KaiTi" w:eastAsia="Ddylr05K+KaiTi"/>
          <w:color w:val="000000"/>
          <w:sz w:val="28"/>
        </w:rPr>
        <w:t>提供缴</w:t>
      </w:r>
      <w:r>
        <w:rPr>
          <w:spacing w:val="-2"/>
          <w:rFonts w:ascii="Ddylr05K+KaiTi" w:hAnsi="Ddylr05K+KaiTi" w:eastAsia="Ddylr05K+KaiTi"/>
          <w:color w:val="000000"/>
          <w:sz w:val="28"/>
        </w:rPr>
        <w:t>费</w:t>
      </w:r>
      <w:r>
        <w:rPr>
          <w:rFonts w:ascii="Ddylr05K+KaiTi" w:hAnsi="Ddylr05K+KaiTi" w:eastAsia="Ddylr05K+KaiTi"/>
          <w:color w:val="000000"/>
          <w:sz w:val="28"/>
        </w:rPr>
        <w:t>清</w:t>
      </w:r>
      <w:r>
        <w:rPr>
          <w:spacing w:val="-2"/>
          <w:rFonts w:ascii="Ddylr05K+KaiTi" w:hAnsi="Ddylr05K+KaiTi" w:eastAsia="Ddylr05K+KaiTi"/>
          <w:color w:val="000000"/>
          <w:sz w:val="28"/>
        </w:rPr>
        <w:t>单</w:t>
      </w:r>
      <w:r>
        <w:rPr>
          <w:rFonts w:ascii="Ddylr05K+KaiTi" w:hAnsi="Ddylr05K+KaiTi" w:eastAsia="Ddylr05K+KaiTi"/>
          <w:color w:val="000000"/>
          <w:sz w:val="28"/>
        </w:rPr>
        <w:t>，委</w:t>
      </w:r>
      <w:r>
        <w:rPr>
          <w:spacing w:val="-2"/>
          <w:rFonts w:ascii="Ddylr05K+KaiTi" w:hAnsi="Ddylr05K+KaiTi" w:eastAsia="Ddylr05K+KaiTi"/>
          <w:color w:val="000000"/>
          <w:sz w:val="28"/>
        </w:rPr>
        <w:t>托</w:t>
      </w:r>
      <w:r>
        <w:rPr>
          <w:rFonts w:ascii="Ddylr05K+KaiTi" w:hAnsi="Ddylr05K+KaiTi" w:eastAsia="Ddylr05K+KaiTi"/>
          <w:color w:val="000000"/>
          <w:sz w:val="28"/>
        </w:rPr>
        <w:t>方实</w:t>
      </w:r>
      <w:r>
        <w:rPr>
          <w:spacing w:val="-2"/>
          <w:rFonts w:ascii="Ddylr05K+KaiTi" w:hAnsi="Ddylr05K+KaiTi" w:eastAsia="Ddylr05K+KaiTi"/>
          <w:color w:val="000000"/>
          <w:sz w:val="28"/>
        </w:rPr>
        <w:t>际</w:t>
      </w:r>
      <w:r>
        <w:rPr>
          <w:rFonts w:ascii="Ddylr05K+KaiTi" w:hAnsi="Ddylr05K+KaiTi" w:eastAsia="Ddylr05K+KaiTi"/>
          <w:color w:val="000000"/>
          <w:sz w:val="28"/>
        </w:rPr>
        <w:t>核对</w:t>
      </w:r>
    </w:p>
    <w:p>
      <w:pPr>
        <w:autoSpaceDN w:val="0"/>
        <w:autoSpaceDE w:val="0"/>
        <w:widowControl/>
        <w:spacing w:line="280" w:lineRule="exact" w:before="3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交叉</w:t>
      </w:r>
      <w:r>
        <w:rPr>
          <w:rFonts w:ascii="Ddylr05K+KaiTi" w:hAnsi="Ddylr05K+KaiTi" w:eastAsia="Ddylr05K+KaiTi"/>
          <w:color w:val="000000"/>
          <w:sz w:val="28"/>
        </w:rPr>
        <w:t>校核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监测</w:t>
      </w:r>
      <w:r>
        <w:rPr>
          <w:rFonts w:ascii="Ddylr05K+KaiTi" w:hAnsi="Ddylr05K+KaiTi" w:eastAsia="Ddylr05K+KaiTi"/>
          <w:color w:val="000000"/>
          <w:sz w:val="28"/>
        </w:rPr>
        <w:t>方法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按</w:t>
      </w:r>
      <w:r>
        <w:rPr>
          <w:spacing w:val="-2"/>
          <w:rFonts w:ascii="Ddylr05K+KaiTi" w:hAnsi="Ddylr05K+KaiTi" w:eastAsia="Ddylr05K+KaiTi"/>
          <w:color w:val="000000"/>
          <w:sz w:val="28"/>
        </w:rPr>
        <w:t>瓶</w:t>
      </w:r>
      <w:r>
        <w:rPr>
          <w:rFonts w:ascii="Ddylr05K+KaiTi" w:hAnsi="Ddylr05K+KaiTi" w:eastAsia="Ddylr05K+KaiTi"/>
          <w:color w:val="000000"/>
          <w:sz w:val="28"/>
        </w:rPr>
        <w:t>统计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监测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自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监测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记录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每</w:t>
      </w:r>
      <w:r>
        <w:rPr>
          <w:spacing w:val="-2"/>
          <w:rFonts w:ascii="Ddylr05K+KaiTi" w:hAnsi="Ddylr05K+KaiTi" w:eastAsia="Ddylr05K+KaiTi"/>
          <w:color w:val="000000"/>
          <w:sz w:val="28"/>
        </w:rPr>
        <w:t>月</w:t>
      </w:r>
      <w:r>
        <w:rPr>
          <w:rFonts w:ascii="Ddylr05K+KaiTi" w:hAnsi="Ddylr05K+KaiTi" w:eastAsia="Ddylr05K+KaiTi"/>
          <w:color w:val="000000"/>
          <w:sz w:val="28"/>
        </w:rPr>
        <w:t>一次</w:t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缺失</w:t>
      </w:r>
      <w:r>
        <w:rPr>
          <w:spacing w:val="-2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理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无缺失</w:t>
      </w:r>
    </w:p>
    <w:p>
      <w:pPr>
        <w:autoSpaceDN w:val="0"/>
        <w:autoSpaceDE w:val="0"/>
        <w:widowControl/>
        <w:spacing w:line="280" w:lineRule="exact" w:before="354" w:after="0"/>
        <w:ind w:left="0" w:right="360" w:firstLine="0"/>
        <w:jc w:val="right"/>
      </w:pPr>
      <w:r>
        <w:rPr>
          <w:spacing w:val="10"/>
          <w:rFonts w:ascii="Ddylr05K+KaiTi" w:hAnsi="Ddylr05K+KaiTi" w:eastAsia="Ddylr05K+KaiTi"/>
          <w:color w:val="000000"/>
          <w:sz w:val="28"/>
        </w:rPr>
        <w:t>经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确</w:t>
      </w:r>
      <w:r>
        <w:rPr>
          <w:spacing w:val="10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6"/>
          <w:rFonts w:ascii="Ddylr05K+KaiTi" w:hAnsi="Ddylr05K+KaiTi" w:eastAsia="Ddylr05K+KaiTi"/>
          <w:color w:val="000000"/>
          <w:sz w:val="28"/>
        </w:rPr>
        <w:t>据</w:t>
      </w:r>
      <w:r>
        <w:rPr>
          <w:spacing w:val="10"/>
          <w:rFonts w:ascii="Ddylr05K+KaiTi" w:hAnsi="Ddylr05K+KaiTi" w:eastAsia="Ddylr05K+KaiTi"/>
          <w:color w:val="000000"/>
          <w:sz w:val="28"/>
        </w:rPr>
        <w:t>源</w:t>
      </w:r>
      <w:r>
        <w:rPr>
          <w:spacing w:val="8"/>
          <w:rFonts w:ascii="Ddylr05K+KaiTi" w:hAnsi="Ddylr05K+KaiTi" w:eastAsia="Ddylr05K+KaiTi"/>
          <w:color w:val="000000"/>
          <w:sz w:val="28"/>
        </w:rPr>
        <w:t>选</w:t>
      </w:r>
      <w:r>
        <w:rPr>
          <w:spacing w:val="10"/>
          <w:rFonts w:ascii="Ddylr05K+KaiTi" w:hAnsi="Ddylr05K+KaiTi" w:eastAsia="Ddylr05K+KaiTi"/>
          <w:color w:val="000000"/>
          <w:sz w:val="28"/>
        </w:rPr>
        <w:t>取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10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真</w:t>
      </w:r>
      <w:r>
        <w:rPr>
          <w:spacing w:val="10"/>
          <w:rFonts w:ascii="Ddylr05K+KaiTi" w:hAnsi="Ddylr05K+KaiTi" w:eastAsia="Ddylr05K+KaiTi"/>
          <w:color w:val="000000"/>
          <w:sz w:val="28"/>
        </w:rPr>
        <w:t>实</w:t>
      </w:r>
      <w:r>
        <w:rPr>
          <w:spacing w:val="8"/>
          <w:rFonts w:ascii="Ddylr05K+KaiTi" w:hAnsi="Ddylr05K+KaiTi" w:eastAsia="Ddylr05K+KaiTi"/>
          <w:color w:val="000000"/>
          <w:sz w:val="28"/>
        </w:rPr>
        <w:t>可</w:t>
      </w:r>
      <w:r>
        <w:rPr>
          <w:spacing w:val="10"/>
          <w:rFonts w:ascii="Ddylr05K+KaiTi" w:hAnsi="Ddylr05K+KaiTi" w:eastAsia="Ddylr05K+KaiTi"/>
          <w:color w:val="000000"/>
          <w:sz w:val="28"/>
        </w:rPr>
        <w:t>信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符</w:t>
      </w:r>
    </w:p>
    <w:p>
      <w:pPr>
        <w:autoSpaceDN w:val="0"/>
        <w:autoSpaceDE w:val="0"/>
        <w:widowControl/>
        <w:spacing w:line="280" w:lineRule="exact" w:before="3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结论</w:t>
      </w:r>
    </w:p>
    <w:p>
      <w:pPr>
        <w:autoSpaceDN w:val="0"/>
        <w:autoSpaceDE w:val="0"/>
        <w:widowControl/>
        <w:spacing w:line="280" w:lineRule="exact" w:before="32" w:after="0"/>
        <w:ind w:left="0" w:right="4474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合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价依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的要求</w:t>
      </w:r>
    </w:p>
    <w:p>
      <w:pPr>
        <w:autoSpaceDN w:val="0"/>
        <w:autoSpaceDE w:val="0"/>
        <w:widowControl/>
        <w:spacing w:line="280" w:lineRule="exact" w:before="35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活</w:t>
      </w:r>
      <w:r>
        <w:rPr>
          <w:rFonts w:ascii="Ddylr05K+KaiTi" w:hAnsi="Ddylr05K+KaiTi" w:eastAsia="Ddylr05K+KaiTi"/>
          <w:b/>
          <w:color w:val="000000"/>
          <w:sz w:val="28"/>
        </w:rPr>
        <w:t>动水平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数</w:t>
      </w:r>
      <w:r>
        <w:rPr>
          <w:rFonts w:ascii="Ddylr05K+KaiTi" w:hAnsi="Ddylr05K+KaiTi" w:eastAsia="Ddylr05K+KaiTi"/>
          <w:b/>
          <w:color w:val="000000"/>
          <w:sz w:val="28"/>
        </w:rPr>
        <w:t>据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：净购入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使</w:t>
      </w:r>
      <w:r>
        <w:rPr>
          <w:rFonts w:ascii="Ddylr05K+KaiTi" w:hAnsi="Ddylr05K+KaiTi" w:eastAsia="Ddylr05K+KaiTi"/>
          <w:b/>
          <w:color w:val="000000"/>
          <w:sz w:val="28"/>
        </w:rPr>
        <w:t>用电力</w:t>
      </w:r>
    </w:p>
    <w:p>
      <w:pPr>
        <w:autoSpaceDN w:val="0"/>
        <w:autoSpaceDE w:val="0"/>
        <w:widowControl/>
        <w:spacing w:line="240" w:lineRule="exact" w:before="288" w:after="0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1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0</w:t>
      </w:r>
      <w:r>
        <w:rPr>
          <w:rFonts w:ascii="Ddylr05K+KaiTi" w:hAnsi="Ddylr05K+KaiTi" w:eastAsia="Ddylr05K+KaiTi"/>
          <w:b/>
          <w:color w:val="000000"/>
          <w:sz w:val="24"/>
        </w:rPr>
        <w:t>对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净</w:t>
      </w:r>
      <w:r>
        <w:rPr>
          <w:rFonts w:ascii="Ddylr05K+KaiTi" w:hAnsi="Ddylr05K+KaiTi" w:eastAsia="Ddylr05K+KaiTi"/>
          <w:b/>
          <w:color w:val="000000"/>
          <w:sz w:val="24"/>
        </w:rPr>
        <w:t>购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入</w:t>
      </w:r>
      <w:r>
        <w:rPr>
          <w:rFonts w:ascii="Ddylr05K+KaiTi" w:hAnsi="Ddylr05K+KaiTi" w:eastAsia="Ddylr05K+KaiTi"/>
          <w:b/>
          <w:color w:val="000000"/>
          <w:sz w:val="24"/>
        </w:rPr>
        <w:t>使用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电</w:t>
      </w:r>
      <w:r>
        <w:rPr>
          <w:rFonts w:ascii="Ddylr05K+KaiTi" w:hAnsi="Ddylr05K+KaiTi" w:eastAsia="Ddylr05K+KaiTi"/>
          <w:b/>
          <w:color w:val="000000"/>
          <w:sz w:val="24"/>
        </w:rPr>
        <w:t>力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的</w:t>
      </w:r>
      <w:r>
        <w:rPr>
          <w:rFonts w:ascii="Ddylr05K+KaiTi" w:hAnsi="Ddylr05K+KaiTi" w:eastAsia="Ddylr05K+KaiTi"/>
          <w:b/>
          <w:color w:val="000000"/>
          <w:sz w:val="24"/>
        </w:rPr>
        <w:t>评价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29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项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净</w:t>
      </w:r>
      <w:r>
        <w:rPr>
          <w:spacing w:val="-2"/>
          <w:rFonts w:ascii="Ddylr05K+KaiTi" w:hAnsi="Ddylr05K+KaiTi" w:eastAsia="Ddylr05K+KaiTi"/>
          <w:color w:val="000000"/>
          <w:sz w:val="28"/>
        </w:rPr>
        <w:t>购</w:t>
      </w:r>
      <w:r>
        <w:rPr>
          <w:rFonts w:ascii="Ddylr05K+KaiTi" w:hAnsi="Ddylr05K+KaiTi" w:eastAsia="Ddylr05K+KaiTi"/>
          <w:color w:val="000000"/>
          <w:sz w:val="28"/>
        </w:rPr>
        <w:t>入使</w:t>
      </w:r>
      <w:r>
        <w:rPr>
          <w:spacing w:val="-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电力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值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.87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单</w:t>
      </w:r>
      <w:r>
        <w:rPr>
          <w:rFonts w:ascii="Ddylr05K+KaiTi" w:hAnsi="Ddylr05K+KaiTi" w:eastAsia="Ddylr05K+KaiTi"/>
          <w:color w:val="000000"/>
          <w:sz w:val="28"/>
        </w:rPr>
        <w:t>位</w:t>
      </w: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K</w:t>
      </w:r>
      <w:r>
        <w:rPr>
          <w:spacing w:val="2"/>
          <w:rFonts w:ascii="Ddylr05K+KaiTi" w:hAnsi="Ddylr05K+KaiTi" w:eastAsia="Ddylr05K+KaiTi"/>
          <w:color w:val="000000"/>
          <w:sz w:val="28"/>
        </w:rPr>
        <w:t>W</w:t>
      </w:r>
      <w:r>
        <w:rPr>
          <w:rFonts w:ascii="Ddylr05K+KaiTi" w:hAnsi="Ddylr05K+KaiTi" w:eastAsia="Ddylr05K+KaiTi"/>
          <w:color w:val="000000"/>
          <w:sz w:val="28"/>
        </w:rPr>
        <w:t>h</w:t>
      </w:r>
    </w:p>
    <w:p>
      <w:pPr>
        <w:autoSpaceDN w:val="0"/>
        <w:autoSpaceDE w:val="0"/>
        <w:widowControl/>
        <w:spacing w:line="280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来源及</w:t>
      </w:r>
    </w:p>
    <w:p>
      <w:pPr>
        <w:autoSpaceDN w:val="0"/>
        <w:autoSpaceDE w:val="0"/>
        <w:widowControl/>
        <w:spacing w:line="280" w:lineRule="exact" w:before="32" w:after="0"/>
        <w:ind w:left="0" w:right="1954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电</w:t>
      </w:r>
      <w:r>
        <w:rPr>
          <w:spacing w:val="-2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局提</w:t>
      </w:r>
      <w:r>
        <w:rPr>
          <w:spacing w:val="-2"/>
          <w:rFonts w:ascii="Ddylr05K+KaiTi" w:hAnsi="Ddylr05K+KaiTi" w:eastAsia="Ddylr05K+KaiTi"/>
          <w:color w:val="000000"/>
          <w:sz w:val="28"/>
        </w:rPr>
        <w:t>供</w:t>
      </w:r>
      <w:r>
        <w:rPr>
          <w:rFonts w:ascii="Ddylr05K+KaiTi" w:hAnsi="Ddylr05K+KaiTi" w:eastAsia="Ddylr05K+KaiTi"/>
          <w:color w:val="000000"/>
          <w:sz w:val="28"/>
        </w:rPr>
        <w:t>电费</w:t>
      </w:r>
      <w:r>
        <w:rPr>
          <w:spacing w:val="-2"/>
          <w:rFonts w:ascii="Ddylr05K+KaiTi" w:hAnsi="Ddylr05K+KaiTi" w:eastAsia="Ddylr05K+KaiTi"/>
          <w:color w:val="000000"/>
          <w:sz w:val="28"/>
        </w:rPr>
        <w:t>清</w:t>
      </w:r>
      <w:r>
        <w:rPr>
          <w:rFonts w:ascii="Ddylr05K+KaiTi" w:hAnsi="Ddylr05K+KaiTi" w:eastAsia="Ddylr05K+KaiTi"/>
          <w:color w:val="000000"/>
          <w:sz w:val="28"/>
        </w:rPr>
        <w:t>单，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委</w:t>
      </w:r>
      <w:r>
        <w:rPr>
          <w:rFonts w:ascii="Ddylr05K+KaiTi" w:hAnsi="Ddylr05K+KaiTi" w:eastAsia="Ddylr05K+KaiTi"/>
          <w:color w:val="000000"/>
          <w:sz w:val="28"/>
        </w:rPr>
        <w:t>托方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实</w:t>
      </w:r>
      <w:r>
        <w:rPr>
          <w:rFonts w:ascii="Ddylr05K+KaiTi" w:hAnsi="Ddylr05K+KaiTi" w:eastAsia="Ddylr05K+KaiTi"/>
          <w:color w:val="000000"/>
          <w:sz w:val="28"/>
        </w:rPr>
        <w:t>际核对</w:t>
      </w:r>
    </w:p>
    <w:p>
      <w:pPr>
        <w:autoSpaceDN w:val="0"/>
        <w:autoSpaceDE w:val="0"/>
        <w:widowControl/>
        <w:spacing w:line="280" w:lineRule="exact" w:before="3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交叉</w:t>
      </w:r>
      <w:r>
        <w:rPr>
          <w:rFonts w:ascii="Ddylr05K+KaiTi" w:hAnsi="Ddylr05K+KaiTi" w:eastAsia="Ddylr05K+KaiTi"/>
          <w:color w:val="000000"/>
          <w:sz w:val="28"/>
        </w:rPr>
        <w:t>校核</w:t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35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监测</w:t>
      </w:r>
      <w:r>
        <w:rPr>
          <w:rFonts w:ascii="Ddylr05K+KaiTi" w:hAnsi="Ddylr05K+KaiTi" w:eastAsia="Ddylr05K+KaiTi"/>
          <w:color w:val="000000"/>
          <w:sz w:val="28"/>
        </w:rPr>
        <w:t>方法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电</w:t>
      </w:r>
      <w:r>
        <w:rPr>
          <w:spacing w:val="-2"/>
          <w:rFonts w:ascii="Ddylr05K+KaiTi" w:hAnsi="Ddylr05K+KaiTi" w:eastAsia="Ddylr05K+KaiTi"/>
          <w:color w:val="000000"/>
          <w:sz w:val="28"/>
        </w:rPr>
        <w:t>能</w:t>
      </w:r>
      <w:r>
        <w:rPr>
          <w:rFonts w:ascii="Ddylr05K+KaiTi" w:hAnsi="Ddylr05K+KaiTi" w:eastAsia="Ddylr05K+KaiTi"/>
          <w:color w:val="000000"/>
          <w:sz w:val="28"/>
        </w:rPr>
        <w:t>表自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计量</w:t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35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监测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自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监测</w:t>
      </w:r>
    </w:p>
    <w:p>
      <w:pPr>
        <w:autoSpaceDN w:val="0"/>
        <w:tabs>
          <w:tab w:pos="2312" w:val="left"/>
        </w:tabs>
        <w:autoSpaceDE w:val="0"/>
        <w:widowControl/>
        <w:spacing w:line="282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记录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每</w:t>
      </w:r>
      <w:r>
        <w:rPr>
          <w:spacing w:val="-2"/>
          <w:rFonts w:ascii="Ddylr05K+KaiTi" w:hAnsi="Ddylr05K+KaiTi" w:eastAsia="Ddylr05K+KaiTi"/>
          <w:color w:val="000000"/>
          <w:sz w:val="28"/>
        </w:rPr>
        <w:t>月</w:t>
      </w:r>
      <w:r>
        <w:rPr>
          <w:rFonts w:ascii="Ddylr05K+KaiTi" w:hAnsi="Ddylr05K+KaiTi" w:eastAsia="Ddylr05K+KaiTi"/>
          <w:color w:val="000000"/>
          <w:sz w:val="28"/>
        </w:rPr>
        <w:t>一次</w:t>
      </w:r>
    </w:p>
    <w:p>
      <w:pPr>
        <w:autoSpaceDN w:val="0"/>
        <w:tabs>
          <w:tab w:pos="2312" w:val="left"/>
        </w:tabs>
        <w:autoSpaceDE w:val="0"/>
        <w:widowControl/>
        <w:spacing w:line="636" w:lineRule="exact" w:before="0" w:after="0"/>
        <w:ind w:left="360" w:right="288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缺失</w:t>
      </w:r>
      <w:r>
        <w:rPr>
          <w:spacing w:val="-2"/>
          <w:rFonts w:ascii="Ddylr05K+KaiTi" w:hAnsi="Ddylr05K+KaiTi" w:eastAsia="Ddylr05K+KaiTi"/>
          <w:color w:val="000000"/>
          <w:sz w:val="28"/>
        </w:rPr>
        <w:t>处</w:t>
      </w:r>
      <w:r>
        <w:rPr>
          <w:rFonts w:ascii="Ddylr05K+KaiTi" w:hAnsi="Ddylr05K+KaiTi" w:eastAsia="Ddylr05K+KaiTi"/>
          <w:color w:val="000000"/>
          <w:sz w:val="28"/>
        </w:rPr>
        <w:t>理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无缺失</w:t>
      </w:r>
      <w:r>
        <w:br/>
      </w:r>
      <w:r>
        <w:rPr>
          <w:spacing w:val="-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结论</w:t>
      </w:r>
      <w:r>
        <w:tab/>
      </w:r>
      <w:r>
        <w:rPr>
          <w:spacing w:val="10"/>
          <w:rFonts w:ascii="Ddylr05K+KaiTi" w:hAnsi="Ddylr05K+KaiTi" w:eastAsia="Ddylr05K+KaiTi"/>
          <w:color w:val="000000"/>
          <w:sz w:val="28"/>
        </w:rPr>
        <w:t>经</w:t>
      </w:r>
      <w:r>
        <w:rPr>
          <w:spacing w:val="8"/>
          <w:rFonts w:ascii="Ddylr05K+KaiTi" w:hAnsi="Ddylr05K+KaiTi" w:eastAsia="Ddylr05K+KaiTi"/>
          <w:color w:val="000000"/>
          <w:sz w:val="28"/>
        </w:rPr>
        <w:t>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color w:val="000000"/>
          <w:sz w:val="28"/>
        </w:rPr>
        <w:t>确</w:t>
      </w:r>
      <w:r>
        <w:rPr>
          <w:spacing w:val="10"/>
          <w:rFonts w:ascii="Ddylr05K+KaiTi" w:hAnsi="Ddylr05K+KaiTi" w:eastAsia="Ddylr05K+KaiTi"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6"/>
          <w:rFonts w:ascii="Ddylr05K+KaiTi" w:hAnsi="Ddylr05K+KaiTi" w:eastAsia="Ddylr05K+KaiTi"/>
          <w:color w:val="000000"/>
          <w:sz w:val="28"/>
        </w:rPr>
        <w:t>据</w:t>
      </w:r>
      <w:r>
        <w:rPr>
          <w:spacing w:val="10"/>
          <w:rFonts w:ascii="Ddylr05K+KaiTi" w:hAnsi="Ddylr05K+KaiTi" w:eastAsia="Ddylr05K+KaiTi"/>
          <w:color w:val="000000"/>
          <w:sz w:val="28"/>
        </w:rPr>
        <w:t>源</w:t>
      </w:r>
      <w:r>
        <w:rPr>
          <w:spacing w:val="8"/>
          <w:rFonts w:ascii="Ddylr05K+KaiTi" w:hAnsi="Ddylr05K+KaiTi" w:eastAsia="Ddylr05K+KaiTi"/>
          <w:color w:val="000000"/>
          <w:sz w:val="28"/>
        </w:rPr>
        <w:t>选</w:t>
      </w:r>
      <w:r>
        <w:rPr>
          <w:spacing w:val="10"/>
          <w:rFonts w:ascii="Ddylr05K+KaiTi" w:hAnsi="Ddylr05K+KaiTi" w:eastAsia="Ddylr05K+KaiTi"/>
          <w:color w:val="000000"/>
          <w:sz w:val="28"/>
        </w:rPr>
        <w:t>取</w:t>
      </w:r>
      <w:r>
        <w:rPr>
          <w:spacing w:val="8"/>
          <w:rFonts w:ascii="Ddylr05K+KaiTi" w:hAnsi="Ddylr05K+KaiTi" w:eastAsia="Ddylr05K+KaiTi"/>
          <w:color w:val="000000"/>
          <w:sz w:val="28"/>
        </w:rPr>
        <w:t>合</w:t>
      </w:r>
      <w:r>
        <w:rPr>
          <w:spacing w:val="10"/>
          <w:rFonts w:ascii="Ddylr05K+KaiTi" w:hAnsi="Ddylr05K+KaiTi" w:eastAsia="Ddylr05K+KaiTi"/>
          <w:color w:val="000000"/>
          <w:sz w:val="28"/>
        </w:rPr>
        <w:t>理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真</w:t>
      </w:r>
      <w:r>
        <w:rPr>
          <w:spacing w:val="10"/>
          <w:rFonts w:ascii="Ddylr05K+KaiTi" w:hAnsi="Ddylr05K+KaiTi" w:eastAsia="Ddylr05K+KaiTi"/>
          <w:color w:val="000000"/>
          <w:sz w:val="28"/>
        </w:rPr>
        <w:t>实</w:t>
      </w:r>
      <w:r>
        <w:rPr>
          <w:spacing w:val="8"/>
          <w:rFonts w:ascii="Ddylr05K+KaiTi" w:hAnsi="Ddylr05K+KaiTi" w:eastAsia="Ddylr05K+KaiTi"/>
          <w:color w:val="000000"/>
          <w:sz w:val="28"/>
        </w:rPr>
        <w:t>可</w:t>
      </w:r>
      <w:r>
        <w:rPr>
          <w:spacing w:val="10"/>
          <w:rFonts w:ascii="Ddylr05K+KaiTi" w:hAnsi="Ddylr05K+KaiTi" w:eastAsia="Ddylr05K+KaiTi"/>
          <w:color w:val="000000"/>
          <w:sz w:val="28"/>
        </w:rPr>
        <w:t>信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符</w:t>
      </w:r>
    </w:p>
    <w:p>
      <w:pPr>
        <w:autoSpaceDN w:val="0"/>
        <w:autoSpaceDE w:val="0"/>
        <w:widowControl/>
        <w:spacing w:line="220" w:lineRule="exact" w:before="604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29</w:t>
      </w:r>
    </w:p>
    <w:p>
      <w:pPr>
        <w:sectPr>
          <w:pgSz w:w="11906" w:h="17238"/>
          <w:pgMar w:top="810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92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4394200</wp:posOffset>
            </wp:positionV>
            <wp:extent cx="5753100" cy="4013200"/>
            <wp:wrapNone/>
            <wp:docPr id="35" name="Picture 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40132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914400</wp:posOffset>
            </wp:positionV>
            <wp:extent cx="5422900" cy="419100"/>
            <wp:wrapNone/>
            <wp:docPr id="36" name="Picture 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4191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80" w:lineRule="exact" w:before="0" w:after="0"/>
        <w:ind w:left="0" w:right="4640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合</w:t>
      </w:r>
      <w:r>
        <w:rPr>
          <w:spacing w:val="-2"/>
          <w:rFonts w:ascii="Ddylr05K+KaiTi" w:hAnsi="Ddylr05K+KaiTi" w:eastAsia="Ddylr05K+KaiTi"/>
          <w:color w:val="000000"/>
          <w:sz w:val="28"/>
        </w:rPr>
        <w:t>评</w:t>
      </w:r>
      <w:r>
        <w:rPr>
          <w:rFonts w:ascii="Ddylr05K+KaiTi" w:hAnsi="Ddylr05K+KaiTi" w:eastAsia="Ddylr05K+KaiTi"/>
          <w:color w:val="000000"/>
          <w:sz w:val="28"/>
        </w:rPr>
        <w:t>价依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的要求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10" w:after="0"/>
        <w:ind w:left="360" w:right="432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排放因子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rFonts w:ascii="Ddylr05K+KaiTi" w:hAnsi="Ddylr05K+KaiTi" w:eastAsia="Ddylr05K+KaiTi"/>
          <w:b/>
          <w:color w:val="000000"/>
          <w:sz w:val="28"/>
        </w:rPr>
        <w:t>评价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通</w:t>
      </w:r>
      <w:r>
        <w:rPr>
          <w:spacing w:val="4"/>
          <w:rFonts w:ascii="Ddylr05K+KaiTi" w:hAnsi="Ddylr05K+KaiTi" w:eastAsia="Ddylr05K+KaiTi"/>
          <w:color w:val="000000"/>
          <w:sz w:val="28"/>
        </w:rPr>
        <w:t>过</w:t>
      </w:r>
      <w:r>
        <w:rPr>
          <w:spacing w:val="6"/>
          <w:rFonts w:ascii="Ddylr05K+KaiTi" w:hAnsi="Ddylr05K+KaiTi" w:eastAsia="Ddylr05K+KaiTi"/>
          <w:color w:val="000000"/>
          <w:sz w:val="28"/>
        </w:rPr>
        <w:t>查阅</w:t>
      </w:r>
      <w:r>
        <w:rPr>
          <w:spacing w:val="4"/>
          <w:rFonts w:ascii="Ddylr05K+KaiTi" w:hAnsi="Ddylr05K+KaiTi" w:eastAsia="Ddylr05K+KaiTi"/>
          <w:color w:val="000000"/>
          <w:sz w:val="28"/>
        </w:rPr>
        <w:t>支</w:t>
      </w:r>
      <w:r>
        <w:rPr>
          <w:spacing w:val="6"/>
          <w:rFonts w:ascii="Ddylr05K+KaiTi" w:hAnsi="Ddylr05K+KaiTi" w:eastAsia="Ddylr05K+KaiTi"/>
          <w:color w:val="000000"/>
          <w:sz w:val="28"/>
        </w:rPr>
        <w:t>持性</w:t>
      </w:r>
      <w:r>
        <w:rPr>
          <w:spacing w:val="4"/>
          <w:rFonts w:ascii="Ddylr05K+KaiTi" w:hAnsi="Ddylr05K+KaiTi" w:eastAsia="Ddylr05K+KaiTi"/>
          <w:color w:val="000000"/>
          <w:sz w:val="28"/>
        </w:rPr>
        <w:t>文</w:t>
      </w:r>
      <w:r>
        <w:rPr>
          <w:spacing w:val="8"/>
          <w:rFonts w:ascii="Ddylr05K+KaiTi" w:hAnsi="Ddylr05K+KaiTi" w:eastAsia="Ddylr05K+KaiTi"/>
          <w:color w:val="000000"/>
          <w:sz w:val="28"/>
        </w:rPr>
        <w:t>件</w:t>
      </w:r>
      <w:r>
        <w:rPr>
          <w:spacing w:val="6"/>
          <w:rFonts w:ascii="Ddylr05K+KaiTi" w:hAnsi="Ddylr05K+KaiTi" w:eastAsia="Ddylr05K+KaiTi"/>
          <w:color w:val="000000"/>
          <w:sz w:val="28"/>
        </w:rPr>
        <w:t>及</w:t>
      </w:r>
      <w:r>
        <w:rPr>
          <w:spacing w:val="8"/>
          <w:rFonts w:ascii="Ddylr05K+KaiTi" w:hAnsi="Ddylr05K+KaiTi" w:eastAsia="Ddylr05K+KaiTi"/>
          <w:color w:val="000000"/>
          <w:sz w:val="28"/>
        </w:rPr>
        <w:t>访谈</w:t>
      </w:r>
      <w:r>
        <w:rPr>
          <w:spacing w:val="6"/>
          <w:rFonts w:ascii="Ddylr05K+KaiTi" w:hAnsi="Ddylr05K+KaiTi" w:eastAsia="Ddylr05K+KaiTi"/>
          <w:color w:val="000000"/>
          <w:sz w:val="28"/>
        </w:rPr>
        <w:t>受</w:t>
      </w:r>
      <w:r>
        <w:rPr>
          <w:spacing w:val="8"/>
          <w:rFonts w:ascii="Ddylr05K+KaiTi" w:hAnsi="Ddylr05K+KaiTi" w:eastAsia="Ddylr05K+KaiTi"/>
          <w:color w:val="000000"/>
          <w:sz w:val="28"/>
        </w:rPr>
        <w:t>评价</w:t>
      </w:r>
      <w:r>
        <w:rPr>
          <w:spacing w:val="4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，对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品涉</w:t>
      </w:r>
      <w:r>
        <w:rPr>
          <w:spacing w:val="4"/>
          <w:rFonts w:ascii="Ddylr05K+KaiTi" w:hAnsi="Ddylr05K+KaiTi" w:eastAsia="Ddylr05K+KaiTi"/>
          <w:color w:val="000000"/>
          <w:sz w:val="28"/>
        </w:rPr>
        <w:t>及</w:t>
      </w:r>
      <w:r>
        <w:rPr>
          <w:spacing w:val="8"/>
          <w:rFonts w:ascii="Ddylr05K+KaiTi" w:hAnsi="Ddylr05K+KaiTi" w:eastAsia="Ddylr05K+KaiTi"/>
          <w:color w:val="000000"/>
          <w:sz w:val="28"/>
        </w:rPr>
        <w:t>的每</w:t>
      </w:r>
      <w:r>
        <w:rPr>
          <w:spacing w:val="6"/>
          <w:rFonts w:ascii="Ddylr05K+KaiTi" w:hAnsi="Ddylr05K+KaiTi" w:eastAsia="Ddylr05K+KaiTi"/>
          <w:color w:val="000000"/>
          <w:sz w:val="28"/>
        </w:rPr>
        <w:t>一</w:t>
      </w:r>
      <w:r>
        <w:rPr>
          <w:spacing w:val="8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采</w:t>
      </w:r>
      <w:r>
        <w:rPr>
          <w:spacing w:val="-2"/>
          <w:rFonts w:ascii="Ddylr05K+KaiTi" w:hAnsi="Ddylr05K+KaiTi" w:eastAsia="Ddylr05K+KaiTi"/>
          <w:color w:val="000000"/>
          <w:sz w:val="28"/>
        </w:rPr>
        <w:t>用实</w:t>
      </w:r>
      <w:r>
        <w:rPr>
          <w:rFonts w:ascii="Ddylr05K+KaiTi" w:hAnsi="Ddylr05K+KaiTi" w:eastAsia="Ddylr05K+KaiTi"/>
          <w:color w:val="000000"/>
          <w:sz w:val="28"/>
        </w:rPr>
        <w:t>测方</w:t>
      </w:r>
      <w:r>
        <w:rPr>
          <w:spacing w:val="-2"/>
          <w:rFonts w:ascii="Ddylr05K+KaiTi" w:hAnsi="Ddylr05K+KaiTi" w:eastAsia="Ddylr05K+KaiTi"/>
          <w:color w:val="000000"/>
          <w:sz w:val="28"/>
        </w:rPr>
        <w:t>法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据单</w:t>
      </w:r>
      <w:r>
        <w:rPr>
          <w:spacing w:val="-2"/>
          <w:rFonts w:ascii="Ddylr05K+KaiTi" w:hAnsi="Ddylr05K+KaiTi" w:eastAsia="Ddylr05K+KaiTi"/>
          <w:color w:val="000000"/>
          <w:sz w:val="28"/>
        </w:rPr>
        <w:t>位</w:t>
      </w:r>
      <w:r>
        <w:rPr>
          <w:rFonts w:ascii="Ddylr05K+KaiTi" w:hAnsi="Ddylr05K+KaiTi" w:eastAsia="Ddylr05K+KaiTi"/>
          <w:color w:val="000000"/>
          <w:sz w:val="28"/>
        </w:rPr>
        <w:t>、数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来源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监测</w:t>
      </w:r>
      <w:r>
        <w:rPr>
          <w:spacing w:val="-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法、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监</w:t>
      </w:r>
      <w:r>
        <w:rPr>
          <w:rFonts w:ascii="Ddylr05K+KaiTi" w:hAnsi="Ddylr05K+KaiTi" w:eastAsia="Ddylr05K+KaiTi"/>
          <w:color w:val="000000"/>
          <w:sz w:val="28"/>
        </w:rPr>
        <w:t>测频</w:t>
      </w:r>
      <w:r>
        <w:rPr>
          <w:spacing w:val="-2"/>
          <w:rFonts w:ascii="Ddylr05K+KaiTi" w:hAnsi="Ddylr05K+KaiTi" w:eastAsia="Ddylr05K+KaiTi"/>
          <w:color w:val="000000"/>
          <w:sz w:val="28"/>
        </w:rPr>
        <w:t>次</w:t>
      </w:r>
      <w:r>
        <w:rPr>
          <w:rFonts w:ascii="Ddylr05K+KaiTi" w:hAnsi="Ddylr05K+KaiTi" w:eastAsia="Ddylr05K+KaiTi"/>
          <w:color w:val="000000"/>
          <w:sz w:val="28"/>
        </w:rPr>
        <w:t>、</w:t>
      </w:r>
      <w:r>
        <w:rPr>
          <w:spacing w:val="-2"/>
          <w:rFonts w:ascii="Ddylr05K+KaiTi" w:hAnsi="Ddylr05K+KaiTi" w:eastAsia="Ddylr05K+KaiTi"/>
          <w:color w:val="000000"/>
          <w:sz w:val="28"/>
        </w:rPr>
        <w:t>记录</w:t>
      </w:r>
      <w:r>
        <w:rPr>
          <w:rFonts w:ascii="Ddylr05K+KaiTi" w:hAnsi="Ddylr05K+KaiTi" w:eastAsia="Ddylr05K+KaiTi"/>
          <w:color w:val="000000"/>
          <w:sz w:val="28"/>
        </w:rPr>
        <w:t>频次</w:t>
      </w:r>
      <w:r>
        <w:rPr>
          <w:spacing w:val="-2"/>
          <w:rFonts w:ascii="Ddylr05K+KaiTi" w:hAnsi="Ddylr05K+KaiTi" w:eastAsia="Ddylr05K+KaiTi"/>
          <w:color w:val="000000"/>
          <w:sz w:val="28"/>
        </w:rPr>
        <w:t>、</w:t>
      </w:r>
      <w:r>
        <w:rPr>
          <w:rFonts w:ascii="Ddylr05K+KaiTi" w:hAnsi="Ddylr05K+KaiTi" w:eastAsia="Ddylr05K+KaiTi"/>
          <w:color w:val="000000"/>
          <w:sz w:val="28"/>
        </w:rPr>
        <w:t>数据</w:t>
      </w:r>
      <w:r>
        <w:rPr>
          <w:spacing w:val="-2"/>
          <w:rFonts w:ascii="Ddylr05K+KaiTi" w:hAnsi="Ddylr05K+KaiTi" w:eastAsia="Ddylr05K+KaiTi"/>
          <w:color w:val="000000"/>
          <w:sz w:val="28"/>
        </w:rPr>
        <w:t>缺</w:t>
      </w:r>
      <w:r>
        <w:rPr>
          <w:rFonts w:ascii="Ddylr05K+KaiTi" w:hAnsi="Ddylr05K+KaiTi" w:eastAsia="Ddylr05K+KaiTi"/>
          <w:color w:val="000000"/>
          <w:sz w:val="28"/>
        </w:rPr>
        <w:t>失处</w:t>
      </w:r>
      <w:r>
        <w:rPr>
          <w:spacing w:val="-2"/>
          <w:rFonts w:ascii="Ddylr05K+KaiTi" w:hAnsi="Ddylr05K+KaiTi" w:eastAsia="Ddylr05K+KaiTi"/>
          <w:color w:val="000000"/>
          <w:sz w:val="28"/>
        </w:rPr>
        <w:t>理</w:t>
      </w:r>
      <w:r>
        <w:rPr>
          <w:rFonts w:ascii="Ddylr05K+KaiTi" w:hAnsi="Ddylr05K+KaiTi" w:eastAsia="Ddylr05K+KaiTi"/>
          <w:color w:val="000000"/>
          <w:sz w:val="28"/>
        </w:rPr>
        <w:t>等进</w:t>
      </w:r>
      <w:r>
        <w:rPr>
          <w:spacing w:val="-2"/>
          <w:rFonts w:ascii="Ddylr05K+KaiTi" w:hAnsi="Ddylr05K+KaiTi" w:eastAsia="Ddylr05K+KaiTi"/>
          <w:color w:val="000000"/>
          <w:sz w:val="28"/>
        </w:rPr>
        <w:t>行</w:t>
      </w:r>
      <w:r>
        <w:rPr>
          <w:rFonts w:ascii="Ddylr05K+KaiTi" w:hAnsi="Ddylr05K+KaiTi" w:eastAsia="Ddylr05K+KaiTi"/>
          <w:color w:val="000000"/>
          <w:sz w:val="28"/>
        </w:rPr>
        <w:t>了评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，并</w:t>
      </w:r>
      <w:r>
        <w:rPr>
          <w:spacing w:val="-2"/>
          <w:rFonts w:ascii="Ddylr05K+KaiTi" w:hAnsi="Ddylr05K+KaiTi" w:eastAsia="Ddylr05K+KaiTi"/>
          <w:color w:val="000000"/>
          <w:sz w:val="28"/>
        </w:rPr>
        <w:t>对</w:t>
      </w:r>
      <w:r>
        <w:rPr>
          <w:rFonts w:ascii="Ddylr05K+KaiTi" w:hAnsi="Ddylr05K+KaiTi" w:eastAsia="Ddylr05K+KaiTi"/>
          <w:color w:val="000000"/>
          <w:sz w:val="28"/>
        </w:rPr>
        <w:t>数据</w:t>
      </w:r>
      <w:r>
        <w:rPr>
          <w:spacing w:val="-2"/>
          <w:rFonts w:ascii="Ddylr05K+KaiTi" w:hAnsi="Ddylr05K+KaiTi" w:eastAsia="Ddylr05K+KaiTi"/>
          <w:color w:val="000000"/>
          <w:sz w:val="28"/>
        </w:rPr>
        <w:t>进</w:t>
      </w:r>
      <w:r>
        <w:rPr>
          <w:rFonts w:ascii="Ddylr05K+KaiTi" w:hAnsi="Ddylr05K+KaiTi" w:eastAsia="Ddylr05K+KaiTi"/>
          <w:color w:val="000000"/>
          <w:sz w:val="28"/>
        </w:rPr>
        <w:t>行了</w:t>
      </w:r>
      <w:r>
        <w:rPr>
          <w:spacing w:val="-2"/>
          <w:rFonts w:ascii="Ddylr05K+KaiTi" w:hAnsi="Ddylr05K+KaiTi" w:eastAsia="Ddylr05K+KaiTi"/>
          <w:color w:val="000000"/>
          <w:sz w:val="28"/>
        </w:rPr>
        <w:t>交</w:t>
      </w:r>
      <w:r>
        <w:rPr>
          <w:rFonts w:ascii="Ddylr05K+KaiTi" w:hAnsi="Ddylr05K+KaiTi" w:eastAsia="Ddylr05K+KaiTi"/>
          <w:color w:val="000000"/>
          <w:sz w:val="28"/>
        </w:rPr>
        <w:t>叉核</w:t>
      </w:r>
      <w:r>
        <w:rPr>
          <w:spacing w:val="-2"/>
          <w:rFonts w:ascii="Ddylr05K+KaiTi" w:hAnsi="Ddylr05K+KaiTi" w:eastAsia="Ddylr05K+KaiTi"/>
          <w:color w:val="000000"/>
          <w:sz w:val="28"/>
        </w:rPr>
        <w:t>对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对每</w:t>
      </w:r>
      <w:r>
        <w:rPr>
          <w:rFonts w:ascii="Ddylr05K+KaiTi" w:hAnsi="Ddylr05K+KaiTi" w:eastAsia="Ddylr05K+KaiTi"/>
          <w:color w:val="000000"/>
          <w:sz w:val="28"/>
        </w:rPr>
        <w:t>一个</w:t>
      </w:r>
      <w:r>
        <w:rPr>
          <w:spacing w:val="-2"/>
          <w:rFonts w:ascii="Ddylr05K+KaiTi" w:hAnsi="Ddylr05K+KaiTi" w:eastAsia="Ddylr05K+KaiTi"/>
          <w:color w:val="000000"/>
          <w:sz w:val="28"/>
        </w:rPr>
        <w:t>采</w:t>
      </w:r>
      <w:r>
        <w:rPr>
          <w:rFonts w:ascii="Ddylr05K+KaiTi" w:hAnsi="Ddylr05K+KaiTi" w:eastAsia="Ddylr05K+KaiTi"/>
          <w:color w:val="000000"/>
          <w:sz w:val="28"/>
        </w:rPr>
        <w:t>用缺</w:t>
      </w:r>
      <w:r>
        <w:rPr>
          <w:spacing w:val="-2"/>
          <w:rFonts w:ascii="Ddylr05K+KaiTi" w:hAnsi="Ddylr05K+KaiTi" w:eastAsia="Ddylr05K+KaiTi"/>
          <w:color w:val="000000"/>
          <w:sz w:val="28"/>
        </w:rPr>
        <w:t>省</w:t>
      </w:r>
      <w:r>
        <w:rPr>
          <w:rFonts w:ascii="Ddylr05K+KaiTi" w:hAnsi="Ddylr05K+KaiTi" w:eastAsia="Ddylr05K+KaiTi"/>
          <w:color w:val="000000"/>
          <w:sz w:val="28"/>
        </w:rPr>
        <w:t>值的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放因</w:t>
      </w:r>
      <w:r>
        <w:rPr>
          <w:spacing w:val="-2"/>
          <w:rFonts w:ascii="Ddylr05K+KaiTi" w:hAnsi="Ddylr05K+KaiTi" w:eastAsia="Ddylr05K+KaiTi"/>
          <w:color w:val="000000"/>
          <w:sz w:val="28"/>
        </w:rPr>
        <w:t>子</w:t>
      </w:r>
      <w:r>
        <w:rPr>
          <w:rFonts w:ascii="Ddylr05K+KaiTi" w:hAnsi="Ddylr05K+KaiTi" w:eastAsia="Ddylr05K+KaiTi"/>
          <w:color w:val="000000"/>
          <w:sz w:val="28"/>
        </w:rPr>
        <w:t>的来</w:t>
      </w:r>
      <w:r>
        <w:rPr>
          <w:spacing w:val="-2"/>
          <w:rFonts w:ascii="Ddylr05K+KaiTi" w:hAnsi="Ddylr05K+KaiTi" w:eastAsia="Ddylr05K+KaiTi"/>
          <w:color w:val="000000"/>
          <w:sz w:val="28"/>
        </w:rPr>
        <w:t>源</w:t>
      </w:r>
      <w:r>
        <w:rPr>
          <w:rFonts w:ascii="Ddylr05K+KaiTi" w:hAnsi="Ddylr05K+KaiTi" w:eastAsia="Ddylr05K+KaiTi"/>
          <w:color w:val="000000"/>
          <w:sz w:val="28"/>
        </w:rPr>
        <w:t>和数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值</w:t>
      </w:r>
      <w:r>
        <w:rPr>
          <w:rFonts w:ascii="Ddylr05K+KaiTi" w:hAnsi="Ddylr05K+KaiTi" w:eastAsia="Ddylr05K+KaiTi"/>
          <w:color w:val="000000"/>
          <w:sz w:val="28"/>
        </w:rPr>
        <w:t>进行</w:t>
      </w:r>
      <w:r>
        <w:rPr>
          <w:spacing w:val="-2"/>
          <w:rFonts w:ascii="Ddylr05K+KaiTi" w:hAnsi="Ddylr05K+KaiTi" w:eastAsia="Ddylr05K+KaiTi"/>
          <w:color w:val="000000"/>
          <w:sz w:val="28"/>
        </w:rPr>
        <w:t>了</w:t>
      </w:r>
      <w:r>
        <w:rPr>
          <w:rFonts w:ascii="Ddylr05K+KaiTi" w:hAnsi="Ddylr05K+KaiTi" w:eastAsia="Ddylr05K+KaiTi"/>
          <w:color w:val="000000"/>
          <w:sz w:val="28"/>
        </w:rPr>
        <w:t>评价。</w:t>
      </w:r>
    </w:p>
    <w:p>
      <w:pPr>
        <w:autoSpaceDN w:val="0"/>
        <w:autoSpaceDE w:val="0"/>
        <w:widowControl/>
        <w:spacing w:line="624" w:lineRule="exact" w:before="0" w:after="0"/>
        <w:ind w:left="360" w:right="288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1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原材料获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取</w:t>
      </w:r>
      <w:r>
        <w:rPr>
          <w:rFonts w:ascii="Ddylr05K+KaiTi" w:hAnsi="Ddylr05K+KaiTi" w:eastAsia="Ddylr05K+KaiTi"/>
          <w:b/>
          <w:color w:val="000000"/>
          <w:sz w:val="28"/>
        </w:rPr>
        <w:t>排放相关排放因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子</w:t>
      </w:r>
      <w:r>
        <w:rPr>
          <w:rFonts w:ascii="Ddylr05K+KaiTi" w:hAnsi="Ddylr05K+KaiTi" w:eastAsia="Ddylr05K+KaiTi"/>
          <w:b/>
          <w:color w:val="000000"/>
          <w:sz w:val="28"/>
        </w:rPr>
        <w:t>的评价</w:t>
      </w:r>
      <w:r>
        <w:rPr>
          <w:spacing w:val="-2"/>
          <w:rFonts w:ascii="Ddylr05K+KaiTi" w:hAnsi="Ddylr05K+KaiTi" w:eastAsia="Ddylr05K+KaiTi"/>
          <w:color w:val="000000"/>
          <w:sz w:val="28"/>
        </w:rPr>
        <w:t>排放</w:t>
      </w:r>
      <w:r>
        <w:rPr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1：</w:t>
      </w:r>
      <w:r>
        <w:rPr>
          <w:spacing w:val="-2"/>
          <w:rFonts w:ascii="Ddylr05K+KaiTi" w:hAnsi="Ddylr05K+KaiTi" w:eastAsia="Ddylr05K+KaiTi"/>
          <w:color w:val="000000"/>
          <w:sz w:val="28"/>
        </w:rPr>
        <w:t>车辆</w:t>
      </w:r>
      <w:r>
        <w:rPr>
          <w:rFonts w:ascii="Ddylr05K+KaiTi" w:hAnsi="Ddylr05K+KaiTi" w:eastAsia="Ddylr05K+KaiTi"/>
          <w:color w:val="000000"/>
          <w:sz w:val="28"/>
        </w:rPr>
        <w:t>变速</w:t>
      </w:r>
      <w:r>
        <w:rPr>
          <w:spacing w:val="-2"/>
          <w:rFonts w:ascii="Ddylr05K+KaiTi" w:hAnsi="Ddylr05K+KaiTi" w:eastAsia="Ddylr05K+KaiTi"/>
          <w:color w:val="000000"/>
          <w:sz w:val="28"/>
        </w:rPr>
        <w:t>箱</w:t>
      </w:r>
      <w:r>
        <w:rPr>
          <w:rFonts w:ascii="Ddylr05K+KaiTi" w:hAnsi="Ddylr05K+KaiTi" w:eastAsia="Ddylr05K+KaiTi"/>
          <w:color w:val="000000"/>
          <w:sz w:val="28"/>
        </w:rPr>
        <w:t>、驱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桥齿</w:t>
      </w:r>
      <w:r>
        <w:rPr>
          <w:spacing w:val="-2"/>
          <w:rFonts w:ascii="Ddylr05K+KaiTi" w:hAnsi="Ddylr05K+KaiTi" w:eastAsia="Ddylr05K+KaiTi"/>
          <w:color w:val="000000"/>
          <w:sz w:val="28"/>
        </w:rPr>
        <w:t>轮</w:t>
      </w:r>
      <w:r>
        <w:rPr>
          <w:rFonts w:ascii="Ddylr05K+KaiTi" w:hAnsi="Ddylr05K+KaiTi" w:eastAsia="Ddylr05K+KaiTi"/>
          <w:color w:val="000000"/>
          <w:sz w:val="28"/>
        </w:rPr>
        <w:t>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因子</w:t>
      </w:r>
    </w:p>
    <w:p>
      <w:pPr>
        <w:autoSpaceDN w:val="0"/>
        <w:autoSpaceDE w:val="0"/>
        <w:widowControl/>
        <w:spacing w:line="240" w:lineRule="exact" w:before="288" w:after="234"/>
        <w:ind w:left="1288" w:right="0" w:firstLine="0"/>
        <w:jc w:val="left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0</w:t>
      </w:r>
      <w:r>
        <w:rPr>
          <w:spacing w:val="53"/>
          <w:rFonts w:ascii="Arial" w:hAnsi="Arial" w:eastAsia="Arial"/>
          <w:b/>
          <w:color w:val="000000"/>
          <w:sz w:val="24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对</w:t>
      </w:r>
      <w:r>
        <w:rPr>
          <w:rFonts w:ascii="Ddylr05K+KaiTi" w:hAnsi="Ddylr05K+KaiTi" w:eastAsia="Ddylr05K+KaiTi"/>
          <w:b/>
          <w:color w:val="000000"/>
          <w:sz w:val="24"/>
        </w:rPr>
        <w:t>车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辆</w:t>
      </w:r>
      <w:r>
        <w:rPr>
          <w:rFonts w:ascii="Ddylr05K+KaiTi" w:hAnsi="Ddylr05K+KaiTi" w:eastAsia="Ddylr05K+KaiTi"/>
          <w:b/>
          <w:color w:val="000000"/>
          <w:sz w:val="24"/>
        </w:rPr>
        <w:t>变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速</w:t>
      </w:r>
      <w:r>
        <w:rPr>
          <w:rFonts w:ascii="Ddylr05K+KaiTi" w:hAnsi="Ddylr05K+KaiTi" w:eastAsia="Ddylr05K+KaiTi"/>
          <w:b/>
          <w:color w:val="000000"/>
          <w:sz w:val="24"/>
        </w:rPr>
        <w:t>箱、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驱</w:t>
      </w:r>
      <w:r>
        <w:rPr>
          <w:rFonts w:ascii="Ddylr05K+KaiTi" w:hAnsi="Ddylr05K+KaiTi" w:eastAsia="Ddylr05K+KaiTi"/>
          <w:b/>
          <w:color w:val="000000"/>
          <w:sz w:val="24"/>
        </w:rPr>
        <w:t>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桥</w:t>
      </w:r>
      <w:r>
        <w:rPr>
          <w:rFonts w:ascii="Ddylr05K+KaiTi" w:hAnsi="Ddylr05K+KaiTi" w:eastAsia="Ddylr05K+KaiTi"/>
          <w:b/>
          <w:color w:val="000000"/>
          <w:sz w:val="24"/>
        </w:rPr>
        <w:t>齿轮各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原</w:t>
      </w:r>
      <w:r>
        <w:rPr>
          <w:rFonts w:ascii="Ddylr05K+KaiTi" w:hAnsi="Ddylr05K+KaiTi" w:eastAsia="Ddylr05K+KaiTi"/>
          <w:b/>
          <w:color w:val="000000"/>
          <w:sz w:val="24"/>
        </w:rPr>
        <w:t>材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料</w:t>
      </w:r>
      <w:r>
        <w:rPr>
          <w:rFonts w:ascii="Ddylr05K+KaiTi" w:hAnsi="Ddylr05K+KaiTi" w:eastAsia="Ddylr05K+KaiTi"/>
          <w:b/>
          <w:color w:val="000000"/>
          <w:sz w:val="24"/>
        </w:rPr>
        <w:t>排放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因</w:t>
      </w:r>
      <w:r>
        <w:rPr>
          <w:rFonts w:ascii="Ddylr05K+KaiTi" w:hAnsi="Ddylr05K+KaiTi" w:eastAsia="Ddylr05K+KaiTi"/>
          <w:b/>
          <w:color w:val="000000"/>
          <w:sz w:val="24"/>
        </w:rPr>
        <w:t>子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的</w:t>
      </w:r>
      <w:r>
        <w:rPr>
          <w:rFonts w:ascii="Ddylr05K+KaiTi" w:hAnsi="Ddylr05K+KaiTi" w:eastAsia="Ddylr05K+KaiTi"/>
          <w:b/>
          <w:color w:val="000000"/>
          <w:sz w:val="24"/>
        </w:rPr>
        <w:t>评价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00.0" w:type="dxa"/>
      </w:tblPr>
      <w:tblGrid>
        <w:gridCol w:w="1560"/>
        <w:gridCol w:w="4780"/>
        <w:gridCol w:w="1720"/>
      </w:tblGrid>
      <w:tr>
        <w:trPr>
          <w:trHeight w:hRule="exact" w:val="498"/>
        </w:trPr>
        <w:tc>
          <w:tcPr>
            <w:tcW w:type="dxa" w:w="15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0" w:right="31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数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项</w:t>
            </w:r>
          </w:p>
        </w:tc>
        <w:tc>
          <w:tcPr>
            <w:tcW w:type="dxa" w:w="47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35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车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辆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变速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箱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、驱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动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桥齿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排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因子</w:t>
            </w:r>
          </w:p>
        </w:tc>
        <w:tc>
          <w:tcPr>
            <w:tcW w:type="dxa" w:w="17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14" w:after="0"/>
              <w:ind w:left="39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毛坯</w:t>
            </w:r>
          </w:p>
        </w:tc>
      </w:tr>
      <w:tr>
        <w:trPr>
          <w:trHeight w:hRule="exact" w:val="640"/>
        </w:trPr>
        <w:tc>
          <w:tcPr>
            <w:tcW w:type="dxa" w:w="15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94" w:after="0"/>
              <w:ind w:left="0" w:right="31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原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材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料</w:t>
            </w:r>
          </w:p>
        </w:tc>
        <w:tc>
          <w:tcPr>
            <w:tcW w:type="dxa" w:w="47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6" w:after="0"/>
              <w:ind w:left="0" w:right="266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圆钢</w:t>
            </w:r>
          </w:p>
        </w:tc>
        <w:tc>
          <w:tcPr>
            <w:tcW w:type="dxa" w:w="3064"/>
            <w:vMerge/>
          </w:tcPr>
          <w:p/>
        </w:tc>
      </w:tr>
      <w:tr>
        <w:trPr>
          <w:trHeight w:hRule="exact" w:val="640"/>
        </w:trPr>
        <w:tc>
          <w:tcPr>
            <w:tcW w:type="dxa" w:w="15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8" w:after="0"/>
              <w:ind w:left="0" w:right="31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数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值</w:t>
            </w:r>
          </w:p>
        </w:tc>
        <w:tc>
          <w:tcPr>
            <w:tcW w:type="dxa" w:w="47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0" w:right="266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2.30</w:t>
            </w:r>
          </w:p>
        </w:tc>
        <w:tc>
          <w:tcPr>
            <w:tcW w:type="dxa" w:w="17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39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2.23</w:t>
            </w:r>
          </w:p>
        </w:tc>
      </w:tr>
      <w:tr>
        <w:trPr>
          <w:trHeight w:hRule="exact" w:val="526"/>
        </w:trPr>
        <w:tc>
          <w:tcPr>
            <w:tcW w:type="dxa" w:w="15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4" w:after="0"/>
              <w:ind w:left="0" w:right="45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单位</w:t>
            </w:r>
          </w:p>
        </w:tc>
        <w:tc>
          <w:tcPr>
            <w:tcW w:type="dxa" w:w="47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206" w:after="0"/>
              <w:ind w:left="0" w:right="251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tCO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e/t</w:t>
            </w:r>
          </w:p>
        </w:tc>
        <w:tc>
          <w:tcPr>
            <w:tcW w:type="dxa" w:w="17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206" w:after="0"/>
              <w:ind w:left="24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tCO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e/t</w:t>
            </w:r>
          </w:p>
        </w:tc>
      </w:tr>
    </w:tbl>
    <w:p>
      <w:pPr>
        <w:autoSpaceDN w:val="0"/>
        <w:autoSpaceDE w:val="0"/>
        <w:widowControl/>
        <w:spacing w:line="280" w:lineRule="exact" w:before="292" w:after="0"/>
        <w:ind w:left="0" w:right="3240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因子</w:t>
      </w:r>
      <w:r>
        <w:rPr>
          <w:spacing w:val="-2"/>
          <w:rFonts w:ascii="Ddylr05K+KaiTi" w:hAnsi="Ddylr05K+KaiTi" w:eastAsia="Ddylr05K+KaiTi"/>
          <w:color w:val="000000"/>
          <w:sz w:val="28"/>
        </w:rPr>
        <w:t>选</w:t>
      </w:r>
      <w:r>
        <w:rPr>
          <w:rFonts w:ascii="Ddylr05K+KaiTi" w:hAnsi="Ddylr05K+KaiTi" w:eastAsia="Ddylr05K+KaiTi"/>
          <w:color w:val="000000"/>
          <w:sz w:val="28"/>
        </w:rPr>
        <w:t>用的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优</w:t>
      </w:r>
      <w:r>
        <w:rPr>
          <w:rFonts w:ascii="Ddylr05K+KaiTi" w:hAnsi="Ddylr05K+KaiTi" w:eastAsia="Ddylr05K+KaiTi"/>
          <w:color w:val="000000"/>
          <w:sz w:val="28"/>
        </w:rPr>
        <w:t>先次</w:t>
      </w:r>
      <w:r>
        <w:rPr>
          <w:spacing w:val="-2"/>
          <w:rFonts w:ascii="Ddylr05K+KaiTi" w:hAnsi="Ddylr05K+KaiTi" w:eastAsia="Ddylr05K+KaiTi"/>
          <w:color w:val="000000"/>
          <w:sz w:val="28"/>
        </w:rPr>
        <w:t>序</w:t>
      </w:r>
      <w:r>
        <w:rPr>
          <w:rFonts w:ascii="Ddylr05K+KaiTi" w:hAnsi="Ddylr05K+KaiTi" w:eastAsia="Ddylr05K+KaiTi"/>
          <w:color w:val="000000"/>
          <w:sz w:val="28"/>
        </w:rPr>
        <w:t>为：</w:t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344" w:after="0"/>
        <w:ind w:left="64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来源</w:t>
      </w:r>
      <w:r>
        <w:tab/>
      </w:r>
      <w:r>
        <w:rPr>
          <w:rFonts w:ascii="Ddylr05K+KaiTi" w:hAnsi="Ddylr05K+KaiTi" w:eastAsia="Ddylr05K+KaiTi"/>
          <w:color w:val="000000"/>
          <w:sz w:val="28"/>
        </w:rPr>
        <w:t>国</w:t>
      </w:r>
      <w:r>
        <w:rPr>
          <w:spacing w:val="-2"/>
          <w:rFonts w:ascii="Ddylr05K+KaiTi" w:hAnsi="Ddylr05K+KaiTi" w:eastAsia="Ddylr05K+KaiTi"/>
          <w:color w:val="000000"/>
          <w:sz w:val="28"/>
        </w:rPr>
        <w:t>内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子；</w:t>
      </w:r>
    </w:p>
    <w:p>
      <w:pPr>
        <w:autoSpaceDN w:val="0"/>
        <w:autoSpaceDE w:val="0"/>
        <w:widowControl/>
        <w:spacing w:line="628" w:lineRule="exact" w:before="0" w:after="0"/>
        <w:ind w:left="2312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《</w:t>
      </w:r>
      <w:r>
        <w:rPr>
          <w:spacing w:val="-2"/>
          <w:rFonts w:ascii="Ddylr05K+KaiTi" w:hAnsi="Ddylr05K+KaiTi" w:eastAsia="Ddylr05K+KaiTi"/>
          <w:color w:val="000000"/>
          <w:sz w:val="28"/>
        </w:rPr>
        <w:t>中</w:t>
      </w:r>
      <w:r>
        <w:rPr>
          <w:rFonts w:ascii="Ddylr05K+KaiTi" w:hAnsi="Ddylr05K+KaiTi" w:eastAsia="Ddylr05K+KaiTi"/>
          <w:color w:val="000000"/>
          <w:sz w:val="28"/>
        </w:rPr>
        <w:t>国产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全生</w:t>
      </w:r>
      <w:r>
        <w:rPr>
          <w:spacing w:val="-2"/>
          <w:rFonts w:ascii="Ddylr05K+KaiTi" w:hAnsi="Ddylr05K+KaiTi" w:eastAsia="Ddylr05K+KaiTi"/>
          <w:color w:val="000000"/>
          <w:sz w:val="28"/>
        </w:rPr>
        <w:t>命</w:t>
      </w:r>
      <w:r>
        <w:rPr>
          <w:rFonts w:ascii="Ddylr05K+KaiTi" w:hAnsi="Ddylr05K+KaiTi" w:eastAsia="Ddylr05K+KaiTi"/>
          <w:color w:val="000000"/>
          <w:sz w:val="28"/>
        </w:rPr>
        <w:t>周期</w:t>
      </w:r>
      <w:r>
        <w:rPr>
          <w:spacing w:val="-2"/>
          <w:rFonts w:ascii="Ddylr05K+KaiTi" w:hAnsi="Ddylr05K+KaiTi" w:eastAsia="Ddylr05K+KaiTi"/>
          <w:color w:val="000000"/>
          <w:sz w:val="28"/>
        </w:rPr>
        <w:t>温</w:t>
      </w:r>
      <w:r>
        <w:rPr>
          <w:rFonts w:ascii="Ddylr05K+KaiTi" w:hAnsi="Ddylr05K+KaiTi" w:eastAsia="Ddylr05K+KaiTi"/>
          <w:color w:val="000000"/>
          <w:sz w:val="28"/>
        </w:rPr>
        <w:t>室气</w:t>
      </w:r>
      <w:r>
        <w:rPr>
          <w:spacing w:val="-2"/>
          <w:rFonts w:ascii="Ddylr05K+KaiTi" w:hAnsi="Ddylr05K+KaiTi" w:eastAsia="Ddylr05K+KaiTi"/>
          <w:color w:val="000000"/>
          <w:sz w:val="28"/>
        </w:rPr>
        <w:t>体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系</w:t>
      </w:r>
      <w:r>
        <w:rPr>
          <w:rFonts w:ascii="Ddylr05K+KaiTi" w:hAnsi="Ddylr05K+KaiTi" w:eastAsia="Ddylr05K+KaiTi"/>
          <w:color w:val="000000"/>
          <w:sz w:val="28"/>
        </w:rPr>
        <w:t>数集</w:t>
      </w:r>
      <w:r>
        <w:rPr>
          <w:spacing w:val="-2"/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）》</w:t>
      </w:r>
      <w:r>
        <w:rPr>
          <w:spacing w:val="4"/>
          <w:rFonts w:ascii="Ddylr05K+KaiTi" w:hAnsi="Ddylr05K+KaiTi" w:eastAsia="Ddylr05K+KaiTi"/>
          <w:color w:val="000000"/>
          <w:sz w:val="28"/>
        </w:rPr>
        <w:t>经评</w:t>
      </w:r>
      <w:r>
        <w:rPr>
          <w:spacing w:val="6"/>
          <w:rFonts w:ascii="Ddylr05K+KaiTi" w:hAnsi="Ddylr05K+KaiTi" w:eastAsia="Ddylr05K+KaiTi"/>
          <w:color w:val="000000"/>
          <w:sz w:val="28"/>
        </w:rPr>
        <w:t>价</w:t>
      </w:r>
      <w:r>
        <w:rPr>
          <w:spacing w:val="4"/>
          <w:rFonts w:ascii="Ddylr05K+KaiTi" w:hAnsi="Ddylr05K+KaiTi" w:eastAsia="Ddylr05K+KaiTi"/>
          <w:color w:val="000000"/>
          <w:sz w:val="28"/>
        </w:rPr>
        <w:t>确</w:t>
      </w:r>
      <w:r>
        <w:rPr>
          <w:spacing w:val="6"/>
          <w:rFonts w:ascii="Ddylr05K+KaiTi" w:hAnsi="Ddylr05K+KaiTi" w:eastAsia="Ddylr05K+KaiTi"/>
          <w:color w:val="000000"/>
          <w:sz w:val="28"/>
        </w:rPr>
        <w:t>认，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受</w:t>
      </w:r>
      <w:r>
        <w:rPr>
          <w:spacing w:val="4"/>
          <w:rFonts w:ascii="Ddylr05K+KaiTi" w:hAnsi="Ddylr05K+KaiTi" w:eastAsia="Ddylr05K+KaiTi"/>
          <w:color w:val="000000"/>
          <w:sz w:val="28"/>
        </w:rPr>
        <w:t>评价方</w:t>
      </w:r>
      <w:r>
        <w:rPr>
          <w:spacing w:val="8"/>
          <w:rFonts w:ascii="Ddylr05K+KaiTi" w:hAnsi="Ddylr05K+KaiTi" w:eastAsia="Ddylr05K+KaiTi"/>
          <w:color w:val="000000"/>
          <w:sz w:val="28"/>
        </w:rPr>
        <w:t>原</w:t>
      </w:r>
      <w:r>
        <w:rPr>
          <w:spacing w:val="6"/>
          <w:rFonts w:ascii="Ddylr05K+KaiTi" w:hAnsi="Ddylr05K+KaiTi" w:eastAsia="Ddylr05K+KaiTi"/>
          <w:color w:val="000000"/>
          <w:sz w:val="28"/>
        </w:rPr>
        <w:t>材料</w:t>
      </w:r>
      <w:r>
        <w:rPr>
          <w:spacing w:val="4"/>
          <w:rFonts w:ascii="Ddylr05K+KaiTi" w:hAnsi="Ddylr05K+KaiTi" w:eastAsia="Ddylr05K+KaiTi"/>
          <w:color w:val="000000"/>
          <w:sz w:val="28"/>
        </w:rPr>
        <w:t>主</w:t>
      </w:r>
      <w:r>
        <w:rPr>
          <w:spacing w:val="6"/>
          <w:rFonts w:ascii="Ddylr05K+KaiTi" w:hAnsi="Ddylr05K+KaiTi" w:eastAsia="Ddylr05K+KaiTi"/>
          <w:color w:val="000000"/>
          <w:sz w:val="28"/>
        </w:rPr>
        <w:t>要</w:t>
      </w:r>
      <w:r>
        <w:rPr>
          <w:spacing w:val="2"/>
          <w:rFonts w:ascii="Ddylr05K+KaiTi" w:hAnsi="Ddylr05K+KaiTi" w:eastAsia="Ddylr05K+KaiTi"/>
          <w:color w:val="000000"/>
          <w:sz w:val="28"/>
        </w:rPr>
        <w:t>为</w:t>
      </w:r>
      <w:r>
        <w:rPr>
          <w:spacing w:val="6"/>
          <w:rFonts w:ascii="Ddylr05K+KaiTi" w:hAnsi="Ddylr05K+KaiTi" w:eastAsia="Ddylr05K+KaiTi"/>
          <w:color w:val="000000"/>
          <w:sz w:val="28"/>
        </w:rPr>
        <w:t>圆钢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毛</w:t>
      </w:r>
      <w:r>
        <w:rPr>
          <w:spacing w:val="6"/>
          <w:rFonts w:ascii="Ddylr05K+KaiTi" w:hAnsi="Ddylr05K+KaiTi" w:eastAsia="Ddylr05K+KaiTi"/>
          <w:color w:val="000000"/>
          <w:sz w:val="28"/>
        </w:rPr>
        <w:t>坯</w:t>
      </w:r>
      <w:r>
        <w:rPr>
          <w:spacing w:val="4"/>
          <w:rFonts w:ascii="Ddylr05K+KaiTi" w:hAnsi="Ddylr05K+KaiTi" w:eastAsia="Ddylr05K+KaiTi"/>
          <w:color w:val="000000"/>
          <w:sz w:val="28"/>
        </w:rPr>
        <w:t>，采</w:t>
      </w:r>
      <w:r>
        <w:rPr>
          <w:rFonts w:ascii="Ddylr05K+KaiTi" w:hAnsi="Ddylr05K+KaiTi" w:eastAsia="Ddylr05K+KaiTi"/>
          <w:color w:val="000000"/>
          <w:sz w:val="28"/>
        </w:rPr>
        <w:t>用</w:t>
      </w:r>
    </w:p>
    <w:p>
      <w:pPr>
        <w:autoSpaceDN w:val="0"/>
        <w:tabs>
          <w:tab w:pos="2312" w:val="left"/>
        </w:tabs>
        <w:autoSpaceDE w:val="0"/>
        <w:widowControl/>
        <w:spacing w:line="280" w:lineRule="exact" w:before="344" w:after="0"/>
        <w:ind w:left="640" w:right="0" w:firstLine="0"/>
        <w:jc w:val="left"/>
      </w:pP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结论</w:t>
      </w:r>
      <w:r>
        <w:tab/>
      </w:r>
      <w:r>
        <w:rPr>
          <w:spacing w:val="4"/>
          <w:rFonts w:ascii="Ddylr05K+KaiTi" w:hAnsi="Ddylr05K+KaiTi" w:eastAsia="Ddylr05K+KaiTi"/>
          <w:color w:val="000000"/>
          <w:sz w:val="28"/>
        </w:rPr>
        <w:t>《</w:t>
      </w:r>
      <w:r>
        <w:rPr>
          <w:spacing w:val="6"/>
          <w:rFonts w:ascii="Ddylr05K+KaiTi" w:hAnsi="Ddylr05K+KaiTi" w:eastAsia="Ddylr05K+KaiTi"/>
          <w:color w:val="000000"/>
          <w:sz w:val="28"/>
        </w:rPr>
        <w:t>中</w:t>
      </w:r>
      <w:r>
        <w:rPr>
          <w:spacing w:val="4"/>
          <w:rFonts w:ascii="Ddylr05K+KaiTi" w:hAnsi="Ddylr05K+KaiTi" w:eastAsia="Ddylr05K+KaiTi"/>
          <w:color w:val="000000"/>
          <w:sz w:val="28"/>
        </w:rPr>
        <w:t>国产</w:t>
      </w:r>
      <w:r>
        <w:rPr>
          <w:spacing w:val="8"/>
          <w:rFonts w:ascii="Ddylr05K+KaiTi" w:hAnsi="Ddylr05K+KaiTi" w:eastAsia="Ddylr05K+KaiTi"/>
          <w:color w:val="000000"/>
          <w:sz w:val="28"/>
        </w:rPr>
        <w:t>品</w:t>
      </w:r>
      <w:r>
        <w:rPr>
          <w:spacing w:val="6"/>
          <w:rFonts w:ascii="Ddylr05K+KaiTi" w:hAnsi="Ddylr05K+KaiTi" w:eastAsia="Ddylr05K+KaiTi"/>
          <w:color w:val="000000"/>
          <w:sz w:val="28"/>
        </w:rPr>
        <w:t>全生</w:t>
      </w:r>
      <w:r>
        <w:rPr>
          <w:spacing w:val="8"/>
          <w:rFonts w:ascii="Ddylr05K+KaiTi" w:hAnsi="Ddylr05K+KaiTi" w:eastAsia="Ddylr05K+KaiTi"/>
          <w:color w:val="000000"/>
          <w:sz w:val="28"/>
        </w:rPr>
        <w:t>命</w:t>
      </w:r>
      <w:r>
        <w:rPr>
          <w:spacing w:val="4"/>
          <w:rFonts w:ascii="Ddylr05K+KaiTi" w:hAnsi="Ddylr05K+KaiTi" w:eastAsia="Ddylr05K+KaiTi"/>
          <w:color w:val="000000"/>
          <w:sz w:val="28"/>
        </w:rPr>
        <w:t>周</w:t>
      </w:r>
      <w:r>
        <w:rPr>
          <w:spacing w:val="6"/>
          <w:rFonts w:ascii="Ddylr05K+KaiTi" w:hAnsi="Ddylr05K+KaiTi" w:eastAsia="Ddylr05K+KaiTi"/>
          <w:color w:val="000000"/>
          <w:sz w:val="28"/>
        </w:rPr>
        <w:t>期</w:t>
      </w:r>
      <w:r>
        <w:rPr>
          <w:spacing w:val="4"/>
          <w:rFonts w:ascii="Ddylr05K+KaiTi" w:hAnsi="Ddylr05K+KaiTi" w:eastAsia="Ddylr05K+KaiTi"/>
          <w:color w:val="000000"/>
          <w:sz w:val="28"/>
        </w:rPr>
        <w:t>温室</w:t>
      </w:r>
      <w:r>
        <w:rPr>
          <w:spacing w:val="8"/>
          <w:rFonts w:ascii="Ddylr05K+KaiTi" w:hAnsi="Ddylr05K+KaiTi" w:eastAsia="Ddylr05K+KaiTi"/>
          <w:color w:val="000000"/>
          <w:sz w:val="28"/>
        </w:rPr>
        <w:t>气</w:t>
      </w:r>
      <w:r>
        <w:rPr>
          <w:spacing w:val="6"/>
          <w:rFonts w:ascii="Ddylr05K+KaiTi" w:hAnsi="Ddylr05K+KaiTi" w:eastAsia="Ddylr05K+KaiTi"/>
          <w:color w:val="000000"/>
          <w:sz w:val="28"/>
        </w:rPr>
        <w:t>体排</w:t>
      </w:r>
      <w:r>
        <w:rPr>
          <w:spacing w:val="8"/>
          <w:rFonts w:ascii="Ddylr05K+KaiTi" w:hAnsi="Ddylr05K+KaiTi" w:eastAsia="Ddylr05K+KaiTi"/>
          <w:color w:val="000000"/>
          <w:sz w:val="28"/>
        </w:rPr>
        <w:t>放</w:t>
      </w:r>
      <w:r>
        <w:rPr>
          <w:spacing w:val="4"/>
          <w:rFonts w:ascii="Ddylr05K+KaiTi" w:hAnsi="Ddylr05K+KaiTi" w:eastAsia="Ddylr05K+KaiTi"/>
          <w:color w:val="000000"/>
          <w:sz w:val="28"/>
        </w:rPr>
        <w:t>系数</w:t>
      </w:r>
      <w:r>
        <w:rPr>
          <w:spacing w:val="6"/>
          <w:rFonts w:ascii="Ddylr05K+KaiTi" w:hAnsi="Ddylr05K+KaiTi" w:eastAsia="Ddylr05K+KaiTi"/>
          <w:color w:val="000000"/>
          <w:sz w:val="28"/>
        </w:rPr>
        <w:t>集</w:t>
      </w:r>
      <w:r>
        <w:rPr>
          <w:spacing w:val="4"/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02</w:t>
      </w:r>
      <w:r>
        <w:rPr>
          <w:spacing w:val="6"/>
          <w:rFonts w:ascii="Ddylr05K+KaiTi" w:hAnsi="Ddylr05K+KaiTi" w:eastAsia="Ddylr05K+KaiTi"/>
          <w:color w:val="000000"/>
          <w:sz w:val="28"/>
        </w:rPr>
        <w:t>2</w:t>
      </w:r>
      <w:r>
        <w:rPr>
          <w:spacing w:val="4"/>
          <w:rFonts w:ascii="Ddylr05K+KaiTi" w:hAnsi="Ddylr05K+KaiTi" w:eastAsia="Ddylr05K+KaiTi"/>
          <w:color w:val="000000"/>
          <w:sz w:val="28"/>
        </w:rPr>
        <w:t>）</w:t>
      </w:r>
      <w:r>
        <w:rPr>
          <w:rFonts w:ascii="Ddylr05K+KaiTi" w:hAnsi="Ddylr05K+KaiTi" w:eastAsia="Ddylr05K+KaiTi"/>
          <w:color w:val="000000"/>
          <w:sz w:val="28"/>
        </w:rPr>
        <w:t>》</w:t>
      </w:r>
    </w:p>
    <w:p>
      <w:pPr>
        <w:autoSpaceDN w:val="0"/>
        <w:autoSpaceDE w:val="0"/>
        <w:widowControl/>
        <w:spacing w:line="280" w:lineRule="exact" w:before="344" w:after="0"/>
        <w:ind w:left="0" w:right="2120" w:firstLine="0"/>
        <w:jc w:val="right"/>
      </w:pPr>
      <w:r>
        <w:rPr>
          <w:rFonts w:ascii="Ddylr05K+KaiTi" w:hAnsi="Ddylr05K+KaiTi" w:eastAsia="Ddylr05K+KaiTi"/>
          <w:color w:val="000000"/>
          <w:sz w:val="28"/>
        </w:rPr>
        <w:t>中</w:t>
      </w:r>
      <w:r>
        <w:rPr>
          <w:spacing w:val="-2"/>
          <w:rFonts w:ascii="Ddylr05K+KaiTi" w:hAnsi="Ddylr05K+KaiTi" w:eastAsia="Ddylr05K+KaiTi"/>
          <w:color w:val="000000"/>
          <w:sz w:val="28"/>
        </w:rPr>
        <w:t>工</w:t>
      </w:r>
      <w:r>
        <w:rPr>
          <w:rFonts w:ascii="Ddylr05K+KaiTi" w:hAnsi="Ddylr05K+KaiTi" w:eastAsia="Ddylr05K+KaiTi"/>
          <w:color w:val="000000"/>
          <w:sz w:val="28"/>
        </w:rPr>
        <w:t>业产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据选</w:t>
      </w:r>
      <w:r>
        <w:rPr>
          <w:spacing w:val="-2"/>
          <w:rFonts w:ascii="Ddylr05K+KaiTi" w:hAnsi="Ddylr05K+KaiTi" w:eastAsia="Ddylr05K+KaiTi"/>
          <w:color w:val="000000"/>
          <w:sz w:val="28"/>
        </w:rPr>
        <w:t>取</w:t>
      </w:r>
      <w:r>
        <w:rPr>
          <w:rFonts w:ascii="Ddylr05K+KaiTi" w:hAnsi="Ddylr05K+KaiTi" w:eastAsia="Ddylr05K+KaiTi"/>
          <w:color w:val="000000"/>
          <w:sz w:val="28"/>
        </w:rPr>
        <w:t>合理。</w:t>
      </w:r>
    </w:p>
    <w:p>
      <w:pPr>
        <w:autoSpaceDN w:val="0"/>
        <w:autoSpaceDE w:val="0"/>
        <w:widowControl/>
        <w:spacing w:line="624" w:lineRule="exact" w:before="10" w:after="0"/>
        <w:ind w:left="360" w:right="316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2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原材料运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输</w:t>
      </w:r>
      <w:r>
        <w:rPr>
          <w:rFonts w:ascii="Ddylr05K+KaiTi" w:hAnsi="Ddylr05K+KaiTi" w:eastAsia="Ddylr05K+KaiTi"/>
          <w:b/>
          <w:color w:val="000000"/>
          <w:sz w:val="28"/>
        </w:rPr>
        <w:t>排放相关排放因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子</w:t>
      </w:r>
      <w:r>
        <w:rPr>
          <w:rFonts w:ascii="Ddylr05K+KaiTi" w:hAnsi="Ddylr05K+KaiTi" w:eastAsia="Ddylr05K+KaiTi"/>
          <w:b/>
          <w:color w:val="000000"/>
          <w:sz w:val="28"/>
        </w:rPr>
        <w:t>的评价</w:t>
      </w:r>
      <w:r>
        <w:rPr>
          <w:spacing w:val="-2"/>
          <w:rFonts w:ascii="Ddylr05K+KaiTi" w:hAnsi="Ddylr05K+KaiTi" w:eastAsia="Ddylr05K+KaiTi"/>
          <w:color w:val="000000"/>
          <w:sz w:val="28"/>
        </w:rPr>
        <w:t>排放</w:t>
      </w:r>
      <w:r>
        <w:rPr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color w:val="000000"/>
          <w:sz w:val="28"/>
        </w:rPr>
        <w:t>2：</w:t>
      </w:r>
      <w:r>
        <w:rPr>
          <w:spacing w:val="-2"/>
          <w:rFonts w:ascii="Ddylr05K+KaiTi" w:hAnsi="Ddylr05K+KaiTi" w:eastAsia="Ddylr05K+KaiTi"/>
          <w:color w:val="000000"/>
          <w:sz w:val="28"/>
        </w:rPr>
        <w:t>厂</w:t>
      </w:r>
      <w:r>
        <w:rPr>
          <w:rFonts w:ascii="Ddylr05K+KaiTi" w:hAnsi="Ddylr05K+KaiTi" w:eastAsia="Ddylr05K+KaiTi"/>
          <w:color w:val="000000"/>
          <w:sz w:val="28"/>
        </w:rPr>
        <w:t>外运</w:t>
      </w:r>
      <w:r>
        <w:rPr>
          <w:spacing w:val="-2"/>
          <w:rFonts w:ascii="Ddylr05K+KaiTi" w:hAnsi="Ddylr05K+KaiTi" w:eastAsia="Ddylr05K+KaiTi"/>
          <w:color w:val="000000"/>
          <w:sz w:val="28"/>
        </w:rPr>
        <w:t>输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</w:t>
      </w:r>
    </w:p>
    <w:p>
      <w:pPr>
        <w:autoSpaceDN w:val="0"/>
        <w:autoSpaceDE w:val="0"/>
        <w:widowControl/>
        <w:spacing w:line="220" w:lineRule="exact" w:before="1320" w:after="0"/>
        <w:ind w:left="0" w:right="4578" w:firstLine="0"/>
        <w:jc w:val="right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30</w:t>
      </w:r>
    </w:p>
    <w:p>
      <w:pPr>
        <w:sectPr>
          <w:pgSz w:w="11906" w:h="17238"/>
          <w:pgMar w:top="810" w:right="1274" w:bottom="496" w:left="1440" w:header="720" w:footer="720" w:gutter="0"/>
          <w:cols w:num="1" w:equalWidth="0" w:space="720">
            <w:col w:w="9192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5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1206500</wp:posOffset>
            </wp:positionV>
            <wp:extent cx="5422900" cy="4013200"/>
            <wp:wrapNone/>
            <wp:docPr id="37" name="Picture 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40132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6692900</wp:posOffset>
            </wp:positionV>
            <wp:extent cx="5422900" cy="2819400"/>
            <wp:wrapNone/>
            <wp:docPr id="38" name="Picture 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28194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40" w:lineRule="exact" w:before="0" w:after="236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-1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对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厂</w:t>
      </w:r>
      <w:r>
        <w:rPr>
          <w:rFonts w:ascii="Ddylr05K+KaiTi" w:hAnsi="Ddylr05K+KaiTi" w:eastAsia="Ddylr05K+KaiTi"/>
          <w:b/>
          <w:color w:val="000000"/>
          <w:sz w:val="24"/>
        </w:rPr>
        <w:t>外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输</w:t>
      </w:r>
      <w:r>
        <w:rPr>
          <w:rFonts w:ascii="Ddylr05K+KaiTi" w:hAnsi="Ddylr05K+KaiTi" w:eastAsia="Ddylr05K+KaiTi"/>
          <w:b/>
          <w:color w:val="000000"/>
          <w:sz w:val="24"/>
        </w:rPr>
        <w:t>柴油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排</w:t>
      </w:r>
      <w:r>
        <w:rPr>
          <w:rFonts w:ascii="Ddylr05K+KaiTi" w:hAnsi="Ddylr05K+KaiTi" w:eastAsia="Ddylr05K+KaiTi"/>
          <w:b/>
          <w:color w:val="000000"/>
          <w:sz w:val="24"/>
        </w:rPr>
        <w:t>放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因</w:t>
      </w:r>
      <w:r>
        <w:rPr>
          <w:rFonts w:ascii="Ddylr05K+KaiTi" w:hAnsi="Ddylr05K+KaiTi" w:eastAsia="Ddylr05K+KaiTi"/>
          <w:b/>
          <w:color w:val="000000"/>
          <w:sz w:val="24"/>
        </w:rPr>
        <w:t>子的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评</w:t>
      </w:r>
      <w:r>
        <w:rPr>
          <w:rFonts w:ascii="Ddylr05K+KaiTi" w:hAnsi="Ddylr05K+KaiTi" w:eastAsia="Ddylr05K+KaiTi"/>
          <w:b/>
          <w:color w:val="000000"/>
          <w:sz w:val="24"/>
        </w:rPr>
        <w:t>价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2060"/>
        <w:gridCol w:w="3660"/>
        <w:gridCol w:w="2380"/>
      </w:tblGrid>
      <w:tr>
        <w:trPr>
          <w:trHeight w:hRule="exact" w:val="510"/>
        </w:trPr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数据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项</w:t>
            </w:r>
          </w:p>
        </w:tc>
        <w:tc>
          <w:tcPr>
            <w:tcW w:type="dxa" w:w="3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496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厂外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运输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排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放因子</w:t>
            </w:r>
          </w:p>
        </w:tc>
        <w:tc>
          <w:tcPr>
            <w:tcW w:type="dxa" w:w="23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94" w:after="0"/>
              <w:ind w:left="0" w:right="80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毛坯</w:t>
            </w:r>
          </w:p>
        </w:tc>
      </w:tr>
      <w:tr>
        <w:trPr>
          <w:trHeight w:hRule="exact" w:val="640"/>
        </w:trPr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84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原材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料运输</w:t>
            </w:r>
          </w:p>
        </w:tc>
        <w:tc>
          <w:tcPr>
            <w:tcW w:type="dxa" w:w="3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84" w:after="0"/>
              <w:ind w:left="0" w:right="149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圆钢</w:t>
            </w:r>
          </w:p>
        </w:tc>
        <w:tc>
          <w:tcPr>
            <w:tcW w:type="dxa" w:w="3009"/>
            <w:vMerge/>
          </w:tcPr>
          <w:p/>
        </w:tc>
      </w:tr>
      <w:tr>
        <w:trPr>
          <w:trHeight w:hRule="exact" w:val="620"/>
        </w:trPr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8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数据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值</w:t>
            </w:r>
          </w:p>
        </w:tc>
        <w:tc>
          <w:tcPr>
            <w:tcW w:type="dxa" w:w="3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8" w:after="0"/>
              <w:ind w:left="0" w:right="142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049</w:t>
            </w:r>
          </w:p>
        </w:tc>
        <w:tc>
          <w:tcPr>
            <w:tcW w:type="dxa" w:w="23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8" w:after="0"/>
              <w:ind w:left="0" w:right="73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049</w:t>
            </w:r>
          </w:p>
        </w:tc>
      </w:tr>
      <w:tr>
        <w:trPr>
          <w:trHeight w:hRule="exact" w:val="552"/>
        </w:trPr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90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单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位</w:t>
            </w:r>
          </w:p>
        </w:tc>
        <w:tc>
          <w:tcPr>
            <w:tcW w:type="dxa" w:w="3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02" w:lineRule="exact" w:before="190" w:after="0"/>
              <w:ind w:left="496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k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gC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O</w:t>
            </w:r>
            <w:r>
              <w:rPr>
                <w:rFonts w:ascii="Ddylr05K+KaiTi" w:hAnsi="Ddylr05K+KaiTi" w:eastAsia="Ddylr05K+KaiTi"/>
                <w:color w:val="000000"/>
                <w:sz w:val="14"/>
              </w:rPr>
              <w:t>2</w:t>
            </w:r>
            <w:r>
              <w:rPr>
                <w:spacing w:val="32"/>
                <w:rFonts w:ascii="Arial" w:hAnsi="Arial" w:eastAsia="Arial"/>
                <w:color w:val="000000"/>
                <w:sz w:val="14"/>
              </w:rPr>
              <w:t xml:space="preserve"> 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e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/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t*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k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m</w:t>
            </w:r>
          </w:p>
        </w:tc>
        <w:tc>
          <w:tcPr>
            <w:tcW w:type="dxa" w:w="3009"/>
            <w:vMerge/>
          </w:tcPr>
          <w:p/>
        </w:tc>
      </w:tr>
    </w:tbl>
    <w:p>
      <w:pPr>
        <w:autoSpaceDN w:val="0"/>
        <w:autoSpaceDE w:val="0"/>
        <w:widowControl/>
        <w:spacing w:line="282" w:lineRule="exact" w:before="272" w:after="0"/>
        <w:ind w:left="0" w:right="360" w:firstLine="0"/>
        <w:jc w:val="right"/>
      </w:pPr>
      <w:r>
        <w:rPr>
          <w:spacing w:val="32"/>
          <w:rFonts w:ascii="Ddylr05K+KaiTi" w:hAnsi="Ddylr05K+KaiTi" w:eastAsia="Ddylr05K+KaiTi"/>
          <w:color w:val="000000"/>
          <w:sz w:val="28"/>
        </w:rPr>
        <w:t>《中</w:t>
      </w:r>
      <w:r>
        <w:rPr>
          <w:spacing w:val="30"/>
          <w:rFonts w:ascii="Ddylr05K+KaiTi" w:hAnsi="Ddylr05K+KaiTi" w:eastAsia="Ddylr05K+KaiTi"/>
          <w:color w:val="000000"/>
          <w:sz w:val="28"/>
        </w:rPr>
        <w:t>国</w:t>
      </w:r>
      <w:r>
        <w:rPr>
          <w:spacing w:val="34"/>
          <w:rFonts w:ascii="Ddylr05K+KaiTi" w:hAnsi="Ddylr05K+KaiTi" w:eastAsia="Ddylr05K+KaiTi"/>
          <w:color w:val="000000"/>
          <w:sz w:val="28"/>
        </w:rPr>
        <w:t>产品全生</w:t>
      </w:r>
      <w:r>
        <w:rPr>
          <w:spacing w:val="30"/>
          <w:rFonts w:ascii="Ddylr05K+KaiTi" w:hAnsi="Ddylr05K+KaiTi" w:eastAsia="Ddylr05K+KaiTi"/>
          <w:color w:val="000000"/>
          <w:sz w:val="28"/>
        </w:rPr>
        <w:t>命</w:t>
      </w:r>
      <w:r>
        <w:rPr>
          <w:spacing w:val="32"/>
          <w:rFonts w:ascii="Ddylr05K+KaiTi" w:hAnsi="Ddylr05K+KaiTi" w:eastAsia="Ddylr05K+KaiTi"/>
          <w:color w:val="000000"/>
          <w:sz w:val="28"/>
        </w:rPr>
        <w:t>周</w:t>
      </w:r>
      <w:r>
        <w:rPr>
          <w:spacing w:val="34"/>
          <w:rFonts w:ascii="Ddylr05K+KaiTi" w:hAnsi="Ddylr05K+KaiTi" w:eastAsia="Ddylr05K+KaiTi"/>
          <w:color w:val="000000"/>
          <w:sz w:val="28"/>
        </w:rPr>
        <w:t>期温</w:t>
      </w:r>
      <w:r>
        <w:rPr>
          <w:spacing w:val="32"/>
          <w:rFonts w:ascii="Ddylr05K+KaiTi" w:hAnsi="Ddylr05K+KaiTi" w:eastAsia="Ddylr05K+KaiTi"/>
          <w:color w:val="000000"/>
          <w:sz w:val="28"/>
        </w:rPr>
        <w:t>室</w:t>
      </w:r>
      <w:r>
        <w:rPr>
          <w:spacing w:val="34"/>
          <w:rFonts w:ascii="Ddylr05K+KaiTi" w:hAnsi="Ddylr05K+KaiTi" w:eastAsia="Ddylr05K+KaiTi"/>
          <w:color w:val="000000"/>
          <w:sz w:val="28"/>
        </w:rPr>
        <w:t>气体</w:t>
      </w:r>
      <w:r>
        <w:rPr>
          <w:spacing w:val="32"/>
          <w:rFonts w:ascii="Ddylr05K+KaiTi" w:hAnsi="Ddylr05K+KaiTi" w:eastAsia="Ddylr05K+KaiTi"/>
          <w:color w:val="000000"/>
          <w:sz w:val="28"/>
        </w:rPr>
        <w:t>排</w:t>
      </w:r>
      <w:r>
        <w:rPr>
          <w:spacing w:val="34"/>
          <w:rFonts w:ascii="Ddylr05K+KaiTi" w:hAnsi="Ddylr05K+KaiTi" w:eastAsia="Ddylr05K+KaiTi"/>
          <w:color w:val="000000"/>
          <w:sz w:val="28"/>
        </w:rPr>
        <w:t>放</w:t>
      </w:r>
      <w:r>
        <w:rPr>
          <w:spacing w:val="32"/>
          <w:rFonts w:ascii="Ddylr05K+KaiTi" w:hAnsi="Ddylr05K+KaiTi" w:eastAsia="Ddylr05K+KaiTi"/>
          <w:color w:val="000000"/>
          <w:sz w:val="28"/>
        </w:rPr>
        <w:t>系</w:t>
      </w:r>
      <w:r>
        <w:rPr>
          <w:spacing w:val="34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集</w:t>
      </w:r>
    </w:p>
    <w:p>
      <w:pPr>
        <w:autoSpaceDN w:val="0"/>
        <w:autoSpaceDE w:val="0"/>
        <w:widowControl/>
        <w:spacing w:line="282" w:lineRule="exact" w:before="3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来源</w:t>
      </w:r>
    </w:p>
    <w:p>
      <w:pPr>
        <w:autoSpaceDN w:val="0"/>
        <w:autoSpaceDE w:val="0"/>
        <w:widowControl/>
        <w:spacing w:line="282" w:lineRule="exact" w:before="30" w:after="0"/>
        <w:ind w:left="0" w:right="4888" w:firstLine="0"/>
        <w:jc w:val="righ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（2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22）</w:t>
      </w:r>
      <w:r>
        <w:rPr>
          <w:rFonts w:ascii="Ddylr05K+KaiTi" w:hAnsi="Ddylr05K+KaiTi" w:eastAsia="Ddylr05K+KaiTi"/>
          <w:color w:val="000000"/>
          <w:sz w:val="28"/>
        </w:rPr>
        <w:t>》</w:t>
      </w:r>
    </w:p>
    <w:p>
      <w:pPr>
        <w:autoSpaceDN w:val="0"/>
        <w:autoSpaceDE w:val="0"/>
        <w:widowControl/>
        <w:spacing w:line="282" w:lineRule="exact" w:before="354" w:after="0"/>
        <w:ind w:left="0" w:right="360" w:firstLine="0"/>
        <w:jc w:val="right"/>
      </w:pPr>
      <w:r>
        <w:rPr>
          <w:spacing w:val="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color w:val="000000"/>
          <w:sz w:val="28"/>
        </w:rPr>
        <w:t>价</w:t>
      </w:r>
      <w:r>
        <w:rPr>
          <w:spacing w:val="2"/>
          <w:rFonts w:ascii="Ddylr05K+KaiTi" w:hAnsi="Ddylr05K+KaiTi" w:eastAsia="Ddylr05K+KaiTi"/>
          <w:color w:val="000000"/>
          <w:sz w:val="28"/>
        </w:rPr>
        <w:t>确认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2"/>
          <w:rFonts w:ascii="Ddylr05K+KaiTi" w:hAnsi="Ddylr05K+KaiTi" w:eastAsia="Ddylr05K+KaiTi"/>
          <w:color w:val="000000"/>
          <w:sz w:val="28"/>
        </w:rPr>
        <w:t>受评</w:t>
      </w:r>
      <w:r>
        <w:rPr>
          <w:rFonts w:ascii="Ddylr05K+KaiTi" w:hAnsi="Ddylr05K+KaiTi" w:eastAsia="Ddylr05K+KaiTi"/>
          <w:color w:val="000000"/>
          <w:sz w:val="28"/>
        </w:rPr>
        <w:t>价</w:t>
      </w:r>
      <w:r>
        <w:rPr>
          <w:spacing w:val="2"/>
          <w:rFonts w:ascii="Ddylr05K+KaiTi" w:hAnsi="Ddylr05K+KaiTi" w:eastAsia="Ddylr05K+KaiTi"/>
          <w:color w:val="000000"/>
          <w:sz w:val="28"/>
        </w:rPr>
        <w:t>方原</w:t>
      </w:r>
      <w:r>
        <w:rPr>
          <w:rFonts w:ascii="Ddylr05K+KaiTi" w:hAnsi="Ddylr05K+KaiTi" w:eastAsia="Ddylr05K+KaiTi"/>
          <w:color w:val="000000"/>
          <w:sz w:val="28"/>
        </w:rPr>
        <w:t>材</w:t>
      </w:r>
      <w:r>
        <w:rPr>
          <w:spacing w:val="2"/>
          <w:rFonts w:ascii="Ddylr05K+KaiTi" w:hAnsi="Ddylr05K+KaiTi" w:eastAsia="Ddylr05K+KaiTi"/>
          <w:color w:val="000000"/>
          <w:sz w:val="28"/>
        </w:rPr>
        <w:t>料</w:t>
      </w:r>
      <w:r>
        <w:rPr>
          <w:spacing w:val="4"/>
          <w:rFonts w:ascii="Ddylr05K+KaiTi" w:hAnsi="Ddylr05K+KaiTi" w:eastAsia="Ddylr05K+KaiTi"/>
          <w:color w:val="000000"/>
          <w:sz w:val="28"/>
        </w:rPr>
        <w:t>厂</w:t>
      </w:r>
      <w:r>
        <w:rPr>
          <w:spacing w:val="2"/>
          <w:rFonts w:ascii="Ddylr05K+KaiTi" w:hAnsi="Ddylr05K+KaiTi" w:eastAsia="Ddylr05K+KaiTi"/>
          <w:color w:val="000000"/>
          <w:sz w:val="28"/>
        </w:rPr>
        <w:t>外</w:t>
      </w:r>
      <w:r>
        <w:rPr>
          <w:rFonts w:ascii="Ddylr05K+KaiTi" w:hAnsi="Ddylr05K+KaiTi" w:eastAsia="Ddylr05K+KaiTi"/>
          <w:color w:val="000000"/>
          <w:sz w:val="28"/>
        </w:rPr>
        <w:t>运</w:t>
      </w:r>
      <w:r>
        <w:rPr>
          <w:spacing w:val="2"/>
          <w:rFonts w:ascii="Ddylr05K+KaiTi" w:hAnsi="Ddylr05K+KaiTi" w:eastAsia="Ddylr05K+KaiTi"/>
          <w:color w:val="000000"/>
          <w:sz w:val="28"/>
        </w:rPr>
        <w:t>输主</w:t>
      </w:r>
      <w:r>
        <w:rPr>
          <w:rFonts w:ascii="Ddylr05K+KaiTi" w:hAnsi="Ddylr05K+KaiTi" w:eastAsia="Ddylr05K+KaiTi"/>
          <w:color w:val="000000"/>
          <w:sz w:val="28"/>
        </w:rPr>
        <w:t>要</w:t>
      </w:r>
      <w:r>
        <w:rPr>
          <w:spacing w:val="2"/>
          <w:rFonts w:ascii="Ddylr05K+KaiTi" w:hAnsi="Ddylr05K+KaiTi" w:eastAsia="Ddylr05K+KaiTi"/>
          <w:color w:val="000000"/>
          <w:sz w:val="28"/>
        </w:rPr>
        <w:t>采</w:t>
      </w:r>
      <w:r>
        <w:rPr>
          <w:rFonts w:ascii="Ddylr05K+KaiTi" w:hAnsi="Ddylr05K+KaiTi" w:eastAsia="Ddylr05K+KaiTi"/>
          <w:color w:val="000000"/>
          <w:sz w:val="28"/>
        </w:rPr>
        <w:t>用</w:t>
      </w:r>
    </w:p>
    <w:p>
      <w:pPr>
        <w:autoSpaceDN w:val="0"/>
        <w:autoSpaceDE w:val="0"/>
        <w:widowControl/>
        <w:spacing w:line="282" w:lineRule="exact" w:before="342" w:after="0"/>
        <w:ind w:left="0" w:right="360" w:firstLine="0"/>
        <w:jc w:val="right"/>
      </w:pPr>
      <w:r>
        <w:rPr>
          <w:spacing w:val="2"/>
          <w:rFonts w:ascii="Ddylr05K+KaiTi" w:hAnsi="Ddylr05K+KaiTi" w:eastAsia="Ddylr05K+KaiTi"/>
          <w:color w:val="000000"/>
          <w:sz w:val="28"/>
        </w:rPr>
        <w:t>道</w:t>
      </w:r>
      <w:r>
        <w:rPr>
          <w:rFonts w:ascii="Ddylr05K+KaiTi" w:hAnsi="Ddylr05K+KaiTi" w:eastAsia="Ddylr05K+KaiTi"/>
          <w:color w:val="000000"/>
          <w:sz w:val="28"/>
        </w:rPr>
        <w:t>路</w:t>
      </w:r>
      <w:r>
        <w:rPr>
          <w:spacing w:val="4"/>
          <w:rFonts w:ascii="Ddylr05K+KaiTi" w:hAnsi="Ddylr05K+KaiTi" w:eastAsia="Ddylr05K+KaiTi"/>
          <w:color w:val="000000"/>
          <w:sz w:val="28"/>
        </w:rPr>
        <w:t>运</w:t>
      </w:r>
      <w:r>
        <w:rPr>
          <w:spacing w:val="2"/>
          <w:rFonts w:ascii="Ddylr05K+KaiTi" w:hAnsi="Ddylr05K+KaiTi" w:eastAsia="Ddylr05K+KaiTi"/>
          <w:color w:val="000000"/>
          <w:sz w:val="28"/>
        </w:rPr>
        <w:t>输，</w:t>
      </w:r>
      <w:r>
        <w:rPr>
          <w:rFonts w:ascii="Ddylr05K+KaiTi" w:hAnsi="Ddylr05K+KaiTi" w:eastAsia="Ddylr05K+KaiTi"/>
          <w:color w:val="000000"/>
          <w:sz w:val="28"/>
        </w:rPr>
        <w:t>采</w:t>
      </w:r>
      <w:r>
        <w:rPr>
          <w:spacing w:val="2"/>
          <w:rFonts w:ascii="Ddylr05K+KaiTi" w:hAnsi="Ddylr05K+KaiTi" w:eastAsia="Ddylr05K+KaiTi"/>
          <w:color w:val="000000"/>
          <w:sz w:val="28"/>
        </w:rPr>
        <w:t>用《</w:t>
      </w:r>
      <w:r>
        <w:rPr>
          <w:rFonts w:ascii="Ddylr05K+KaiTi" w:hAnsi="Ddylr05K+KaiTi" w:eastAsia="Ddylr05K+KaiTi"/>
          <w:color w:val="000000"/>
          <w:sz w:val="28"/>
        </w:rPr>
        <w:t>中</w:t>
      </w:r>
      <w:r>
        <w:rPr>
          <w:spacing w:val="2"/>
          <w:rFonts w:ascii="Ddylr05K+KaiTi" w:hAnsi="Ddylr05K+KaiTi" w:eastAsia="Ddylr05K+KaiTi"/>
          <w:color w:val="000000"/>
          <w:sz w:val="28"/>
        </w:rPr>
        <w:t>国产</w:t>
      </w:r>
      <w:r>
        <w:rPr>
          <w:rFonts w:ascii="Ddylr05K+KaiTi" w:hAnsi="Ddylr05K+KaiTi" w:eastAsia="Ddylr05K+KaiTi"/>
          <w:color w:val="000000"/>
          <w:sz w:val="28"/>
        </w:rPr>
        <w:t>品</w:t>
      </w:r>
      <w:r>
        <w:rPr>
          <w:spacing w:val="2"/>
          <w:rFonts w:ascii="Ddylr05K+KaiTi" w:hAnsi="Ddylr05K+KaiTi" w:eastAsia="Ddylr05K+KaiTi"/>
          <w:color w:val="000000"/>
          <w:sz w:val="28"/>
        </w:rPr>
        <w:t>全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2"/>
          <w:rFonts w:ascii="Ddylr05K+KaiTi" w:hAnsi="Ddylr05K+KaiTi" w:eastAsia="Ddylr05K+KaiTi"/>
          <w:color w:val="000000"/>
          <w:sz w:val="28"/>
        </w:rPr>
        <w:t>命</w:t>
      </w:r>
      <w:r>
        <w:rPr>
          <w:rFonts w:ascii="Ddylr05K+KaiTi" w:hAnsi="Ddylr05K+KaiTi" w:eastAsia="Ddylr05K+KaiTi"/>
          <w:color w:val="000000"/>
          <w:sz w:val="28"/>
        </w:rPr>
        <w:t>周</w:t>
      </w:r>
      <w:r>
        <w:rPr>
          <w:spacing w:val="2"/>
          <w:rFonts w:ascii="Ddylr05K+KaiTi" w:hAnsi="Ddylr05K+KaiTi" w:eastAsia="Ddylr05K+KaiTi"/>
          <w:color w:val="000000"/>
          <w:sz w:val="28"/>
        </w:rPr>
        <w:t>期温</w:t>
      </w:r>
      <w:r>
        <w:rPr>
          <w:rFonts w:ascii="Ddylr05K+KaiTi" w:hAnsi="Ddylr05K+KaiTi" w:eastAsia="Ddylr05K+KaiTi"/>
          <w:color w:val="000000"/>
          <w:sz w:val="28"/>
        </w:rPr>
        <w:t>室</w:t>
      </w:r>
      <w:r>
        <w:rPr>
          <w:spacing w:val="2"/>
          <w:rFonts w:ascii="Ddylr05K+KaiTi" w:hAnsi="Ddylr05K+KaiTi" w:eastAsia="Ddylr05K+KaiTi"/>
          <w:color w:val="000000"/>
          <w:sz w:val="28"/>
        </w:rPr>
        <w:t>气</w:t>
      </w:r>
      <w:r>
        <w:rPr>
          <w:rFonts w:ascii="Ddylr05K+KaiTi" w:hAnsi="Ddylr05K+KaiTi" w:eastAsia="Ddylr05K+KaiTi"/>
          <w:color w:val="000000"/>
          <w:sz w:val="28"/>
        </w:rPr>
        <w:t>体</w:t>
      </w:r>
    </w:p>
    <w:p>
      <w:pPr>
        <w:autoSpaceDN w:val="0"/>
        <w:autoSpaceDE w:val="0"/>
        <w:widowControl/>
        <w:spacing w:line="282" w:lineRule="exact" w:before="3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结论</w:t>
      </w:r>
    </w:p>
    <w:p>
      <w:pPr>
        <w:autoSpaceDN w:val="0"/>
        <w:autoSpaceDE w:val="0"/>
        <w:widowControl/>
        <w:spacing w:line="282" w:lineRule="exact" w:before="30" w:after="0"/>
        <w:ind w:left="0" w:right="360" w:firstLine="0"/>
        <w:jc w:val="right"/>
      </w:pPr>
      <w:r>
        <w:rPr>
          <w:spacing w:val="2"/>
          <w:rFonts w:ascii="Ddylr05K+KaiTi" w:hAnsi="Ddylr05K+KaiTi" w:eastAsia="Ddylr05K+KaiTi"/>
          <w:color w:val="000000"/>
          <w:sz w:val="28"/>
        </w:rPr>
        <w:t>排放</w:t>
      </w:r>
      <w:r>
        <w:rPr>
          <w:rFonts w:ascii="Ddylr05K+KaiTi" w:hAnsi="Ddylr05K+KaiTi" w:eastAsia="Ddylr05K+KaiTi"/>
          <w:color w:val="000000"/>
          <w:sz w:val="28"/>
        </w:rPr>
        <w:t>系</w:t>
      </w:r>
      <w:r>
        <w:rPr>
          <w:spacing w:val="2"/>
          <w:rFonts w:ascii="Ddylr05K+KaiTi" w:hAnsi="Ddylr05K+KaiTi" w:eastAsia="Ddylr05K+KaiTi"/>
          <w:color w:val="000000"/>
          <w:sz w:val="28"/>
        </w:rPr>
        <w:t>数集</w:t>
      </w:r>
      <w:r>
        <w:rPr>
          <w:rFonts w:ascii="Ddylr05K+KaiTi" w:hAnsi="Ddylr05K+KaiTi" w:eastAsia="Ddylr05K+KaiTi"/>
          <w:color w:val="000000"/>
          <w:sz w:val="28"/>
        </w:rPr>
        <w:t>（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4"/>
          <w:rFonts w:ascii="Ddylr05K+KaiTi" w:hAnsi="Ddylr05K+KaiTi" w:eastAsia="Ddylr05K+KaiTi"/>
          <w:color w:val="000000"/>
          <w:sz w:val="28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）》</w:t>
      </w:r>
      <w:r>
        <w:rPr>
          <w:rFonts w:ascii="Ddylr05K+KaiTi" w:hAnsi="Ddylr05K+KaiTi" w:eastAsia="Ddylr05K+KaiTi"/>
          <w:color w:val="000000"/>
          <w:sz w:val="28"/>
        </w:rPr>
        <w:t>中</w:t>
      </w:r>
      <w:r>
        <w:rPr>
          <w:spacing w:val="2"/>
          <w:rFonts w:ascii="Ddylr05K+KaiTi" w:hAnsi="Ddylr05K+KaiTi" w:eastAsia="Ddylr05K+KaiTi"/>
          <w:color w:val="000000"/>
          <w:sz w:val="28"/>
        </w:rPr>
        <w:t>道路</w:t>
      </w:r>
      <w:r>
        <w:rPr>
          <w:spacing w:val="4"/>
          <w:rFonts w:ascii="Ddylr05K+KaiTi" w:hAnsi="Ddylr05K+KaiTi" w:eastAsia="Ddylr05K+KaiTi"/>
          <w:color w:val="000000"/>
          <w:sz w:val="28"/>
        </w:rPr>
        <w:t>交</w:t>
      </w:r>
      <w:r>
        <w:rPr>
          <w:rFonts w:ascii="Ddylr05K+KaiTi" w:hAnsi="Ddylr05K+KaiTi" w:eastAsia="Ddylr05K+KaiTi"/>
          <w:color w:val="000000"/>
          <w:sz w:val="28"/>
        </w:rPr>
        <w:t>通</w:t>
      </w:r>
      <w:r>
        <w:rPr>
          <w:spacing w:val="4"/>
          <w:rFonts w:ascii="Ddylr05K+KaiTi" w:hAnsi="Ddylr05K+KaiTi" w:eastAsia="Ddylr05K+KaiTi"/>
          <w:color w:val="000000"/>
          <w:sz w:val="28"/>
        </w:rPr>
        <w:t>货</w:t>
      </w:r>
      <w:r>
        <w:rPr>
          <w:spacing w:val="2"/>
          <w:rFonts w:ascii="Ddylr05K+KaiTi" w:hAnsi="Ddylr05K+KaiTi" w:eastAsia="Ddylr05K+KaiTi"/>
          <w:color w:val="000000"/>
          <w:sz w:val="28"/>
        </w:rPr>
        <w:t>运平</w:t>
      </w:r>
      <w:r>
        <w:rPr>
          <w:rFonts w:ascii="Ddylr05K+KaiTi" w:hAnsi="Ddylr05K+KaiTi" w:eastAsia="Ddylr05K+KaiTi"/>
          <w:color w:val="000000"/>
          <w:sz w:val="28"/>
        </w:rPr>
        <w:t>均</w:t>
      </w:r>
      <w:r>
        <w:rPr>
          <w:spacing w:val="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</w:t>
      </w:r>
    </w:p>
    <w:p>
      <w:pPr>
        <w:autoSpaceDN w:val="0"/>
        <w:autoSpaceDE w:val="0"/>
        <w:widowControl/>
        <w:spacing w:line="282" w:lineRule="exact" w:before="342" w:after="0"/>
        <w:ind w:left="0" w:right="3490" w:firstLine="0"/>
        <w:jc w:val="right"/>
      </w:pPr>
      <w:r>
        <w:rPr>
          <w:spacing w:val="-2"/>
          <w:rFonts w:ascii="Ddylr05K+KaiTi" w:hAnsi="Ddylr05K+KaiTi" w:eastAsia="Ddylr05K+KaiTi"/>
          <w:color w:val="000000"/>
          <w:sz w:val="28"/>
        </w:rPr>
        <w:t>因子</w:t>
      </w:r>
      <w:r>
        <w:rPr>
          <w:rFonts w:ascii="Ddylr05K+KaiTi" w:hAnsi="Ddylr05K+KaiTi" w:eastAsia="Ddylr05K+KaiTi"/>
          <w:color w:val="000000"/>
          <w:sz w:val="28"/>
        </w:rPr>
        <w:t>，数</w:t>
      </w:r>
      <w:r>
        <w:rPr>
          <w:spacing w:val="-2"/>
          <w:rFonts w:ascii="Ddylr05K+KaiTi" w:hAnsi="Ddylr05K+KaiTi" w:eastAsia="Ddylr05K+KaiTi"/>
          <w:color w:val="000000"/>
          <w:sz w:val="28"/>
        </w:rPr>
        <w:t>据</w:t>
      </w:r>
      <w:r>
        <w:rPr>
          <w:rFonts w:ascii="Ddylr05K+KaiTi" w:hAnsi="Ddylr05K+KaiTi" w:eastAsia="Ddylr05K+KaiTi"/>
          <w:color w:val="000000"/>
          <w:sz w:val="28"/>
        </w:rPr>
        <w:t>选取</w:t>
      </w:r>
      <w:r>
        <w:rPr>
          <w:spacing w:val="-2"/>
          <w:rFonts w:ascii="Ddylr05K+KaiTi" w:hAnsi="Ddylr05K+KaiTi" w:eastAsia="Ddylr05K+KaiTi"/>
          <w:color w:val="000000"/>
          <w:sz w:val="28"/>
        </w:rPr>
        <w:t>合</w:t>
      </w:r>
      <w:r>
        <w:rPr>
          <w:rFonts w:ascii="Ddylr05K+KaiTi" w:hAnsi="Ddylr05K+KaiTi" w:eastAsia="Ddylr05K+KaiTi"/>
          <w:color w:val="000000"/>
          <w:sz w:val="28"/>
        </w:rPr>
        <w:t>理。</w:t>
      </w:r>
    </w:p>
    <w:p>
      <w:pPr>
        <w:autoSpaceDN w:val="0"/>
        <w:autoSpaceDE w:val="0"/>
        <w:widowControl/>
        <w:spacing w:line="280" w:lineRule="exact" w:before="35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产品生产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排</w:t>
      </w:r>
      <w:r>
        <w:rPr>
          <w:rFonts w:ascii="Ddylr05K+KaiTi" w:hAnsi="Ddylr05K+KaiTi" w:eastAsia="Ddylr05K+KaiTi"/>
          <w:b/>
          <w:color w:val="000000"/>
          <w:sz w:val="28"/>
        </w:rPr>
        <w:t>放相关排放因子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rFonts w:ascii="Ddylr05K+KaiTi" w:hAnsi="Ddylr05K+KaiTi" w:eastAsia="Ddylr05K+KaiTi"/>
          <w:b/>
          <w:color w:val="000000"/>
          <w:sz w:val="28"/>
        </w:rPr>
        <w:t>评价</w:t>
      </w:r>
    </w:p>
    <w:p>
      <w:pPr>
        <w:autoSpaceDN w:val="0"/>
        <w:autoSpaceDE w:val="0"/>
        <w:widowControl/>
        <w:spacing w:line="280" w:lineRule="exact" w:before="34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委托</w:t>
      </w:r>
      <w:r>
        <w:rPr>
          <w:rFonts w:ascii="Ddylr05K+KaiTi" w:hAnsi="Ddylr05K+KaiTi" w:eastAsia="Ddylr05K+KaiTi"/>
          <w:color w:val="000000"/>
          <w:sz w:val="28"/>
        </w:rPr>
        <w:t>方采</w:t>
      </w:r>
      <w:r>
        <w:rPr>
          <w:spacing w:val="-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电动</w:t>
      </w:r>
      <w:r>
        <w:rPr>
          <w:spacing w:val="-2"/>
          <w:rFonts w:ascii="Ddylr05K+KaiTi" w:hAnsi="Ddylr05K+KaiTi" w:eastAsia="Ddylr05K+KaiTi"/>
          <w:color w:val="000000"/>
          <w:sz w:val="28"/>
        </w:rPr>
        <w:t>叉</w:t>
      </w:r>
      <w:r>
        <w:rPr>
          <w:rFonts w:ascii="Ddylr05K+KaiTi" w:hAnsi="Ddylr05K+KaiTi" w:eastAsia="Ddylr05K+KaiTi"/>
          <w:color w:val="000000"/>
          <w:sz w:val="28"/>
        </w:rPr>
        <w:t>车，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不</w:t>
      </w:r>
      <w:r>
        <w:rPr>
          <w:rFonts w:ascii="Ddylr05K+KaiTi" w:hAnsi="Ddylr05K+KaiTi" w:eastAsia="Ddylr05K+KaiTi"/>
          <w:color w:val="000000"/>
          <w:sz w:val="28"/>
        </w:rPr>
        <w:t>采用</w:t>
      </w:r>
      <w:r>
        <w:rPr>
          <w:spacing w:val="-2"/>
          <w:rFonts w:ascii="Ddylr05K+KaiTi" w:hAnsi="Ddylr05K+KaiTi" w:eastAsia="Ddylr05K+KaiTi"/>
          <w:color w:val="000000"/>
          <w:sz w:val="28"/>
        </w:rPr>
        <w:t>燃</w:t>
      </w:r>
      <w:r>
        <w:rPr>
          <w:rFonts w:ascii="Ddylr05K+KaiTi" w:hAnsi="Ddylr05K+KaiTi" w:eastAsia="Ddylr05K+KaiTi"/>
          <w:color w:val="000000"/>
          <w:sz w:val="28"/>
        </w:rPr>
        <w:t>油叉</w:t>
      </w:r>
      <w:r>
        <w:rPr>
          <w:spacing w:val="-2"/>
          <w:rFonts w:ascii="Ddylr05K+KaiTi" w:hAnsi="Ddylr05K+KaiTi" w:eastAsia="Ddylr05K+KaiTi"/>
          <w:color w:val="000000"/>
          <w:sz w:val="28"/>
        </w:rPr>
        <w:t>车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0" w:lineRule="exact" w:before="34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排放</w:t>
      </w:r>
      <w:r>
        <w:rPr>
          <w:rFonts w:ascii="Ddylr05K+KaiTi" w:hAnsi="Ddylr05K+KaiTi" w:eastAsia="Ddylr05K+KaiTi"/>
          <w:color w:val="000000"/>
          <w:sz w:val="28"/>
        </w:rPr>
        <w:t>因</w:t>
      </w:r>
      <w:r>
        <w:rPr>
          <w:spacing w:val="70"/>
          <w:rFonts w:ascii="Ddylr05K+KaiTi" w:hAnsi="Ddylr05K+KaiTi" w:eastAsia="Ddylr05K+KaiTi"/>
          <w:color w:val="000000"/>
          <w:sz w:val="28"/>
        </w:rPr>
        <w:t>子</w:t>
      </w:r>
      <w:r>
        <w:rPr>
          <w:rFonts w:ascii="Ddylr05K+KaiTi" w:hAnsi="Ddylr05K+KaiTi" w:eastAsia="Ddylr05K+KaiTi"/>
          <w:color w:val="000000"/>
          <w:sz w:val="28"/>
        </w:rPr>
        <w:t>3：</w:t>
      </w:r>
      <w:r>
        <w:rPr>
          <w:spacing w:val="-4"/>
          <w:rFonts w:ascii="Ddylr05K+KaiTi" w:hAnsi="Ddylr05K+KaiTi" w:eastAsia="Ddylr05K+KaiTi"/>
          <w:color w:val="000000"/>
          <w:sz w:val="28"/>
        </w:rPr>
        <w:t>净</w:t>
      </w:r>
      <w:r>
        <w:rPr>
          <w:rFonts w:ascii="Ddylr05K+KaiTi" w:hAnsi="Ddylr05K+KaiTi" w:eastAsia="Ddylr05K+KaiTi"/>
          <w:color w:val="000000"/>
          <w:sz w:val="28"/>
        </w:rPr>
        <w:t>购入</w:t>
      </w:r>
      <w:r>
        <w:rPr>
          <w:spacing w:val="-4"/>
          <w:rFonts w:ascii="Ddylr05K+KaiTi" w:hAnsi="Ddylr05K+KaiTi" w:eastAsia="Ddylr05K+KaiTi"/>
          <w:color w:val="000000"/>
          <w:sz w:val="28"/>
        </w:rPr>
        <w:t>使</w:t>
      </w:r>
      <w:r>
        <w:rPr>
          <w:rFonts w:ascii="Ddylr05K+KaiTi" w:hAnsi="Ddylr05K+KaiTi" w:eastAsia="Ddylr05K+KaiTi"/>
          <w:color w:val="000000"/>
          <w:sz w:val="28"/>
        </w:rPr>
        <w:t>用电</w:t>
      </w:r>
      <w:r>
        <w:rPr>
          <w:spacing w:val="-4"/>
          <w:rFonts w:ascii="Ddylr05K+KaiTi" w:hAnsi="Ddylr05K+KaiTi" w:eastAsia="Ddylr05K+KaiTi"/>
          <w:color w:val="000000"/>
          <w:sz w:val="28"/>
        </w:rPr>
        <w:t>力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4"/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</w:t>
      </w:r>
    </w:p>
    <w:p>
      <w:pPr>
        <w:autoSpaceDN w:val="0"/>
        <w:autoSpaceDE w:val="0"/>
        <w:widowControl/>
        <w:spacing w:line="240" w:lineRule="exact" w:before="286" w:after="0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-1</w:t>
      </w:r>
      <w:r>
        <w:rPr>
          <w:rFonts w:ascii="Ddylr05K+KaiTi" w:hAnsi="Ddylr05K+KaiTi" w:eastAsia="Ddylr05K+KaiTi"/>
          <w:b/>
          <w:color w:val="000000"/>
          <w:sz w:val="24"/>
        </w:rPr>
        <w:t>2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对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净</w:t>
      </w:r>
      <w:r>
        <w:rPr>
          <w:rFonts w:ascii="Ddylr05K+KaiTi" w:hAnsi="Ddylr05K+KaiTi" w:eastAsia="Ddylr05K+KaiTi"/>
          <w:b/>
          <w:color w:val="000000"/>
          <w:sz w:val="24"/>
        </w:rPr>
        <w:t>购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入</w:t>
      </w:r>
      <w:r>
        <w:rPr>
          <w:rFonts w:ascii="Ddylr05K+KaiTi" w:hAnsi="Ddylr05K+KaiTi" w:eastAsia="Ddylr05K+KaiTi"/>
          <w:b/>
          <w:color w:val="000000"/>
          <w:sz w:val="24"/>
        </w:rPr>
        <w:t>使用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电</w:t>
      </w:r>
      <w:r>
        <w:rPr>
          <w:rFonts w:ascii="Ddylr05K+KaiTi" w:hAnsi="Ddylr05K+KaiTi" w:eastAsia="Ddylr05K+KaiTi"/>
          <w:b/>
          <w:color w:val="000000"/>
          <w:sz w:val="24"/>
        </w:rPr>
        <w:t>力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排</w:t>
      </w:r>
      <w:r>
        <w:rPr>
          <w:rFonts w:ascii="Ddylr05K+KaiTi" w:hAnsi="Ddylr05K+KaiTi" w:eastAsia="Ddylr05K+KaiTi"/>
          <w:b/>
          <w:color w:val="000000"/>
          <w:sz w:val="24"/>
        </w:rPr>
        <w:t>放因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子</w:t>
      </w:r>
      <w:r>
        <w:rPr>
          <w:rFonts w:ascii="Ddylr05K+KaiTi" w:hAnsi="Ddylr05K+KaiTi" w:eastAsia="Ddylr05K+KaiTi"/>
          <w:b/>
          <w:color w:val="000000"/>
          <w:sz w:val="24"/>
        </w:rPr>
        <w:t>的评价</w:t>
      </w:r>
    </w:p>
    <w:p>
      <w:pPr>
        <w:autoSpaceDN w:val="0"/>
        <w:tabs>
          <w:tab w:pos="2736" w:val="left"/>
        </w:tabs>
        <w:autoSpaceDE w:val="0"/>
        <w:widowControl/>
        <w:spacing w:line="280" w:lineRule="exact" w:before="296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项</w:t>
      </w:r>
      <w:r>
        <w:tab/>
      </w:r>
      <w:r>
        <w:rPr>
          <w:spacing w:val="-2"/>
          <w:rFonts w:ascii="Ddylr05K+KaiTi" w:hAnsi="Ddylr05K+KaiTi" w:eastAsia="Ddylr05K+KaiTi"/>
          <w:color w:val="000000"/>
          <w:sz w:val="28"/>
        </w:rPr>
        <w:t>净购</w:t>
      </w:r>
      <w:r>
        <w:rPr>
          <w:rFonts w:ascii="Ddylr05K+KaiTi" w:hAnsi="Ddylr05K+KaiTi" w:eastAsia="Ddylr05K+KaiTi"/>
          <w:color w:val="000000"/>
          <w:sz w:val="28"/>
        </w:rPr>
        <w:t>入使</w:t>
      </w:r>
      <w:r>
        <w:rPr>
          <w:spacing w:val="-2"/>
          <w:rFonts w:ascii="Ddylr05K+KaiTi" w:hAnsi="Ddylr05K+KaiTi" w:eastAsia="Ddylr05K+KaiTi"/>
          <w:color w:val="000000"/>
          <w:sz w:val="28"/>
        </w:rPr>
        <w:t>用</w:t>
      </w:r>
      <w:r>
        <w:rPr>
          <w:rFonts w:ascii="Ddylr05K+KaiTi" w:hAnsi="Ddylr05K+KaiTi" w:eastAsia="Ddylr05K+KaiTi"/>
          <w:color w:val="000000"/>
          <w:sz w:val="28"/>
        </w:rPr>
        <w:t>电力</w:t>
      </w:r>
      <w:r>
        <w:rPr>
          <w:spacing w:val="-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放因子</w:t>
      </w:r>
    </w:p>
    <w:p>
      <w:pPr>
        <w:autoSpaceDN w:val="0"/>
        <w:tabs>
          <w:tab w:pos="2736" w:val="left"/>
        </w:tabs>
        <w:autoSpaceDE w:val="0"/>
        <w:widowControl/>
        <w:spacing w:line="280" w:lineRule="exact" w:before="35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值</w:t>
      </w:r>
      <w:r>
        <w:tab/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.6</w:t>
      </w:r>
      <w:r>
        <w:rPr>
          <w:spacing w:val="2"/>
          <w:rFonts w:ascii="Ddylr05K+KaiTi" w:hAnsi="Ddylr05K+KaiTi" w:eastAsia="Ddylr05K+KaiTi"/>
          <w:color w:val="000000"/>
          <w:sz w:val="28"/>
        </w:rPr>
        <w:t>8</w:t>
      </w:r>
      <w:r>
        <w:rPr>
          <w:spacing w:val="-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8</w:t>
      </w:r>
    </w:p>
    <w:p>
      <w:pPr>
        <w:autoSpaceDN w:val="0"/>
        <w:tabs>
          <w:tab w:pos="2736" w:val="left"/>
        </w:tabs>
        <w:autoSpaceDE w:val="0"/>
        <w:widowControl/>
        <w:spacing w:line="302" w:lineRule="exact" w:before="35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单</w:t>
      </w:r>
      <w:r>
        <w:rPr>
          <w:rFonts w:ascii="Ddylr05K+KaiTi" w:hAnsi="Ddylr05K+KaiTi" w:eastAsia="Ddylr05K+KaiTi"/>
          <w:color w:val="000000"/>
          <w:sz w:val="28"/>
        </w:rPr>
        <w:t>位</w:t>
      </w:r>
      <w:r>
        <w:tab/>
      </w:r>
      <w:r>
        <w:rPr>
          <w:spacing w:val="2"/>
          <w:rFonts w:ascii="Ddylr05K+KaiTi" w:hAnsi="Ddylr05K+KaiTi" w:eastAsia="Ddylr05K+KaiTi"/>
          <w:color w:val="000000"/>
          <w:sz w:val="28"/>
        </w:rPr>
        <w:t>K</w:t>
      </w:r>
      <w:r>
        <w:rPr>
          <w:spacing w:val="-2"/>
          <w:rFonts w:ascii="Ddylr05K+KaiTi" w:hAnsi="Ddylr05K+KaiTi" w:eastAsia="Ddylr05K+KaiTi"/>
          <w:color w:val="000000"/>
          <w:sz w:val="28"/>
        </w:rPr>
        <w:t>gC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spacing w:val="-1"/>
          <w:rFonts w:ascii="Ddylr05K+KaiTi" w:hAnsi="Ddylr05K+KaiTi" w:eastAsia="Ddylr05K+KaiTi"/>
          <w:color w:val="000000"/>
          <w:sz w:val="14"/>
        </w:rPr>
        <w:t>2</w:t>
      </w:r>
      <w:r>
        <w:rPr>
          <w:rFonts w:ascii="Ddylr05K+KaiTi" w:hAnsi="Ddylr05K+KaiTi" w:eastAsia="Ddylr05K+KaiTi"/>
          <w:color w:val="000000"/>
          <w:sz w:val="28"/>
        </w:rPr>
        <w:t>e/</w:t>
      </w:r>
      <w:r>
        <w:rPr>
          <w:spacing w:val="-2"/>
          <w:rFonts w:ascii="Ddylr05K+KaiTi" w:hAnsi="Ddylr05K+KaiTi" w:eastAsia="Ddylr05K+KaiTi"/>
          <w:color w:val="000000"/>
          <w:sz w:val="28"/>
        </w:rPr>
        <w:t>K</w:t>
      </w:r>
      <w:r>
        <w:rPr>
          <w:rFonts w:ascii="Ddylr05K+KaiTi" w:hAnsi="Ddylr05K+KaiTi" w:eastAsia="Ddylr05K+KaiTi"/>
          <w:color w:val="000000"/>
          <w:sz w:val="28"/>
        </w:rPr>
        <w:t>Wh</w:t>
      </w:r>
    </w:p>
    <w:p>
      <w:pPr>
        <w:autoSpaceDN w:val="0"/>
        <w:autoSpaceDE w:val="0"/>
        <w:widowControl/>
        <w:spacing w:line="282" w:lineRule="exact" w:before="332" w:after="0"/>
        <w:ind w:left="0" w:right="618" w:firstLine="0"/>
        <w:jc w:val="right"/>
      </w:pP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02</w:t>
      </w:r>
      <w:r>
        <w:rPr>
          <w:spacing w:val="68"/>
          <w:rFonts w:ascii="Ddylr05K+KaiTi" w:hAnsi="Ddylr05K+KaiTi" w:eastAsia="Ddylr05K+KaiTi"/>
          <w:color w:val="000000"/>
          <w:sz w:val="28"/>
        </w:rPr>
        <w:t>4</w:t>
      </w:r>
      <w:r>
        <w:rPr>
          <w:spacing w:val="70"/>
          <w:rFonts w:ascii="Ddylr05K+KaiTi" w:hAnsi="Ddylr05K+KaiTi" w:eastAsia="Ddylr05K+KaiTi"/>
          <w:color w:val="000000"/>
          <w:sz w:val="28"/>
        </w:rPr>
        <w:t>年4</w:t>
      </w:r>
      <w:r>
        <w:rPr>
          <w:spacing w:val="68"/>
          <w:rFonts w:ascii="Ddylr05K+KaiTi" w:hAnsi="Ddylr05K+KaiTi" w:eastAsia="Ddylr05K+KaiTi"/>
          <w:color w:val="000000"/>
          <w:sz w:val="28"/>
        </w:rPr>
        <w:t>月</w:t>
      </w:r>
      <w:r>
        <w:rPr>
          <w:spacing w:val="-2"/>
          <w:rFonts w:ascii="Ddylr05K+KaiTi" w:hAnsi="Ddylr05K+KaiTi" w:eastAsia="Ddylr05K+KaiTi"/>
          <w:color w:val="000000"/>
          <w:sz w:val="28"/>
        </w:rPr>
        <w:t>1</w:t>
      </w:r>
      <w:r>
        <w:rPr>
          <w:spacing w:val="68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日</w:t>
      </w:r>
      <w:r>
        <w:rPr>
          <w:spacing w:val="-2"/>
          <w:rFonts w:ascii="Ddylr05K+KaiTi" w:hAnsi="Ddylr05K+KaiTi" w:eastAsia="Ddylr05K+KaiTi"/>
          <w:color w:val="000000"/>
          <w:sz w:val="28"/>
        </w:rPr>
        <w:t>发</w:t>
      </w:r>
      <w:r>
        <w:rPr>
          <w:rFonts w:ascii="Ddylr05K+KaiTi" w:hAnsi="Ddylr05K+KaiTi" w:eastAsia="Ddylr05K+KaiTi"/>
          <w:color w:val="000000"/>
          <w:sz w:val="28"/>
        </w:rPr>
        <w:t>布的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《</w:t>
      </w:r>
      <w:r>
        <w:rPr>
          <w:rFonts w:ascii="Ddylr05K+KaiTi" w:hAnsi="Ddylr05K+KaiTi" w:eastAsia="Ddylr05K+KaiTi"/>
          <w:color w:val="000000"/>
          <w:sz w:val="28"/>
        </w:rPr>
        <w:t>关于</w:t>
      </w:r>
      <w:r>
        <w:rPr>
          <w:spacing w:val="-2"/>
          <w:rFonts w:ascii="Ddylr05K+KaiTi" w:hAnsi="Ddylr05K+KaiTi" w:eastAsia="Ddylr05K+KaiTi"/>
          <w:color w:val="000000"/>
          <w:sz w:val="28"/>
        </w:rPr>
        <w:t>发</w:t>
      </w:r>
      <w:r>
        <w:rPr>
          <w:spacing w:val="72"/>
          <w:rFonts w:ascii="Ddylr05K+KaiTi" w:hAnsi="Ddylr05K+KaiTi" w:eastAsia="Ddylr05K+KaiTi"/>
          <w:color w:val="000000"/>
          <w:sz w:val="28"/>
        </w:rPr>
        <w:t>布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68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年电</w:t>
      </w:r>
    </w:p>
    <w:p>
      <w:pPr>
        <w:autoSpaceDN w:val="0"/>
        <w:autoSpaceDE w:val="0"/>
        <w:widowControl/>
        <w:spacing w:line="282" w:lineRule="exact" w:before="342" w:after="0"/>
        <w:ind w:left="0" w:right="408" w:firstLine="0"/>
        <w:jc w:val="right"/>
      </w:pPr>
      <w:r>
        <w:rPr>
          <w:spacing w:val="-2"/>
          <w:rFonts w:ascii="Ddylr05K+KaiTi" w:hAnsi="Ddylr05K+KaiTi" w:eastAsia="Ddylr05K+KaiTi"/>
          <w:color w:val="000000"/>
          <w:sz w:val="28"/>
        </w:rPr>
        <w:t>力二</w:t>
      </w:r>
      <w:r>
        <w:rPr>
          <w:rFonts w:ascii="Ddylr05K+KaiTi" w:hAnsi="Ddylr05K+KaiTi" w:eastAsia="Ddylr05K+KaiTi"/>
          <w:color w:val="000000"/>
          <w:sz w:val="28"/>
        </w:rPr>
        <w:t>氧化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因</w:t>
      </w:r>
      <w:r>
        <w:rPr>
          <w:rFonts w:ascii="Ddylr05K+KaiTi" w:hAnsi="Ddylr05K+KaiTi" w:eastAsia="Ddylr05K+KaiTi"/>
          <w:color w:val="000000"/>
          <w:sz w:val="28"/>
        </w:rPr>
        <w:t>子的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公</w:t>
      </w:r>
      <w:r>
        <w:rPr>
          <w:rFonts w:ascii="Ddylr05K+KaiTi" w:hAnsi="Ddylr05K+KaiTi" w:eastAsia="Ddylr05K+KaiTi"/>
          <w:color w:val="000000"/>
          <w:sz w:val="28"/>
        </w:rPr>
        <w:t>告》</w:t>
      </w:r>
      <w:r>
        <w:rPr>
          <w:spacing w:val="-2"/>
          <w:rFonts w:ascii="Ddylr05K+KaiTi" w:hAnsi="Ddylr05K+KaiTi" w:eastAsia="Ddylr05K+KaiTi"/>
          <w:color w:val="000000"/>
          <w:sz w:val="28"/>
        </w:rPr>
        <w:t>中</w:t>
      </w:r>
      <w:r>
        <w:rPr>
          <w:spacing w:val="70"/>
          <w:rFonts w:ascii="Ddylr05K+KaiTi" w:hAnsi="Ddylr05K+KaiTi" w:eastAsia="Ddylr05K+KaiTi"/>
          <w:color w:val="000000"/>
          <w:sz w:val="28"/>
        </w:rPr>
        <w:t>表</w:t>
      </w:r>
      <w:r>
        <w:rPr>
          <w:spacing w:val="-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“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年省</w:t>
      </w:r>
    </w:p>
    <w:p>
      <w:pPr>
        <w:autoSpaceDN w:val="0"/>
        <w:autoSpaceDE w:val="0"/>
        <w:widowControl/>
        <w:spacing w:line="282" w:lineRule="exact" w:before="3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来源</w:t>
      </w:r>
    </w:p>
    <w:p>
      <w:pPr>
        <w:autoSpaceDN w:val="0"/>
        <w:autoSpaceDE w:val="0"/>
        <w:widowControl/>
        <w:spacing w:line="282" w:lineRule="exact" w:before="30" w:after="0"/>
        <w:ind w:left="0" w:right="410" w:firstLine="0"/>
        <w:jc w:val="right"/>
      </w:pPr>
      <w:r>
        <w:rPr>
          <w:spacing w:val="-2"/>
          <w:rFonts w:ascii="Ddylr05K+KaiTi" w:hAnsi="Ddylr05K+KaiTi" w:eastAsia="Ddylr05K+KaiTi"/>
          <w:color w:val="000000"/>
          <w:sz w:val="28"/>
        </w:rPr>
        <w:t>级电</w:t>
      </w:r>
      <w:r>
        <w:rPr>
          <w:rFonts w:ascii="Ddylr05K+KaiTi" w:hAnsi="Ddylr05K+KaiTi" w:eastAsia="Ddylr05K+KaiTi"/>
          <w:color w:val="000000"/>
          <w:sz w:val="28"/>
        </w:rPr>
        <w:t>力平</w:t>
      </w:r>
      <w:r>
        <w:rPr>
          <w:spacing w:val="-2"/>
          <w:rFonts w:ascii="Ddylr05K+KaiTi" w:hAnsi="Ddylr05K+KaiTi" w:eastAsia="Ddylr05K+KaiTi"/>
          <w:color w:val="000000"/>
          <w:sz w:val="28"/>
        </w:rPr>
        <w:t>均</w:t>
      </w:r>
      <w:r>
        <w:rPr>
          <w:rFonts w:ascii="Ddylr05K+KaiTi" w:hAnsi="Ddylr05K+KaiTi" w:eastAsia="Ddylr05K+KaiTi"/>
          <w:color w:val="000000"/>
          <w:sz w:val="28"/>
        </w:rPr>
        <w:t>二氧</w:t>
      </w:r>
      <w:r>
        <w:rPr>
          <w:spacing w:val="-2"/>
          <w:rFonts w:ascii="Ddylr05K+KaiTi" w:hAnsi="Ddylr05K+KaiTi" w:eastAsia="Ddylr05K+KaiTi"/>
          <w:color w:val="000000"/>
          <w:sz w:val="28"/>
        </w:rPr>
        <w:t>化</w:t>
      </w:r>
      <w:r>
        <w:rPr>
          <w:rFonts w:ascii="Ddylr05K+KaiTi" w:hAnsi="Ddylr05K+KaiTi" w:eastAsia="Ddylr05K+KaiTi"/>
          <w:color w:val="000000"/>
          <w:sz w:val="28"/>
        </w:rPr>
        <w:t>碳排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因子</w:t>
      </w:r>
      <w:r>
        <w:rPr>
          <w:spacing w:val="-2"/>
          <w:rFonts w:ascii="Ddylr05K+KaiTi" w:hAnsi="Ddylr05K+KaiTi" w:eastAsia="Ddylr05K+KaiTi"/>
          <w:color w:val="000000"/>
          <w:sz w:val="28"/>
        </w:rPr>
        <w:t>”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山</w:t>
      </w:r>
      <w:r>
        <w:rPr>
          <w:rFonts w:ascii="Ddylr05K+KaiTi" w:hAnsi="Ddylr05K+KaiTi" w:eastAsia="Ddylr05K+KaiTi"/>
          <w:color w:val="000000"/>
          <w:sz w:val="28"/>
        </w:rPr>
        <w:t>东省电</w:t>
      </w:r>
      <w:r>
        <w:rPr>
          <w:spacing w:val="-2"/>
          <w:rFonts w:ascii="Ddylr05K+KaiTi" w:hAnsi="Ddylr05K+KaiTi" w:eastAsia="Ddylr05K+KaiTi"/>
          <w:color w:val="000000"/>
          <w:sz w:val="28"/>
        </w:rPr>
        <w:t>力</w:t>
      </w:r>
      <w:r>
        <w:rPr>
          <w:rFonts w:ascii="Ddylr05K+KaiTi" w:hAnsi="Ddylr05K+KaiTi" w:eastAsia="Ddylr05K+KaiTi"/>
          <w:color w:val="000000"/>
          <w:sz w:val="28"/>
        </w:rPr>
        <w:t>平</w:t>
      </w:r>
    </w:p>
    <w:p>
      <w:pPr>
        <w:autoSpaceDN w:val="0"/>
        <w:autoSpaceDE w:val="0"/>
        <w:widowControl/>
        <w:spacing w:line="302" w:lineRule="exact" w:before="342" w:after="0"/>
        <w:ind w:left="0" w:right="1390" w:firstLine="0"/>
        <w:jc w:val="right"/>
      </w:pPr>
      <w:r>
        <w:rPr>
          <w:spacing w:val="-2"/>
          <w:rFonts w:ascii="Ddylr05K+KaiTi" w:hAnsi="Ddylr05K+KaiTi" w:eastAsia="Ddylr05K+KaiTi"/>
          <w:color w:val="000000"/>
          <w:sz w:val="28"/>
        </w:rPr>
        <w:t>均二</w:t>
      </w:r>
      <w:r>
        <w:rPr>
          <w:rFonts w:ascii="Ddylr05K+KaiTi" w:hAnsi="Ddylr05K+KaiTi" w:eastAsia="Ddylr05K+KaiTi"/>
          <w:color w:val="000000"/>
          <w:sz w:val="28"/>
        </w:rPr>
        <w:t>氧化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-2"/>
          <w:rFonts w:ascii="Ddylr05K+KaiTi" w:hAnsi="Ddylr05K+KaiTi" w:eastAsia="Ddylr05K+KaiTi"/>
          <w:color w:val="000000"/>
          <w:sz w:val="28"/>
        </w:rPr>
        <w:t>因</w:t>
      </w:r>
      <w:r>
        <w:rPr>
          <w:spacing w:val="70"/>
          <w:rFonts w:ascii="Ddylr05K+KaiTi" w:hAnsi="Ddylr05K+KaiTi" w:eastAsia="Ddylr05K+KaiTi"/>
          <w:color w:val="000000"/>
          <w:sz w:val="28"/>
        </w:rPr>
        <w:t>子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6</w:t>
      </w:r>
      <w:r>
        <w:rPr>
          <w:spacing w:val="2"/>
          <w:rFonts w:ascii="Ddylr05K+KaiTi" w:hAnsi="Ddylr05K+KaiTi" w:eastAsia="Ddylr05K+KaiTi"/>
          <w:color w:val="000000"/>
          <w:sz w:val="28"/>
        </w:rPr>
        <w:t>8</w:t>
      </w:r>
      <w:r>
        <w:rPr>
          <w:spacing w:val="-2"/>
          <w:rFonts w:ascii="Ddylr05K+KaiTi" w:hAnsi="Ddylr05K+KaiTi" w:eastAsia="Ddylr05K+KaiTi"/>
          <w:color w:val="000000"/>
          <w:sz w:val="28"/>
        </w:rPr>
        <w:t>3</w:t>
      </w:r>
      <w:r>
        <w:rPr>
          <w:rFonts w:ascii="Ddylr05K+KaiTi" w:hAnsi="Ddylr05K+KaiTi" w:eastAsia="Ddylr05K+KaiTi"/>
          <w:color w:val="000000"/>
          <w:sz w:val="28"/>
        </w:rPr>
        <w:t>8</w:t>
      </w:r>
      <w:r>
        <w:rPr>
          <w:spacing w:val="2"/>
          <w:rFonts w:ascii="Ddylr05K+KaiTi" w:hAnsi="Ddylr05K+KaiTi" w:eastAsia="Ddylr05K+KaiTi"/>
          <w:color w:val="000000"/>
          <w:sz w:val="28"/>
        </w:rPr>
        <w:t>K</w:t>
      </w:r>
      <w:r>
        <w:rPr>
          <w:spacing w:val="-2"/>
          <w:rFonts w:ascii="Ddylr05K+KaiTi" w:hAnsi="Ddylr05K+KaiTi" w:eastAsia="Ddylr05K+KaiTi"/>
          <w:color w:val="000000"/>
          <w:sz w:val="28"/>
        </w:rPr>
        <w:t>g</w:t>
      </w:r>
      <w:r>
        <w:rPr>
          <w:rFonts w:ascii="Ddylr05K+KaiTi" w:hAnsi="Ddylr05K+KaiTi" w:eastAsia="Ddylr05K+KaiTi"/>
          <w:color w:val="000000"/>
          <w:sz w:val="28"/>
        </w:rPr>
        <w:t>C</w:t>
      </w:r>
      <w:r>
        <w:rPr>
          <w:spacing w:val="-2"/>
          <w:rFonts w:ascii="Ddylr05K+KaiTi" w:hAnsi="Ddylr05K+KaiTi" w:eastAsia="Ddylr05K+KaiTi"/>
          <w:color w:val="000000"/>
          <w:sz w:val="28"/>
        </w:rPr>
        <w:t>O</w:t>
      </w:r>
      <w:r>
        <w:rPr>
          <w:spacing w:val="3"/>
          <w:rFonts w:ascii="Ddylr05K+KaiTi" w:hAnsi="Ddylr05K+KaiTi" w:eastAsia="Ddylr05K+KaiTi"/>
          <w:color w:val="000000"/>
          <w:sz w:val="14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/</w:t>
      </w:r>
      <w:r>
        <w:rPr>
          <w:rFonts w:ascii="Ddylr05K+KaiTi" w:hAnsi="Ddylr05K+KaiTi" w:eastAsia="Ddylr05K+KaiTi"/>
          <w:color w:val="000000"/>
          <w:sz w:val="28"/>
        </w:rPr>
        <w:t>KW</w:t>
      </w:r>
      <w:r>
        <w:rPr>
          <w:spacing w:val="-2"/>
          <w:rFonts w:ascii="Ddylr05K+KaiTi" w:hAnsi="Ddylr05K+KaiTi" w:eastAsia="Ddylr05K+KaiTi"/>
          <w:color w:val="000000"/>
          <w:sz w:val="28"/>
        </w:rPr>
        <w:t>h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20" w:lineRule="exact" w:before="81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31</w:t>
      </w:r>
    </w:p>
    <w:p>
      <w:pPr>
        <w:sectPr>
          <w:pgSz w:w="11906" w:h="17238"/>
          <w:pgMar w:top="778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92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2806700</wp:posOffset>
            </wp:positionV>
            <wp:extent cx="5422900" cy="3213100"/>
            <wp:wrapNone/>
            <wp:docPr id="39" name="Picture 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2131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914400</wp:posOffset>
            </wp:positionV>
            <wp:extent cx="5422900" cy="1600200"/>
            <wp:wrapNone/>
            <wp:docPr id="40" name="Picture 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16002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9080500</wp:posOffset>
            </wp:positionV>
            <wp:extent cx="5397500" cy="381000"/>
            <wp:wrapNone/>
            <wp:docPr id="41" name="Picture 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381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452" w:lineRule="exact" w:before="0" w:after="0"/>
        <w:ind w:left="2736" w:right="432" w:firstLine="0"/>
        <w:jc w:val="center"/>
      </w:pPr>
      <w:r>
        <w:rPr>
          <w:spacing w:val="-2"/>
          <w:rFonts w:ascii="Ddylr05K+KaiTi" w:hAnsi="Ddylr05K+KaiTi" w:eastAsia="Ddylr05K+KaiTi"/>
          <w:color w:val="000000"/>
          <w:sz w:val="28"/>
        </w:rPr>
        <w:t>经现</w:t>
      </w:r>
      <w:r>
        <w:rPr>
          <w:rFonts w:ascii="Ddylr05K+KaiTi" w:hAnsi="Ddylr05K+KaiTi" w:eastAsia="Ddylr05K+KaiTi"/>
          <w:color w:val="000000"/>
          <w:sz w:val="28"/>
        </w:rPr>
        <w:t>场评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</w:t>
      </w:r>
      <w:r>
        <w:rPr>
          <w:rFonts w:ascii="Ddylr05K+KaiTi" w:hAnsi="Ddylr05K+KaiTi" w:eastAsia="Ddylr05K+KaiTi"/>
          <w:color w:val="000000"/>
          <w:sz w:val="28"/>
        </w:rPr>
        <w:t>确认</w:t>
      </w:r>
      <w:r>
        <w:rPr>
          <w:spacing w:val="-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4</w:t>
      </w:r>
      <w:r>
        <w:rPr>
          <w:spacing w:val="68"/>
          <w:rFonts w:ascii="Ddylr05K+KaiTi" w:hAnsi="Ddylr05K+KaiTi" w:eastAsia="Ddylr05K+KaiTi"/>
          <w:color w:val="000000"/>
          <w:sz w:val="28"/>
        </w:rPr>
        <w:t>年4</w:t>
      </w:r>
      <w:r>
        <w:rPr>
          <w:spacing w:val="70"/>
          <w:rFonts w:ascii="Ddylr05K+KaiTi" w:hAnsi="Ddylr05K+KaiTi" w:eastAsia="Ddylr05K+KaiTi"/>
          <w:color w:val="000000"/>
          <w:sz w:val="28"/>
        </w:rPr>
        <w:t>月</w:t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spacing w:val="68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日</w:t>
      </w:r>
      <w:r>
        <w:rPr>
          <w:spacing w:val="-2"/>
          <w:rFonts w:ascii="Ddylr05K+KaiTi" w:hAnsi="Ddylr05K+KaiTi" w:eastAsia="Ddylr05K+KaiTi"/>
          <w:color w:val="000000"/>
          <w:sz w:val="28"/>
        </w:rPr>
        <w:t>发</w:t>
      </w:r>
      <w:r>
        <w:rPr>
          <w:rFonts w:ascii="Ddylr05K+KaiTi" w:hAnsi="Ddylr05K+KaiTi" w:eastAsia="Ddylr05K+KaiTi"/>
          <w:color w:val="000000"/>
          <w:sz w:val="28"/>
        </w:rPr>
        <w:t>布的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《</w:t>
      </w:r>
      <w:r>
        <w:rPr>
          <w:rFonts w:ascii="Ddylr05K+KaiTi" w:hAnsi="Ddylr05K+KaiTi" w:eastAsia="Ddylr05K+KaiTi"/>
          <w:color w:val="000000"/>
          <w:sz w:val="28"/>
        </w:rPr>
        <w:t>关</w:t>
      </w:r>
      <w:r>
        <w:rPr>
          <w:spacing w:val="-2"/>
          <w:rFonts w:ascii="Ddylr05K+KaiTi" w:hAnsi="Ddylr05K+KaiTi" w:eastAsia="Ddylr05K+KaiTi"/>
          <w:color w:val="000000"/>
          <w:sz w:val="28"/>
        </w:rPr>
        <w:t>于发</w:t>
      </w:r>
      <w:r>
        <w:rPr>
          <w:spacing w:val="70"/>
          <w:rFonts w:ascii="Ddylr05K+KaiTi" w:hAnsi="Ddylr05K+KaiTi" w:eastAsia="Ddylr05K+KaiTi"/>
          <w:color w:val="000000"/>
          <w:sz w:val="28"/>
        </w:rPr>
        <w:t>布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年</w:t>
      </w:r>
      <w:r>
        <w:rPr>
          <w:spacing w:val="-2"/>
          <w:rFonts w:ascii="Ddylr05K+KaiTi" w:hAnsi="Ddylr05K+KaiTi" w:eastAsia="Ddylr05K+KaiTi"/>
          <w:color w:val="000000"/>
          <w:sz w:val="28"/>
        </w:rPr>
        <w:t>电</w:t>
      </w:r>
      <w:r>
        <w:rPr>
          <w:rFonts w:ascii="Ddylr05K+KaiTi" w:hAnsi="Ddylr05K+KaiTi" w:eastAsia="Ddylr05K+KaiTi"/>
          <w:color w:val="000000"/>
          <w:sz w:val="28"/>
        </w:rPr>
        <w:t>力二</w:t>
      </w:r>
      <w:r>
        <w:rPr>
          <w:spacing w:val="-2"/>
          <w:rFonts w:ascii="Ddylr05K+KaiTi" w:hAnsi="Ddylr05K+KaiTi" w:eastAsia="Ddylr05K+KaiTi"/>
          <w:color w:val="000000"/>
          <w:sz w:val="28"/>
        </w:rPr>
        <w:t>氧</w:t>
      </w:r>
      <w:r>
        <w:rPr>
          <w:rFonts w:ascii="Ddylr05K+KaiTi" w:hAnsi="Ddylr05K+KaiTi" w:eastAsia="Ddylr05K+KaiTi"/>
          <w:color w:val="000000"/>
          <w:sz w:val="28"/>
        </w:rPr>
        <w:t>化碳</w:t>
      </w:r>
      <w:r>
        <w:rPr>
          <w:spacing w:val="-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放因</w:t>
      </w:r>
      <w:r>
        <w:rPr>
          <w:spacing w:val="-2"/>
          <w:rFonts w:ascii="Ddylr05K+KaiTi" w:hAnsi="Ddylr05K+KaiTi" w:eastAsia="Ddylr05K+KaiTi"/>
          <w:color w:val="000000"/>
          <w:sz w:val="28"/>
        </w:rPr>
        <w:t>子</w:t>
      </w:r>
      <w:r>
        <w:rPr>
          <w:rFonts w:ascii="Ddylr05K+KaiTi" w:hAnsi="Ddylr05K+KaiTi" w:eastAsia="Ddylr05K+KaiTi"/>
          <w:color w:val="000000"/>
          <w:sz w:val="28"/>
        </w:rPr>
        <w:t>的公</w:t>
      </w:r>
      <w:r>
        <w:rPr>
          <w:spacing w:val="-2"/>
          <w:rFonts w:ascii="Ddylr05K+KaiTi" w:hAnsi="Ddylr05K+KaiTi" w:eastAsia="Ddylr05K+KaiTi"/>
          <w:color w:val="000000"/>
          <w:sz w:val="28"/>
        </w:rPr>
        <w:t>告</w:t>
      </w:r>
      <w:r>
        <w:rPr>
          <w:rFonts w:ascii="Ddylr05K+KaiTi" w:hAnsi="Ddylr05K+KaiTi" w:eastAsia="Ddylr05K+KaiTi"/>
          <w:color w:val="000000"/>
          <w:sz w:val="28"/>
        </w:rPr>
        <w:t>》</w:t>
      </w:r>
    </w:p>
    <w:p>
      <w:pPr>
        <w:autoSpaceDN w:val="0"/>
        <w:autoSpaceDE w:val="0"/>
        <w:widowControl/>
        <w:spacing w:line="280" w:lineRule="exact" w:before="32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结论</w:t>
      </w:r>
    </w:p>
    <w:p>
      <w:pPr>
        <w:autoSpaceDN w:val="0"/>
        <w:autoSpaceDE w:val="0"/>
        <w:widowControl/>
        <w:spacing w:line="478" w:lineRule="exact" w:before="0" w:after="0"/>
        <w:ind w:left="2736" w:right="432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中</w:t>
      </w:r>
      <w:r>
        <w:rPr>
          <w:spacing w:val="66"/>
          <w:rFonts w:ascii="Ddylr05K+KaiTi" w:hAnsi="Ddylr05K+KaiTi" w:eastAsia="Ddylr05K+KaiTi"/>
          <w:color w:val="000000"/>
          <w:sz w:val="28"/>
        </w:rPr>
        <w:t>表</w:t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spacing w:val="-4"/>
          <w:rFonts w:ascii="Ddylr05K+KaiTi" w:hAnsi="Ddylr05K+KaiTi" w:eastAsia="Ddylr05K+KaiTi"/>
          <w:color w:val="000000"/>
          <w:sz w:val="28"/>
        </w:rPr>
        <w:t>“</w:t>
      </w:r>
      <w:r>
        <w:rPr>
          <w:rFonts w:ascii="Ddylr05K+KaiTi" w:hAnsi="Ddylr05K+KaiTi" w:eastAsia="Ddylr05K+KaiTi"/>
          <w:color w:val="000000"/>
          <w:sz w:val="28"/>
        </w:rPr>
        <w:t>20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spacing w:val="70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年</w:t>
      </w:r>
      <w:r>
        <w:rPr>
          <w:spacing w:val="-2"/>
          <w:rFonts w:ascii="Ddylr05K+KaiTi" w:hAnsi="Ddylr05K+KaiTi" w:eastAsia="Ddylr05K+KaiTi"/>
          <w:color w:val="000000"/>
          <w:sz w:val="28"/>
        </w:rPr>
        <w:t>省</w:t>
      </w:r>
      <w:r>
        <w:rPr>
          <w:rFonts w:ascii="Ddylr05K+KaiTi" w:hAnsi="Ddylr05K+KaiTi" w:eastAsia="Ddylr05K+KaiTi"/>
          <w:color w:val="000000"/>
          <w:sz w:val="28"/>
        </w:rPr>
        <w:t>级电</w:t>
      </w:r>
      <w:r>
        <w:rPr>
          <w:spacing w:val="-2"/>
          <w:rFonts w:ascii="Ddylr05K+KaiTi" w:hAnsi="Ddylr05K+KaiTi" w:eastAsia="Ddylr05K+KaiTi"/>
          <w:color w:val="000000"/>
          <w:sz w:val="28"/>
        </w:rPr>
        <w:t>力</w:t>
      </w:r>
      <w:r>
        <w:rPr>
          <w:rFonts w:ascii="Ddylr05K+KaiTi" w:hAnsi="Ddylr05K+KaiTi" w:eastAsia="Ddylr05K+KaiTi"/>
          <w:color w:val="000000"/>
          <w:sz w:val="28"/>
        </w:rPr>
        <w:t>平均</w:t>
      </w:r>
      <w:r>
        <w:rPr>
          <w:spacing w:val="-2"/>
          <w:rFonts w:ascii="Ddylr05K+KaiTi" w:hAnsi="Ddylr05K+KaiTi" w:eastAsia="Ddylr05K+KaiTi"/>
          <w:color w:val="000000"/>
          <w:sz w:val="28"/>
        </w:rPr>
        <w:t>二</w:t>
      </w:r>
      <w:r>
        <w:rPr>
          <w:rFonts w:ascii="Ddylr05K+KaiTi" w:hAnsi="Ddylr05K+KaiTi" w:eastAsia="Ddylr05K+KaiTi"/>
          <w:color w:val="000000"/>
          <w:sz w:val="28"/>
        </w:rPr>
        <w:t>氧化</w:t>
      </w:r>
      <w:r>
        <w:rPr>
          <w:spacing w:val="-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排放因</w:t>
      </w:r>
      <w:r>
        <w:rPr>
          <w:spacing w:val="-2"/>
          <w:rFonts w:ascii="Ddylr05K+KaiTi" w:hAnsi="Ddylr05K+KaiTi" w:eastAsia="Ddylr05K+KaiTi"/>
          <w:color w:val="000000"/>
          <w:sz w:val="28"/>
        </w:rPr>
        <w:t>子”</w:t>
      </w:r>
      <w:r>
        <w:rPr>
          <w:rFonts w:ascii="Ddylr05K+KaiTi" w:hAnsi="Ddylr05K+KaiTi" w:eastAsia="Ddylr05K+KaiTi"/>
          <w:color w:val="000000"/>
          <w:sz w:val="28"/>
        </w:rPr>
        <w:t>公</w:t>
      </w:r>
      <w:r>
        <w:rPr>
          <w:spacing w:val="-2"/>
          <w:rFonts w:ascii="Ddylr05K+KaiTi" w:hAnsi="Ddylr05K+KaiTi" w:eastAsia="Ddylr05K+KaiTi"/>
          <w:color w:val="000000"/>
          <w:sz w:val="28"/>
        </w:rPr>
        <w:t>布</w:t>
      </w:r>
      <w:r>
        <w:rPr>
          <w:spacing w:val="68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0.</w:t>
      </w:r>
      <w:r>
        <w:rPr>
          <w:spacing w:val="-2"/>
          <w:rFonts w:ascii="Ddylr05K+KaiTi" w:hAnsi="Ddylr05K+KaiTi" w:eastAsia="Ddylr05K+KaiTi"/>
          <w:color w:val="000000"/>
          <w:sz w:val="28"/>
        </w:rPr>
        <w:t>6</w:t>
      </w:r>
      <w:r>
        <w:rPr>
          <w:rFonts w:ascii="Ddylr05K+KaiTi" w:hAnsi="Ddylr05K+KaiTi" w:eastAsia="Ddylr05K+KaiTi"/>
          <w:color w:val="000000"/>
          <w:sz w:val="28"/>
        </w:rPr>
        <w:t>83</w:t>
      </w:r>
      <w:r>
        <w:rPr>
          <w:spacing w:val="-2"/>
          <w:rFonts w:ascii="Ddylr05K+KaiTi" w:hAnsi="Ddylr05K+KaiTi" w:eastAsia="Ddylr05K+KaiTi"/>
          <w:color w:val="000000"/>
          <w:sz w:val="28"/>
        </w:rPr>
        <w:t>8</w:t>
      </w:r>
      <w:r>
        <w:rPr>
          <w:rFonts w:ascii="Ddylr05K+KaiTi" w:hAnsi="Ddylr05K+KaiTi" w:eastAsia="Ddylr05K+KaiTi"/>
          <w:color w:val="000000"/>
          <w:sz w:val="28"/>
        </w:rPr>
        <w:t>Kg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spacing w:val="1"/>
          <w:rFonts w:ascii="Ddylr05K+KaiTi" w:hAnsi="Ddylr05K+KaiTi" w:eastAsia="Ddylr05K+KaiTi"/>
          <w:color w:val="000000"/>
          <w:sz w:val="14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/</w:t>
      </w:r>
      <w:r>
        <w:rPr>
          <w:spacing w:val="-2"/>
          <w:rFonts w:ascii="Ddylr05K+KaiTi" w:hAnsi="Ddylr05K+KaiTi" w:eastAsia="Ddylr05K+KaiTi"/>
          <w:color w:val="000000"/>
          <w:sz w:val="28"/>
        </w:rPr>
        <w:t>kW</w:t>
      </w:r>
      <w:r>
        <w:rPr>
          <w:rFonts w:ascii="Ddylr05K+KaiTi" w:hAnsi="Ddylr05K+KaiTi" w:eastAsia="Ddylr05K+KaiTi"/>
          <w:color w:val="000000"/>
          <w:sz w:val="28"/>
        </w:rPr>
        <w:t>h，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据选</w:t>
      </w:r>
      <w:r>
        <w:rPr>
          <w:spacing w:val="-2"/>
          <w:rFonts w:ascii="Ddylr05K+KaiTi" w:hAnsi="Ddylr05K+KaiTi" w:eastAsia="Ddylr05K+KaiTi"/>
          <w:color w:val="000000"/>
          <w:sz w:val="28"/>
        </w:rPr>
        <w:t>取</w:t>
      </w:r>
      <w:r>
        <w:rPr>
          <w:rFonts w:ascii="Ddylr05K+KaiTi" w:hAnsi="Ddylr05K+KaiTi" w:eastAsia="Ddylr05K+KaiTi"/>
          <w:color w:val="000000"/>
          <w:sz w:val="28"/>
        </w:rPr>
        <w:t>合理。</w:t>
      </w:r>
    </w:p>
    <w:p>
      <w:pPr>
        <w:autoSpaceDN w:val="0"/>
        <w:autoSpaceDE w:val="0"/>
        <w:widowControl/>
        <w:spacing w:line="240" w:lineRule="exact" w:before="278" w:after="234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-1</w:t>
      </w:r>
      <w:r>
        <w:rPr>
          <w:rFonts w:ascii="Ddylr05K+KaiTi" w:hAnsi="Ddylr05K+KaiTi" w:eastAsia="Ddylr05K+KaiTi"/>
          <w:b/>
          <w:color w:val="000000"/>
          <w:sz w:val="24"/>
        </w:rPr>
        <w:t>3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对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净</w:t>
      </w:r>
      <w:r>
        <w:rPr>
          <w:rFonts w:ascii="Ddylr05K+KaiTi" w:hAnsi="Ddylr05K+KaiTi" w:eastAsia="Ddylr05K+KaiTi"/>
          <w:b/>
          <w:color w:val="000000"/>
          <w:sz w:val="24"/>
        </w:rPr>
        <w:t>购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入</w:t>
      </w:r>
      <w:r>
        <w:rPr>
          <w:rFonts w:ascii="Ddylr05K+KaiTi" w:hAnsi="Ddylr05K+KaiTi" w:eastAsia="Ddylr05K+KaiTi"/>
          <w:b/>
          <w:color w:val="000000"/>
          <w:sz w:val="24"/>
        </w:rPr>
        <w:t>使用乙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炔</w:t>
      </w:r>
      <w:r>
        <w:rPr>
          <w:rFonts w:ascii="Ddylr05K+KaiTi" w:hAnsi="Ddylr05K+KaiTi" w:eastAsia="Ddylr05K+KaiTi"/>
          <w:b/>
          <w:color w:val="000000"/>
          <w:sz w:val="24"/>
        </w:rPr>
        <w:t>排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放</w:t>
      </w:r>
      <w:r>
        <w:rPr>
          <w:rFonts w:ascii="Ddylr05K+KaiTi" w:hAnsi="Ddylr05K+KaiTi" w:eastAsia="Ddylr05K+KaiTi"/>
          <w:b/>
          <w:color w:val="000000"/>
          <w:sz w:val="24"/>
        </w:rPr>
        <w:t>因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子</w:t>
      </w:r>
      <w:r>
        <w:rPr>
          <w:rFonts w:ascii="Ddylr05K+KaiTi" w:hAnsi="Ddylr05K+KaiTi" w:eastAsia="Ddylr05K+KaiTi"/>
          <w:b/>
          <w:color w:val="000000"/>
          <w:sz w:val="24"/>
        </w:rPr>
        <w:t>的评价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1780"/>
        <w:gridCol w:w="5460"/>
      </w:tblGrid>
      <w:tr>
        <w:trPr>
          <w:trHeight w:hRule="exact" w:val="1688"/>
        </w:trPr>
        <w:tc>
          <w:tcPr>
            <w:tcW w:type="dxa" w:w="17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数据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项</w:t>
            </w:r>
          </w:p>
          <w:p>
            <w:pPr>
              <w:autoSpaceDN w:val="0"/>
              <w:autoSpaceDE w:val="0"/>
              <w:widowControl/>
              <w:spacing w:line="282" w:lineRule="exact" w:before="35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数据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值</w:t>
            </w:r>
          </w:p>
          <w:p>
            <w:pPr>
              <w:autoSpaceDN w:val="0"/>
              <w:autoSpaceDE w:val="0"/>
              <w:widowControl/>
              <w:spacing w:line="282" w:lineRule="exact" w:before="35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单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位</w:t>
            </w:r>
          </w:p>
        </w:tc>
        <w:tc>
          <w:tcPr>
            <w:tcW w:type="dxa" w:w="54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776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净购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入使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用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乙炔排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因子</w:t>
            </w:r>
          </w:p>
          <w:p>
            <w:pPr>
              <w:autoSpaceDN w:val="0"/>
              <w:autoSpaceDE w:val="0"/>
              <w:widowControl/>
              <w:spacing w:line="282" w:lineRule="exact" w:before="352" w:after="0"/>
              <w:ind w:left="776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3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.6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7</w:t>
            </w:r>
          </w:p>
          <w:p>
            <w:pPr>
              <w:autoSpaceDN w:val="0"/>
              <w:autoSpaceDE w:val="0"/>
              <w:widowControl/>
              <w:spacing w:line="80" w:lineRule="exact" w:before="332" w:after="0"/>
              <w:ind w:left="0" w:right="3566" w:firstLine="0"/>
              <w:jc w:val="right"/>
            </w:pPr>
            <w:r>
              <w:rPr>
                <w:spacing w:val="1"/>
                <w:rFonts w:ascii="Ddylr05K+KaiTi" w:hAnsi="Ddylr05K+KaiTi" w:eastAsia="Ddylr05K+KaiTi"/>
                <w:color w:val="000000"/>
                <w:sz w:val="14"/>
              </w:rPr>
              <w:t>3</w:t>
            </w:r>
          </w:p>
          <w:p>
            <w:pPr>
              <w:autoSpaceDN w:val="0"/>
              <w:autoSpaceDE w:val="0"/>
              <w:widowControl/>
              <w:spacing w:line="242" w:lineRule="exact" w:before="0" w:after="0"/>
              <w:ind w:left="776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k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gC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O</w:t>
            </w:r>
            <w:r>
              <w:rPr>
                <w:spacing w:val="-1"/>
                <w:rFonts w:ascii="Ddylr05K+KaiTi" w:hAnsi="Ddylr05K+KaiTi" w:eastAsia="Ddylr05K+KaiTi"/>
                <w:color w:val="000000"/>
                <w:sz w:val="14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e/m</w:t>
            </w:r>
          </w:p>
        </w:tc>
      </w:tr>
    </w:tbl>
    <w:p>
      <w:pPr>
        <w:autoSpaceDN w:val="0"/>
        <w:autoSpaceDE w:val="0"/>
        <w:widowControl/>
        <w:spacing w:line="282" w:lineRule="exact" w:before="274" w:after="0"/>
        <w:ind w:left="0" w:right="360" w:firstLine="0"/>
        <w:jc w:val="right"/>
      </w:pPr>
      <w:r>
        <w:rPr>
          <w:spacing w:val="50"/>
          <w:rFonts w:ascii="Ddylr05K+KaiTi" w:hAnsi="Ddylr05K+KaiTi" w:eastAsia="Ddylr05K+KaiTi"/>
          <w:color w:val="000000"/>
          <w:sz w:val="28"/>
        </w:rPr>
        <w:t>中</w:t>
      </w:r>
      <w:r>
        <w:rPr>
          <w:spacing w:val="52"/>
          <w:rFonts w:ascii="Ddylr05K+KaiTi" w:hAnsi="Ddylr05K+KaiTi" w:eastAsia="Ddylr05K+KaiTi"/>
          <w:color w:val="000000"/>
          <w:sz w:val="28"/>
        </w:rPr>
        <w:t>国</w:t>
      </w:r>
      <w:r>
        <w:rPr>
          <w:spacing w:val="50"/>
          <w:rFonts w:ascii="Ddylr05K+KaiTi" w:hAnsi="Ddylr05K+KaiTi" w:eastAsia="Ddylr05K+KaiTi"/>
          <w:color w:val="000000"/>
          <w:sz w:val="28"/>
        </w:rPr>
        <w:t>产</w:t>
      </w:r>
      <w:r>
        <w:rPr>
          <w:spacing w:val="54"/>
          <w:rFonts w:ascii="Ddylr05K+KaiTi" w:hAnsi="Ddylr05K+KaiTi" w:eastAsia="Ddylr05K+KaiTi"/>
          <w:color w:val="000000"/>
          <w:sz w:val="28"/>
        </w:rPr>
        <w:t>品</w:t>
      </w:r>
      <w:r>
        <w:rPr>
          <w:spacing w:val="50"/>
          <w:rFonts w:ascii="Ddylr05K+KaiTi" w:hAnsi="Ddylr05K+KaiTi" w:eastAsia="Ddylr05K+KaiTi"/>
          <w:color w:val="000000"/>
          <w:sz w:val="28"/>
        </w:rPr>
        <w:t>全</w:t>
      </w:r>
      <w:r>
        <w:rPr>
          <w:spacing w:val="52"/>
          <w:rFonts w:ascii="Ddylr05K+KaiTi" w:hAnsi="Ddylr05K+KaiTi" w:eastAsia="Ddylr05K+KaiTi"/>
          <w:color w:val="000000"/>
          <w:sz w:val="28"/>
        </w:rPr>
        <w:t>生</w:t>
      </w:r>
      <w:r>
        <w:rPr>
          <w:spacing w:val="50"/>
          <w:rFonts w:ascii="Ddylr05K+KaiTi" w:hAnsi="Ddylr05K+KaiTi" w:eastAsia="Ddylr05K+KaiTi"/>
          <w:color w:val="000000"/>
          <w:sz w:val="28"/>
        </w:rPr>
        <w:t>命</w:t>
      </w:r>
      <w:r>
        <w:rPr>
          <w:spacing w:val="54"/>
          <w:rFonts w:ascii="Ddylr05K+KaiTi" w:hAnsi="Ddylr05K+KaiTi" w:eastAsia="Ddylr05K+KaiTi"/>
          <w:color w:val="000000"/>
          <w:sz w:val="28"/>
        </w:rPr>
        <w:t>周</w:t>
      </w:r>
      <w:r>
        <w:rPr>
          <w:spacing w:val="50"/>
          <w:rFonts w:ascii="Ddylr05K+KaiTi" w:hAnsi="Ddylr05K+KaiTi" w:eastAsia="Ddylr05K+KaiTi"/>
          <w:color w:val="000000"/>
          <w:sz w:val="28"/>
        </w:rPr>
        <w:t>期</w:t>
      </w:r>
      <w:r>
        <w:rPr>
          <w:spacing w:val="52"/>
          <w:rFonts w:ascii="Ddylr05K+KaiTi" w:hAnsi="Ddylr05K+KaiTi" w:eastAsia="Ddylr05K+KaiTi"/>
          <w:color w:val="000000"/>
          <w:sz w:val="28"/>
        </w:rPr>
        <w:t>温室气</w:t>
      </w:r>
      <w:r>
        <w:rPr>
          <w:spacing w:val="50"/>
          <w:rFonts w:ascii="Ddylr05K+KaiTi" w:hAnsi="Ddylr05K+KaiTi" w:eastAsia="Ddylr05K+KaiTi"/>
          <w:color w:val="000000"/>
          <w:sz w:val="28"/>
        </w:rPr>
        <w:t>体</w:t>
      </w:r>
      <w:r>
        <w:rPr>
          <w:spacing w:val="54"/>
          <w:rFonts w:ascii="Ddylr05K+KaiTi" w:hAnsi="Ddylr05K+KaiTi" w:eastAsia="Ddylr05K+KaiTi"/>
          <w:color w:val="000000"/>
          <w:sz w:val="28"/>
        </w:rPr>
        <w:t>排</w:t>
      </w:r>
      <w:r>
        <w:rPr>
          <w:spacing w:val="50"/>
          <w:rFonts w:ascii="Ddylr05K+KaiTi" w:hAnsi="Ddylr05K+KaiTi" w:eastAsia="Ddylr05K+KaiTi"/>
          <w:color w:val="000000"/>
          <w:sz w:val="28"/>
        </w:rPr>
        <w:t>放</w:t>
      </w:r>
      <w:r>
        <w:rPr>
          <w:spacing w:val="52"/>
          <w:rFonts w:ascii="Ddylr05K+KaiTi" w:hAnsi="Ddylr05K+KaiTi" w:eastAsia="Ddylr05K+KaiTi"/>
          <w:color w:val="000000"/>
          <w:sz w:val="28"/>
        </w:rPr>
        <w:t>系</w:t>
      </w:r>
      <w:r>
        <w:rPr>
          <w:spacing w:val="50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集</w:t>
      </w:r>
    </w:p>
    <w:p>
      <w:pPr>
        <w:autoSpaceDN w:val="0"/>
        <w:autoSpaceDE w:val="0"/>
        <w:widowControl/>
        <w:spacing w:line="282" w:lineRule="exact" w:before="3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数据</w:t>
      </w:r>
      <w:r>
        <w:rPr>
          <w:rFonts w:ascii="Ddylr05K+KaiTi" w:hAnsi="Ddylr05K+KaiTi" w:eastAsia="Ddylr05K+KaiTi"/>
          <w:color w:val="000000"/>
          <w:sz w:val="28"/>
        </w:rPr>
        <w:t>来源</w:t>
      </w:r>
    </w:p>
    <w:p>
      <w:pPr>
        <w:autoSpaceDN w:val="0"/>
        <w:autoSpaceDE w:val="0"/>
        <w:widowControl/>
        <w:spacing w:line="472" w:lineRule="exact" w:before="0" w:after="284"/>
        <w:ind w:left="2736" w:right="288" w:firstLine="0"/>
        <w:jc w:val="left"/>
      </w:pPr>
      <w:r>
        <w:rPr>
          <w:spacing w:val="-2"/>
          <w:rFonts w:ascii="Ddylr05K+KaiTi" w:hAnsi="Ddylr05K+KaiTi" w:eastAsia="Ddylr05K+KaiTi"/>
          <w:color w:val="000000"/>
          <w:sz w:val="28"/>
        </w:rPr>
        <w:t>（2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22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br/>
      </w:r>
      <w:r>
        <w:rPr>
          <w:spacing w:val="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现</w:t>
      </w:r>
      <w:r>
        <w:rPr>
          <w:spacing w:val="4"/>
          <w:rFonts w:ascii="Ddylr05K+KaiTi" w:hAnsi="Ddylr05K+KaiTi" w:eastAsia="Ddylr05K+KaiTi"/>
          <w:color w:val="000000"/>
          <w:sz w:val="28"/>
        </w:rPr>
        <w:t>场</w:t>
      </w:r>
      <w:r>
        <w:rPr>
          <w:spacing w:val="2"/>
          <w:rFonts w:ascii="Ddylr05K+KaiTi" w:hAnsi="Ddylr05K+KaiTi" w:eastAsia="Ddylr05K+KaiTi"/>
          <w:color w:val="000000"/>
          <w:sz w:val="28"/>
        </w:rPr>
        <w:t>评价</w:t>
      </w:r>
      <w:r>
        <w:rPr>
          <w:rFonts w:ascii="Ddylr05K+KaiTi" w:hAnsi="Ddylr05K+KaiTi" w:eastAsia="Ddylr05K+KaiTi"/>
          <w:color w:val="000000"/>
          <w:sz w:val="28"/>
        </w:rPr>
        <w:t>确</w:t>
      </w:r>
      <w:r>
        <w:rPr>
          <w:spacing w:val="2"/>
          <w:rFonts w:ascii="Ddylr05K+KaiTi" w:hAnsi="Ddylr05K+KaiTi" w:eastAsia="Ddylr05K+KaiTi"/>
          <w:color w:val="000000"/>
          <w:sz w:val="28"/>
        </w:rPr>
        <w:t>认，</w:t>
      </w:r>
      <w:r>
        <w:rPr>
          <w:rFonts w:ascii="Ddylr05K+KaiTi" w:hAnsi="Ddylr05K+KaiTi" w:eastAsia="Ddylr05K+KaiTi"/>
          <w:color w:val="000000"/>
          <w:sz w:val="28"/>
        </w:rPr>
        <w:t>中</w:t>
      </w:r>
      <w:r>
        <w:rPr>
          <w:spacing w:val="2"/>
          <w:rFonts w:ascii="Ddylr05K+KaiTi" w:hAnsi="Ddylr05K+KaiTi" w:eastAsia="Ddylr05K+KaiTi"/>
          <w:color w:val="000000"/>
          <w:sz w:val="28"/>
        </w:rPr>
        <w:t>国产</w:t>
      </w:r>
      <w:r>
        <w:rPr>
          <w:rFonts w:ascii="Ddylr05K+KaiTi" w:hAnsi="Ddylr05K+KaiTi" w:eastAsia="Ddylr05K+KaiTi"/>
          <w:color w:val="000000"/>
          <w:sz w:val="28"/>
        </w:rPr>
        <w:t>品</w:t>
      </w:r>
      <w:r>
        <w:rPr>
          <w:spacing w:val="2"/>
          <w:rFonts w:ascii="Ddylr05K+KaiTi" w:hAnsi="Ddylr05K+KaiTi" w:eastAsia="Ddylr05K+KaiTi"/>
          <w:color w:val="000000"/>
          <w:sz w:val="28"/>
        </w:rPr>
        <w:t>全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2"/>
          <w:rFonts w:ascii="Ddylr05K+KaiTi" w:hAnsi="Ddylr05K+KaiTi" w:eastAsia="Ddylr05K+KaiTi"/>
          <w:color w:val="000000"/>
          <w:sz w:val="28"/>
        </w:rPr>
        <w:t>命</w:t>
      </w:r>
      <w:r>
        <w:rPr>
          <w:rFonts w:ascii="Ddylr05K+KaiTi" w:hAnsi="Ddylr05K+KaiTi" w:eastAsia="Ddylr05K+KaiTi"/>
          <w:color w:val="000000"/>
          <w:sz w:val="28"/>
        </w:rPr>
        <w:t>周</w:t>
      </w:r>
      <w:r>
        <w:rPr>
          <w:spacing w:val="2"/>
          <w:rFonts w:ascii="Ddylr05K+KaiTi" w:hAnsi="Ddylr05K+KaiTi" w:eastAsia="Ddylr05K+KaiTi"/>
          <w:color w:val="000000"/>
          <w:sz w:val="28"/>
        </w:rPr>
        <w:t>期温</w:t>
      </w:r>
      <w:r>
        <w:rPr>
          <w:rFonts w:ascii="Ddylr05K+KaiTi" w:hAnsi="Ddylr05K+KaiTi" w:eastAsia="Ddylr05K+KaiTi"/>
          <w:color w:val="000000"/>
          <w:sz w:val="28"/>
        </w:rPr>
        <w:t>室</w:t>
      </w:r>
      <w:r>
        <w:rPr>
          <w:spacing w:val="2"/>
          <w:rFonts w:ascii="Ddylr05K+KaiTi" w:hAnsi="Ddylr05K+KaiTi" w:eastAsia="Ddylr05K+KaiTi"/>
          <w:color w:val="000000"/>
          <w:sz w:val="28"/>
        </w:rPr>
        <w:t>气</w:t>
      </w:r>
      <w:r>
        <w:rPr>
          <w:rFonts w:ascii="Ddylr05K+KaiTi" w:hAnsi="Ddylr05K+KaiTi" w:eastAsia="Ddylr05K+KaiTi"/>
          <w:color w:val="000000"/>
          <w:sz w:val="28"/>
        </w:rPr>
        <w:t>体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1920"/>
        <w:gridCol w:w="3920"/>
        <w:gridCol w:w="2820"/>
      </w:tblGrid>
      <w:tr>
        <w:trPr>
          <w:trHeight w:hRule="exact" w:val="400"/>
        </w:trPr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评价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结论</w:t>
            </w:r>
          </w:p>
        </w:tc>
        <w:tc>
          <w:tcPr>
            <w:tcW w:type="dxa" w:w="3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63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排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放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系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数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集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（</w:t>
            </w:r>
            <w:r>
              <w:rPr>
                <w:spacing w:val="10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10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）</w:t>
            </w:r>
          </w:p>
        </w:tc>
        <w:tc>
          <w:tcPr>
            <w:tcW w:type="dxa" w:w="28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天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然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气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排</w:t>
            </w:r>
            <w:r>
              <w:rPr>
                <w:spacing w:val="10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放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因</w:t>
            </w:r>
            <w:r>
              <w:rPr>
                <w:spacing w:val="8"/>
                <w:rFonts w:ascii="Arial" w:hAnsi="Arial" w:eastAsia="Arial"/>
                <w:color w:val="000000"/>
                <w:sz w:val="28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子</w:t>
            </w:r>
          </w:p>
        </w:tc>
      </w:tr>
    </w:tbl>
    <w:p>
      <w:pPr>
        <w:autoSpaceDN w:val="0"/>
        <w:autoSpaceDE w:val="0"/>
        <w:widowControl/>
        <w:spacing w:line="320" w:lineRule="exact" w:before="264" w:after="0"/>
        <w:ind w:left="0" w:right="2368" w:firstLine="0"/>
        <w:jc w:val="right"/>
      </w:pP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.6</w:t>
      </w:r>
      <w:r>
        <w:rPr>
          <w:rFonts w:ascii="Ddylr05K+KaiTi" w:hAnsi="Ddylr05K+KaiTi" w:eastAsia="Ddylr05K+KaiTi"/>
          <w:color w:val="000000"/>
          <w:sz w:val="28"/>
        </w:rPr>
        <w:t>7k</w:t>
      </w:r>
      <w:r>
        <w:rPr>
          <w:spacing w:val="-2"/>
          <w:rFonts w:ascii="Ddylr05K+KaiTi" w:hAnsi="Ddylr05K+KaiTi" w:eastAsia="Ddylr05K+KaiTi"/>
          <w:color w:val="000000"/>
          <w:sz w:val="28"/>
        </w:rPr>
        <w:t>g</w:t>
      </w:r>
      <w:r>
        <w:rPr>
          <w:rFonts w:ascii="Ddylr05K+KaiTi" w:hAnsi="Ddylr05K+KaiTi" w:eastAsia="Ddylr05K+KaiTi"/>
          <w:color w:val="000000"/>
          <w:sz w:val="28"/>
        </w:rPr>
        <w:t>CO</w:t>
      </w:r>
      <w:r>
        <w:rPr>
          <w:spacing w:val="1"/>
          <w:rFonts w:ascii="Ddylr05K+KaiTi" w:hAnsi="Ddylr05K+KaiTi" w:eastAsia="Ddylr05K+KaiTi"/>
          <w:color w:val="000000"/>
          <w:sz w:val="14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/</w:t>
      </w:r>
      <w:r>
        <w:rPr>
          <w:spacing w:val="-2"/>
          <w:rFonts w:ascii="Ddylr05K+KaiTi" w:hAnsi="Ddylr05K+KaiTi" w:eastAsia="Ddylr05K+KaiTi"/>
          <w:color w:val="000000"/>
          <w:sz w:val="28"/>
        </w:rPr>
        <w:t xml:space="preserve">m </w:t>
      </w:r>
      <w:r>
        <w:rPr>
          <w:spacing w:val="1"/>
          <w:rFonts w:ascii="Ddylr05K+KaiTi" w:hAnsi="Ddylr05K+KaiTi" w:eastAsia="Ddylr05K+KaiTi"/>
          <w:color w:val="000000"/>
          <w:sz w:val="14"/>
        </w:rPr>
        <w:t>3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据选</w:t>
      </w:r>
      <w:r>
        <w:rPr>
          <w:spacing w:val="-2"/>
          <w:rFonts w:ascii="Ddylr05K+KaiTi" w:hAnsi="Ddylr05K+KaiTi" w:eastAsia="Ddylr05K+KaiTi"/>
          <w:color w:val="000000"/>
          <w:sz w:val="28"/>
        </w:rPr>
        <w:t>取</w:t>
      </w:r>
      <w:r>
        <w:rPr>
          <w:rFonts w:ascii="Ddylr05K+KaiTi" w:hAnsi="Ddylr05K+KaiTi" w:eastAsia="Ddylr05K+KaiTi"/>
          <w:color w:val="000000"/>
          <w:sz w:val="28"/>
        </w:rPr>
        <w:t>合理。</w:t>
      </w:r>
    </w:p>
    <w:p>
      <w:pPr>
        <w:autoSpaceDN w:val="0"/>
        <w:tabs>
          <w:tab w:pos="920" w:val="left"/>
        </w:tabs>
        <w:autoSpaceDE w:val="0"/>
        <w:widowControl/>
        <w:spacing w:line="622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4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产品排放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与</w:t>
      </w:r>
      <w:r>
        <w:rPr>
          <w:rFonts w:ascii="Ddylr05K+KaiTi" w:hAnsi="Ddylr05K+KaiTi" w:eastAsia="Ddylr05K+KaiTi"/>
          <w:b/>
          <w:color w:val="000000"/>
          <w:sz w:val="28"/>
        </w:rPr>
        <w:t>清除量的评价</w:t>
      </w:r>
      <w:r>
        <w:br/>
      </w:r>
      <w:r>
        <w:tab/>
      </w:r>
      <w:r>
        <w:rPr>
          <w:spacing w:val="8"/>
          <w:rFonts w:ascii="Ddylr05K+KaiTi" w:hAnsi="Ddylr05K+KaiTi" w:eastAsia="Ddylr05K+KaiTi"/>
          <w:color w:val="000000"/>
          <w:sz w:val="28"/>
        </w:rPr>
        <w:t>根</w:t>
      </w:r>
      <w:r>
        <w:rPr>
          <w:spacing w:val="10"/>
          <w:rFonts w:ascii="Ddylr05K+KaiTi" w:hAnsi="Ddylr05K+KaiTi" w:eastAsia="Ddylr05K+KaiTi"/>
          <w:color w:val="000000"/>
          <w:sz w:val="28"/>
        </w:rPr>
        <w:t>据</w:t>
      </w:r>
      <w:r>
        <w:rPr>
          <w:spacing w:val="8"/>
          <w:rFonts w:ascii="Ddylr05K+KaiTi" w:hAnsi="Ddylr05K+KaiTi" w:eastAsia="Ddylr05K+KaiTi"/>
          <w:color w:val="000000"/>
          <w:sz w:val="28"/>
        </w:rPr>
        <w:t>本报</w:t>
      </w:r>
      <w:r>
        <w:rPr>
          <w:spacing w:val="10"/>
          <w:rFonts w:ascii="Ddylr05K+KaiTi" w:hAnsi="Ddylr05K+KaiTi" w:eastAsia="Ddylr05K+KaiTi"/>
          <w:color w:val="000000"/>
          <w:sz w:val="28"/>
        </w:rPr>
        <w:t>告</w:t>
      </w:r>
      <w:r>
        <w:rPr>
          <w:spacing w:val="8"/>
          <w:rFonts w:ascii="Ddylr05K+KaiTi" w:hAnsi="Ddylr05K+KaiTi" w:eastAsia="Ddylr05K+KaiTi"/>
          <w:color w:val="000000"/>
          <w:sz w:val="28"/>
        </w:rPr>
        <w:t>“</w:t>
      </w: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.3</w:t>
      </w:r>
      <w:r>
        <w:rPr>
          <w:spacing w:val="2"/>
          <w:rFonts w:ascii="Ddylr05K+KaiTi" w:hAnsi="Ddylr05K+KaiTi" w:eastAsia="Ddylr05K+KaiTi"/>
          <w:color w:val="000000"/>
          <w:sz w:val="28"/>
        </w:rPr>
        <w:t>.</w:t>
      </w:r>
      <w:r>
        <w:rPr>
          <w:spacing w:val="-2"/>
          <w:rFonts w:ascii="Ddylr05K+KaiTi" w:hAnsi="Ddylr05K+KaiTi" w:eastAsia="Ddylr05K+KaiTi"/>
          <w:color w:val="000000"/>
          <w:sz w:val="28"/>
        </w:rPr>
        <w:t>1G</w:t>
      </w:r>
      <w:r>
        <w:rPr>
          <w:spacing w:val="2"/>
          <w:rFonts w:ascii="Ddylr05K+KaiTi" w:hAnsi="Ddylr05K+KaiTi" w:eastAsia="Ddylr05K+KaiTi"/>
          <w:color w:val="000000"/>
          <w:sz w:val="28"/>
        </w:rPr>
        <w:t>H</w:t>
      </w:r>
      <w:r>
        <w:rPr>
          <w:spacing w:val="78"/>
          <w:rFonts w:ascii="Ddylr05K+KaiTi" w:hAnsi="Ddylr05K+KaiTi" w:eastAsia="Ddylr05K+KaiTi"/>
          <w:color w:val="000000"/>
          <w:sz w:val="28"/>
        </w:rPr>
        <w:t>G</w:t>
      </w:r>
      <w:r>
        <w:rPr>
          <w:spacing w:val="8"/>
          <w:rFonts w:ascii="Ddylr05K+KaiTi" w:hAnsi="Ddylr05K+KaiTi" w:eastAsia="Ddylr05K+KaiTi"/>
          <w:color w:val="000000"/>
          <w:sz w:val="28"/>
        </w:rPr>
        <w:t>排</w:t>
      </w:r>
      <w:r>
        <w:rPr>
          <w:spacing w:val="10"/>
          <w:rFonts w:ascii="Ddylr05K+KaiTi" w:hAnsi="Ddylr05K+KaiTi" w:eastAsia="Ddylr05K+KaiTi"/>
          <w:color w:val="000000"/>
          <w:sz w:val="28"/>
        </w:rPr>
        <w:t>放</w:t>
      </w:r>
      <w:r>
        <w:rPr>
          <w:spacing w:val="6"/>
          <w:rFonts w:ascii="Ddylr05K+KaiTi" w:hAnsi="Ddylr05K+KaiTi" w:eastAsia="Ddylr05K+KaiTi"/>
          <w:color w:val="000000"/>
          <w:sz w:val="28"/>
        </w:rPr>
        <w:t>量化</w:t>
      </w:r>
      <w:r>
        <w:rPr>
          <w:spacing w:val="8"/>
          <w:rFonts w:ascii="Ddylr05K+KaiTi" w:hAnsi="Ddylr05K+KaiTi" w:eastAsia="Ddylr05K+KaiTi"/>
          <w:color w:val="000000"/>
          <w:sz w:val="28"/>
        </w:rPr>
        <w:t>方</w:t>
      </w:r>
      <w:r>
        <w:rPr>
          <w:spacing w:val="6"/>
          <w:rFonts w:ascii="Ddylr05K+KaiTi" w:hAnsi="Ddylr05K+KaiTi" w:eastAsia="Ddylr05K+KaiTi"/>
          <w:color w:val="000000"/>
          <w:sz w:val="28"/>
        </w:rPr>
        <w:t>法”和</w:t>
      </w:r>
      <w:r>
        <w:rPr>
          <w:spacing w:val="10"/>
          <w:rFonts w:ascii="Ddylr05K+KaiTi" w:hAnsi="Ddylr05K+KaiTi" w:eastAsia="Ddylr05K+KaiTi"/>
          <w:color w:val="000000"/>
          <w:sz w:val="28"/>
        </w:rPr>
        <w:t>“</w:t>
      </w:r>
      <w:r>
        <w:rPr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3.</w:t>
      </w:r>
      <w:r>
        <w:rPr>
          <w:spacing w:val="74"/>
          <w:rFonts w:ascii="Ddylr05K+KaiTi" w:hAnsi="Ddylr05K+KaiTi" w:eastAsia="Ddylr05K+KaiTi"/>
          <w:color w:val="000000"/>
          <w:sz w:val="28"/>
        </w:rPr>
        <w:t>2</w:t>
      </w:r>
      <w:r>
        <w:rPr>
          <w:spacing w:val="6"/>
          <w:rFonts w:ascii="Ddylr05K+KaiTi" w:hAnsi="Ddylr05K+KaiTi" w:eastAsia="Ddylr05K+KaiTi"/>
          <w:color w:val="000000"/>
          <w:sz w:val="28"/>
        </w:rPr>
        <w:t>活</w:t>
      </w:r>
      <w:r>
        <w:rPr>
          <w:spacing w:val="10"/>
          <w:rFonts w:ascii="Ddylr05K+KaiTi" w:hAnsi="Ddylr05K+KaiTi" w:eastAsia="Ddylr05K+KaiTi"/>
          <w:color w:val="000000"/>
          <w:sz w:val="28"/>
        </w:rPr>
        <w:t>动</w:t>
      </w:r>
      <w:r>
        <w:rPr>
          <w:spacing w:val="8"/>
          <w:rFonts w:ascii="Ddylr05K+KaiTi" w:hAnsi="Ddylr05K+KaiTi" w:eastAsia="Ddylr05K+KaiTi"/>
          <w:color w:val="000000"/>
          <w:sz w:val="28"/>
        </w:rPr>
        <w:t>水平</w:t>
      </w:r>
      <w:r>
        <w:rPr>
          <w:rFonts w:ascii="Ddylr05K+KaiTi" w:hAnsi="Ddylr05K+KaiTi" w:eastAsia="Ddylr05K+KaiTi"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color w:val="000000"/>
          <w:sz w:val="28"/>
        </w:rPr>
        <w:t>据的</w:t>
      </w:r>
      <w:r>
        <w:rPr>
          <w:spacing w:val="6"/>
          <w:rFonts w:ascii="Ddylr05K+KaiTi" w:hAnsi="Ddylr05K+KaiTi" w:eastAsia="Ddylr05K+KaiTi"/>
          <w:color w:val="000000"/>
          <w:sz w:val="28"/>
        </w:rPr>
        <w:t>评</w:t>
      </w:r>
      <w:r>
        <w:rPr>
          <w:spacing w:val="10"/>
          <w:rFonts w:ascii="Ddylr05K+KaiTi" w:hAnsi="Ddylr05K+KaiTi" w:eastAsia="Ddylr05K+KaiTi"/>
          <w:color w:val="000000"/>
          <w:sz w:val="28"/>
        </w:rPr>
        <w:t>价”、</w:t>
      </w:r>
      <w:r>
        <w:rPr>
          <w:spacing w:val="6"/>
          <w:rFonts w:ascii="Ddylr05K+KaiTi" w:hAnsi="Ddylr05K+KaiTi" w:eastAsia="Ddylr05K+KaiTi"/>
          <w:color w:val="000000"/>
          <w:sz w:val="28"/>
        </w:rPr>
        <w:t>“</w:t>
      </w: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.3</w:t>
      </w:r>
      <w:r>
        <w:rPr>
          <w:spacing w:val="2"/>
          <w:rFonts w:ascii="Ddylr05K+KaiTi" w:hAnsi="Ddylr05K+KaiTi" w:eastAsia="Ddylr05K+KaiTi"/>
          <w:color w:val="000000"/>
          <w:sz w:val="28"/>
        </w:rPr>
        <w:t>.</w:t>
      </w:r>
      <w:r>
        <w:rPr>
          <w:spacing w:val="78"/>
          <w:rFonts w:ascii="Ddylr05K+KaiTi" w:hAnsi="Ddylr05K+KaiTi" w:eastAsia="Ddylr05K+KaiTi"/>
          <w:color w:val="000000"/>
          <w:sz w:val="28"/>
        </w:rPr>
        <w:t>3</w:t>
      </w:r>
      <w:r>
        <w:rPr>
          <w:spacing w:val="10"/>
          <w:rFonts w:ascii="Ddylr05K+KaiTi" w:hAnsi="Ddylr05K+KaiTi" w:eastAsia="Ddylr05K+KaiTi"/>
          <w:color w:val="000000"/>
          <w:sz w:val="28"/>
        </w:rPr>
        <w:t>排</w:t>
      </w:r>
      <w:r>
        <w:rPr>
          <w:spacing w:val="8"/>
          <w:rFonts w:ascii="Ddylr05K+KaiTi" w:hAnsi="Ddylr05K+KaiTi" w:eastAsia="Ddylr05K+KaiTi"/>
          <w:color w:val="000000"/>
          <w:sz w:val="28"/>
        </w:rPr>
        <w:t>放</w:t>
      </w:r>
      <w:r>
        <w:rPr>
          <w:spacing w:val="6"/>
          <w:rFonts w:ascii="Ddylr05K+KaiTi" w:hAnsi="Ddylr05K+KaiTi" w:eastAsia="Ddylr05K+KaiTi"/>
          <w:color w:val="000000"/>
          <w:sz w:val="28"/>
        </w:rPr>
        <w:t>因</w:t>
      </w:r>
      <w:r>
        <w:rPr>
          <w:spacing w:val="10"/>
          <w:rFonts w:ascii="Ddylr05K+KaiTi" w:hAnsi="Ddylr05K+KaiTi" w:eastAsia="Ddylr05K+KaiTi"/>
          <w:color w:val="000000"/>
          <w:sz w:val="28"/>
        </w:rPr>
        <w:t>子的评</w:t>
      </w:r>
      <w:r>
        <w:rPr>
          <w:spacing w:val="8"/>
          <w:rFonts w:ascii="Ddylr05K+KaiTi" w:hAnsi="Ddylr05K+KaiTi" w:eastAsia="Ddylr05K+KaiTi"/>
          <w:color w:val="000000"/>
          <w:sz w:val="28"/>
        </w:rPr>
        <w:t>价</w:t>
      </w:r>
      <w:r>
        <w:rPr>
          <w:spacing w:val="10"/>
          <w:rFonts w:ascii="Ddylr05K+KaiTi" w:hAnsi="Ddylr05K+KaiTi" w:eastAsia="Ddylr05K+KaiTi"/>
          <w:color w:val="000000"/>
          <w:sz w:val="28"/>
        </w:rPr>
        <w:t>”</w:t>
      </w:r>
      <w:r>
        <w:rPr>
          <w:spacing w:val="8"/>
          <w:rFonts w:ascii="Ddylr05K+KaiTi" w:hAnsi="Ddylr05K+KaiTi" w:eastAsia="Ddylr05K+KaiTi"/>
          <w:color w:val="000000"/>
          <w:sz w:val="28"/>
        </w:rPr>
        <w:t>部</w:t>
      </w:r>
      <w:r>
        <w:rPr>
          <w:spacing w:val="10"/>
          <w:rFonts w:ascii="Ddylr05K+KaiTi" w:hAnsi="Ddylr05K+KaiTi" w:eastAsia="Ddylr05K+KaiTi"/>
          <w:color w:val="000000"/>
          <w:sz w:val="28"/>
        </w:rPr>
        <w:t>分</w:t>
      </w:r>
      <w:r>
        <w:rPr>
          <w:spacing w:val="8"/>
          <w:rFonts w:ascii="Ddylr05K+KaiTi" w:hAnsi="Ddylr05K+KaiTi" w:eastAsia="Ddylr05K+KaiTi"/>
          <w:color w:val="000000"/>
          <w:sz w:val="28"/>
        </w:rPr>
        <w:t>确</w:t>
      </w:r>
      <w:r>
        <w:rPr>
          <w:spacing w:val="10"/>
          <w:rFonts w:ascii="Ddylr05K+KaiTi" w:hAnsi="Ddylr05K+KaiTi" w:eastAsia="Ddylr05K+KaiTi"/>
          <w:color w:val="000000"/>
          <w:sz w:val="28"/>
        </w:rPr>
        <w:t>认的计</w:t>
      </w:r>
      <w:r>
        <w:rPr>
          <w:spacing w:val="6"/>
          <w:rFonts w:ascii="Ddylr05K+KaiTi" w:hAnsi="Ddylr05K+KaiTi" w:eastAsia="Ddylr05K+KaiTi"/>
          <w:color w:val="000000"/>
          <w:sz w:val="28"/>
        </w:rPr>
        <w:t>算</w:t>
      </w:r>
      <w:r>
        <w:rPr>
          <w:spacing w:val="8"/>
          <w:rFonts w:ascii="Ddylr05K+KaiTi" w:hAnsi="Ddylr05K+KaiTi" w:eastAsia="Ddylr05K+KaiTi"/>
          <w:color w:val="000000"/>
          <w:sz w:val="28"/>
        </w:rPr>
        <w:t>方</w:t>
      </w:r>
      <w:r>
        <w:rPr>
          <w:spacing w:val="10"/>
          <w:rFonts w:ascii="Ddylr05K+KaiTi" w:hAnsi="Ddylr05K+KaiTi" w:eastAsia="Ddylr05K+KaiTi"/>
          <w:color w:val="000000"/>
          <w:sz w:val="28"/>
        </w:rPr>
        <w:t>法、</w:t>
      </w:r>
      <w:r>
        <w:rPr>
          <w:rFonts w:ascii="Ddylr05K+KaiTi" w:hAnsi="Ddylr05K+KaiTi" w:eastAsia="Ddylr05K+KaiTi"/>
          <w:color w:val="000000"/>
          <w:sz w:val="28"/>
        </w:rPr>
        <w:t>活</w:t>
      </w:r>
      <w:r>
        <w:rPr>
          <w:spacing w:val="4"/>
          <w:rFonts w:ascii="Ddylr05K+KaiTi" w:hAnsi="Ddylr05K+KaiTi" w:eastAsia="Ddylr05K+KaiTi"/>
          <w:color w:val="000000"/>
          <w:sz w:val="28"/>
        </w:rPr>
        <w:t>动</w:t>
      </w:r>
      <w:r>
        <w:rPr>
          <w:spacing w:val="8"/>
          <w:rFonts w:ascii="Ddylr05K+KaiTi" w:hAnsi="Ddylr05K+KaiTi" w:eastAsia="Ddylr05K+KaiTi"/>
          <w:color w:val="000000"/>
          <w:sz w:val="28"/>
        </w:rPr>
        <w:t>水</w:t>
      </w:r>
      <w:r>
        <w:rPr>
          <w:spacing w:val="6"/>
          <w:rFonts w:ascii="Ddylr05K+KaiTi" w:hAnsi="Ddylr05K+KaiTi" w:eastAsia="Ddylr05K+KaiTi"/>
          <w:color w:val="000000"/>
          <w:sz w:val="28"/>
        </w:rPr>
        <w:t>平</w:t>
      </w:r>
      <w:r>
        <w:rPr>
          <w:spacing w:val="8"/>
          <w:rFonts w:ascii="Ddylr05K+KaiTi" w:hAnsi="Ddylr05K+KaiTi" w:eastAsia="Ddylr05K+KaiTi"/>
          <w:color w:val="000000"/>
          <w:sz w:val="28"/>
        </w:rPr>
        <w:t>数</w:t>
      </w:r>
      <w:r>
        <w:rPr>
          <w:spacing w:val="4"/>
          <w:rFonts w:ascii="Ddylr05K+KaiTi" w:hAnsi="Ddylr05K+KaiTi" w:eastAsia="Ddylr05K+KaiTi"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color w:val="000000"/>
          <w:sz w:val="28"/>
        </w:rPr>
        <w:t>和</w:t>
      </w:r>
      <w:r>
        <w:rPr>
          <w:spacing w:val="4"/>
          <w:rFonts w:ascii="Ddylr05K+KaiTi" w:hAnsi="Ddylr05K+KaiTi" w:eastAsia="Ddylr05K+KaiTi"/>
          <w:color w:val="000000"/>
          <w:sz w:val="28"/>
        </w:rPr>
        <w:t>排放</w:t>
      </w:r>
      <w:r>
        <w:rPr>
          <w:spacing w:val="8"/>
          <w:rFonts w:ascii="Ddylr05K+KaiTi" w:hAnsi="Ddylr05K+KaiTi" w:eastAsia="Ddylr05K+KaiTi"/>
          <w:color w:val="000000"/>
          <w:sz w:val="28"/>
        </w:rPr>
        <w:t>因</w:t>
      </w:r>
      <w:r>
        <w:rPr>
          <w:spacing w:val="6"/>
          <w:rFonts w:ascii="Ddylr05K+KaiTi" w:hAnsi="Ddylr05K+KaiTi" w:eastAsia="Ddylr05K+KaiTi"/>
          <w:color w:val="000000"/>
          <w:sz w:val="28"/>
        </w:rPr>
        <w:t>子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color w:val="000000"/>
          <w:sz w:val="28"/>
        </w:rPr>
        <w:t>对</w:t>
      </w:r>
      <w:r>
        <w:rPr>
          <w:spacing w:val="4"/>
          <w:rFonts w:ascii="Ddylr05K+KaiTi" w:hAnsi="Ddylr05K+KaiTi" w:eastAsia="Ddylr05K+KaiTi"/>
          <w:color w:val="000000"/>
          <w:sz w:val="28"/>
        </w:rPr>
        <w:t>车</w:t>
      </w:r>
      <w:r>
        <w:rPr>
          <w:spacing w:val="6"/>
          <w:rFonts w:ascii="Ddylr05K+KaiTi" w:hAnsi="Ddylr05K+KaiTi" w:eastAsia="Ddylr05K+KaiTi"/>
          <w:color w:val="000000"/>
          <w:sz w:val="28"/>
        </w:rPr>
        <w:t>辆</w:t>
      </w:r>
      <w:r>
        <w:rPr>
          <w:spacing w:val="4"/>
          <w:rFonts w:ascii="Ddylr05K+KaiTi" w:hAnsi="Ddylr05K+KaiTi" w:eastAsia="Ddylr05K+KaiTi"/>
          <w:color w:val="000000"/>
          <w:sz w:val="28"/>
        </w:rPr>
        <w:t>变</w:t>
      </w:r>
      <w:r>
        <w:rPr>
          <w:spacing w:val="6"/>
          <w:rFonts w:ascii="Ddylr05K+KaiTi" w:hAnsi="Ddylr05K+KaiTi" w:eastAsia="Ddylr05K+KaiTi"/>
          <w:color w:val="000000"/>
          <w:sz w:val="28"/>
        </w:rPr>
        <w:t>速</w:t>
      </w:r>
      <w:r>
        <w:rPr>
          <w:spacing w:val="4"/>
          <w:rFonts w:ascii="Ddylr05K+KaiTi" w:hAnsi="Ddylr05K+KaiTi" w:eastAsia="Ddylr05K+KaiTi"/>
          <w:color w:val="000000"/>
          <w:sz w:val="28"/>
        </w:rPr>
        <w:t>箱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驱动</w:t>
      </w:r>
      <w:r>
        <w:rPr>
          <w:spacing w:val="8"/>
          <w:rFonts w:ascii="Ddylr05K+KaiTi" w:hAnsi="Ddylr05K+KaiTi" w:eastAsia="Ddylr05K+KaiTi"/>
          <w:color w:val="000000"/>
          <w:sz w:val="28"/>
        </w:rPr>
        <w:t>桥</w:t>
      </w:r>
      <w:r>
        <w:rPr>
          <w:spacing w:val="4"/>
          <w:rFonts w:ascii="Ddylr05K+KaiTi" w:hAnsi="Ddylr05K+KaiTi" w:eastAsia="Ddylr05K+KaiTi"/>
          <w:color w:val="000000"/>
          <w:sz w:val="28"/>
        </w:rPr>
        <w:t>齿</w:t>
      </w:r>
      <w:r>
        <w:rPr>
          <w:spacing w:val="6"/>
          <w:rFonts w:ascii="Ddylr05K+KaiTi" w:hAnsi="Ddylr05K+KaiTi" w:eastAsia="Ddylr05K+KaiTi"/>
          <w:color w:val="000000"/>
          <w:sz w:val="28"/>
        </w:rPr>
        <w:t>轮</w:t>
      </w:r>
      <w:r>
        <w:rPr>
          <w:spacing w:val="4"/>
          <w:rFonts w:ascii="Ddylr05K+KaiTi" w:hAnsi="Ddylr05K+KaiTi" w:eastAsia="Ddylr05K+KaiTi"/>
          <w:color w:val="000000"/>
          <w:sz w:val="28"/>
        </w:rPr>
        <w:t>在</w:t>
      </w:r>
      <w:r>
        <w:rPr>
          <w:spacing w:val="6"/>
          <w:rFonts w:ascii="Ddylr05K+KaiTi" w:hAnsi="Ddylr05K+KaiTi" w:eastAsia="Ddylr05K+KaiTi"/>
          <w:color w:val="000000"/>
          <w:sz w:val="28"/>
        </w:rPr>
        <w:t>本</w:t>
      </w:r>
      <w:r>
        <w:rPr>
          <w:spacing w:val="4"/>
          <w:rFonts w:ascii="Ddylr05K+KaiTi" w:hAnsi="Ddylr05K+KaiTi" w:eastAsia="Ddylr05K+KaiTi"/>
          <w:color w:val="000000"/>
          <w:sz w:val="28"/>
        </w:rPr>
        <w:t>报</w:t>
      </w:r>
      <w:r>
        <w:rPr>
          <w:spacing w:val="8"/>
          <w:rFonts w:ascii="Ddylr05K+KaiTi" w:hAnsi="Ddylr05K+KaiTi" w:eastAsia="Ddylr05K+KaiTi"/>
          <w:color w:val="000000"/>
          <w:sz w:val="28"/>
        </w:rPr>
        <w:t>告</w:t>
      </w:r>
      <w:r>
        <w:rPr>
          <w:spacing w:val="6"/>
          <w:rFonts w:ascii="Ddylr05K+KaiTi" w:hAnsi="Ddylr05K+KaiTi" w:eastAsia="Ddylr05K+KaiTi"/>
          <w:color w:val="000000"/>
          <w:sz w:val="28"/>
        </w:rPr>
        <w:t>期</w:t>
      </w:r>
      <w:r>
        <w:rPr>
          <w:rFonts w:ascii="Ddylr05K+KaiTi" w:hAnsi="Ddylr05K+KaiTi" w:eastAsia="Ddylr05K+KaiTi"/>
          <w:color w:val="000000"/>
          <w:sz w:val="28"/>
        </w:rPr>
        <w:t>内</w:t>
      </w:r>
      <w:r>
        <w:rPr>
          <w:spacing w:val="4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原</w:t>
      </w:r>
      <w:r>
        <w:rPr>
          <w:spacing w:val="6"/>
          <w:rFonts w:ascii="Ddylr05K+KaiTi" w:hAnsi="Ddylr05K+KaiTi" w:eastAsia="Ddylr05K+KaiTi"/>
          <w:color w:val="000000"/>
          <w:sz w:val="28"/>
        </w:rPr>
        <w:t>材</w:t>
      </w:r>
      <w:r>
        <w:rPr>
          <w:spacing w:val="8"/>
          <w:rFonts w:ascii="Ddylr05K+KaiTi" w:hAnsi="Ddylr05K+KaiTi" w:eastAsia="Ddylr05K+KaiTi"/>
          <w:color w:val="000000"/>
          <w:sz w:val="28"/>
        </w:rPr>
        <w:t>料</w:t>
      </w:r>
      <w:r>
        <w:rPr>
          <w:spacing w:val="4"/>
          <w:rFonts w:ascii="Ddylr05K+KaiTi" w:hAnsi="Ddylr05K+KaiTi" w:eastAsia="Ddylr05K+KaiTi"/>
          <w:color w:val="000000"/>
          <w:sz w:val="28"/>
        </w:rPr>
        <w:t>获</w:t>
      </w:r>
      <w:r>
        <w:rPr>
          <w:spacing w:val="6"/>
          <w:rFonts w:ascii="Ddylr05K+KaiTi" w:hAnsi="Ddylr05K+KaiTi" w:eastAsia="Ddylr05K+KaiTi"/>
          <w:color w:val="000000"/>
          <w:sz w:val="28"/>
        </w:rPr>
        <w:t>取</w:t>
      </w:r>
      <w:r>
        <w:rPr>
          <w:spacing w:val="4"/>
          <w:rFonts w:ascii="Ddylr05K+KaiTi" w:hAnsi="Ddylr05K+KaiTi" w:eastAsia="Ddylr05K+KaiTi"/>
          <w:color w:val="000000"/>
          <w:sz w:val="28"/>
        </w:rPr>
        <w:t>、原</w:t>
      </w:r>
      <w:r>
        <w:rPr>
          <w:spacing w:val="8"/>
          <w:rFonts w:ascii="Ddylr05K+KaiTi" w:hAnsi="Ddylr05K+KaiTi" w:eastAsia="Ddylr05K+KaiTi"/>
          <w:color w:val="000000"/>
          <w:sz w:val="28"/>
        </w:rPr>
        <w:t>材</w:t>
      </w:r>
      <w:r>
        <w:rPr>
          <w:spacing w:val="6"/>
          <w:rFonts w:ascii="Ddylr05K+KaiTi" w:hAnsi="Ddylr05K+KaiTi" w:eastAsia="Ddylr05K+KaiTi"/>
          <w:color w:val="000000"/>
          <w:sz w:val="28"/>
        </w:rPr>
        <w:t>料</w:t>
      </w:r>
      <w:r>
        <w:rPr>
          <w:spacing w:val="8"/>
          <w:rFonts w:ascii="Ddylr05K+KaiTi" w:hAnsi="Ddylr05K+KaiTi" w:eastAsia="Ddylr05K+KaiTi"/>
          <w:color w:val="000000"/>
          <w:sz w:val="28"/>
        </w:rPr>
        <w:t>运</w:t>
      </w:r>
      <w:r>
        <w:rPr>
          <w:spacing w:val="6"/>
          <w:rFonts w:ascii="Ddylr05K+KaiTi" w:hAnsi="Ddylr05K+KaiTi" w:eastAsia="Ddylr05K+KaiTi"/>
          <w:color w:val="000000"/>
          <w:sz w:val="28"/>
        </w:rPr>
        <w:t>输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品</w:t>
      </w:r>
      <w:r>
        <w:rPr>
          <w:spacing w:val="4"/>
          <w:rFonts w:ascii="Ddylr05K+KaiTi" w:hAnsi="Ddylr05K+KaiTi" w:eastAsia="Ddylr05K+KaiTi"/>
          <w:color w:val="000000"/>
          <w:sz w:val="28"/>
        </w:rPr>
        <w:t>生产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生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温</w:t>
      </w:r>
      <w:r>
        <w:rPr>
          <w:spacing w:val="8"/>
          <w:rFonts w:ascii="Ddylr05K+KaiTi" w:hAnsi="Ddylr05K+KaiTi" w:eastAsia="Ddylr05K+KaiTi"/>
          <w:color w:val="000000"/>
          <w:sz w:val="28"/>
        </w:rPr>
        <w:t>室</w:t>
      </w:r>
      <w:r>
        <w:rPr>
          <w:spacing w:val="4"/>
          <w:rFonts w:ascii="Ddylr05K+KaiTi" w:hAnsi="Ddylr05K+KaiTi" w:eastAsia="Ddylr05K+KaiTi"/>
          <w:color w:val="000000"/>
          <w:sz w:val="28"/>
        </w:rPr>
        <w:t>气体</w:t>
      </w:r>
      <w:r>
        <w:rPr>
          <w:spacing w:val="6"/>
          <w:rFonts w:ascii="Ddylr05K+KaiTi" w:hAnsi="Ddylr05K+KaiTi" w:eastAsia="Ddylr05K+KaiTi"/>
          <w:color w:val="000000"/>
          <w:sz w:val="28"/>
        </w:rPr>
        <w:t>排</w:t>
      </w:r>
      <w:r>
        <w:rPr>
          <w:spacing w:val="4"/>
          <w:rFonts w:ascii="Ddylr05K+KaiTi" w:hAnsi="Ddylr05K+KaiTi" w:eastAsia="Ddylr05K+KaiTi"/>
          <w:color w:val="000000"/>
          <w:sz w:val="28"/>
        </w:rPr>
        <w:t>放</w:t>
      </w:r>
      <w:r>
        <w:rPr>
          <w:spacing w:val="8"/>
          <w:rFonts w:ascii="Ddylr05K+KaiTi" w:hAnsi="Ddylr05K+KaiTi" w:eastAsia="Ddylr05K+KaiTi"/>
          <w:color w:val="000000"/>
          <w:sz w:val="28"/>
        </w:rPr>
        <w:t>量</w:t>
      </w:r>
      <w:r>
        <w:rPr>
          <w:spacing w:val="6"/>
          <w:rFonts w:ascii="Ddylr05K+KaiTi" w:hAnsi="Ddylr05K+KaiTi" w:eastAsia="Ddylr05K+KaiTi"/>
          <w:color w:val="000000"/>
          <w:sz w:val="28"/>
        </w:rPr>
        <w:t>化</w:t>
      </w: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价过</w:t>
      </w:r>
      <w:r>
        <w:rPr>
          <w:rFonts w:ascii="Ddylr05K+KaiTi" w:hAnsi="Ddylr05K+KaiTi" w:eastAsia="Ddylr05K+KaiTi"/>
          <w:color w:val="000000"/>
          <w:sz w:val="28"/>
        </w:rPr>
        <w:t>程如</w:t>
      </w:r>
      <w:r>
        <w:rPr>
          <w:spacing w:val="-2"/>
          <w:rFonts w:ascii="Ddylr05K+KaiTi" w:hAnsi="Ddylr05K+KaiTi" w:eastAsia="Ddylr05K+KaiTi"/>
          <w:color w:val="000000"/>
          <w:sz w:val="28"/>
        </w:rPr>
        <w:t>下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0" w:lineRule="exact" w:before="34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1）原材料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获</w:t>
      </w:r>
      <w:r>
        <w:rPr>
          <w:rFonts w:ascii="Ddylr05K+KaiTi" w:hAnsi="Ddylr05K+KaiTi" w:eastAsia="Ddylr05K+KaiTi"/>
          <w:b/>
          <w:color w:val="000000"/>
          <w:sz w:val="28"/>
        </w:rPr>
        <w:t>取产生的排放</w:t>
      </w:r>
    </w:p>
    <w:p>
      <w:pPr>
        <w:autoSpaceDN w:val="0"/>
        <w:autoSpaceDE w:val="0"/>
        <w:widowControl/>
        <w:spacing w:line="240" w:lineRule="exact" w:before="288" w:after="218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rFonts w:ascii="Ddylr05K+KaiTi" w:hAnsi="Ddylr05K+KaiTi" w:eastAsia="Ddylr05K+KaiTi"/>
          <w:b/>
          <w:color w:val="000000"/>
          <w:sz w:val="24"/>
        </w:rPr>
        <w:t>3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3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原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材</w:t>
      </w:r>
      <w:r>
        <w:rPr>
          <w:rFonts w:ascii="Ddylr05K+KaiTi" w:hAnsi="Ddylr05K+KaiTi" w:eastAsia="Ddylr05K+KaiTi"/>
          <w:b/>
          <w:color w:val="000000"/>
          <w:sz w:val="24"/>
        </w:rPr>
        <w:t>料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获</w:t>
      </w:r>
      <w:r>
        <w:rPr>
          <w:rFonts w:ascii="Ddylr05K+KaiTi" w:hAnsi="Ddylr05K+KaiTi" w:eastAsia="Ddylr05K+KaiTi"/>
          <w:b/>
          <w:color w:val="000000"/>
          <w:sz w:val="24"/>
        </w:rPr>
        <w:t>取排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放</w:t>
      </w:r>
      <w:r>
        <w:rPr>
          <w:rFonts w:ascii="Ddylr05K+KaiTi" w:hAnsi="Ddylr05K+KaiTi" w:eastAsia="Ddylr05K+KaiTi"/>
          <w:b/>
          <w:color w:val="000000"/>
          <w:sz w:val="24"/>
        </w:rPr>
        <w:t>量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计</w:t>
      </w:r>
      <w:r>
        <w:rPr>
          <w:rFonts w:ascii="Ddylr05K+KaiTi" w:hAnsi="Ddylr05K+KaiTi" w:eastAsia="Ddylr05K+KaiTi"/>
          <w:b/>
          <w:color w:val="000000"/>
          <w:sz w:val="24"/>
        </w:rPr>
        <w:t>算表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80.0" w:type="dxa"/>
      </w:tblPr>
      <w:tblGrid>
        <w:gridCol w:w="2000"/>
        <w:gridCol w:w="1900"/>
        <w:gridCol w:w="2320"/>
        <w:gridCol w:w="1960"/>
      </w:tblGrid>
      <w:tr>
        <w:trPr>
          <w:trHeight w:hRule="exact" w:val="360"/>
        </w:trPr>
        <w:tc>
          <w:tcPr>
            <w:tcW w:type="dxa" w:w="20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30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原材料品种</w:t>
            </w:r>
          </w:p>
        </w:tc>
        <w:tc>
          <w:tcPr>
            <w:tcW w:type="dxa" w:w="19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64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消耗量</w:t>
            </w:r>
          </w:p>
        </w:tc>
        <w:tc>
          <w:tcPr>
            <w:tcW w:type="dxa" w:w="2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排放因子</w:t>
            </w:r>
          </w:p>
        </w:tc>
        <w:tc>
          <w:tcPr>
            <w:tcW w:type="dxa" w:w="19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53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排放量</w:t>
            </w:r>
          </w:p>
        </w:tc>
      </w:tr>
    </w:tbl>
    <w:p>
      <w:pPr>
        <w:autoSpaceDN w:val="0"/>
        <w:autoSpaceDE w:val="0"/>
        <w:widowControl/>
        <w:spacing w:line="220" w:lineRule="exact" w:before="84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32</w:t>
      </w:r>
    </w:p>
    <w:p>
      <w:pPr>
        <w:sectPr>
          <w:pgSz w:w="11906" w:h="17238"/>
          <w:pgMar w:top="810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5918200</wp:posOffset>
            </wp:positionV>
            <wp:extent cx="4940300" cy="3365500"/>
            <wp:wrapNone/>
            <wp:docPr id="42" name="Picture 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33655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3403600</wp:posOffset>
            </wp:positionV>
            <wp:extent cx="5422900" cy="1841500"/>
            <wp:wrapNone/>
            <wp:docPr id="43" name="Picture 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18415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914400</wp:posOffset>
            </wp:positionV>
            <wp:extent cx="5397500" cy="1803400"/>
            <wp:wrapNone/>
            <wp:docPr id="44" name="Picture 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180340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60.0" w:type="dxa"/>
      </w:tblPr>
      <w:tblGrid>
        <w:gridCol w:w="1360"/>
        <w:gridCol w:w="2800"/>
        <w:gridCol w:w="1820"/>
        <w:gridCol w:w="2060"/>
      </w:tblGrid>
      <w:tr>
        <w:trPr>
          <w:trHeight w:hRule="exact" w:val="388"/>
        </w:trPr>
        <w:tc>
          <w:tcPr>
            <w:tcW w:type="dxa" w:w="13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38" w:after="0"/>
              <w:ind w:left="0" w:right="40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圆钢</w:t>
            </w:r>
          </w:p>
        </w:tc>
        <w:tc>
          <w:tcPr>
            <w:tcW w:type="dxa" w:w="28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0" w:right="132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</w:t>
            </w:r>
          </w:p>
        </w:tc>
        <w:tc>
          <w:tcPr>
            <w:tcW w:type="dxa" w:w="18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0" w:after="0"/>
              <w:ind w:left="25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e/t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0" w:after="0"/>
              <w:ind w:left="0" w:right="60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</w:t>
            </w:r>
          </w:p>
        </w:tc>
      </w:tr>
      <w:tr>
        <w:trPr>
          <w:trHeight w:hRule="exact" w:val="580"/>
        </w:trPr>
        <w:tc>
          <w:tcPr>
            <w:tcW w:type="dxa" w:w="2256"/>
            <w:vMerge/>
          </w:tcPr>
          <w:p/>
        </w:tc>
        <w:tc>
          <w:tcPr>
            <w:tcW w:type="dxa" w:w="28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2" w:after="0"/>
              <w:ind w:left="0" w:right="138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A</w:t>
            </w:r>
          </w:p>
        </w:tc>
        <w:tc>
          <w:tcPr>
            <w:tcW w:type="dxa" w:w="18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2" w:after="0"/>
              <w:ind w:left="0" w:right="106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B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2" w:after="0"/>
              <w:ind w:left="0" w:right="63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C=A*B</w:t>
            </w:r>
          </w:p>
        </w:tc>
      </w:tr>
      <w:tr>
        <w:trPr>
          <w:trHeight w:hRule="exact" w:val="560"/>
        </w:trPr>
        <w:tc>
          <w:tcPr>
            <w:tcW w:type="dxa" w:w="2256"/>
            <w:vMerge/>
          </w:tcPr>
          <w:p/>
        </w:tc>
        <w:tc>
          <w:tcPr>
            <w:tcW w:type="dxa" w:w="28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0" w:right="108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331.07</w:t>
            </w:r>
          </w:p>
        </w:tc>
        <w:tc>
          <w:tcPr>
            <w:tcW w:type="dxa" w:w="18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0" w:right="88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2.30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0" w:right="57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761.46</w:t>
            </w:r>
          </w:p>
        </w:tc>
      </w:tr>
      <w:tr>
        <w:trPr>
          <w:trHeight w:hRule="exact" w:val="560"/>
        </w:trPr>
        <w:tc>
          <w:tcPr>
            <w:tcW w:type="dxa" w:w="13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0" w:right="40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毛坯</w:t>
            </w:r>
          </w:p>
        </w:tc>
        <w:tc>
          <w:tcPr>
            <w:tcW w:type="dxa" w:w="28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0" w:right="108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668.93</w:t>
            </w:r>
          </w:p>
        </w:tc>
        <w:tc>
          <w:tcPr>
            <w:tcW w:type="dxa" w:w="18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0" w:right="88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2.23</w:t>
            </w:r>
          </w:p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0" w:right="51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1491.71</w:t>
            </w:r>
          </w:p>
        </w:tc>
      </w:tr>
      <w:tr>
        <w:trPr>
          <w:trHeight w:hRule="exact" w:val="470"/>
        </w:trPr>
        <w:tc>
          <w:tcPr>
            <w:tcW w:type="dxa" w:w="2256"/>
            <w:vMerge/>
          </w:tcPr>
          <w:p/>
        </w:tc>
        <w:tc>
          <w:tcPr>
            <w:tcW w:type="dxa" w:w="28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42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原材料获取阶段小计</w:t>
            </w:r>
          </w:p>
        </w:tc>
        <w:tc>
          <w:tcPr>
            <w:tcW w:type="dxa" w:w="2256"/>
            <w:vMerge/>
          </w:tcPr>
          <w:p/>
        </w:tc>
        <w:tc>
          <w:tcPr>
            <w:tcW w:type="dxa" w:w="2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0" w:after="0"/>
              <w:ind w:left="0" w:right="51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2253.17</w:t>
            </w:r>
          </w:p>
        </w:tc>
      </w:tr>
    </w:tbl>
    <w:p>
      <w:pPr>
        <w:autoSpaceDN w:val="0"/>
        <w:autoSpaceDE w:val="0"/>
        <w:widowControl/>
        <w:spacing w:line="282" w:lineRule="exact" w:before="276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2）原材料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运</w:t>
      </w:r>
      <w:r>
        <w:rPr>
          <w:rFonts w:ascii="Ddylr05K+KaiTi" w:hAnsi="Ddylr05K+KaiTi" w:eastAsia="Ddylr05K+KaiTi"/>
          <w:b/>
          <w:color w:val="000000"/>
          <w:sz w:val="28"/>
        </w:rPr>
        <w:t>输产生的排放</w:t>
      </w:r>
    </w:p>
    <w:p>
      <w:pPr>
        <w:autoSpaceDN w:val="0"/>
        <w:autoSpaceDE w:val="0"/>
        <w:widowControl/>
        <w:spacing w:line="240" w:lineRule="exact" w:before="286" w:after="178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rFonts w:ascii="Ddylr05K+KaiTi" w:hAnsi="Ddylr05K+KaiTi" w:eastAsia="Ddylr05K+KaiTi"/>
          <w:b/>
          <w:color w:val="000000"/>
          <w:sz w:val="24"/>
        </w:rPr>
        <w:t>3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4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原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材</w:t>
      </w:r>
      <w:r>
        <w:rPr>
          <w:rFonts w:ascii="Ddylr05K+KaiTi" w:hAnsi="Ddylr05K+KaiTi" w:eastAsia="Ddylr05K+KaiTi"/>
          <w:b/>
          <w:color w:val="000000"/>
          <w:sz w:val="24"/>
        </w:rPr>
        <w:t>料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运</w:t>
      </w:r>
      <w:r>
        <w:rPr>
          <w:rFonts w:ascii="Ddylr05K+KaiTi" w:hAnsi="Ddylr05K+KaiTi" w:eastAsia="Ddylr05K+KaiTi"/>
          <w:b/>
          <w:color w:val="000000"/>
          <w:sz w:val="24"/>
        </w:rPr>
        <w:t>输排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放</w:t>
      </w:r>
      <w:r>
        <w:rPr>
          <w:rFonts w:ascii="Ddylr05K+KaiTi" w:hAnsi="Ddylr05K+KaiTi" w:eastAsia="Ddylr05K+KaiTi"/>
          <w:b/>
          <w:color w:val="000000"/>
          <w:sz w:val="24"/>
        </w:rPr>
        <w:t>量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计</w:t>
      </w:r>
      <w:r>
        <w:rPr>
          <w:rFonts w:ascii="Ddylr05K+KaiTi" w:hAnsi="Ddylr05K+KaiTi" w:eastAsia="Ddylr05K+KaiTi"/>
          <w:b/>
          <w:color w:val="000000"/>
          <w:sz w:val="24"/>
        </w:rPr>
        <w:t>算表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1420"/>
        <w:gridCol w:w="1640"/>
        <w:gridCol w:w="1520"/>
        <w:gridCol w:w="2200"/>
        <w:gridCol w:w="1620"/>
      </w:tblGrid>
      <w:tr>
        <w:trPr>
          <w:trHeight w:hRule="exact" w:val="408"/>
        </w:trPr>
        <w:tc>
          <w:tcPr>
            <w:tcW w:type="dxa" w:w="1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38" w:after="0"/>
              <w:ind w:left="28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运输类型</w:t>
            </w:r>
          </w:p>
        </w:tc>
        <w:tc>
          <w:tcPr>
            <w:tcW w:type="dxa" w:w="16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3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原材料品种</w:t>
            </w:r>
          </w:p>
        </w:tc>
        <w:tc>
          <w:tcPr>
            <w:tcW w:type="dxa" w:w="15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㎡公里数</w:t>
            </w:r>
          </w:p>
        </w:tc>
        <w:tc>
          <w:tcPr>
            <w:tcW w:type="dxa" w:w="2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68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排放因子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排放量</w:t>
            </w:r>
          </w:p>
        </w:tc>
      </w:tr>
      <w:tr>
        <w:trPr>
          <w:trHeight w:hRule="exact" w:val="480"/>
        </w:trPr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5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t.km</w:t>
            </w:r>
          </w:p>
        </w:tc>
        <w:tc>
          <w:tcPr>
            <w:tcW w:type="dxa" w:w="2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130" w:after="0"/>
              <w:ind w:left="34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</w:t>
            </w:r>
            <w:r>
              <w:rPr>
                <w:spacing w:val="53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/t*km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13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</w:t>
            </w:r>
          </w:p>
        </w:tc>
      </w:tr>
      <w:tr>
        <w:trPr>
          <w:trHeight w:hRule="exact" w:val="488"/>
        </w:trPr>
        <w:tc>
          <w:tcPr>
            <w:tcW w:type="dxa" w:w="14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10" w:after="0"/>
              <w:ind w:left="28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重型柴油</w:t>
            </w:r>
          </w:p>
        </w:tc>
        <w:tc>
          <w:tcPr>
            <w:tcW w:type="dxa" w:w="16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圆钢</w:t>
            </w:r>
          </w:p>
        </w:tc>
        <w:tc>
          <w:tcPr>
            <w:tcW w:type="dxa" w:w="15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A</w:t>
            </w:r>
          </w:p>
        </w:tc>
        <w:tc>
          <w:tcPr>
            <w:tcW w:type="dxa" w:w="2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8" w:after="0"/>
              <w:ind w:left="0" w:right="11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B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C=A*B</w:t>
            </w:r>
          </w:p>
        </w:tc>
      </w:tr>
      <w:tr>
        <w:trPr>
          <w:trHeight w:hRule="exact" w:val="472"/>
        </w:trPr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5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180</w:t>
            </w:r>
          </w:p>
        </w:tc>
        <w:tc>
          <w:tcPr>
            <w:tcW w:type="dxa" w:w="2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86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0.049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8.82</w:t>
            </w:r>
          </w:p>
        </w:tc>
      </w:tr>
      <w:tr>
        <w:trPr>
          <w:trHeight w:hRule="exact" w:val="480"/>
        </w:trPr>
        <w:tc>
          <w:tcPr>
            <w:tcW w:type="dxa" w:w="1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28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货车运输</w:t>
            </w:r>
          </w:p>
        </w:tc>
        <w:tc>
          <w:tcPr>
            <w:tcW w:type="dxa" w:w="16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毛坯</w:t>
            </w:r>
          </w:p>
        </w:tc>
        <w:tc>
          <w:tcPr>
            <w:tcW w:type="dxa" w:w="15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250</w:t>
            </w:r>
          </w:p>
        </w:tc>
        <w:tc>
          <w:tcPr>
            <w:tcW w:type="dxa" w:w="2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0" w:right="86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0.049</w:t>
            </w:r>
          </w:p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12.25</w:t>
            </w:r>
          </w:p>
        </w:tc>
      </w:tr>
      <w:tr>
        <w:trPr>
          <w:trHeight w:hRule="exact" w:val="422"/>
        </w:trPr>
        <w:tc>
          <w:tcPr>
            <w:tcW w:type="dxa" w:w="3060"/>
            <w:gridSpan w:val="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原材料运输阶段小计</w:t>
            </w:r>
          </w:p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6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21.05</w:t>
            </w:r>
          </w:p>
        </w:tc>
      </w:tr>
    </w:tbl>
    <w:p>
      <w:pPr>
        <w:autoSpaceDN w:val="0"/>
        <w:autoSpaceDE w:val="0"/>
        <w:widowControl/>
        <w:spacing w:line="282" w:lineRule="exact" w:before="23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3）产品生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产</w:t>
      </w:r>
      <w:r>
        <w:rPr>
          <w:rFonts w:ascii="Ddylr05K+KaiTi" w:hAnsi="Ddylr05K+KaiTi" w:eastAsia="Ddylr05K+KaiTi"/>
          <w:b/>
          <w:color w:val="000000"/>
          <w:sz w:val="28"/>
        </w:rPr>
        <w:t>产生的排放</w:t>
      </w:r>
    </w:p>
    <w:p>
      <w:pPr>
        <w:autoSpaceDN w:val="0"/>
        <w:autoSpaceDE w:val="0"/>
        <w:widowControl/>
        <w:spacing w:line="240" w:lineRule="exact" w:before="286" w:after="178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rFonts w:ascii="Ddylr05K+KaiTi" w:hAnsi="Ddylr05K+KaiTi" w:eastAsia="Ddylr05K+KaiTi"/>
          <w:b/>
          <w:color w:val="000000"/>
          <w:sz w:val="24"/>
        </w:rPr>
        <w:t>3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-</w:t>
      </w:r>
      <w:r>
        <w:rPr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5</w:t>
      </w:r>
      <w:r>
        <w:rPr>
          <w:spacing w:val="55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生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产</w:t>
      </w:r>
      <w:r>
        <w:rPr>
          <w:rFonts w:ascii="Ddylr05K+KaiTi" w:hAnsi="Ddylr05K+KaiTi" w:eastAsia="Ddylr05K+KaiTi"/>
          <w:b/>
          <w:color w:val="000000"/>
          <w:sz w:val="24"/>
        </w:rPr>
        <w:t>排放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量</w:t>
      </w:r>
      <w:r>
        <w:rPr>
          <w:rFonts w:ascii="Ddylr05K+KaiTi" w:hAnsi="Ddylr05K+KaiTi" w:eastAsia="Ddylr05K+KaiTi"/>
          <w:b/>
          <w:color w:val="000000"/>
          <w:sz w:val="24"/>
        </w:rPr>
        <w:t>计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算</w:t>
      </w:r>
      <w:r>
        <w:rPr>
          <w:rFonts w:ascii="Ddylr05K+KaiTi" w:hAnsi="Ddylr05K+KaiTi" w:eastAsia="Ddylr05K+KaiTi"/>
          <w:b/>
          <w:color w:val="000000"/>
          <w:sz w:val="24"/>
        </w:rPr>
        <w:t>表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2360"/>
        <w:gridCol w:w="1260"/>
        <w:gridCol w:w="2220"/>
        <w:gridCol w:w="2140"/>
      </w:tblGrid>
      <w:tr>
        <w:trPr>
          <w:trHeight w:hRule="exact" w:val="398"/>
        </w:trPr>
        <w:tc>
          <w:tcPr>
            <w:tcW w:type="dxa" w:w="23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38" w:after="0"/>
              <w:ind w:left="442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能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源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品种</w:t>
            </w:r>
          </w:p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28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消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耗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量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排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放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因子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848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排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放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量</w:t>
            </w:r>
          </w:p>
        </w:tc>
      </w:tr>
      <w:tr>
        <w:trPr>
          <w:trHeight w:hRule="exact" w:val="500"/>
        </w:trPr>
        <w:tc>
          <w:tcPr>
            <w:tcW w:type="dxa" w:w="2256"/>
            <w:vMerge/>
          </w:tcPr>
          <w:p/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8" w:lineRule="exact" w:before="128" w:after="0"/>
              <w:ind w:left="29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m</w:t>
            </w:r>
            <w:r>
              <w:rPr>
                <w:rFonts w:ascii="8Mc4eCx5+ArialMT" w:hAnsi="8Mc4eCx5+ArialMT" w:eastAsia="8Mc4eCx5+ArialMT"/>
                <w:color w:val="000000"/>
                <w:sz w:val="24"/>
              </w:rPr>
              <w:t>³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8" w:lineRule="exact" w:before="12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</w:t>
            </w:r>
            <w:r>
              <w:rPr>
                <w:spacing w:val="53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/m</w:t>
            </w:r>
            <w:r>
              <w:rPr>
                <w:rFonts w:ascii="8Mc4eCx5+ArialMT" w:hAnsi="8Mc4eCx5+ArialMT" w:eastAsia="8Mc4eCx5+ArialMT"/>
                <w:color w:val="000000"/>
                <w:sz w:val="24"/>
              </w:rPr>
              <w:t>³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140" w:after="0"/>
              <w:ind w:left="0" w:right="87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</w:t>
            </w:r>
          </w:p>
        </w:tc>
      </w:tr>
      <w:tr>
        <w:trPr>
          <w:trHeight w:hRule="exact" w:val="476"/>
        </w:trPr>
        <w:tc>
          <w:tcPr>
            <w:tcW w:type="dxa" w:w="23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94" w:after="0"/>
              <w:ind w:left="4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乙炔</w:t>
            </w:r>
          </w:p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81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A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B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9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C=A*B</w:t>
            </w:r>
          </w:p>
        </w:tc>
      </w:tr>
      <w:tr>
        <w:trPr>
          <w:trHeight w:hRule="exact" w:val="464"/>
        </w:trPr>
        <w:tc>
          <w:tcPr>
            <w:tcW w:type="dxa" w:w="2256"/>
            <w:vMerge/>
          </w:tcPr>
          <w:p/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3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0.0649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3.67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9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0.238</w:t>
            </w:r>
          </w:p>
        </w:tc>
      </w:tr>
      <w:tr>
        <w:trPr>
          <w:trHeight w:hRule="exact" w:val="494"/>
        </w:trPr>
        <w:tc>
          <w:tcPr>
            <w:tcW w:type="dxa" w:w="23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4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化石能源消耗小计</w:t>
            </w:r>
          </w:p>
        </w:tc>
        <w:tc>
          <w:tcPr>
            <w:tcW w:type="dxa" w:w="12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12" w:after="0"/>
              <w:ind w:left="3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消耗量</w:t>
            </w:r>
          </w:p>
        </w:tc>
        <w:tc>
          <w:tcPr>
            <w:tcW w:type="dxa" w:w="2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1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排放因子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4" w:after="0"/>
              <w:ind w:left="0" w:right="9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0.238</w:t>
            </w:r>
          </w:p>
        </w:tc>
      </w:tr>
      <w:tr>
        <w:trPr>
          <w:trHeight w:hRule="exact" w:val="466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18" w:after="0"/>
              <w:ind w:left="0" w:right="84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排放量</w:t>
            </w:r>
          </w:p>
        </w:tc>
      </w:tr>
      <w:tr>
        <w:trPr>
          <w:trHeight w:hRule="exact" w:val="480"/>
        </w:trPr>
        <w:tc>
          <w:tcPr>
            <w:tcW w:type="dxa" w:w="23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444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能源品种</w:t>
            </w:r>
          </w:p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21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KWh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13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e/KWh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6" w:lineRule="exact" w:before="130" w:after="0"/>
              <w:ind w:left="0" w:right="87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KgCO</w:t>
            </w:r>
            <w:r>
              <w:rPr>
                <w:rFonts w:ascii="Ddylr05K+KaiTi" w:hAnsi="Ddylr05K+KaiTi" w:eastAsia="Ddylr05K+KaiTi"/>
                <w:color w:val="000000"/>
                <w:sz w:val="12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e</w:t>
            </w:r>
          </w:p>
        </w:tc>
      </w:tr>
      <w:tr>
        <w:trPr>
          <w:trHeight w:hRule="exact" w:val="486"/>
        </w:trPr>
        <w:tc>
          <w:tcPr>
            <w:tcW w:type="dxa" w:w="23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6" w:after="0"/>
              <w:ind w:left="0" w:right="119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电力</w:t>
            </w:r>
          </w:p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8" w:after="0"/>
              <w:ind w:left="0" w:right="81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A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B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8" w:after="0"/>
              <w:ind w:left="0" w:right="9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C=A*B</w:t>
            </w:r>
          </w:p>
        </w:tc>
      </w:tr>
      <w:tr>
        <w:trPr>
          <w:trHeight w:hRule="exact" w:val="474"/>
        </w:trPr>
        <w:tc>
          <w:tcPr>
            <w:tcW w:type="dxa" w:w="2256"/>
            <w:vMerge/>
          </w:tcPr>
          <w:p/>
        </w:tc>
        <w:tc>
          <w:tcPr>
            <w:tcW w:type="dxa" w:w="12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0" w:after="0"/>
              <w:ind w:left="9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32.87</w:t>
            </w:r>
          </w:p>
        </w:tc>
        <w:tc>
          <w:tcPr>
            <w:tcW w:type="dxa" w:w="2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0.6838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0" w:after="0"/>
              <w:ind w:left="0" w:right="9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22.48</w:t>
            </w:r>
          </w:p>
        </w:tc>
      </w:tr>
      <w:tr>
        <w:trPr>
          <w:trHeight w:hRule="exact" w:val="480"/>
        </w:trPr>
        <w:tc>
          <w:tcPr>
            <w:tcW w:type="dxa" w:w="23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非化石能源消耗小计</w:t>
            </w:r>
          </w:p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0" w:right="9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22.48</w:t>
            </w:r>
          </w:p>
        </w:tc>
      </w:tr>
      <w:tr>
        <w:trPr>
          <w:trHeight w:hRule="exact" w:val="422"/>
        </w:trPr>
        <w:tc>
          <w:tcPr>
            <w:tcW w:type="dxa" w:w="23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产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品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生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4"/>
              </w:rPr>
              <w:t>产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产生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4"/>
              </w:rPr>
              <w:t>的</w:t>
            </w: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排放</w:t>
            </w:r>
          </w:p>
        </w:tc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2" w:after="0"/>
              <w:ind w:left="0" w:right="9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22.72</w:t>
            </w:r>
          </w:p>
        </w:tc>
      </w:tr>
    </w:tbl>
    <w:p>
      <w:pPr>
        <w:autoSpaceDN w:val="0"/>
        <w:autoSpaceDE w:val="0"/>
        <w:widowControl/>
        <w:spacing w:line="310" w:lineRule="exact" w:before="226" w:after="0"/>
        <w:ind w:left="780" w:right="0" w:firstLine="0"/>
        <w:jc w:val="left"/>
      </w:pPr>
      <w:r>
        <w:rPr>
          <w:spacing w:val="-2"/>
          <w:rFonts w:ascii="jXESaHHF+SimSun" w:hAnsi="jXESaHHF+SimSun" w:eastAsia="jXESaHHF+SimSun"/>
          <w:b/>
          <w:color w:val="000000"/>
          <w:sz w:val="28"/>
        </w:rPr>
        <w:t>（</w:t>
      </w:r>
      <w:r>
        <w:rPr>
          <w:spacing w:val="-1"/>
          <w:rFonts w:ascii="GdJYNGgr+TimesNewRomanPS" w:hAnsi="GdJYNGgr+TimesNewRomanPS" w:eastAsia="GdJYNGgr+TimesNewRomanPS"/>
          <w:color w:val="000000"/>
          <w:sz w:val="28"/>
        </w:rPr>
        <w:t>5</w:t>
      </w:r>
      <w:r>
        <w:rPr>
          <w:spacing w:val="-2"/>
          <w:rFonts w:ascii="jXESaHHF+SimSun" w:hAnsi="jXESaHHF+SimSun" w:eastAsia="jXESaHHF+SimSun"/>
          <w:b/>
          <w:color w:val="000000"/>
          <w:sz w:val="28"/>
        </w:rPr>
        <w:t>）</w:t>
      </w:r>
      <w:r>
        <w:rPr>
          <w:rFonts w:ascii="Ddylr05K+KaiTi" w:hAnsi="Ddylr05K+KaiTi" w:eastAsia="Ddylr05K+KaiTi"/>
          <w:b/>
          <w:color w:val="000000"/>
          <w:sz w:val="28"/>
        </w:rPr>
        <w:t>产品碳排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放</w:t>
      </w:r>
      <w:r>
        <w:rPr>
          <w:rFonts w:ascii="Ddylr05K+KaiTi" w:hAnsi="Ddylr05K+KaiTi" w:eastAsia="Ddylr05K+KaiTi"/>
          <w:b/>
          <w:color w:val="000000"/>
          <w:sz w:val="28"/>
        </w:rPr>
        <w:t>量汇总表</w:t>
      </w:r>
    </w:p>
    <w:p>
      <w:pPr>
        <w:autoSpaceDN w:val="0"/>
        <w:autoSpaceDE w:val="0"/>
        <w:widowControl/>
        <w:spacing w:line="220" w:lineRule="exact" w:before="54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33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5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1206500</wp:posOffset>
            </wp:positionV>
            <wp:extent cx="4940300" cy="3632200"/>
            <wp:wrapNone/>
            <wp:docPr id="45" name="Picture 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36322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5511800</wp:posOffset>
            </wp:positionV>
            <wp:extent cx="4940300" cy="2832100"/>
            <wp:wrapNone/>
            <wp:docPr id="46" name="Picture 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28321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9029700</wp:posOffset>
            </wp:positionV>
            <wp:extent cx="4940300" cy="419100"/>
            <wp:wrapNone/>
            <wp:docPr id="47" name="Picture 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4191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40" w:lineRule="exact" w:before="0" w:after="236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6</w:t>
      </w:r>
      <w:r>
        <w:rPr>
          <w:spacing w:val="53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碳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排</w:t>
      </w:r>
      <w:r>
        <w:rPr>
          <w:rFonts w:ascii="Ddylr05K+KaiTi" w:hAnsi="Ddylr05K+KaiTi" w:eastAsia="Ddylr05K+KaiTi"/>
          <w:b/>
          <w:color w:val="000000"/>
          <w:sz w:val="24"/>
        </w:rPr>
        <w:t>放量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和</w:t>
      </w:r>
      <w:r>
        <w:rPr>
          <w:rFonts w:ascii="Ddylr05K+KaiTi" w:hAnsi="Ddylr05K+KaiTi" w:eastAsia="Ddylr05K+KaiTi"/>
          <w:b/>
          <w:color w:val="000000"/>
          <w:sz w:val="24"/>
        </w:rPr>
        <w:t>清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除</w:t>
      </w:r>
      <w:r>
        <w:rPr>
          <w:rFonts w:ascii="Ddylr05K+KaiTi" w:hAnsi="Ddylr05K+KaiTi" w:eastAsia="Ddylr05K+KaiTi"/>
          <w:b/>
          <w:color w:val="000000"/>
          <w:sz w:val="24"/>
        </w:rPr>
        <w:t>量汇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总</w:t>
      </w:r>
      <w:r>
        <w:rPr>
          <w:rFonts w:ascii="Ddylr05K+KaiTi" w:hAnsi="Ddylr05K+KaiTi" w:eastAsia="Ddylr05K+KaiTi"/>
          <w:b/>
          <w:color w:val="000000"/>
          <w:sz w:val="24"/>
        </w:rPr>
        <w:t>表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2480"/>
        <w:gridCol w:w="1940"/>
        <w:gridCol w:w="1580"/>
        <w:gridCol w:w="2240"/>
      </w:tblGrid>
      <w:tr>
        <w:trPr>
          <w:trHeight w:hRule="exact" w:val="510"/>
        </w:trPr>
        <w:tc>
          <w:tcPr>
            <w:tcW w:type="dxa" w:w="2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318" w:after="0"/>
              <w:ind w:left="484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生命周期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8"/>
              </w:rPr>
              <w:t>过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程</w:t>
            </w:r>
          </w:p>
        </w:tc>
        <w:tc>
          <w:tcPr>
            <w:tcW w:type="dxa" w:w="1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320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生命周期过</w:t>
            </w:r>
          </w:p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生命周期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0" w:after="0"/>
              <w:ind w:left="230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生命周期过</w:t>
            </w:r>
          </w:p>
        </w:tc>
      </w:tr>
      <w:tr>
        <w:trPr>
          <w:trHeight w:hRule="exact" w:val="626"/>
        </w:trPr>
        <w:tc>
          <w:tcPr>
            <w:tcW w:type="dxa" w:w="2256"/>
            <w:vMerge/>
          </w:tcPr>
          <w:p/>
        </w:tc>
        <w:tc>
          <w:tcPr>
            <w:tcW w:type="dxa" w:w="19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4" w:after="0"/>
              <w:ind w:left="0" w:right="496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程排放</w:t>
            </w:r>
          </w:p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过程清除</w:t>
            </w:r>
          </w:p>
        </w:tc>
        <w:tc>
          <w:tcPr>
            <w:tcW w:type="dxa" w:w="22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4" w:after="0"/>
              <w:ind w:left="372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程净排放</w:t>
            </w:r>
          </w:p>
        </w:tc>
      </w:tr>
      <w:tr>
        <w:trPr>
          <w:trHeight w:hRule="exact" w:val="614"/>
        </w:trPr>
        <w:tc>
          <w:tcPr>
            <w:tcW w:type="dxa" w:w="2256"/>
            <w:vMerge/>
          </w:tcPr>
          <w:p/>
        </w:tc>
        <w:tc>
          <w:tcPr>
            <w:tcW w:type="dxa" w:w="2256"/>
            <w:vMerge/>
          </w:tcPr>
          <w:p/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量</w:t>
            </w:r>
          </w:p>
        </w:tc>
        <w:tc>
          <w:tcPr>
            <w:tcW w:type="dxa" w:w="2256"/>
            <w:vMerge/>
          </w:tcPr>
          <w:p/>
        </w:tc>
      </w:tr>
      <w:tr>
        <w:trPr>
          <w:trHeight w:hRule="exact" w:val="658"/>
        </w:trPr>
        <w:tc>
          <w:tcPr>
            <w:tcW w:type="dxa" w:w="24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458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原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材料获取</w:t>
            </w:r>
          </w:p>
        </w:tc>
        <w:tc>
          <w:tcPr>
            <w:tcW w:type="dxa" w:w="1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98" w:lineRule="exact" w:before="192" w:after="0"/>
              <w:ind w:left="0" w:right="530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Kg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C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O</w:t>
            </w:r>
            <w:r>
              <w:rPr>
                <w:spacing w:val="-1"/>
                <w:rFonts w:ascii="Ddylr05K+KaiTi" w:hAnsi="Ddylr05K+KaiTi" w:eastAsia="Ddylr05K+KaiTi"/>
                <w:b/>
                <w:color w:val="000000"/>
                <w:sz w:val="14"/>
              </w:rPr>
              <w:t>2</w:t>
            </w:r>
            <w:r>
              <w:rPr>
                <w:spacing w:val="1"/>
                <w:rFonts w:ascii="Ddylr05K+KaiTi" w:hAnsi="Ddylr05K+KaiTi" w:eastAsia="Ddylr05K+KaiTi"/>
                <w:b/>
                <w:color w:val="000000"/>
                <w:sz w:val="28"/>
              </w:rPr>
              <w:t>e</w:t>
            </w:r>
          </w:p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98" w:lineRule="exact" w:before="19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K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gC</w:t>
            </w: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O</w:t>
            </w:r>
            <w:r>
              <w:rPr>
                <w:spacing w:val="1"/>
                <w:rFonts w:ascii="Ddylr05K+KaiTi" w:hAnsi="Ddylr05K+KaiTi" w:eastAsia="Ddylr05K+KaiTi"/>
                <w:b/>
                <w:color w:val="000000"/>
                <w:sz w:val="14"/>
              </w:rPr>
              <w:t>2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e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98" w:lineRule="exact" w:before="192" w:after="0"/>
              <w:ind w:left="544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K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gC</w:t>
            </w: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O</w:t>
            </w:r>
            <w:r>
              <w:rPr>
                <w:spacing w:val="3"/>
                <w:rFonts w:ascii="Ddylr05K+KaiTi" w:hAnsi="Ddylr05K+KaiTi" w:eastAsia="Ddylr05K+KaiTi"/>
                <w:b/>
                <w:color w:val="000000"/>
                <w:sz w:val="14"/>
              </w:rPr>
              <w:t>2</w:t>
            </w:r>
            <w:r>
              <w:rPr>
                <w:spacing w:val="1"/>
                <w:rFonts w:ascii="Ddylr05K+KaiTi" w:hAnsi="Ddylr05K+KaiTi" w:eastAsia="Ddylr05K+KaiTi"/>
                <w:b/>
                <w:color w:val="000000"/>
                <w:sz w:val="28"/>
              </w:rPr>
              <w:t>e</w:t>
            </w:r>
          </w:p>
        </w:tc>
      </w:tr>
      <w:tr>
        <w:trPr>
          <w:trHeight w:hRule="exact" w:val="624"/>
        </w:trPr>
        <w:tc>
          <w:tcPr>
            <w:tcW w:type="dxa" w:w="2256"/>
            <w:vMerge/>
          </w:tcPr>
          <w:p/>
        </w:tc>
        <w:tc>
          <w:tcPr>
            <w:tcW w:type="dxa" w:w="1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68" w:after="0"/>
              <w:ind w:left="0" w:right="848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A</w:t>
            </w:r>
          </w:p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6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B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68" w:after="0"/>
              <w:ind w:left="0" w:right="952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C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=A+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B</w:t>
            </w:r>
          </w:p>
        </w:tc>
      </w:tr>
      <w:tr>
        <w:trPr>
          <w:trHeight w:hRule="exact" w:val="618"/>
        </w:trPr>
        <w:tc>
          <w:tcPr>
            <w:tcW w:type="dxa" w:w="2256"/>
            <w:vMerge/>
          </w:tcPr>
          <w:p/>
        </w:tc>
        <w:tc>
          <w:tcPr>
            <w:tcW w:type="dxa" w:w="1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76" w:after="0"/>
              <w:ind w:left="0" w:right="428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25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3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.1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7</w:t>
            </w:r>
          </w:p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7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0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76" w:after="0"/>
              <w:ind w:left="444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25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3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.1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7</w:t>
            </w:r>
          </w:p>
        </w:tc>
      </w:tr>
      <w:tr>
        <w:trPr>
          <w:trHeight w:hRule="exact" w:val="660"/>
        </w:trPr>
        <w:tc>
          <w:tcPr>
            <w:tcW w:type="dxa" w:w="2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9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原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材料运输</w:t>
            </w:r>
          </w:p>
        </w:tc>
        <w:tc>
          <w:tcPr>
            <w:tcW w:type="dxa" w:w="1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92" w:after="0"/>
              <w:ind w:left="0" w:right="564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5</w:t>
            </w:r>
          </w:p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9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0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92" w:after="0"/>
              <w:ind w:left="0" w:right="95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.05</w:t>
            </w:r>
          </w:p>
        </w:tc>
      </w:tr>
      <w:tr>
        <w:trPr>
          <w:trHeight w:hRule="exact" w:val="600"/>
        </w:trPr>
        <w:tc>
          <w:tcPr>
            <w:tcW w:type="dxa" w:w="2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68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产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品生产</w:t>
            </w:r>
          </w:p>
        </w:tc>
        <w:tc>
          <w:tcPr>
            <w:tcW w:type="dxa" w:w="1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0" w:after="0"/>
              <w:ind w:left="0" w:right="61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22.72</w:t>
            </w:r>
          </w:p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6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0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90" w:after="0"/>
              <w:ind w:left="0" w:right="100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22.72</w:t>
            </w:r>
          </w:p>
        </w:tc>
      </w:tr>
      <w:tr>
        <w:trPr>
          <w:trHeight w:hRule="exact" w:val="542"/>
        </w:trPr>
        <w:tc>
          <w:tcPr>
            <w:tcW w:type="dxa" w:w="2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20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产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品碳排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放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总量</w:t>
            </w:r>
          </w:p>
        </w:tc>
        <w:tc>
          <w:tcPr>
            <w:tcW w:type="dxa" w:w="1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202" w:after="0"/>
              <w:ind w:left="0" w:right="428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29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6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.9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4</w:t>
            </w:r>
          </w:p>
        </w:tc>
        <w:tc>
          <w:tcPr>
            <w:tcW w:type="dxa" w:w="1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20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0</w:t>
            </w:r>
          </w:p>
        </w:tc>
        <w:tc>
          <w:tcPr>
            <w:tcW w:type="dxa" w:w="22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202" w:after="0"/>
              <w:ind w:left="444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29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6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.9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4</w:t>
            </w:r>
          </w:p>
        </w:tc>
      </w:tr>
    </w:tbl>
    <w:p>
      <w:pPr>
        <w:autoSpaceDN w:val="0"/>
        <w:autoSpaceDE w:val="0"/>
        <w:widowControl/>
        <w:spacing w:line="280" w:lineRule="exact" w:before="29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5）产品碳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足</w:t>
      </w:r>
      <w:r>
        <w:rPr>
          <w:rFonts w:ascii="Ddylr05K+KaiTi" w:hAnsi="Ddylr05K+KaiTi" w:eastAsia="Ddylr05K+KaiTi"/>
          <w:b/>
          <w:color w:val="000000"/>
          <w:sz w:val="28"/>
        </w:rPr>
        <w:t>迹汇总表</w:t>
      </w:r>
    </w:p>
    <w:p>
      <w:pPr>
        <w:autoSpaceDN w:val="0"/>
        <w:autoSpaceDE w:val="0"/>
        <w:widowControl/>
        <w:spacing w:line="240" w:lineRule="exact" w:before="288" w:after="0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7</w:t>
      </w:r>
      <w:r>
        <w:rPr>
          <w:spacing w:val="53"/>
          <w:rFonts w:ascii="Arial" w:hAnsi="Arial" w:eastAsia="Arial"/>
          <w:b/>
          <w:color w:val="000000"/>
          <w:sz w:val="24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碳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足</w:t>
      </w:r>
      <w:r>
        <w:rPr>
          <w:rFonts w:ascii="Ddylr05K+KaiTi" w:hAnsi="Ddylr05K+KaiTi" w:eastAsia="Ddylr05K+KaiTi"/>
          <w:b/>
          <w:color w:val="000000"/>
          <w:sz w:val="24"/>
        </w:rPr>
        <w:t>迹汇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总</w:t>
      </w:r>
      <w:r>
        <w:rPr>
          <w:rFonts w:ascii="Ddylr05K+KaiTi" w:hAnsi="Ddylr05K+KaiTi" w:eastAsia="Ddylr05K+KaiTi"/>
          <w:b/>
          <w:color w:val="000000"/>
          <w:sz w:val="24"/>
        </w:rPr>
        <w:t>表</w:t>
      </w:r>
    </w:p>
    <w:p>
      <w:pPr>
        <w:autoSpaceDN w:val="0"/>
        <w:autoSpaceDE w:val="0"/>
        <w:widowControl/>
        <w:spacing w:line="280" w:lineRule="exact" w:before="294" w:after="16"/>
        <w:ind w:left="2086" w:right="0" w:firstLine="0"/>
        <w:jc w:val="left"/>
      </w:pPr>
      <w:r>
        <w:rPr>
          <w:rFonts w:ascii="Ddylr05K+KaiTi" w:hAnsi="Ddylr05K+KaiTi" w:eastAsia="Ddylr05K+KaiTi"/>
          <w:b/>
          <w:color w:val="000000"/>
          <w:sz w:val="28"/>
        </w:rPr>
        <w:t>生命周期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过</w:t>
      </w:r>
      <w:r>
        <w:rPr>
          <w:rFonts w:ascii="Ddylr05K+KaiTi" w:hAnsi="Ddylr05K+KaiTi" w:eastAsia="Ddylr05K+KaiTi"/>
          <w:b/>
          <w:color w:val="000000"/>
          <w:sz w:val="28"/>
        </w:rPr>
        <w:t>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00.0" w:type="dxa"/>
      </w:tblPr>
      <w:tblGrid>
        <w:gridCol w:w="3000"/>
        <w:gridCol w:w="2640"/>
        <w:gridCol w:w="2340"/>
      </w:tblGrid>
      <w:tr>
        <w:trPr>
          <w:trHeight w:hRule="exact" w:val="314"/>
        </w:trPr>
        <w:tc>
          <w:tcPr>
            <w:tcW w:type="dxa" w:w="30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20" w:after="0"/>
              <w:ind w:left="200" w:right="0" w:firstLine="0"/>
              <w:jc w:val="lef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生命周期过</w:t>
            </w:r>
          </w:p>
        </w:tc>
        <w:tc>
          <w:tcPr>
            <w:tcW w:type="dxa" w:w="26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6" w:after="0"/>
              <w:ind w:left="0" w:right="664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产量</w:t>
            </w:r>
          </w:p>
        </w:tc>
        <w:tc>
          <w:tcPr>
            <w:tcW w:type="dxa" w:w="23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6" w:after="0"/>
              <w:ind w:left="0" w:right="808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碳足迹</w:t>
            </w:r>
          </w:p>
        </w:tc>
      </w:tr>
    </w:tbl>
    <w:p>
      <w:pPr>
        <w:autoSpaceDN w:val="0"/>
        <w:autoSpaceDE w:val="0"/>
        <w:widowControl/>
        <w:spacing w:line="280" w:lineRule="exact" w:before="14" w:after="0"/>
        <w:ind w:left="0" w:right="5676" w:firstLine="0"/>
        <w:jc w:val="right"/>
      </w:pPr>
      <w:r>
        <w:rPr>
          <w:rFonts w:ascii="Ddylr05K+KaiTi" w:hAnsi="Ddylr05K+KaiTi" w:eastAsia="Ddylr05K+KaiTi"/>
          <w:b/>
          <w:color w:val="000000"/>
          <w:sz w:val="28"/>
        </w:rPr>
        <w:t>净排放</w:t>
      </w:r>
    </w:p>
    <w:p>
      <w:pPr>
        <w:autoSpaceDN w:val="0"/>
        <w:autoSpaceDE w:val="0"/>
        <w:widowControl/>
        <w:spacing w:line="280" w:lineRule="exact" w:before="36" w:after="18"/>
        <w:ind w:left="962" w:right="0" w:firstLine="0"/>
        <w:jc w:val="left"/>
      </w:pPr>
      <w:r>
        <w:rPr>
          <w:rFonts w:ascii="Ddylr05K+KaiTi" w:hAnsi="Ddylr05K+KaiTi" w:eastAsia="Ddylr05K+KaiTi"/>
          <w:b/>
          <w:color w:val="000000"/>
          <w:sz w:val="28"/>
        </w:rPr>
        <w:t>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1920"/>
        <w:gridCol w:w="1980"/>
        <w:gridCol w:w="1600"/>
        <w:gridCol w:w="2600"/>
      </w:tblGrid>
      <w:tr>
        <w:trPr>
          <w:trHeight w:hRule="exact" w:val="464"/>
        </w:trPr>
        <w:tc>
          <w:tcPr>
            <w:tcW w:type="dxa" w:w="1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65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原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材料获取</w:t>
            </w:r>
          </w:p>
        </w:tc>
        <w:tc>
          <w:tcPr>
            <w:tcW w:type="dxa" w:w="19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02" w:lineRule="exact" w:before="18" w:after="0"/>
              <w:ind w:left="442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K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gCO</w:t>
            </w:r>
            <w:r>
              <w:rPr>
                <w:spacing w:val="1"/>
                <w:rFonts w:ascii="Ddylr05K+KaiTi" w:hAnsi="Ddylr05K+KaiTi" w:eastAsia="Ddylr05K+KaiTi"/>
                <w:b/>
                <w:color w:val="000000"/>
                <w:sz w:val="14"/>
              </w:rPr>
              <w:t>2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e</w:t>
            </w:r>
          </w:p>
        </w:tc>
        <w:tc>
          <w:tcPr>
            <w:tcW w:type="dxa" w:w="1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㎡</w:t>
            </w:r>
          </w:p>
        </w:tc>
        <w:tc>
          <w:tcPr>
            <w:tcW w:type="dxa" w:w="2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02" w:lineRule="exact" w:before="1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K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gC</w:t>
            </w: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O</w:t>
            </w:r>
            <w:r>
              <w:rPr>
                <w:spacing w:val="1"/>
                <w:rFonts w:ascii="Ddylr05K+KaiTi" w:hAnsi="Ddylr05K+KaiTi" w:eastAsia="Ddylr05K+KaiTi"/>
                <w:b/>
                <w:color w:val="000000"/>
                <w:sz w:val="14"/>
              </w:rPr>
              <w:t>2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e/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㎡</w:t>
            </w:r>
          </w:p>
        </w:tc>
      </w:tr>
      <w:tr>
        <w:trPr>
          <w:trHeight w:hRule="exact" w:val="640"/>
        </w:trPr>
        <w:tc>
          <w:tcPr>
            <w:tcW w:type="dxa" w:w="2256"/>
            <w:vMerge/>
          </w:tcPr>
          <w:p/>
        </w:tc>
        <w:tc>
          <w:tcPr>
            <w:tcW w:type="dxa" w:w="19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8" w:after="0"/>
              <w:ind w:left="34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53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7</w:t>
            </w:r>
          </w:p>
        </w:tc>
        <w:tc>
          <w:tcPr>
            <w:tcW w:type="dxa" w:w="1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1</w:t>
            </w:r>
          </w:p>
        </w:tc>
        <w:tc>
          <w:tcPr>
            <w:tcW w:type="dxa" w:w="2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22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5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3.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7</w:t>
            </w:r>
          </w:p>
        </w:tc>
      </w:tr>
      <w:tr>
        <w:trPr>
          <w:trHeight w:hRule="exact" w:val="640"/>
        </w:trPr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4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原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材料运输</w:t>
            </w:r>
          </w:p>
        </w:tc>
        <w:tc>
          <w:tcPr>
            <w:tcW w:type="dxa" w:w="19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4" w:after="0"/>
              <w:ind w:left="480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1.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5</w:t>
            </w:r>
          </w:p>
        </w:tc>
        <w:tc>
          <w:tcPr>
            <w:tcW w:type="dxa" w:w="1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1</w:t>
            </w:r>
          </w:p>
        </w:tc>
        <w:tc>
          <w:tcPr>
            <w:tcW w:type="dxa" w:w="2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4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1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5</w:t>
            </w:r>
          </w:p>
        </w:tc>
      </w:tr>
      <w:tr>
        <w:trPr>
          <w:trHeight w:hRule="exact" w:val="620"/>
        </w:trPr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8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产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品生产</w:t>
            </w:r>
          </w:p>
        </w:tc>
        <w:tc>
          <w:tcPr>
            <w:tcW w:type="dxa" w:w="19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8" w:after="0"/>
              <w:ind w:left="480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2.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7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2</w:t>
            </w:r>
          </w:p>
        </w:tc>
        <w:tc>
          <w:tcPr>
            <w:tcW w:type="dxa" w:w="1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1</w:t>
            </w:r>
          </w:p>
        </w:tc>
        <w:tc>
          <w:tcPr>
            <w:tcW w:type="dxa" w:w="2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78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7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2</w:t>
            </w:r>
          </w:p>
        </w:tc>
      </w:tr>
      <w:tr>
        <w:trPr>
          <w:trHeight w:hRule="exact" w:val="532"/>
        </w:trPr>
        <w:tc>
          <w:tcPr>
            <w:tcW w:type="dxa" w:w="1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小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计</w:t>
            </w:r>
          </w:p>
        </w:tc>
        <w:tc>
          <w:tcPr>
            <w:tcW w:type="dxa" w:w="19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2" w:after="0"/>
              <w:ind w:left="34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96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9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4</w:t>
            </w:r>
          </w:p>
        </w:tc>
        <w:tc>
          <w:tcPr>
            <w:tcW w:type="dxa" w:w="1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/</w:t>
            </w:r>
          </w:p>
        </w:tc>
        <w:tc>
          <w:tcPr>
            <w:tcW w:type="dxa" w:w="2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22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9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6.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9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4</w:t>
            </w:r>
          </w:p>
        </w:tc>
      </w:tr>
    </w:tbl>
    <w:p>
      <w:pPr>
        <w:autoSpaceDN w:val="0"/>
        <w:autoSpaceDE w:val="0"/>
        <w:widowControl/>
        <w:spacing w:line="280" w:lineRule="exact" w:before="29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6）单位产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品</w:t>
      </w:r>
      <w:r>
        <w:rPr>
          <w:rFonts w:ascii="Ddylr05K+KaiTi" w:hAnsi="Ddylr05K+KaiTi" w:eastAsia="Ddylr05K+KaiTi"/>
          <w:b/>
          <w:color w:val="000000"/>
          <w:sz w:val="28"/>
        </w:rPr>
        <w:t>碳足迹分析</w:t>
      </w:r>
    </w:p>
    <w:p>
      <w:pPr>
        <w:autoSpaceDN w:val="0"/>
        <w:autoSpaceDE w:val="0"/>
        <w:widowControl/>
        <w:spacing w:line="240" w:lineRule="exact" w:before="288" w:after="232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1</w:t>
      </w:r>
      <w:r>
        <w:rPr>
          <w:spacing w:val="56"/>
          <w:rFonts w:ascii="Ddylr05K+KaiTi" w:hAnsi="Ddylr05K+KaiTi" w:eastAsia="Ddylr05K+KaiTi"/>
          <w:b/>
          <w:color w:val="000000"/>
          <w:sz w:val="24"/>
        </w:rPr>
        <w:t>8</w:t>
      </w:r>
      <w:r>
        <w:rPr>
          <w:rFonts w:ascii="Ddylr05K+KaiTi" w:hAnsi="Ddylr05K+KaiTi" w:eastAsia="Ddylr05K+KaiTi"/>
          <w:b/>
          <w:color w:val="000000"/>
          <w:sz w:val="24"/>
        </w:rPr>
        <w:t>各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个</w:t>
      </w:r>
      <w:r>
        <w:rPr>
          <w:rFonts w:ascii="Ddylr05K+KaiTi" w:hAnsi="Ddylr05K+KaiTi" w:eastAsia="Ddylr05K+KaiTi"/>
          <w:b/>
          <w:color w:val="000000"/>
          <w:sz w:val="24"/>
        </w:rPr>
        <w:t>阶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段</w:t>
      </w:r>
      <w:r>
        <w:rPr>
          <w:rFonts w:ascii="Ddylr05K+KaiTi" w:hAnsi="Ddylr05K+KaiTi" w:eastAsia="Ddylr05K+KaiTi"/>
          <w:b/>
          <w:color w:val="000000"/>
          <w:sz w:val="24"/>
        </w:rPr>
        <w:t>对单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位</w:t>
      </w:r>
      <w:r>
        <w:rPr>
          <w:rFonts w:ascii="Ddylr05K+KaiTi" w:hAnsi="Ddylr05K+KaiTi" w:eastAsia="Ddylr05K+KaiTi"/>
          <w:b/>
          <w:color w:val="000000"/>
          <w:sz w:val="24"/>
        </w:rPr>
        <w:t>产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品</w:t>
      </w:r>
      <w:r>
        <w:rPr>
          <w:rFonts w:ascii="Ddylr05K+KaiTi" w:hAnsi="Ddylr05K+KaiTi" w:eastAsia="Ddylr05K+KaiTi"/>
          <w:b/>
          <w:color w:val="000000"/>
          <w:sz w:val="24"/>
        </w:rPr>
        <w:t>碳足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迹</w:t>
      </w:r>
      <w:r>
        <w:rPr>
          <w:rFonts w:ascii="Ddylr05K+KaiTi" w:hAnsi="Ddylr05K+KaiTi" w:eastAsia="Ddylr05K+KaiTi"/>
          <w:b/>
          <w:color w:val="000000"/>
          <w:sz w:val="24"/>
        </w:rPr>
        <w:t>的贡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献</w:t>
      </w:r>
      <w:r>
        <w:rPr>
          <w:rFonts w:ascii="Ddylr05K+KaiTi" w:hAnsi="Ddylr05K+KaiTi" w:eastAsia="Ddylr05K+KaiTi"/>
          <w:b/>
          <w:color w:val="000000"/>
          <w:sz w:val="24"/>
        </w:rPr>
        <w:t>如下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2420"/>
        <w:gridCol w:w="2140"/>
        <w:gridCol w:w="1880"/>
        <w:gridCol w:w="1760"/>
      </w:tblGrid>
      <w:tr>
        <w:trPr>
          <w:trHeight w:hRule="exact" w:val="402"/>
        </w:trPr>
        <w:tc>
          <w:tcPr>
            <w:tcW w:type="dxa" w:w="24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60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生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命周期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8"/>
              </w:rPr>
              <w:t>过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程</w:t>
            </w:r>
          </w:p>
        </w:tc>
        <w:tc>
          <w:tcPr>
            <w:tcW w:type="dxa" w:w="21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60" w:after="0"/>
              <w:ind w:left="0" w:right="73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碳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足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迹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60" w:after="0"/>
              <w:ind w:left="0" w:right="552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占比</w:t>
            </w:r>
          </w:p>
        </w:tc>
        <w:tc>
          <w:tcPr>
            <w:tcW w:type="dxa" w:w="17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备注</w:t>
            </w:r>
          </w:p>
        </w:tc>
      </w:tr>
    </w:tbl>
    <w:p>
      <w:pPr>
        <w:autoSpaceDN w:val="0"/>
        <w:autoSpaceDE w:val="0"/>
        <w:widowControl/>
        <w:spacing w:line="220" w:lineRule="exact" w:before="87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34</w:t>
      </w:r>
    </w:p>
    <w:p>
      <w:pPr>
        <w:sectPr>
          <w:pgSz w:w="11906" w:h="17238"/>
          <w:pgMar w:top="778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92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914400</wp:posOffset>
            </wp:positionV>
            <wp:extent cx="4940300" cy="2019300"/>
            <wp:wrapNone/>
            <wp:docPr id="48" name="Picture 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201930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2200"/>
        <w:gridCol w:w="2380"/>
        <w:gridCol w:w="2840"/>
      </w:tblGrid>
      <w:tr>
        <w:trPr>
          <w:trHeight w:hRule="exact" w:val="438"/>
        </w:trPr>
        <w:tc>
          <w:tcPr>
            <w:tcW w:type="dxa" w:w="2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634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原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材料获取</w:t>
            </w:r>
          </w:p>
        </w:tc>
        <w:tc>
          <w:tcPr>
            <w:tcW w:type="dxa" w:w="23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00" w:lineRule="exact" w:before="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K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g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CO</w:t>
            </w:r>
            <w:r>
              <w:rPr>
                <w:spacing w:val="1"/>
                <w:rFonts w:ascii="Ddylr05K+KaiTi" w:hAnsi="Ddylr05K+KaiTi" w:eastAsia="Ddylr05K+KaiTi"/>
                <w:color w:val="000000"/>
                <w:sz w:val="14"/>
              </w:rPr>
              <w:t>2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e</w:t>
            </w:r>
            <w:r>
              <w:rPr>
                <w:spacing w:val="-4"/>
                <w:rFonts w:ascii="Ddylr05K+KaiTi" w:hAnsi="Ddylr05K+KaiTi" w:eastAsia="Ddylr05K+KaiTi"/>
                <w:color w:val="000000"/>
                <w:sz w:val="28"/>
              </w:rPr>
              <w:t>/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㎡</w:t>
            </w:r>
          </w:p>
        </w:tc>
        <w:tc>
          <w:tcPr>
            <w:tcW w:type="dxa" w:w="2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0" w:after="0"/>
              <w:ind w:left="0" w:right="1746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%</w:t>
            </w:r>
          </w:p>
        </w:tc>
      </w:tr>
      <w:tr>
        <w:trPr>
          <w:trHeight w:hRule="exact" w:val="640"/>
        </w:trPr>
        <w:tc>
          <w:tcPr>
            <w:tcW w:type="dxa" w:w="3009"/>
            <w:vMerge/>
          </w:tcPr>
          <w:p/>
        </w:tc>
        <w:tc>
          <w:tcPr>
            <w:tcW w:type="dxa" w:w="23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22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5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3.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7</w:t>
            </w:r>
          </w:p>
        </w:tc>
        <w:tc>
          <w:tcPr>
            <w:tcW w:type="dxa" w:w="2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6" w:after="0"/>
              <w:ind w:left="67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98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09</w:t>
            </w:r>
          </w:p>
        </w:tc>
      </w:tr>
      <w:tr>
        <w:trPr>
          <w:trHeight w:hRule="exact" w:val="640"/>
        </w:trPr>
        <w:tc>
          <w:tcPr>
            <w:tcW w:type="dxa" w:w="2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0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原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材料运输</w:t>
            </w:r>
          </w:p>
        </w:tc>
        <w:tc>
          <w:tcPr>
            <w:tcW w:type="dxa" w:w="23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0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1.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5</w:t>
            </w:r>
          </w:p>
        </w:tc>
        <w:tc>
          <w:tcPr>
            <w:tcW w:type="dxa" w:w="2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0" w:lineRule="exact" w:before="190" w:after="0"/>
              <w:ind w:left="0" w:right="1534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92</w:t>
            </w:r>
          </w:p>
        </w:tc>
      </w:tr>
      <w:tr>
        <w:trPr>
          <w:trHeight w:hRule="exact" w:val="640"/>
        </w:trPr>
        <w:tc>
          <w:tcPr>
            <w:tcW w:type="dxa" w:w="2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2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产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品生产</w:t>
            </w:r>
          </w:p>
        </w:tc>
        <w:tc>
          <w:tcPr>
            <w:tcW w:type="dxa" w:w="23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2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2.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7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2</w:t>
            </w:r>
          </w:p>
        </w:tc>
        <w:tc>
          <w:tcPr>
            <w:tcW w:type="dxa" w:w="2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82" w:after="0"/>
              <w:ind w:left="0" w:right="1534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99</w:t>
            </w:r>
          </w:p>
        </w:tc>
      </w:tr>
      <w:tr>
        <w:trPr>
          <w:trHeight w:hRule="exact" w:val="518"/>
        </w:trPr>
        <w:tc>
          <w:tcPr>
            <w:tcW w:type="dxa" w:w="2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76" w:after="0"/>
              <w:ind w:left="180" w:right="0" w:firstLine="0"/>
              <w:jc w:val="left"/>
            </w:pPr>
            <w:r>
              <w:rPr>
                <w:spacing w:val="-2"/>
                <w:rFonts w:ascii="Ddylr05K+KaiTi" w:hAnsi="Ddylr05K+KaiTi" w:eastAsia="Ddylr05K+KaiTi"/>
                <w:b/>
                <w:color w:val="000000"/>
                <w:sz w:val="28"/>
              </w:rPr>
              <w:t>小</w:t>
            </w:r>
            <w:r>
              <w:rPr>
                <w:rFonts w:ascii="Ddylr05K+KaiTi" w:hAnsi="Ddylr05K+KaiTi" w:eastAsia="Ddylr05K+KaiTi"/>
                <w:b/>
                <w:color w:val="000000"/>
                <w:sz w:val="28"/>
              </w:rPr>
              <w:t>计</w:t>
            </w:r>
          </w:p>
        </w:tc>
        <w:tc>
          <w:tcPr>
            <w:tcW w:type="dxa" w:w="23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7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8"/>
              </w:rPr>
              <w:t>22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9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6.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9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4</w:t>
            </w:r>
          </w:p>
        </w:tc>
        <w:tc>
          <w:tcPr>
            <w:tcW w:type="dxa" w:w="28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2" w:lineRule="exact" w:before="176" w:after="0"/>
              <w:ind w:left="604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1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00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8"/>
              </w:rPr>
              <w:t>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8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8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282" w:lineRule="exact" w:before="294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（</w:t>
      </w:r>
      <w:r>
        <w:rPr>
          <w:rFonts w:ascii="Ddylr05K+KaiTi" w:hAnsi="Ddylr05K+KaiTi" w:eastAsia="Ddylr05K+KaiTi"/>
          <w:b/>
          <w:color w:val="000000"/>
          <w:sz w:val="28"/>
        </w:rPr>
        <w:t>7）单位产品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碳</w:t>
      </w:r>
      <w:r>
        <w:rPr>
          <w:rFonts w:ascii="Ddylr05K+KaiTi" w:hAnsi="Ddylr05K+KaiTi" w:eastAsia="Ddylr05K+KaiTi"/>
          <w:b/>
          <w:color w:val="000000"/>
          <w:sz w:val="28"/>
        </w:rPr>
        <w:t>足</w:t>
      </w:r>
      <w:r>
        <w:rPr>
          <w:spacing w:val="-4"/>
          <w:rFonts w:ascii="Ddylr05K+KaiTi" w:hAnsi="Ddylr05K+KaiTi" w:eastAsia="Ddylr05K+KaiTi"/>
          <w:b/>
          <w:color w:val="000000"/>
          <w:sz w:val="28"/>
        </w:rPr>
        <w:t>迹</w:t>
      </w:r>
      <w:r>
        <w:rPr>
          <w:rFonts w:ascii="Ddylr05K+KaiTi" w:hAnsi="Ddylr05K+KaiTi" w:eastAsia="Ddylr05K+KaiTi"/>
          <w:b/>
          <w:color w:val="000000"/>
          <w:sz w:val="28"/>
        </w:rPr>
        <w:t>饼图</w:t>
      </w:r>
    </w:p>
    <w:p>
      <w:pPr>
        <w:autoSpaceDN w:val="0"/>
        <w:autoSpaceDE w:val="0"/>
        <w:widowControl/>
        <w:spacing w:line="240" w:lineRule="auto" w:before="270" w:after="0"/>
        <w:ind w:left="330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4874260" cy="2882900"/>
            <wp:docPr id="48" name="Picture 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874260" cy="2882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602" w:lineRule="exact" w:before="0" w:after="0"/>
        <w:ind w:left="360" w:right="144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产</w:t>
      </w:r>
      <w:r>
        <w:rPr>
          <w:rFonts w:ascii="Ddylr05K+KaiTi" w:hAnsi="Ddylr05K+KaiTi" w:eastAsia="Ddylr05K+KaiTi"/>
          <w:b/>
          <w:color w:val="000000"/>
          <w:sz w:val="28"/>
        </w:rPr>
        <w:t>品碳足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迹</w:t>
      </w:r>
      <w:r>
        <w:rPr>
          <w:rFonts w:ascii="Ddylr05K+KaiTi" w:hAnsi="Ddylr05K+KaiTi" w:eastAsia="Ddylr05K+KaiTi"/>
          <w:b/>
          <w:color w:val="000000"/>
          <w:sz w:val="28"/>
        </w:rPr>
        <w:t>分析：</w:t>
      </w:r>
      <w:r>
        <w:br/>
      </w:r>
      <w:r>
        <w:rPr>
          <w:spacing w:val="2"/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2"/>
          <w:rFonts w:ascii="Ddylr05K+KaiTi" w:hAnsi="Ddylr05K+KaiTi" w:eastAsia="Ddylr05K+KaiTi"/>
          <w:color w:val="000000"/>
          <w:sz w:val="28"/>
        </w:rPr>
        <w:t>原</w:t>
      </w:r>
      <w:r>
        <w:rPr>
          <w:rFonts w:ascii="Ddylr05K+KaiTi" w:hAnsi="Ddylr05K+KaiTi" w:eastAsia="Ddylr05K+KaiTi"/>
          <w:color w:val="000000"/>
          <w:sz w:val="28"/>
        </w:rPr>
        <w:t>材料</w:t>
      </w:r>
      <w:r>
        <w:rPr>
          <w:spacing w:val="2"/>
          <w:rFonts w:ascii="Ddylr05K+KaiTi" w:hAnsi="Ddylr05K+KaiTi" w:eastAsia="Ddylr05K+KaiTi"/>
          <w:color w:val="000000"/>
          <w:sz w:val="28"/>
        </w:rPr>
        <w:t>获</w:t>
      </w:r>
      <w:r>
        <w:rPr>
          <w:rFonts w:ascii="Ddylr05K+KaiTi" w:hAnsi="Ddylr05K+KaiTi" w:eastAsia="Ddylr05K+KaiTi"/>
          <w:color w:val="000000"/>
          <w:sz w:val="28"/>
        </w:rPr>
        <w:t>取：</w:t>
      </w:r>
      <w:r>
        <w:rPr>
          <w:spacing w:val="4"/>
          <w:rFonts w:ascii="Ddylr05K+KaiTi" w:hAnsi="Ddylr05K+KaiTi" w:eastAsia="Ddylr05K+KaiTi"/>
          <w:color w:val="000000"/>
          <w:sz w:val="28"/>
        </w:rPr>
        <w:t>这</w:t>
      </w:r>
      <w:r>
        <w:rPr>
          <w:rFonts w:ascii="Ddylr05K+KaiTi" w:hAnsi="Ddylr05K+KaiTi" w:eastAsia="Ddylr05K+KaiTi"/>
          <w:color w:val="000000"/>
          <w:sz w:val="28"/>
        </w:rPr>
        <w:t>一阶</w:t>
      </w:r>
      <w:r>
        <w:rPr>
          <w:spacing w:val="2"/>
          <w:rFonts w:ascii="Ddylr05K+KaiTi" w:hAnsi="Ddylr05K+KaiTi" w:eastAsia="Ddylr05K+KaiTi"/>
          <w:color w:val="000000"/>
          <w:sz w:val="28"/>
        </w:rPr>
        <w:t>段</w:t>
      </w:r>
      <w:r>
        <w:rPr>
          <w:rFonts w:ascii="Ddylr05K+KaiTi" w:hAnsi="Ddylr05K+KaiTi" w:eastAsia="Ddylr05K+KaiTi"/>
          <w:color w:val="000000"/>
          <w:sz w:val="28"/>
        </w:rPr>
        <w:t>是整</w:t>
      </w:r>
      <w:r>
        <w:rPr>
          <w:spacing w:val="2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生命</w:t>
      </w:r>
      <w:r>
        <w:rPr>
          <w:spacing w:val="2"/>
          <w:rFonts w:ascii="Ddylr05K+KaiTi" w:hAnsi="Ddylr05K+KaiTi" w:eastAsia="Ddylr05K+KaiTi"/>
          <w:color w:val="000000"/>
          <w:sz w:val="28"/>
        </w:rPr>
        <w:t>周</w:t>
      </w:r>
      <w:r>
        <w:rPr>
          <w:rFonts w:ascii="Ddylr05K+KaiTi" w:hAnsi="Ddylr05K+KaiTi" w:eastAsia="Ddylr05K+KaiTi"/>
          <w:color w:val="000000"/>
          <w:sz w:val="28"/>
        </w:rPr>
        <w:t>期中</w:t>
      </w:r>
      <w:r>
        <w:rPr>
          <w:spacing w:val="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排放</w:t>
      </w:r>
      <w:r>
        <w:rPr>
          <w:spacing w:val="4"/>
          <w:rFonts w:ascii="Ddylr05K+KaiTi" w:hAnsi="Ddylr05K+KaiTi" w:eastAsia="Ddylr05K+KaiTi"/>
          <w:color w:val="000000"/>
          <w:sz w:val="28"/>
        </w:rPr>
        <w:t>量</w:t>
      </w:r>
      <w:r>
        <w:rPr>
          <w:rFonts w:ascii="Ddylr05K+KaiTi" w:hAnsi="Ddylr05K+KaiTi" w:eastAsia="Ddylr05K+KaiTi"/>
          <w:color w:val="000000"/>
          <w:sz w:val="28"/>
        </w:rPr>
        <w:t>最大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部分，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其</w:t>
      </w:r>
      <w:r>
        <w:rPr>
          <w:spacing w:val="12"/>
          <w:rFonts w:ascii="Ddylr05K+KaiTi" w:hAnsi="Ddylr05K+KaiTi" w:eastAsia="Ddylr05K+KaiTi"/>
          <w:color w:val="000000"/>
          <w:sz w:val="28"/>
        </w:rPr>
        <w:t>碳足迹</w:t>
      </w:r>
      <w:r>
        <w:rPr>
          <w:rFonts w:ascii="Ddylr05K+KaiTi" w:hAnsi="Ddylr05K+KaiTi" w:eastAsia="Ddylr05K+KaiTi"/>
          <w:color w:val="000000"/>
          <w:sz w:val="28"/>
        </w:rPr>
        <w:t>为</w:t>
      </w:r>
      <w:r>
        <w:rPr>
          <w:spacing w:val="4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5</w:t>
      </w:r>
      <w:r>
        <w:rPr>
          <w:spacing w:val="2"/>
          <w:rFonts w:ascii="Ddylr05K+KaiTi" w:hAnsi="Ddylr05K+KaiTi" w:eastAsia="Ddylr05K+KaiTi"/>
          <w:color w:val="000000"/>
          <w:sz w:val="28"/>
        </w:rPr>
        <w:t>3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rFonts w:ascii="Ddylr05K+KaiTi" w:hAnsi="Ddylr05K+KaiTi" w:eastAsia="Ddylr05K+KaiTi"/>
          <w:color w:val="000000"/>
          <w:sz w:val="28"/>
        </w:rPr>
        <w:t>7</w:t>
      </w:r>
      <w:r>
        <w:rPr>
          <w:spacing w:val="74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K</w:t>
      </w:r>
      <w:r>
        <w:rPr>
          <w:rFonts w:ascii="Ddylr05K+KaiTi" w:hAnsi="Ddylr05K+KaiTi" w:eastAsia="Ddylr05K+KaiTi"/>
          <w:color w:val="000000"/>
          <w:sz w:val="28"/>
        </w:rPr>
        <w:t>g</w:t>
      </w:r>
      <w:r>
        <w:rPr>
          <w:spacing w:val="-2"/>
          <w:rFonts w:ascii="Ddylr05K+KaiTi" w:hAnsi="Ddylr05K+KaiTi" w:eastAsia="Ddylr05K+KaiTi"/>
          <w:color w:val="000000"/>
          <w:sz w:val="28"/>
        </w:rPr>
        <w:t>C</w:t>
      </w:r>
      <w:r>
        <w:rPr>
          <w:rFonts w:ascii="Ddylr05K+KaiTi" w:hAnsi="Ddylr05K+KaiTi" w:eastAsia="Ddylr05K+KaiTi"/>
          <w:color w:val="000000"/>
          <w:sz w:val="28"/>
        </w:rPr>
        <w:t>O</w:t>
      </w:r>
      <w:r>
        <w:rPr>
          <w:spacing w:val="1"/>
          <w:rFonts w:ascii="Ddylr05K+KaiTi" w:hAnsi="Ddylr05K+KaiTi" w:eastAsia="Ddylr05K+KaiTi"/>
          <w:color w:val="000000"/>
          <w:sz w:val="14"/>
        </w:rPr>
        <w:t>2</w:t>
      </w:r>
      <w:r>
        <w:rPr>
          <w:rFonts w:ascii="Ddylr05K+KaiTi" w:hAnsi="Ddylr05K+KaiTi" w:eastAsia="Ddylr05K+KaiTi"/>
          <w:color w:val="000000"/>
          <w:sz w:val="28"/>
        </w:rPr>
        <w:t>e</w:t>
      </w:r>
      <w:r>
        <w:rPr>
          <w:spacing w:val="10"/>
          <w:rFonts w:ascii="Ddylr05K+KaiTi" w:hAnsi="Ddylr05K+KaiTi" w:eastAsia="Ddylr05K+KaiTi"/>
          <w:color w:val="000000"/>
          <w:sz w:val="28"/>
        </w:rPr>
        <w:t>/</w:t>
      </w:r>
      <w:r>
        <w:rPr>
          <w:spacing w:val="12"/>
          <w:rFonts w:ascii="Ddylr05K+KaiTi" w:hAnsi="Ddylr05K+KaiTi" w:eastAsia="Ddylr05K+KaiTi"/>
          <w:color w:val="000000"/>
          <w:sz w:val="28"/>
        </w:rPr>
        <w:t>㎡，占总碳足迹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Arial" w:hAnsi="Arial" w:eastAsia="Arial"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color w:val="000000"/>
          <w:sz w:val="28"/>
        </w:rPr>
        <w:t>9</w:t>
      </w:r>
      <w:r>
        <w:rPr>
          <w:spacing w:val="-2"/>
          <w:rFonts w:ascii="Ddylr05K+KaiTi" w:hAnsi="Ddylr05K+KaiTi" w:eastAsia="Ddylr05K+KaiTi"/>
          <w:color w:val="000000"/>
          <w:sz w:val="28"/>
        </w:rPr>
        <w:t>8.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9</w:t>
      </w:r>
      <w:r>
        <w:rPr>
          <w:spacing w:val="12"/>
          <w:rFonts w:ascii="Ddylr05K+KaiTi" w:hAnsi="Ddylr05K+KaiTi" w:eastAsia="Ddylr05K+KaiTi"/>
          <w:color w:val="000000"/>
          <w:sz w:val="28"/>
        </w:rPr>
        <w:t>%。这表明</w:t>
      </w:r>
      <w:r>
        <w:rPr>
          <w:rFonts w:ascii="Ddylr05K+KaiTi" w:hAnsi="Ddylr05K+KaiTi" w:eastAsia="Ddylr05K+KaiTi"/>
          <w:color w:val="000000"/>
          <w:sz w:val="28"/>
        </w:rPr>
        <w:t>在</w:t>
      </w:r>
      <w:r>
        <w:rPr>
          <w:spacing w:val="-2"/>
          <w:rFonts w:ascii="Ddylr05K+KaiTi" w:hAnsi="Ddylr05K+KaiTi" w:eastAsia="Ddylr05K+KaiTi"/>
          <w:color w:val="000000"/>
          <w:sz w:val="28"/>
        </w:rPr>
        <w:t>生产</w:t>
      </w:r>
      <w:r>
        <w:rPr>
          <w:rFonts w:ascii="Ddylr05K+KaiTi" w:hAnsi="Ddylr05K+KaiTi" w:eastAsia="Ddylr05K+KaiTi"/>
          <w:color w:val="000000"/>
          <w:sz w:val="28"/>
        </w:rPr>
        <w:t>流程</w:t>
      </w:r>
      <w:r>
        <w:rPr>
          <w:spacing w:val="-2"/>
          <w:rFonts w:ascii="Ddylr05K+KaiTi" w:hAnsi="Ddylr05K+KaiTi" w:eastAsia="Ddylr05K+KaiTi"/>
          <w:color w:val="000000"/>
          <w:sz w:val="28"/>
        </w:rPr>
        <w:t>中</w:t>
      </w:r>
      <w:r>
        <w:rPr>
          <w:rFonts w:ascii="Ddylr05K+KaiTi" w:hAnsi="Ddylr05K+KaiTi" w:eastAsia="Ddylr05K+KaiTi"/>
          <w:color w:val="000000"/>
          <w:sz w:val="28"/>
        </w:rPr>
        <w:t>，原</w:t>
      </w:r>
      <w:r>
        <w:rPr>
          <w:spacing w:val="-2"/>
          <w:rFonts w:ascii="Ddylr05K+KaiTi" w:hAnsi="Ddylr05K+KaiTi" w:eastAsia="Ddylr05K+KaiTi"/>
          <w:color w:val="000000"/>
          <w:sz w:val="28"/>
        </w:rPr>
        <w:t>材</w:t>
      </w:r>
      <w:r>
        <w:rPr>
          <w:rFonts w:ascii="Ddylr05K+KaiTi" w:hAnsi="Ddylr05K+KaiTi" w:eastAsia="Ddylr05K+KaiTi"/>
          <w:color w:val="000000"/>
          <w:sz w:val="28"/>
        </w:rPr>
        <w:t>料的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选</w:t>
      </w:r>
      <w:r>
        <w:rPr>
          <w:rFonts w:ascii="Ddylr05K+KaiTi" w:hAnsi="Ddylr05K+KaiTi" w:eastAsia="Ddylr05K+KaiTi"/>
          <w:color w:val="000000"/>
          <w:sz w:val="28"/>
        </w:rPr>
        <w:t>择与</w:t>
      </w:r>
      <w:r>
        <w:rPr>
          <w:spacing w:val="-2"/>
          <w:rFonts w:ascii="Ddylr05K+KaiTi" w:hAnsi="Ddylr05K+KaiTi" w:eastAsia="Ddylr05K+KaiTi"/>
          <w:color w:val="000000"/>
          <w:sz w:val="28"/>
        </w:rPr>
        <w:t>采</w:t>
      </w:r>
      <w:r>
        <w:rPr>
          <w:rFonts w:ascii="Ddylr05K+KaiTi" w:hAnsi="Ddylr05K+KaiTi" w:eastAsia="Ddylr05K+KaiTi"/>
          <w:color w:val="000000"/>
          <w:sz w:val="28"/>
        </w:rPr>
        <w:t>购环</w:t>
      </w:r>
      <w:r>
        <w:rPr>
          <w:spacing w:val="-2"/>
          <w:rFonts w:ascii="Ddylr05K+KaiTi" w:hAnsi="Ddylr05K+KaiTi" w:eastAsia="Ddylr05K+KaiTi"/>
          <w:color w:val="000000"/>
          <w:sz w:val="28"/>
        </w:rPr>
        <w:t>节</w:t>
      </w:r>
      <w:r>
        <w:rPr>
          <w:rFonts w:ascii="Ddylr05K+KaiTi" w:hAnsi="Ddylr05K+KaiTi" w:eastAsia="Ddylr05K+KaiTi"/>
          <w:color w:val="000000"/>
          <w:sz w:val="28"/>
        </w:rPr>
        <w:t>对于</w:t>
      </w:r>
      <w:r>
        <w:rPr>
          <w:spacing w:val="-2"/>
          <w:rFonts w:ascii="Ddylr05K+KaiTi" w:hAnsi="Ddylr05K+KaiTi" w:eastAsia="Ddylr05K+KaiTi"/>
          <w:color w:val="000000"/>
          <w:sz w:val="28"/>
        </w:rPr>
        <w:t>整</w:t>
      </w:r>
      <w:r>
        <w:rPr>
          <w:rFonts w:ascii="Ddylr05K+KaiTi" w:hAnsi="Ddylr05K+KaiTi" w:eastAsia="Ddylr05K+KaiTi"/>
          <w:color w:val="000000"/>
          <w:sz w:val="28"/>
        </w:rPr>
        <w:t>体环</w:t>
      </w:r>
      <w:r>
        <w:rPr>
          <w:spacing w:val="-2"/>
          <w:rFonts w:ascii="Ddylr05K+KaiTi" w:hAnsi="Ddylr05K+KaiTi" w:eastAsia="Ddylr05K+KaiTi"/>
          <w:color w:val="000000"/>
          <w:sz w:val="28"/>
        </w:rPr>
        <w:t>境</w:t>
      </w:r>
      <w:r>
        <w:rPr>
          <w:rFonts w:ascii="Ddylr05K+KaiTi" w:hAnsi="Ddylr05K+KaiTi" w:eastAsia="Ddylr05K+KaiTi"/>
          <w:color w:val="000000"/>
          <w:sz w:val="28"/>
        </w:rPr>
        <w:t>影响</w:t>
      </w:r>
      <w:r>
        <w:rPr>
          <w:spacing w:val="-2"/>
          <w:rFonts w:ascii="Ddylr05K+KaiTi" w:hAnsi="Ddylr05K+KaiTi" w:eastAsia="Ddylr05K+KaiTi"/>
          <w:color w:val="000000"/>
          <w:sz w:val="28"/>
        </w:rPr>
        <w:t>至</w:t>
      </w:r>
      <w:r>
        <w:rPr>
          <w:rFonts w:ascii="Ddylr05K+KaiTi" w:hAnsi="Ddylr05K+KaiTi" w:eastAsia="Ddylr05K+KaiTi"/>
          <w:color w:val="000000"/>
          <w:sz w:val="28"/>
        </w:rPr>
        <w:t>关重</w:t>
      </w:r>
      <w:r>
        <w:rPr>
          <w:spacing w:val="-2"/>
          <w:rFonts w:ascii="Ddylr05K+KaiTi" w:hAnsi="Ddylr05K+KaiTi" w:eastAsia="Ddylr05K+KaiTi"/>
          <w:color w:val="000000"/>
          <w:sz w:val="28"/>
        </w:rPr>
        <w:t>要</w:t>
      </w:r>
      <w:r>
        <w:rPr>
          <w:rFonts w:ascii="Ddylr05K+KaiTi" w:hAnsi="Ddylr05K+KaiTi" w:eastAsia="Ddylr05K+KaiTi"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color w:val="000000"/>
          <w:sz w:val="28"/>
        </w:rPr>
        <w:t>原</w:t>
      </w:r>
      <w:r>
        <w:rPr>
          <w:spacing w:val="8"/>
          <w:rFonts w:ascii="Ddylr05K+KaiTi" w:hAnsi="Ddylr05K+KaiTi" w:eastAsia="Ddylr05K+KaiTi"/>
          <w:color w:val="000000"/>
          <w:sz w:val="28"/>
        </w:rPr>
        <w:t>因</w:t>
      </w:r>
      <w:r>
        <w:rPr>
          <w:spacing w:val="6"/>
          <w:rFonts w:ascii="Ddylr05K+KaiTi" w:hAnsi="Ddylr05K+KaiTi" w:eastAsia="Ddylr05K+KaiTi"/>
          <w:color w:val="000000"/>
          <w:sz w:val="28"/>
        </w:rPr>
        <w:t>包</w:t>
      </w:r>
      <w:r>
        <w:rPr>
          <w:spacing w:val="8"/>
          <w:rFonts w:ascii="Ddylr05K+KaiTi" w:hAnsi="Ddylr05K+KaiTi" w:eastAsia="Ddylr05K+KaiTi"/>
          <w:color w:val="000000"/>
          <w:sz w:val="28"/>
        </w:rPr>
        <w:t>括</w:t>
      </w:r>
      <w:r>
        <w:rPr>
          <w:spacing w:val="4"/>
          <w:rFonts w:ascii="Ddylr05K+KaiTi" w:hAnsi="Ddylr05K+KaiTi" w:eastAsia="Ddylr05K+KaiTi"/>
          <w:color w:val="000000"/>
          <w:sz w:val="28"/>
        </w:rPr>
        <w:t>原</w:t>
      </w:r>
      <w:r>
        <w:rPr>
          <w:spacing w:val="6"/>
          <w:rFonts w:ascii="Ddylr05K+KaiTi" w:hAnsi="Ddylr05K+KaiTi" w:eastAsia="Ddylr05K+KaiTi"/>
          <w:color w:val="000000"/>
          <w:sz w:val="28"/>
        </w:rPr>
        <w:t>材</w:t>
      </w:r>
      <w:r>
        <w:rPr>
          <w:spacing w:val="4"/>
          <w:rFonts w:ascii="Ddylr05K+KaiTi" w:hAnsi="Ddylr05K+KaiTi" w:eastAsia="Ddylr05K+KaiTi"/>
          <w:color w:val="000000"/>
          <w:sz w:val="28"/>
        </w:rPr>
        <w:t>料本</w:t>
      </w:r>
      <w:r>
        <w:rPr>
          <w:spacing w:val="8"/>
          <w:rFonts w:ascii="Ddylr05K+KaiTi" w:hAnsi="Ddylr05K+KaiTi" w:eastAsia="Ddylr05K+KaiTi"/>
          <w:color w:val="000000"/>
          <w:sz w:val="28"/>
        </w:rPr>
        <w:t>身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开</w:t>
      </w:r>
      <w:r>
        <w:rPr>
          <w:spacing w:val="6"/>
          <w:rFonts w:ascii="Ddylr05K+KaiTi" w:hAnsi="Ddylr05K+KaiTi" w:eastAsia="Ddylr05K+KaiTi"/>
          <w:color w:val="000000"/>
          <w:sz w:val="28"/>
        </w:rPr>
        <w:t>采</w:t>
      </w:r>
      <w:r>
        <w:rPr>
          <w:spacing w:val="8"/>
          <w:rFonts w:ascii="Ddylr05K+KaiTi" w:hAnsi="Ddylr05K+KaiTi" w:eastAsia="Ddylr05K+KaiTi"/>
          <w:color w:val="000000"/>
          <w:sz w:val="28"/>
        </w:rPr>
        <w:t>或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6"/>
          <w:rFonts w:ascii="Ddylr05K+KaiTi" w:hAnsi="Ddylr05K+KaiTi" w:eastAsia="Ddylr05K+KaiTi"/>
          <w:color w:val="000000"/>
          <w:sz w:val="28"/>
        </w:rPr>
        <w:t>产</w:t>
      </w:r>
      <w:r>
        <w:rPr>
          <w:spacing w:val="4"/>
          <w:rFonts w:ascii="Ddylr05K+KaiTi" w:hAnsi="Ddylr05K+KaiTi" w:eastAsia="Ddylr05K+KaiTi"/>
          <w:color w:val="000000"/>
          <w:sz w:val="28"/>
        </w:rPr>
        <w:t>过程</w:t>
      </w:r>
      <w:r>
        <w:rPr>
          <w:spacing w:val="8"/>
          <w:rFonts w:ascii="Ddylr05K+KaiTi" w:hAnsi="Ddylr05K+KaiTi" w:eastAsia="Ddylr05K+KaiTi"/>
          <w:color w:val="000000"/>
          <w:sz w:val="28"/>
        </w:rPr>
        <w:t>中</w:t>
      </w:r>
      <w:r>
        <w:rPr>
          <w:spacing w:val="6"/>
          <w:rFonts w:ascii="Ddylr05K+KaiTi" w:hAnsi="Ddylr05K+KaiTi" w:eastAsia="Ddylr05K+KaiTi"/>
          <w:color w:val="000000"/>
          <w:sz w:val="28"/>
        </w:rPr>
        <w:t>能</w:t>
      </w:r>
      <w:r>
        <w:rPr>
          <w:spacing w:val="8"/>
          <w:rFonts w:ascii="Ddylr05K+KaiTi" w:hAnsi="Ddylr05K+KaiTi" w:eastAsia="Ddylr05K+KaiTi"/>
          <w:color w:val="000000"/>
          <w:sz w:val="28"/>
        </w:rPr>
        <w:t>源</w:t>
      </w:r>
      <w:r>
        <w:rPr>
          <w:spacing w:val="6"/>
          <w:rFonts w:ascii="Ddylr05K+KaiTi" w:hAnsi="Ddylr05K+KaiTi" w:eastAsia="Ddylr05K+KaiTi"/>
          <w:color w:val="000000"/>
          <w:sz w:val="28"/>
        </w:rPr>
        <w:t>消</w:t>
      </w:r>
      <w:r>
        <w:rPr>
          <w:spacing w:val="8"/>
          <w:rFonts w:ascii="Ddylr05K+KaiTi" w:hAnsi="Ddylr05K+KaiTi" w:eastAsia="Ddylr05K+KaiTi"/>
          <w:color w:val="000000"/>
          <w:sz w:val="28"/>
        </w:rPr>
        <w:t>耗</w:t>
      </w:r>
      <w:r>
        <w:rPr>
          <w:spacing w:val="4"/>
          <w:rFonts w:ascii="Ddylr05K+KaiTi" w:hAnsi="Ddylr05K+KaiTi" w:eastAsia="Ddylr05K+KaiTi"/>
          <w:color w:val="000000"/>
          <w:sz w:val="28"/>
        </w:rPr>
        <w:t>大、</w:t>
      </w:r>
      <w:r>
        <w:rPr>
          <w:spacing w:val="6"/>
          <w:rFonts w:ascii="Ddylr05K+KaiTi" w:hAnsi="Ddylr05K+KaiTi" w:eastAsia="Ddylr05K+KaiTi"/>
          <w:color w:val="000000"/>
          <w:sz w:val="28"/>
        </w:rPr>
        <w:t>使</w:t>
      </w:r>
      <w:r>
        <w:rPr>
          <w:spacing w:val="4"/>
          <w:rFonts w:ascii="Ddylr05K+KaiTi" w:hAnsi="Ddylr05K+KaiTi" w:eastAsia="Ddylr05K+KaiTi"/>
          <w:color w:val="000000"/>
          <w:sz w:val="28"/>
        </w:rPr>
        <w:t>用</w:t>
      </w:r>
      <w:r>
        <w:rPr>
          <w:spacing w:val="8"/>
          <w:rFonts w:ascii="Ddylr05K+KaiTi" w:hAnsi="Ddylr05K+KaiTi" w:eastAsia="Ddylr05K+KaiTi"/>
          <w:color w:val="000000"/>
          <w:sz w:val="28"/>
        </w:rPr>
        <w:t>了</w:t>
      </w:r>
      <w:r>
        <w:rPr>
          <w:spacing w:val="6"/>
          <w:rFonts w:ascii="Ddylr05K+KaiTi" w:hAnsi="Ddylr05K+KaiTi" w:eastAsia="Ddylr05K+KaiTi"/>
          <w:color w:val="000000"/>
          <w:sz w:val="28"/>
        </w:rPr>
        <w:t>高</w:t>
      </w:r>
      <w:r>
        <w:rPr>
          <w:rFonts w:ascii="Ddylr05K+KaiTi" w:hAnsi="Ddylr05K+KaiTi" w:eastAsia="Ddylr05K+KaiTi"/>
          <w:color w:val="000000"/>
          <w:sz w:val="28"/>
        </w:rPr>
        <w:t>碳</w:t>
      </w:r>
      <w:r>
        <w:rPr>
          <w:spacing w:val="-2"/>
          <w:rFonts w:ascii="Ddylr05K+KaiTi" w:hAnsi="Ddylr05K+KaiTi" w:eastAsia="Ddylr05K+KaiTi"/>
          <w:color w:val="000000"/>
          <w:sz w:val="28"/>
        </w:rPr>
        <w:t>强度</w:t>
      </w:r>
      <w:r>
        <w:rPr>
          <w:rFonts w:ascii="Ddylr05K+KaiTi" w:hAnsi="Ddylr05K+KaiTi" w:eastAsia="Ddylr05K+KaiTi"/>
          <w:color w:val="000000"/>
          <w:sz w:val="28"/>
        </w:rPr>
        <w:t>的原</w:t>
      </w:r>
      <w:r>
        <w:rPr>
          <w:spacing w:val="-2"/>
          <w:rFonts w:ascii="Ddylr05K+KaiTi" w:hAnsi="Ddylr05K+KaiTi" w:eastAsia="Ddylr05K+KaiTi"/>
          <w:color w:val="000000"/>
          <w:sz w:val="28"/>
        </w:rPr>
        <w:t>料</w:t>
      </w:r>
      <w:r>
        <w:rPr>
          <w:rFonts w:ascii="Ddylr05K+KaiTi" w:hAnsi="Ddylr05K+KaiTi" w:eastAsia="Ddylr05K+KaiTi"/>
          <w:color w:val="000000"/>
          <w:sz w:val="28"/>
        </w:rPr>
        <w:t>等。</w:t>
      </w:r>
    </w:p>
    <w:p>
      <w:pPr>
        <w:autoSpaceDN w:val="0"/>
        <w:autoSpaceDE w:val="0"/>
        <w:widowControl/>
        <w:spacing w:line="606" w:lineRule="exact" w:before="36" w:after="0"/>
        <w:ind w:left="288" w:right="288" w:firstLine="0"/>
        <w:jc w:val="center"/>
      </w:pPr>
      <w:r>
        <w:rPr>
          <w:spacing w:val="-2"/>
          <w:rFonts w:ascii="Ddylr05K+KaiTi" w:hAnsi="Ddylr05K+KaiTi" w:eastAsia="Ddylr05K+KaiTi"/>
          <w:color w:val="000000"/>
          <w:sz w:val="28"/>
        </w:rPr>
        <w:t>原</w:t>
      </w:r>
      <w:r>
        <w:rPr>
          <w:spacing w:val="2"/>
          <w:rFonts w:ascii="Ddylr05K+KaiTi" w:hAnsi="Ddylr05K+KaiTi" w:eastAsia="Ddylr05K+KaiTi"/>
          <w:color w:val="000000"/>
          <w:sz w:val="28"/>
        </w:rPr>
        <w:t>材</w:t>
      </w:r>
      <w:r>
        <w:rPr>
          <w:rFonts w:ascii="Ddylr05K+KaiTi" w:hAnsi="Ddylr05K+KaiTi" w:eastAsia="Ddylr05K+KaiTi"/>
          <w:color w:val="000000"/>
          <w:sz w:val="28"/>
        </w:rPr>
        <w:t>料</w:t>
      </w:r>
      <w:r>
        <w:rPr>
          <w:spacing w:val="2"/>
          <w:rFonts w:ascii="Ddylr05K+KaiTi" w:hAnsi="Ddylr05K+KaiTi" w:eastAsia="Ddylr05K+KaiTi"/>
          <w:color w:val="000000"/>
          <w:sz w:val="28"/>
        </w:rPr>
        <w:t>运</w:t>
      </w:r>
      <w:r>
        <w:rPr>
          <w:rFonts w:ascii="Ddylr05K+KaiTi" w:hAnsi="Ddylr05K+KaiTi" w:eastAsia="Ddylr05K+KaiTi"/>
          <w:color w:val="000000"/>
          <w:sz w:val="28"/>
        </w:rPr>
        <w:t>输</w:t>
      </w:r>
      <w:r>
        <w:rPr>
          <w:spacing w:val="2"/>
          <w:rFonts w:ascii="Ddylr05K+KaiTi" w:hAnsi="Ddylr05K+KaiTi" w:eastAsia="Ddylr05K+KaiTi"/>
          <w:color w:val="000000"/>
          <w:sz w:val="28"/>
        </w:rPr>
        <w:t>：</w:t>
      </w:r>
      <w:r>
        <w:rPr>
          <w:rFonts w:ascii="Ddylr05K+KaiTi" w:hAnsi="Ddylr05K+KaiTi" w:eastAsia="Ddylr05K+KaiTi"/>
          <w:color w:val="000000"/>
          <w:sz w:val="28"/>
        </w:rPr>
        <w:t>此</w:t>
      </w:r>
      <w:r>
        <w:rPr>
          <w:spacing w:val="2"/>
          <w:rFonts w:ascii="Ddylr05K+KaiTi" w:hAnsi="Ddylr05K+KaiTi" w:eastAsia="Ddylr05K+KaiTi"/>
          <w:color w:val="000000"/>
          <w:sz w:val="28"/>
        </w:rPr>
        <w:t>阶</w:t>
      </w:r>
      <w:r>
        <w:rPr>
          <w:rFonts w:ascii="Ddylr05K+KaiTi" w:hAnsi="Ddylr05K+KaiTi" w:eastAsia="Ddylr05K+KaiTi"/>
          <w:color w:val="000000"/>
          <w:sz w:val="28"/>
        </w:rPr>
        <w:t>段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生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碳</w:t>
      </w:r>
      <w:r>
        <w:rPr>
          <w:spacing w:val="2"/>
          <w:rFonts w:ascii="Ddylr05K+KaiTi" w:hAnsi="Ddylr05K+KaiTi" w:eastAsia="Ddylr05K+KaiTi"/>
          <w:color w:val="000000"/>
          <w:sz w:val="28"/>
        </w:rPr>
        <w:t>足</w:t>
      </w:r>
      <w:r>
        <w:rPr>
          <w:rFonts w:ascii="Ddylr05K+KaiTi" w:hAnsi="Ddylr05K+KaiTi" w:eastAsia="Ddylr05K+KaiTi"/>
          <w:color w:val="000000"/>
          <w:sz w:val="28"/>
        </w:rPr>
        <w:t>迹相</w:t>
      </w:r>
      <w:r>
        <w:rPr>
          <w:spacing w:val="2"/>
          <w:rFonts w:ascii="Ddylr05K+KaiTi" w:hAnsi="Ddylr05K+KaiTi" w:eastAsia="Ddylr05K+KaiTi"/>
          <w:color w:val="000000"/>
          <w:sz w:val="28"/>
        </w:rPr>
        <w:t>对</w:t>
      </w:r>
      <w:r>
        <w:rPr>
          <w:rFonts w:ascii="Ddylr05K+KaiTi" w:hAnsi="Ddylr05K+KaiTi" w:eastAsia="Ddylr05K+KaiTi"/>
          <w:color w:val="000000"/>
          <w:sz w:val="28"/>
        </w:rPr>
        <w:t>较</w:t>
      </w:r>
      <w:r>
        <w:rPr>
          <w:spacing w:val="2"/>
          <w:rFonts w:ascii="Ddylr05K+KaiTi" w:hAnsi="Ddylr05K+KaiTi" w:eastAsia="Ddylr05K+KaiTi"/>
          <w:color w:val="000000"/>
          <w:sz w:val="28"/>
        </w:rPr>
        <w:t>小</w:t>
      </w:r>
      <w:r>
        <w:rPr>
          <w:rFonts w:ascii="Ddylr05K+KaiTi" w:hAnsi="Ddylr05K+KaiTi" w:eastAsia="Ddylr05K+KaiTi"/>
          <w:color w:val="000000"/>
          <w:sz w:val="28"/>
        </w:rPr>
        <w:t>，</w:t>
      </w:r>
      <w:r>
        <w:rPr>
          <w:spacing w:val="72"/>
          <w:rFonts w:ascii="Ddylr05K+KaiTi" w:hAnsi="Ddylr05K+KaiTi" w:eastAsia="Ddylr05K+KaiTi"/>
          <w:color w:val="000000"/>
          <w:sz w:val="28"/>
        </w:rPr>
        <w:t>为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1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rFonts w:ascii="Ddylr05K+KaiTi" w:hAnsi="Ddylr05K+KaiTi" w:eastAsia="Ddylr05K+KaiTi"/>
          <w:color w:val="000000"/>
          <w:sz w:val="28"/>
        </w:rPr>
        <w:t>5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K</w:t>
      </w:r>
      <w:r>
        <w:rPr>
          <w:spacing w:val="2"/>
          <w:rFonts w:ascii="Ddylr05K+KaiTi" w:hAnsi="Ddylr05K+KaiTi" w:eastAsia="Ddylr05K+KaiTi"/>
          <w:color w:val="000000"/>
          <w:sz w:val="28"/>
        </w:rPr>
        <w:t>g</w:t>
      </w:r>
      <w:r>
        <w:rPr>
          <w:spacing w:val="-2"/>
          <w:rFonts w:ascii="Ddylr05K+KaiTi" w:hAnsi="Ddylr05K+KaiTi" w:eastAsia="Ddylr05K+KaiTi"/>
          <w:color w:val="000000"/>
          <w:sz w:val="28"/>
        </w:rPr>
        <w:t>CO</w:t>
      </w:r>
      <w:r>
        <w:rPr>
          <w:spacing w:val="1"/>
          <w:rFonts w:ascii="Ddylr05K+KaiTi" w:hAnsi="Ddylr05K+KaiTi" w:eastAsia="Ddylr05K+KaiTi"/>
          <w:color w:val="000000"/>
          <w:sz w:val="14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/㎡，</w:t>
      </w:r>
      <w:r>
        <w:rPr>
          <w:spacing w:val="8"/>
          <w:rFonts w:ascii="Ddylr05K+KaiTi" w:hAnsi="Ddylr05K+KaiTi" w:eastAsia="Ddylr05K+KaiTi"/>
          <w:color w:val="000000"/>
          <w:sz w:val="28"/>
        </w:rPr>
        <w:t>占比</w:t>
      </w:r>
      <w:r>
        <w:rPr>
          <w:spacing w:val="6"/>
          <w:rFonts w:ascii="Ddylr05K+KaiTi" w:hAnsi="Ddylr05K+KaiTi" w:eastAsia="Ddylr05K+KaiTi"/>
          <w:color w:val="000000"/>
          <w:sz w:val="28"/>
        </w:rPr>
        <w:t>约</w:t>
      </w:r>
      <w:r>
        <w:rPr>
          <w:spacing w:val="78"/>
          <w:rFonts w:ascii="Ddylr05K+KaiTi" w:hAnsi="Ddylr05K+KaiTi" w:eastAsia="Ddylr05K+KaiTi"/>
          <w:color w:val="000000"/>
          <w:sz w:val="28"/>
        </w:rPr>
        <w:t>为</w:t>
      </w:r>
      <w:r>
        <w:rPr>
          <w:rFonts w:ascii="Ddylr05K+KaiTi" w:hAnsi="Ddylr05K+KaiTi" w:eastAsia="Ddylr05K+KaiTi"/>
          <w:color w:val="000000"/>
          <w:sz w:val="28"/>
        </w:rPr>
        <w:t>0.</w:t>
      </w:r>
      <w:r>
        <w:rPr>
          <w:spacing w:val="-2"/>
          <w:rFonts w:ascii="Ddylr05K+KaiTi" w:hAnsi="Ddylr05K+KaiTi" w:eastAsia="Ddylr05K+KaiTi"/>
          <w:color w:val="000000"/>
          <w:sz w:val="28"/>
        </w:rPr>
        <w:t>9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10"/>
          <w:rFonts w:ascii="Ddylr05K+KaiTi" w:hAnsi="Ddylr05K+KaiTi" w:eastAsia="Ddylr05K+KaiTi"/>
          <w:color w:val="000000"/>
          <w:sz w:val="28"/>
        </w:rPr>
        <w:t>%。虽</w:t>
      </w:r>
      <w:r>
        <w:rPr>
          <w:spacing w:val="8"/>
          <w:rFonts w:ascii="Ddylr05K+KaiTi" w:hAnsi="Ddylr05K+KaiTi" w:eastAsia="Ddylr05K+KaiTi"/>
          <w:color w:val="000000"/>
          <w:sz w:val="28"/>
        </w:rPr>
        <w:t>然</w:t>
      </w:r>
      <w:r>
        <w:rPr>
          <w:spacing w:val="10"/>
          <w:rFonts w:ascii="Ddylr05K+KaiTi" w:hAnsi="Ddylr05K+KaiTi" w:eastAsia="Ddylr05K+KaiTi"/>
          <w:color w:val="000000"/>
          <w:sz w:val="28"/>
        </w:rPr>
        <w:t>这</w:t>
      </w:r>
      <w:r>
        <w:rPr>
          <w:spacing w:val="8"/>
          <w:rFonts w:ascii="Ddylr05K+KaiTi" w:hAnsi="Ddylr05K+KaiTi" w:eastAsia="Ddylr05K+KaiTi"/>
          <w:color w:val="000000"/>
          <w:sz w:val="28"/>
        </w:rPr>
        <w:t>部</w:t>
      </w:r>
      <w:r>
        <w:rPr>
          <w:spacing w:val="10"/>
          <w:rFonts w:ascii="Ddylr05K+KaiTi" w:hAnsi="Ddylr05K+KaiTi" w:eastAsia="Ddylr05K+KaiTi"/>
          <w:color w:val="000000"/>
          <w:sz w:val="28"/>
        </w:rPr>
        <w:t>分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10"/>
          <w:rFonts w:ascii="Ddylr05K+KaiTi" w:hAnsi="Ddylr05K+KaiTi" w:eastAsia="Ddylr05K+KaiTi"/>
          <w:color w:val="000000"/>
          <w:sz w:val="28"/>
        </w:rPr>
        <w:t>比例不</w:t>
      </w:r>
      <w:r>
        <w:rPr>
          <w:spacing w:val="6"/>
          <w:rFonts w:ascii="Ddylr05K+KaiTi" w:hAnsi="Ddylr05K+KaiTi" w:eastAsia="Ddylr05K+KaiTi"/>
          <w:color w:val="000000"/>
          <w:sz w:val="28"/>
        </w:rPr>
        <w:t>大</w:t>
      </w:r>
      <w:r>
        <w:rPr>
          <w:spacing w:val="8"/>
          <w:rFonts w:ascii="Ddylr05K+KaiTi" w:hAnsi="Ddylr05K+KaiTi" w:eastAsia="Ddylr05K+KaiTi"/>
          <w:color w:val="000000"/>
          <w:sz w:val="28"/>
        </w:rPr>
        <w:t>，</w:t>
      </w:r>
      <w:r>
        <w:rPr>
          <w:spacing w:val="10"/>
          <w:rFonts w:ascii="Ddylr05K+KaiTi" w:hAnsi="Ddylr05K+KaiTi" w:eastAsia="Ddylr05K+KaiTi"/>
          <w:color w:val="000000"/>
          <w:sz w:val="28"/>
        </w:rPr>
        <w:t>但优化</w:t>
      </w:r>
      <w:r>
        <w:rPr>
          <w:spacing w:val="8"/>
          <w:rFonts w:ascii="Ddylr05K+KaiTi" w:hAnsi="Ddylr05K+KaiTi" w:eastAsia="Ddylr05K+KaiTi"/>
          <w:color w:val="000000"/>
          <w:sz w:val="28"/>
        </w:rPr>
        <w:t>物</w:t>
      </w:r>
      <w:r>
        <w:rPr>
          <w:spacing w:val="10"/>
          <w:rFonts w:ascii="Ddylr05K+KaiTi" w:hAnsi="Ddylr05K+KaiTi" w:eastAsia="Ddylr05K+KaiTi"/>
          <w:color w:val="000000"/>
          <w:sz w:val="28"/>
        </w:rPr>
        <w:t>流</w:t>
      </w:r>
      <w:r>
        <w:rPr>
          <w:spacing w:val="8"/>
          <w:rFonts w:ascii="Ddylr05K+KaiTi" w:hAnsi="Ddylr05K+KaiTi" w:eastAsia="Ddylr05K+KaiTi"/>
          <w:color w:val="000000"/>
          <w:sz w:val="28"/>
        </w:rPr>
        <w:t>路</w:t>
      </w:r>
      <w:r>
        <w:rPr>
          <w:spacing w:val="10"/>
          <w:rFonts w:ascii="Ddylr05K+KaiTi" w:hAnsi="Ddylr05K+KaiTi" w:eastAsia="Ddylr05K+KaiTi"/>
          <w:color w:val="000000"/>
          <w:sz w:val="28"/>
        </w:rPr>
        <w:t>径</w:t>
      </w:r>
      <w:r>
        <w:rPr>
          <w:spacing w:val="8"/>
          <w:rFonts w:ascii="Ddylr05K+KaiTi" w:hAnsi="Ddylr05K+KaiTi" w:eastAsia="Ddylr05K+KaiTi"/>
          <w:color w:val="000000"/>
          <w:sz w:val="28"/>
        </w:rPr>
        <w:t>、</w:t>
      </w:r>
      <w:r>
        <w:rPr>
          <w:spacing w:val="10"/>
          <w:rFonts w:ascii="Ddylr05K+KaiTi" w:hAnsi="Ddylr05K+KaiTi" w:eastAsia="Ddylr05K+KaiTi"/>
          <w:color w:val="000000"/>
          <w:sz w:val="28"/>
        </w:rPr>
        <w:t>提</w:t>
      </w:r>
      <w:r>
        <w:rPr>
          <w:rFonts w:ascii="Ddylr05K+KaiTi" w:hAnsi="Ddylr05K+KaiTi" w:eastAsia="Ddylr05K+KaiTi"/>
          <w:color w:val="000000"/>
          <w:sz w:val="28"/>
        </w:rPr>
        <w:t>高</w:t>
      </w:r>
    </w:p>
    <w:p>
      <w:pPr>
        <w:autoSpaceDN w:val="0"/>
        <w:autoSpaceDE w:val="0"/>
        <w:widowControl/>
        <w:spacing w:line="220" w:lineRule="exact" w:before="880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35</w:t>
      </w:r>
    </w:p>
    <w:p>
      <w:pPr>
        <w:sectPr>
          <w:pgSz w:w="11906" w:h="17238"/>
          <w:pgMar w:top="810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</w:p>
    <w:p>
      <w:pPr>
        <w:autoSpaceDN w:val="0"/>
        <w:autoSpaceDE w:val="0"/>
        <w:widowControl/>
        <w:spacing w:line="454" w:lineRule="exact" w:before="0" w:after="0"/>
        <w:ind w:left="360" w:right="288" w:firstLine="0"/>
        <w:jc w:val="left"/>
      </w:pPr>
      <w:r>
        <w:rPr>
          <w:spacing w:val="4"/>
          <w:rFonts w:ascii="Ddylr05K+KaiTi" w:hAnsi="Ddylr05K+KaiTi" w:eastAsia="Ddylr05K+KaiTi"/>
          <w:color w:val="000000"/>
          <w:sz w:val="28"/>
        </w:rPr>
        <w:t>装</w:t>
      </w:r>
      <w:r>
        <w:rPr>
          <w:spacing w:val="8"/>
          <w:rFonts w:ascii="Ddylr05K+KaiTi" w:hAnsi="Ddylr05K+KaiTi" w:eastAsia="Ddylr05K+KaiTi"/>
          <w:color w:val="000000"/>
          <w:sz w:val="28"/>
        </w:rPr>
        <w:t>载</w:t>
      </w:r>
      <w:r>
        <w:rPr>
          <w:spacing w:val="6"/>
          <w:rFonts w:ascii="Ddylr05K+KaiTi" w:hAnsi="Ddylr05K+KaiTi" w:eastAsia="Ddylr05K+KaiTi"/>
          <w:color w:val="000000"/>
          <w:sz w:val="28"/>
        </w:rPr>
        <w:t>效</w:t>
      </w:r>
      <w:r>
        <w:rPr>
          <w:spacing w:val="8"/>
          <w:rFonts w:ascii="Ddylr05K+KaiTi" w:hAnsi="Ddylr05K+KaiTi" w:eastAsia="Ddylr05K+KaiTi"/>
          <w:color w:val="000000"/>
          <w:sz w:val="28"/>
        </w:rPr>
        <w:t>率</w:t>
      </w:r>
      <w:r>
        <w:rPr>
          <w:spacing w:val="4"/>
          <w:rFonts w:ascii="Ddylr05K+KaiTi" w:hAnsi="Ddylr05K+KaiTi" w:eastAsia="Ddylr05K+KaiTi"/>
          <w:color w:val="000000"/>
          <w:sz w:val="28"/>
        </w:rPr>
        <w:t>或</w:t>
      </w:r>
      <w:r>
        <w:rPr>
          <w:spacing w:val="6"/>
          <w:rFonts w:ascii="Ddylr05K+KaiTi" w:hAnsi="Ddylr05K+KaiTi" w:eastAsia="Ddylr05K+KaiTi"/>
          <w:color w:val="000000"/>
          <w:sz w:val="28"/>
        </w:rPr>
        <w:t>是</w:t>
      </w:r>
      <w:r>
        <w:rPr>
          <w:spacing w:val="4"/>
          <w:rFonts w:ascii="Ddylr05K+KaiTi" w:hAnsi="Ddylr05K+KaiTi" w:eastAsia="Ddylr05K+KaiTi"/>
          <w:color w:val="000000"/>
          <w:sz w:val="28"/>
        </w:rPr>
        <w:t>采用</w:t>
      </w:r>
      <w:r>
        <w:rPr>
          <w:spacing w:val="8"/>
          <w:rFonts w:ascii="Ddylr05K+KaiTi" w:hAnsi="Ddylr05K+KaiTi" w:eastAsia="Ddylr05K+KaiTi"/>
          <w:color w:val="000000"/>
          <w:sz w:val="28"/>
        </w:rPr>
        <w:t>更</w:t>
      </w:r>
      <w:r>
        <w:rPr>
          <w:spacing w:val="6"/>
          <w:rFonts w:ascii="Ddylr05K+KaiTi" w:hAnsi="Ddylr05K+KaiTi" w:eastAsia="Ddylr05K+KaiTi"/>
          <w:color w:val="000000"/>
          <w:sz w:val="28"/>
        </w:rPr>
        <w:t>环</w:t>
      </w:r>
      <w:r>
        <w:rPr>
          <w:spacing w:val="8"/>
          <w:rFonts w:ascii="Ddylr05K+KaiTi" w:hAnsi="Ddylr05K+KaiTi" w:eastAsia="Ddylr05K+KaiTi"/>
          <w:color w:val="000000"/>
          <w:sz w:val="28"/>
        </w:rPr>
        <w:t>保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color w:val="000000"/>
          <w:sz w:val="28"/>
        </w:rPr>
        <w:t>运</w:t>
      </w:r>
      <w:r>
        <w:rPr>
          <w:spacing w:val="4"/>
          <w:rFonts w:ascii="Ddylr05K+KaiTi" w:hAnsi="Ddylr05K+KaiTi" w:eastAsia="Ddylr05K+KaiTi"/>
          <w:color w:val="000000"/>
          <w:sz w:val="28"/>
        </w:rPr>
        <w:t>输</w:t>
      </w:r>
      <w:r>
        <w:rPr>
          <w:spacing w:val="6"/>
          <w:rFonts w:ascii="Ddylr05K+KaiTi" w:hAnsi="Ddylr05K+KaiTi" w:eastAsia="Ddylr05K+KaiTi"/>
          <w:color w:val="000000"/>
          <w:sz w:val="28"/>
        </w:rPr>
        <w:t>方</w:t>
      </w:r>
      <w:r>
        <w:rPr>
          <w:spacing w:val="4"/>
          <w:rFonts w:ascii="Ddylr05K+KaiTi" w:hAnsi="Ddylr05K+KaiTi" w:eastAsia="Ddylr05K+KaiTi"/>
          <w:color w:val="000000"/>
          <w:sz w:val="28"/>
        </w:rPr>
        <w:t>式（</w:t>
      </w:r>
      <w:r>
        <w:rPr>
          <w:spacing w:val="8"/>
          <w:rFonts w:ascii="Ddylr05K+KaiTi" w:hAnsi="Ddylr05K+KaiTi" w:eastAsia="Ddylr05K+KaiTi"/>
          <w:color w:val="000000"/>
          <w:sz w:val="28"/>
        </w:rPr>
        <w:t>如</w:t>
      </w:r>
      <w:r>
        <w:rPr>
          <w:spacing w:val="6"/>
          <w:rFonts w:ascii="Ddylr05K+KaiTi" w:hAnsi="Ddylr05K+KaiTi" w:eastAsia="Ddylr05K+KaiTi"/>
          <w:color w:val="000000"/>
          <w:sz w:val="28"/>
        </w:rPr>
        <w:t>铁</w:t>
      </w:r>
      <w:r>
        <w:rPr>
          <w:spacing w:val="8"/>
          <w:rFonts w:ascii="Ddylr05K+KaiTi" w:hAnsi="Ddylr05K+KaiTi" w:eastAsia="Ddylr05K+KaiTi"/>
          <w:color w:val="000000"/>
          <w:sz w:val="28"/>
        </w:rPr>
        <w:t>路</w:t>
      </w:r>
      <w:r>
        <w:rPr>
          <w:spacing w:val="6"/>
          <w:rFonts w:ascii="Ddylr05K+KaiTi" w:hAnsi="Ddylr05K+KaiTi" w:eastAsia="Ddylr05K+KaiTi"/>
          <w:color w:val="000000"/>
          <w:sz w:val="28"/>
        </w:rPr>
        <w:t>代</w:t>
      </w:r>
      <w:r>
        <w:rPr>
          <w:spacing w:val="8"/>
          <w:rFonts w:ascii="Ddylr05K+KaiTi" w:hAnsi="Ddylr05K+KaiTi" w:eastAsia="Ddylr05K+KaiTi"/>
          <w:color w:val="000000"/>
          <w:sz w:val="28"/>
        </w:rPr>
        <w:t>替</w:t>
      </w:r>
      <w:r>
        <w:rPr>
          <w:spacing w:val="4"/>
          <w:rFonts w:ascii="Ddylr05K+KaiTi" w:hAnsi="Ddylr05K+KaiTi" w:eastAsia="Ddylr05K+KaiTi"/>
          <w:color w:val="000000"/>
          <w:sz w:val="28"/>
        </w:rPr>
        <w:t>公路</w:t>
      </w:r>
      <w:r>
        <w:rPr>
          <w:spacing w:val="6"/>
          <w:rFonts w:ascii="Ddylr05K+KaiTi" w:hAnsi="Ddylr05K+KaiTi" w:eastAsia="Ddylr05K+KaiTi"/>
          <w:color w:val="000000"/>
          <w:sz w:val="28"/>
        </w:rPr>
        <w:t>）</w:t>
      </w:r>
      <w:r>
        <w:rPr>
          <w:spacing w:val="4"/>
          <w:rFonts w:ascii="Ddylr05K+KaiTi" w:hAnsi="Ddylr05K+KaiTi" w:eastAsia="Ddylr05K+KaiTi"/>
          <w:color w:val="000000"/>
          <w:sz w:val="28"/>
        </w:rPr>
        <w:t>仍</w:t>
      </w:r>
      <w:r>
        <w:rPr>
          <w:spacing w:val="8"/>
          <w:rFonts w:ascii="Ddylr05K+KaiTi" w:hAnsi="Ddylr05K+KaiTi" w:eastAsia="Ddylr05K+KaiTi"/>
          <w:color w:val="000000"/>
          <w:sz w:val="28"/>
        </w:rPr>
        <w:t>有</w:t>
      </w:r>
      <w:r>
        <w:rPr>
          <w:spacing w:val="6"/>
          <w:rFonts w:ascii="Ddylr05K+KaiTi" w:hAnsi="Ddylr05K+KaiTi" w:eastAsia="Ddylr05K+KaiTi"/>
          <w:color w:val="000000"/>
          <w:sz w:val="28"/>
        </w:rPr>
        <w:t>潜</w:t>
      </w:r>
      <w:r>
        <w:rPr>
          <w:rFonts w:ascii="Ddylr05K+KaiTi" w:hAnsi="Ddylr05K+KaiTi" w:eastAsia="Ddylr05K+KaiTi"/>
          <w:color w:val="000000"/>
          <w:sz w:val="28"/>
        </w:rPr>
        <w:t>力</w:t>
      </w:r>
      <w:r>
        <w:rPr>
          <w:spacing w:val="-2"/>
          <w:rFonts w:ascii="Ddylr05K+KaiTi" w:hAnsi="Ddylr05K+KaiTi" w:eastAsia="Ddylr05K+KaiTi"/>
          <w:color w:val="000000"/>
          <w:sz w:val="28"/>
        </w:rPr>
        <w:t>进一</w:t>
      </w:r>
      <w:r>
        <w:rPr>
          <w:rFonts w:ascii="Ddylr05K+KaiTi" w:hAnsi="Ddylr05K+KaiTi" w:eastAsia="Ddylr05K+KaiTi"/>
          <w:color w:val="000000"/>
          <w:sz w:val="28"/>
        </w:rPr>
        <w:t>步减</w:t>
      </w:r>
      <w:r>
        <w:rPr>
          <w:spacing w:val="-2"/>
          <w:rFonts w:ascii="Ddylr05K+KaiTi" w:hAnsi="Ddylr05K+KaiTi" w:eastAsia="Ddylr05K+KaiTi"/>
          <w:color w:val="000000"/>
          <w:sz w:val="28"/>
        </w:rPr>
        <w:t>少</w:t>
      </w:r>
      <w:r>
        <w:rPr>
          <w:rFonts w:ascii="Ddylr05K+KaiTi" w:hAnsi="Ddylr05K+KaiTi" w:eastAsia="Ddylr05K+KaiTi"/>
          <w:color w:val="000000"/>
          <w:sz w:val="28"/>
        </w:rPr>
        <w:t>碳排</w:t>
      </w:r>
      <w:r>
        <w:rPr>
          <w:spacing w:val="-2"/>
          <w:rFonts w:ascii="Ddylr05K+KaiTi" w:hAnsi="Ddylr05K+KaiTi" w:eastAsia="Ddylr05K+KaiTi"/>
          <w:color w:val="000000"/>
          <w:sz w:val="28"/>
        </w:rPr>
        <w:t>放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autoSpaceDE w:val="0"/>
        <w:widowControl/>
        <w:spacing w:line="618" w:lineRule="exact" w:before="24" w:after="0"/>
        <w:ind w:left="360" w:right="360" w:firstLine="0"/>
        <w:jc w:val="both"/>
      </w:pPr>
      <w:r>
        <w:rPr>
          <w:spacing w:val="-2"/>
          <w:rFonts w:ascii="Ddylr05K+KaiTi" w:hAnsi="Ddylr05K+KaiTi" w:eastAsia="Ddylr05K+KaiTi"/>
          <w:color w:val="000000"/>
          <w:sz w:val="28"/>
        </w:rPr>
        <w:t>产</w:t>
      </w:r>
      <w:r>
        <w:rPr>
          <w:spacing w:val="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生</w:t>
      </w:r>
      <w:r>
        <w:rPr>
          <w:spacing w:val="2"/>
          <w:rFonts w:ascii="Ddylr05K+KaiTi" w:hAnsi="Ddylr05K+KaiTi" w:eastAsia="Ddylr05K+KaiTi"/>
          <w:color w:val="000000"/>
          <w:sz w:val="28"/>
        </w:rPr>
        <w:t>产</w:t>
      </w:r>
      <w:r>
        <w:rPr>
          <w:rFonts w:ascii="Ddylr05K+KaiTi" w:hAnsi="Ddylr05K+KaiTi" w:eastAsia="Ddylr05K+KaiTi"/>
          <w:color w:val="000000"/>
          <w:sz w:val="28"/>
        </w:rPr>
        <w:t>：</w:t>
      </w:r>
      <w:r>
        <w:rPr>
          <w:spacing w:val="2"/>
          <w:rFonts w:ascii="Ddylr05K+KaiTi" w:hAnsi="Ddylr05K+KaiTi" w:eastAsia="Ddylr05K+KaiTi"/>
          <w:color w:val="000000"/>
          <w:sz w:val="28"/>
        </w:rPr>
        <w:t>直</w:t>
      </w:r>
      <w:r>
        <w:rPr>
          <w:rFonts w:ascii="Ddylr05K+KaiTi" w:hAnsi="Ddylr05K+KaiTi" w:eastAsia="Ddylr05K+KaiTi"/>
          <w:color w:val="000000"/>
          <w:sz w:val="28"/>
        </w:rPr>
        <w:t>接</w:t>
      </w:r>
      <w:r>
        <w:rPr>
          <w:spacing w:val="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产</w:t>
      </w:r>
      <w:r>
        <w:rPr>
          <w:spacing w:val="2"/>
          <w:rFonts w:ascii="Ddylr05K+KaiTi" w:hAnsi="Ddylr05K+KaiTi" w:eastAsia="Ddylr05K+KaiTi"/>
          <w:color w:val="000000"/>
          <w:sz w:val="28"/>
        </w:rPr>
        <w:t>过</w:t>
      </w:r>
      <w:r>
        <w:rPr>
          <w:rFonts w:ascii="Ddylr05K+KaiTi" w:hAnsi="Ddylr05K+KaiTi" w:eastAsia="Ddylr05K+KaiTi"/>
          <w:color w:val="000000"/>
          <w:sz w:val="28"/>
        </w:rPr>
        <w:t>程</w:t>
      </w:r>
      <w:r>
        <w:rPr>
          <w:spacing w:val="2"/>
          <w:rFonts w:ascii="Ddylr05K+KaiTi" w:hAnsi="Ddylr05K+KaiTi" w:eastAsia="Ddylr05K+KaiTi"/>
          <w:color w:val="000000"/>
          <w:sz w:val="28"/>
        </w:rPr>
        <w:t>中</w:t>
      </w:r>
      <w:r>
        <w:rPr>
          <w:rFonts w:ascii="Ddylr05K+KaiTi" w:hAnsi="Ddylr05K+KaiTi" w:eastAsia="Ddylr05K+KaiTi"/>
          <w:color w:val="000000"/>
          <w:sz w:val="28"/>
        </w:rPr>
        <w:t>的</w:t>
      </w:r>
      <w:r>
        <w:rPr>
          <w:spacing w:val="2"/>
          <w:rFonts w:ascii="Ddylr05K+KaiTi" w:hAnsi="Ddylr05K+KaiTi" w:eastAsia="Ddylr05K+KaiTi"/>
          <w:color w:val="000000"/>
          <w:sz w:val="28"/>
        </w:rPr>
        <w:t>碳</w:t>
      </w:r>
      <w:r>
        <w:rPr>
          <w:rFonts w:ascii="Ddylr05K+KaiTi" w:hAnsi="Ddylr05K+KaiTi" w:eastAsia="Ddylr05K+KaiTi"/>
          <w:color w:val="000000"/>
          <w:sz w:val="28"/>
        </w:rPr>
        <w:t>足迹</w:t>
      </w:r>
      <w:r>
        <w:rPr>
          <w:spacing w:val="72"/>
          <w:rFonts w:ascii="Ddylr05K+KaiTi" w:hAnsi="Ddylr05K+KaiTi" w:eastAsia="Ddylr05K+KaiTi"/>
          <w:color w:val="000000"/>
          <w:sz w:val="28"/>
        </w:rPr>
        <w:t>为</w:t>
      </w: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-2"/>
          <w:rFonts w:ascii="Ddylr05K+KaiTi" w:hAnsi="Ddylr05K+KaiTi" w:eastAsia="Ddylr05K+KaiTi"/>
          <w:color w:val="000000"/>
          <w:sz w:val="28"/>
        </w:rPr>
        <w:t>.</w:t>
      </w:r>
      <w:r>
        <w:rPr>
          <w:spacing w:val="2"/>
          <w:rFonts w:ascii="Ddylr05K+KaiTi" w:hAnsi="Ddylr05K+KaiTi" w:eastAsia="Ddylr05K+KaiTi"/>
          <w:color w:val="000000"/>
          <w:sz w:val="28"/>
        </w:rPr>
        <w:t>7</w:t>
      </w:r>
      <w:r>
        <w:rPr>
          <w:rFonts w:ascii="Ddylr05K+KaiTi" w:hAnsi="Ddylr05K+KaiTi" w:eastAsia="Ddylr05K+KaiTi"/>
          <w:color w:val="000000"/>
          <w:sz w:val="28"/>
        </w:rPr>
        <w:t>2</w:t>
      </w:r>
      <w:r>
        <w:rPr>
          <w:spacing w:val="62"/>
          <w:rFonts w:ascii="Arial" w:hAnsi="Arial" w:eastAsia="Arial"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color w:val="000000"/>
          <w:sz w:val="28"/>
        </w:rPr>
        <w:t>K</w:t>
      </w:r>
      <w:r>
        <w:rPr>
          <w:spacing w:val="2"/>
          <w:rFonts w:ascii="Ddylr05K+KaiTi" w:hAnsi="Ddylr05K+KaiTi" w:eastAsia="Ddylr05K+KaiTi"/>
          <w:color w:val="000000"/>
          <w:sz w:val="28"/>
        </w:rPr>
        <w:t>g</w:t>
      </w:r>
      <w:r>
        <w:rPr>
          <w:spacing w:val="-2"/>
          <w:rFonts w:ascii="Ddylr05K+KaiTi" w:hAnsi="Ddylr05K+KaiTi" w:eastAsia="Ddylr05K+KaiTi"/>
          <w:color w:val="000000"/>
          <w:sz w:val="28"/>
        </w:rPr>
        <w:t>CO</w:t>
      </w:r>
      <w:r>
        <w:rPr>
          <w:spacing w:val="1"/>
          <w:rFonts w:ascii="Ddylr05K+KaiTi" w:hAnsi="Ddylr05K+KaiTi" w:eastAsia="Ddylr05K+KaiTi"/>
          <w:color w:val="000000"/>
          <w:sz w:val="14"/>
        </w:rPr>
        <w:t>2</w:t>
      </w:r>
      <w:r>
        <w:rPr>
          <w:spacing w:val="2"/>
          <w:rFonts w:ascii="Ddylr05K+KaiTi" w:hAnsi="Ddylr05K+KaiTi" w:eastAsia="Ddylr05K+KaiTi"/>
          <w:color w:val="000000"/>
          <w:sz w:val="28"/>
        </w:rPr>
        <w:t>e</w:t>
      </w:r>
      <w:r>
        <w:rPr>
          <w:rFonts w:ascii="Ddylr05K+KaiTi" w:hAnsi="Ddylr05K+KaiTi" w:eastAsia="Ddylr05K+KaiTi"/>
          <w:color w:val="000000"/>
          <w:sz w:val="28"/>
        </w:rPr>
        <w:t>/㎡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占</w:t>
      </w:r>
      <w:r>
        <w:rPr>
          <w:spacing w:val="2"/>
          <w:rFonts w:ascii="Ddylr05K+KaiTi" w:hAnsi="Ddylr05K+KaiTi" w:eastAsia="Ddylr05K+KaiTi"/>
          <w:color w:val="000000"/>
          <w:sz w:val="28"/>
        </w:rPr>
        <w:t>总</w:t>
      </w:r>
      <w:r>
        <w:rPr>
          <w:rFonts w:ascii="Ddylr05K+KaiTi" w:hAnsi="Ddylr05K+KaiTi" w:eastAsia="Ddylr05K+KaiTi"/>
          <w:color w:val="000000"/>
          <w:sz w:val="28"/>
        </w:rPr>
        <w:t>量的</w:t>
      </w:r>
      <w:r>
        <w:rPr>
          <w:spacing w:val="2"/>
          <w:rFonts w:ascii="Ddylr05K+KaiTi" w:hAnsi="Ddylr05K+KaiTi" w:eastAsia="Ddylr05K+KaiTi"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color w:val="000000"/>
          <w:sz w:val="28"/>
        </w:rPr>
        <w:t>.9</w:t>
      </w:r>
      <w:r>
        <w:rPr>
          <w:spacing w:val="2"/>
          <w:rFonts w:ascii="Ddylr05K+KaiTi" w:hAnsi="Ddylr05K+KaiTi" w:eastAsia="Ddylr05K+KaiTi"/>
          <w:color w:val="000000"/>
          <w:sz w:val="28"/>
        </w:rPr>
        <w:t>9</w:t>
      </w:r>
      <w:r>
        <w:rPr>
          <w:spacing w:val="-2"/>
          <w:rFonts w:ascii="Ddylr05K+KaiTi" w:hAnsi="Ddylr05K+KaiTi" w:eastAsia="Ddylr05K+KaiTi"/>
          <w:color w:val="000000"/>
          <w:sz w:val="28"/>
        </w:rPr>
        <w:t>%</w:t>
      </w:r>
      <w:r>
        <w:rPr>
          <w:rFonts w:ascii="Ddylr05K+KaiTi" w:hAnsi="Ddylr05K+KaiTi" w:eastAsia="Ddylr05K+KaiTi"/>
          <w:color w:val="000000"/>
          <w:sz w:val="28"/>
        </w:rPr>
        <w:t>。</w:t>
      </w:r>
      <w:r>
        <w:rPr>
          <w:spacing w:val="2"/>
          <w:rFonts w:ascii="Ddylr05K+KaiTi" w:hAnsi="Ddylr05K+KaiTi" w:eastAsia="Ddylr05K+KaiTi"/>
          <w:color w:val="000000"/>
          <w:sz w:val="28"/>
        </w:rPr>
        <w:t>这</w:t>
      </w:r>
      <w:r>
        <w:rPr>
          <w:rFonts w:ascii="Ddylr05K+KaiTi" w:hAnsi="Ddylr05K+KaiTi" w:eastAsia="Ddylr05K+KaiTi"/>
          <w:color w:val="000000"/>
          <w:sz w:val="28"/>
        </w:rPr>
        <w:t>个</w:t>
      </w:r>
      <w:r>
        <w:rPr>
          <w:spacing w:val="2"/>
          <w:rFonts w:ascii="Ddylr05K+KaiTi" w:hAnsi="Ddylr05K+KaiTi" w:eastAsia="Ddylr05K+KaiTi"/>
          <w:color w:val="000000"/>
          <w:sz w:val="28"/>
        </w:rPr>
        <w:t>数</w:t>
      </w:r>
      <w:r>
        <w:rPr>
          <w:rFonts w:ascii="Ddylr05K+KaiTi" w:hAnsi="Ddylr05K+KaiTi" w:eastAsia="Ddylr05K+KaiTi"/>
          <w:color w:val="000000"/>
          <w:sz w:val="28"/>
        </w:rPr>
        <w:t>值相</w:t>
      </w:r>
      <w:r>
        <w:rPr>
          <w:spacing w:val="2"/>
          <w:rFonts w:ascii="Ddylr05K+KaiTi" w:hAnsi="Ddylr05K+KaiTi" w:eastAsia="Ddylr05K+KaiTi"/>
          <w:color w:val="000000"/>
          <w:sz w:val="28"/>
        </w:rPr>
        <w:t>较</w:t>
      </w:r>
      <w:r>
        <w:rPr>
          <w:rFonts w:ascii="Ddylr05K+KaiTi" w:hAnsi="Ddylr05K+KaiTi" w:eastAsia="Ddylr05K+KaiTi"/>
          <w:color w:val="000000"/>
          <w:sz w:val="28"/>
        </w:rPr>
        <w:t>于原</w:t>
      </w:r>
      <w:r>
        <w:rPr>
          <w:spacing w:val="2"/>
          <w:rFonts w:ascii="Ddylr05K+KaiTi" w:hAnsi="Ddylr05K+KaiTi" w:eastAsia="Ddylr05K+KaiTi"/>
          <w:color w:val="000000"/>
          <w:sz w:val="28"/>
        </w:rPr>
        <w:t>材</w:t>
      </w:r>
      <w:r>
        <w:rPr>
          <w:rFonts w:ascii="Ddylr05K+KaiTi" w:hAnsi="Ddylr05K+KaiTi" w:eastAsia="Ddylr05K+KaiTi"/>
          <w:color w:val="000000"/>
          <w:sz w:val="28"/>
        </w:rPr>
        <w:t>料</w:t>
      </w:r>
      <w:r>
        <w:rPr>
          <w:spacing w:val="2"/>
          <w:rFonts w:ascii="Ddylr05K+KaiTi" w:hAnsi="Ddylr05K+KaiTi" w:eastAsia="Ddylr05K+KaiTi"/>
          <w:color w:val="000000"/>
          <w:sz w:val="28"/>
        </w:rPr>
        <w:t>获</w:t>
      </w:r>
      <w:r>
        <w:rPr>
          <w:rFonts w:ascii="Ddylr05K+KaiTi" w:hAnsi="Ddylr05K+KaiTi" w:eastAsia="Ddylr05K+KaiTi"/>
          <w:color w:val="000000"/>
          <w:sz w:val="28"/>
        </w:rPr>
        <w:t>取来</w:t>
      </w:r>
      <w:r>
        <w:rPr>
          <w:spacing w:val="4"/>
          <w:rFonts w:ascii="Ddylr05K+KaiTi" w:hAnsi="Ddylr05K+KaiTi" w:eastAsia="Ddylr05K+KaiTi"/>
          <w:color w:val="000000"/>
          <w:sz w:val="28"/>
        </w:rPr>
        <w:t>说</w:t>
      </w:r>
      <w:r>
        <w:rPr>
          <w:rFonts w:ascii="Ddylr05K+KaiTi" w:hAnsi="Ddylr05K+KaiTi" w:eastAsia="Ddylr05K+KaiTi"/>
          <w:color w:val="000000"/>
          <w:sz w:val="28"/>
        </w:rPr>
        <w:t>是非</w:t>
      </w:r>
      <w:r>
        <w:rPr>
          <w:spacing w:val="2"/>
          <w:rFonts w:ascii="Ddylr05K+KaiTi" w:hAnsi="Ddylr05K+KaiTi" w:eastAsia="Ddylr05K+KaiTi"/>
          <w:color w:val="000000"/>
          <w:sz w:val="28"/>
        </w:rPr>
        <w:t>常</w:t>
      </w:r>
      <w:r>
        <w:rPr>
          <w:rFonts w:ascii="Ddylr05K+KaiTi" w:hAnsi="Ddylr05K+KaiTi" w:eastAsia="Ddylr05K+KaiTi"/>
          <w:color w:val="000000"/>
          <w:sz w:val="28"/>
        </w:rPr>
        <w:t>小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，但</w:t>
      </w:r>
      <w:r>
        <w:rPr>
          <w:spacing w:val="2"/>
          <w:rFonts w:ascii="Ddylr05K+KaiTi" w:hAnsi="Ddylr05K+KaiTi" w:eastAsia="Ddylr05K+KaiTi"/>
          <w:color w:val="000000"/>
          <w:sz w:val="28"/>
        </w:rPr>
        <w:t>是</w:t>
      </w:r>
      <w:r>
        <w:rPr>
          <w:rFonts w:ascii="Ddylr05K+KaiTi" w:hAnsi="Ddylr05K+KaiTi" w:eastAsia="Ddylr05K+KaiTi"/>
          <w:color w:val="000000"/>
          <w:sz w:val="28"/>
        </w:rPr>
        <w:t>通过</w:t>
      </w:r>
      <w:r>
        <w:rPr>
          <w:spacing w:val="2"/>
          <w:rFonts w:ascii="Ddylr05K+KaiTi" w:hAnsi="Ddylr05K+KaiTi" w:eastAsia="Ddylr05K+KaiTi"/>
          <w:color w:val="000000"/>
          <w:sz w:val="28"/>
        </w:rPr>
        <w:t>改</w:t>
      </w:r>
      <w:r>
        <w:rPr>
          <w:rFonts w:ascii="Ddylr05K+KaiTi" w:hAnsi="Ddylr05K+KaiTi" w:eastAsia="Ddylr05K+KaiTi"/>
          <w:color w:val="000000"/>
          <w:sz w:val="28"/>
        </w:rPr>
        <w:t>进</w:t>
      </w:r>
      <w:r>
        <w:rPr>
          <w:spacing w:val="4"/>
          <w:rFonts w:ascii="Ddylr05K+KaiTi" w:hAnsi="Ddylr05K+KaiTi" w:eastAsia="Ddylr05K+KaiTi"/>
          <w:color w:val="000000"/>
          <w:sz w:val="28"/>
        </w:rPr>
        <w:t>生</w:t>
      </w:r>
      <w:r>
        <w:rPr>
          <w:spacing w:val="8"/>
          <w:rFonts w:ascii="Ddylr05K+KaiTi" w:hAnsi="Ddylr05K+KaiTi" w:eastAsia="Ddylr05K+KaiTi"/>
          <w:color w:val="000000"/>
          <w:sz w:val="28"/>
        </w:rPr>
        <w:t>产</w:t>
      </w:r>
      <w:r>
        <w:rPr>
          <w:spacing w:val="6"/>
          <w:rFonts w:ascii="Ddylr05K+KaiTi" w:hAnsi="Ddylr05K+KaiTi" w:eastAsia="Ddylr05K+KaiTi"/>
          <w:color w:val="000000"/>
          <w:sz w:val="28"/>
        </w:rPr>
        <w:t>工</w:t>
      </w:r>
      <w:r>
        <w:rPr>
          <w:spacing w:val="8"/>
          <w:rFonts w:ascii="Ddylr05K+KaiTi" w:hAnsi="Ddylr05K+KaiTi" w:eastAsia="Ddylr05K+KaiTi"/>
          <w:color w:val="000000"/>
          <w:sz w:val="28"/>
        </w:rPr>
        <w:t>艺</w:t>
      </w:r>
      <w:r>
        <w:rPr>
          <w:spacing w:val="4"/>
          <w:rFonts w:ascii="Ddylr05K+KaiTi" w:hAnsi="Ddylr05K+KaiTi" w:eastAsia="Ddylr05K+KaiTi"/>
          <w:color w:val="000000"/>
          <w:sz w:val="28"/>
        </w:rPr>
        <w:t>、</w:t>
      </w:r>
      <w:r>
        <w:rPr>
          <w:spacing w:val="6"/>
          <w:rFonts w:ascii="Ddylr05K+KaiTi" w:hAnsi="Ddylr05K+KaiTi" w:eastAsia="Ddylr05K+KaiTi"/>
          <w:color w:val="000000"/>
          <w:sz w:val="28"/>
        </w:rPr>
        <w:t>提</w:t>
      </w:r>
      <w:r>
        <w:rPr>
          <w:spacing w:val="4"/>
          <w:rFonts w:ascii="Ddylr05K+KaiTi" w:hAnsi="Ddylr05K+KaiTi" w:eastAsia="Ddylr05K+KaiTi"/>
          <w:color w:val="000000"/>
          <w:sz w:val="28"/>
        </w:rPr>
        <w:t>高能</w:t>
      </w:r>
      <w:r>
        <w:rPr>
          <w:spacing w:val="8"/>
          <w:rFonts w:ascii="Ddylr05K+KaiTi" w:hAnsi="Ddylr05K+KaiTi" w:eastAsia="Ddylr05K+KaiTi"/>
          <w:color w:val="000000"/>
          <w:sz w:val="28"/>
        </w:rPr>
        <w:t>效</w:t>
      </w:r>
      <w:r>
        <w:rPr>
          <w:spacing w:val="6"/>
          <w:rFonts w:ascii="Ddylr05K+KaiTi" w:hAnsi="Ddylr05K+KaiTi" w:eastAsia="Ddylr05K+KaiTi"/>
          <w:color w:val="000000"/>
          <w:sz w:val="28"/>
        </w:rPr>
        <w:t>以</w:t>
      </w:r>
      <w:r>
        <w:rPr>
          <w:spacing w:val="8"/>
          <w:rFonts w:ascii="Ddylr05K+KaiTi" w:hAnsi="Ddylr05K+KaiTi" w:eastAsia="Ddylr05K+KaiTi"/>
          <w:color w:val="000000"/>
          <w:sz w:val="28"/>
        </w:rPr>
        <w:t>及</w:t>
      </w:r>
      <w:r>
        <w:rPr>
          <w:spacing w:val="6"/>
          <w:rFonts w:ascii="Ddylr05K+KaiTi" w:hAnsi="Ddylr05K+KaiTi" w:eastAsia="Ddylr05K+KaiTi"/>
          <w:color w:val="000000"/>
          <w:sz w:val="28"/>
        </w:rPr>
        <w:t>增</w:t>
      </w:r>
      <w:r>
        <w:rPr>
          <w:spacing w:val="8"/>
          <w:rFonts w:ascii="Ddylr05K+KaiTi" w:hAnsi="Ddylr05K+KaiTi" w:eastAsia="Ddylr05K+KaiTi"/>
          <w:color w:val="000000"/>
          <w:sz w:val="28"/>
        </w:rPr>
        <w:t>加</w:t>
      </w:r>
      <w:r>
        <w:rPr>
          <w:spacing w:val="4"/>
          <w:rFonts w:ascii="Ddylr05K+KaiTi" w:hAnsi="Ddylr05K+KaiTi" w:eastAsia="Ddylr05K+KaiTi"/>
          <w:color w:val="000000"/>
          <w:sz w:val="28"/>
        </w:rPr>
        <w:t>清</w:t>
      </w:r>
      <w:r>
        <w:rPr>
          <w:spacing w:val="6"/>
          <w:rFonts w:ascii="Ddylr05K+KaiTi" w:hAnsi="Ddylr05K+KaiTi" w:eastAsia="Ddylr05K+KaiTi"/>
          <w:color w:val="000000"/>
          <w:sz w:val="28"/>
        </w:rPr>
        <w:t>洁</w:t>
      </w:r>
      <w:r>
        <w:rPr>
          <w:spacing w:val="4"/>
          <w:rFonts w:ascii="Ddylr05K+KaiTi" w:hAnsi="Ddylr05K+KaiTi" w:eastAsia="Ddylr05K+KaiTi"/>
          <w:color w:val="000000"/>
          <w:sz w:val="28"/>
        </w:rPr>
        <w:t>能源</w:t>
      </w:r>
      <w:r>
        <w:rPr>
          <w:spacing w:val="8"/>
          <w:rFonts w:ascii="Ddylr05K+KaiTi" w:hAnsi="Ddylr05K+KaiTi" w:eastAsia="Ddylr05K+KaiTi"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color w:val="000000"/>
          <w:sz w:val="28"/>
        </w:rPr>
        <w:t>使</w:t>
      </w:r>
      <w:r>
        <w:rPr>
          <w:spacing w:val="8"/>
          <w:rFonts w:ascii="Ddylr05K+KaiTi" w:hAnsi="Ddylr05K+KaiTi" w:eastAsia="Ddylr05K+KaiTi"/>
          <w:color w:val="000000"/>
          <w:sz w:val="28"/>
        </w:rPr>
        <w:t>用</w:t>
      </w:r>
      <w:r>
        <w:rPr>
          <w:spacing w:val="6"/>
          <w:rFonts w:ascii="Ddylr05K+KaiTi" w:hAnsi="Ddylr05K+KaiTi" w:eastAsia="Ddylr05K+KaiTi"/>
          <w:color w:val="000000"/>
          <w:sz w:val="28"/>
        </w:rPr>
        <w:t>比</w:t>
      </w:r>
      <w:r>
        <w:rPr>
          <w:spacing w:val="8"/>
          <w:rFonts w:ascii="Ddylr05K+KaiTi" w:hAnsi="Ddylr05K+KaiTi" w:eastAsia="Ddylr05K+KaiTi"/>
          <w:color w:val="000000"/>
          <w:sz w:val="28"/>
        </w:rPr>
        <w:t>例</w:t>
      </w:r>
      <w:r>
        <w:rPr>
          <w:spacing w:val="4"/>
          <w:rFonts w:ascii="Ddylr05K+KaiTi" w:hAnsi="Ddylr05K+KaiTi" w:eastAsia="Ddylr05K+KaiTi"/>
          <w:color w:val="000000"/>
          <w:sz w:val="28"/>
        </w:rPr>
        <w:t>等方</w:t>
      </w:r>
      <w:r>
        <w:rPr>
          <w:spacing w:val="6"/>
          <w:rFonts w:ascii="Ddylr05K+KaiTi" w:hAnsi="Ddylr05K+KaiTi" w:eastAsia="Ddylr05K+KaiTi"/>
          <w:color w:val="000000"/>
          <w:sz w:val="28"/>
        </w:rPr>
        <w:t>式</w:t>
      </w:r>
      <w:r>
        <w:rPr>
          <w:spacing w:val="4"/>
          <w:rFonts w:ascii="Ddylr05K+KaiTi" w:hAnsi="Ddylr05K+KaiTi" w:eastAsia="Ddylr05K+KaiTi"/>
          <w:color w:val="000000"/>
          <w:sz w:val="28"/>
        </w:rPr>
        <w:t>仍</w:t>
      </w:r>
      <w:r>
        <w:rPr>
          <w:spacing w:val="8"/>
          <w:rFonts w:ascii="Ddylr05K+KaiTi" w:hAnsi="Ddylr05K+KaiTi" w:eastAsia="Ddylr05K+KaiTi"/>
          <w:color w:val="000000"/>
          <w:sz w:val="28"/>
        </w:rPr>
        <w:t>可</w:t>
      </w:r>
      <w:r>
        <w:rPr>
          <w:spacing w:val="6"/>
          <w:rFonts w:ascii="Ddylr05K+KaiTi" w:hAnsi="Ddylr05K+KaiTi" w:eastAsia="Ddylr05K+KaiTi"/>
          <w:color w:val="000000"/>
          <w:sz w:val="28"/>
        </w:rPr>
        <w:t>实</w:t>
      </w:r>
      <w:r>
        <w:rPr>
          <w:rFonts w:ascii="Ddylr05K+KaiTi" w:hAnsi="Ddylr05K+KaiTi" w:eastAsia="Ddylr05K+KaiTi"/>
          <w:color w:val="000000"/>
          <w:sz w:val="28"/>
        </w:rPr>
        <w:t>现</w:t>
      </w:r>
      <w:r>
        <w:rPr>
          <w:spacing w:val="-2"/>
          <w:rFonts w:ascii="Ddylr05K+KaiTi" w:hAnsi="Ddylr05K+KaiTi" w:eastAsia="Ddylr05K+KaiTi"/>
          <w:color w:val="000000"/>
          <w:sz w:val="28"/>
        </w:rPr>
        <w:t>减排</w:t>
      </w:r>
      <w:r>
        <w:rPr>
          <w:rFonts w:ascii="Ddylr05K+KaiTi" w:hAnsi="Ddylr05K+KaiTi" w:eastAsia="Ddylr05K+KaiTi"/>
          <w:color w:val="000000"/>
          <w:sz w:val="28"/>
        </w:rPr>
        <w:t>目标。</w:t>
      </w:r>
    </w:p>
    <w:p>
      <w:pPr>
        <w:autoSpaceDN w:val="0"/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color w:val="000000"/>
          <w:sz w:val="28"/>
        </w:rPr>
        <w:t>2</w:t>
      </w:r>
      <w:r>
        <w:rPr>
          <w:rFonts w:ascii="Ddylr05K+KaiTi" w:hAnsi="Ddylr05K+KaiTi" w:eastAsia="Ddylr05K+KaiTi"/>
          <w:color w:val="000000"/>
          <w:sz w:val="28"/>
        </w:rPr>
        <w:t>）</w:t>
      </w:r>
      <w:r>
        <w:rPr>
          <w:spacing w:val="2"/>
          <w:rFonts w:ascii="Ddylr05K+KaiTi" w:hAnsi="Ddylr05K+KaiTi" w:eastAsia="Ddylr05K+KaiTi"/>
          <w:color w:val="000000"/>
          <w:sz w:val="28"/>
        </w:rPr>
        <w:t>综</w:t>
      </w:r>
      <w:r>
        <w:rPr>
          <w:rFonts w:ascii="Ddylr05K+KaiTi" w:hAnsi="Ddylr05K+KaiTi" w:eastAsia="Ddylr05K+KaiTi"/>
          <w:color w:val="000000"/>
          <w:sz w:val="28"/>
        </w:rPr>
        <w:t>上所</w:t>
      </w:r>
      <w:r>
        <w:rPr>
          <w:spacing w:val="2"/>
          <w:rFonts w:ascii="Ddylr05K+KaiTi" w:hAnsi="Ddylr05K+KaiTi" w:eastAsia="Ddylr05K+KaiTi"/>
          <w:color w:val="000000"/>
          <w:sz w:val="28"/>
        </w:rPr>
        <w:t>述</w:t>
      </w:r>
      <w:r>
        <w:rPr>
          <w:rFonts w:ascii="Ddylr05K+KaiTi" w:hAnsi="Ddylr05K+KaiTi" w:eastAsia="Ddylr05K+KaiTi"/>
          <w:color w:val="000000"/>
          <w:sz w:val="28"/>
        </w:rPr>
        <w:t>，企</w:t>
      </w:r>
      <w:r>
        <w:rPr>
          <w:spacing w:val="4"/>
          <w:rFonts w:ascii="Ddylr05K+KaiTi" w:hAnsi="Ddylr05K+KaiTi" w:eastAsia="Ddylr05K+KaiTi"/>
          <w:color w:val="000000"/>
          <w:sz w:val="28"/>
        </w:rPr>
        <w:t>业</w:t>
      </w:r>
      <w:r>
        <w:rPr>
          <w:rFonts w:ascii="Ddylr05K+KaiTi" w:hAnsi="Ddylr05K+KaiTi" w:eastAsia="Ddylr05K+KaiTi"/>
          <w:color w:val="000000"/>
          <w:sz w:val="28"/>
        </w:rPr>
        <w:t>所从</w:t>
      </w:r>
      <w:r>
        <w:rPr>
          <w:spacing w:val="2"/>
          <w:rFonts w:ascii="Ddylr05K+KaiTi" w:hAnsi="Ddylr05K+KaiTi" w:eastAsia="Ddylr05K+KaiTi"/>
          <w:color w:val="000000"/>
          <w:sz w:val="28"/>
        </w:rPr>
        <w:t>事</w:t>
      </w:r>
      <w:r>
        <w:rPr>
          <w:rFonts w:ascii="Ddylr05K+KaiTi" w:hAnsi="Ddylr05K+KaiTi" w:eastAsia="Ddylr05K+KaiTi"/>
          <w:color w:val="000000"/>
          <w:sz w:val="28"/>
        </w:rPr>
        <w:t>的齿</w:t>
      </w:r>
      <w:r>
        <w:rPr>
          <w:spacing w:val="2"/>
          <w:rFonts w:ascii="Ddylr05K+KaiTi" w:hAnsi="Ddylr05K+KaiTi" w:eastAsia="Ddylr05K+KaiTi"/>
          <w:color w:val="000000"/>
          <w:sz w:val="28"/>
        </w:rPr>
        <w:t>轮</w:t>
      </w:r>
      <w:r>
        <w:rPr>
          <w:rFonts w:ascii="Ddylr05K+KaiTi" w:hAnsi="Ddylr05K+KaiTi" w:eastAsia="Ddylr05K+KaiTi"/>
          <w:color w:val="000000"/>
          <w:sz w:val="28"/>
        </w:rPr>
        <w:t>及相</w:t>
      </w:r>
      <w:r>
        <w:rPr>
          <w:spacing w:val="2"/>
          <w:rFonts w:ascii="Ddylr05K+KaiTi" w:hAnsi="Ddylr05K+KaiTi" w:eastAsia="Ddylr05K+KaiTi"/>
          <w:color w:val="000000"/>
          <w:sz w:val="28"/>
        </w:rPr>
        <w:t>关</w:t>
      </w:r>
      <w:r>
        <w:rPr>
          <w:rFonts w:ascii="Ddylr05K+KaiTi" w:hAnsi="Ddylr05K+KaiTi" w:eastAsia="Ddylr05K+KaiTi"/>
          <w:color w:val="000000"/>
          <w:sz w:val="28"/>
        </w:rPr>
        <w:t>产品</w:t>
      </w:r>
      <w:r>
        <w:rPr>
          <w:spacing w:val="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制造</w:t>
      </w:r>
      <w:r>
        <w:rPr>
          <w:spacing w:val="4"/>
          <w:rFonts w:ascii="Ddylr05K+KaiTi" w:hAnsi="Ddylr05K+KaiTi" w:eastAsia="Ddylr05K+KaiTi"/>
          <w:color w:val="000000"/>
          <w:sz w:val="28"/>
        </w:rPr>
        <w:t>过</w:t>
      </w:r>
      <w:r>
        <w:rPr>
          <w:rFonts w:ascii="Ddylr05K+KaiTi" w:hAnsi="Ddylr05K+KaiTi" w:eastAsia="Ddylr05K+KaiTi"/>
          <w:color w:val="000000"/>
          <w:sz w:val="28"/>
        </w:rPr>
        <w:t>程中</w:t>
      </w:r>
      <w:r>
        <w:rPr>
          <w:spacing w:val="2"/>
          <w:rFonts w:ascii="Ddylr05K+KaiTi" w:hAnsi="Ddylr05K+KaiTi" w:eastAsia="Ddylr05K+KaiTi"/>
          <w:color w:val="000000"/>
          <w:sz w:val="28"/>
        </w:rPr>
        <w:t>，</w:t>
      </w:r>
      <w:r>
        <w:rPr>
          <w:rFonts w:ascii="Ddylr05K+KaiTi" w:hAnsi="Ddylr05K+KaiTi" w:eastAsia="Ddylr05K+KaiTi"/>
          <w:color w:val="000000"/>
          <w:sz w:val="28"/>
        </w:rPr>
        <w:t>最大碳</w:t>
      </w:r>
      <w:r>
        <w:rPr>
          <w:spacing w:val="4"/>
          <w:rFonts w:ascii="Ddylr05K+KaiTi" w:hAnsi="Ddylr05K+KaiTi" w:eastAsia="Ddylr05K+KaiTi"/>
          <w:color w:val="000000"/>
          <w:sz w:val="28"/>
        </w:rPr>
        <w:t>足</w:t>
      </w:r>
      <w:r>
        <w:rPr>
          <w:spacing w:val="8"/>
          <w:rFonts w:ascii="Ddylr05K+KaiTi" w:hAnsi="Ddylr05K+KaiTi" w:eastAsia="Ddylr05K+KaiTi"/>
          <w:color w:val="000000"/>
          <w:sz w:val="28"/>
        </w:rPr>
        <w:t>迹</w:t>
      </w:r>
      <w:r>
        <w:rPr>
          <w:spacing w:val="6"/>
          <w:rFonts w:ascii="Ddylr05K+KaiTi" w:hAnsi="Ddylr05K+KaiTi" w:eastAsia="Ddylr05K+KaiTi"/>
          <w:color w:val="000000"/>
          <w:sz w:val="28"/>
        </w:rPr>
        <w:t>来</w:t>
      </w:r>
      <w:r>
        <w:rPr>
          <w:spacing w:val="8"/>
          <w:rFonts w:ascii="Ddylr05K+KaiTi" w:hAnsi="Ddylr05K+KaiTi" w:eastAsia="Ddylr05K+KaiTi"/>
          <w:color w:val="000000"/>
          <w:sz w:val="28"/>
        </w:rPr>
        <w:t>源</w:t>
      </w:r>
      <w:r>
        <w:rPr>
          <w:spacing w:val="4"/>
          <w:rFonts w:ascii="Ddylr05K+KaiTi" w:hAnsi="Ddylr05K+KaiTi" w:eastAsia="Ddylr05K+KaiTi"/>
          <w:color w:val="000000"/>
          <w:sz w:val="28"/>
        </w:rPr>
        <w:t>集</w:t>
      </w:r>
      <w:r>
        <w:rPr>
          <w:spacing w:val="6"/>
          <w:rFonts w:ascii="Ddylr05K+KaiTi" w:hAnsi="Ddylr05K+KaiTi" w:eastAsia="Ddylr05K+KaiTi"/>
          <w:color w:val="000000"/>
          <w:sz w:val="28"/>
        </w:rPr>
        <w:t>中</w:t>
      </w:r>
      <w:r>
        <w:rPr>
          <w:spacing w:val="4"/>
          <w:rFonts w:ascii="Ddylr05K+KaiTi" w:hAnsi="Ddylr05K+KaiTi" w:eastAsia="Ddylr05K+KaiTi"/>
          <w:color w:val="000000"/>
          <w:sz w:val="28"/>
        </w:rPr>
        <w:t>在原</w:t>
      </w:r>
      <w:r>
        <w:rPr>
          <w:spacing w:val="8"/>
          <w:rFonts w:ascii="Ddylr05K+KaiTi" w:hAnsi="Ddylr05K+KaiTi" w:eastAsia="Ddylr05K+KaiTi"/>
          <w:color w:val="000000"/>
          <w:sz w:val="28"/>
        </w:rPr>
        <w:t>材</w:t>
      </w:r>
      <w:r>
        <w:rPr>
          <w:spacing w:val="6"/>
          <w:rFonts w:ascii="Ddylr05K+KaiTi" w:hAnsi="Ddylr05K+KaiTi" w:eastAsia="Ddylr05K+KaiTi"/>
          <w:color w:val="000000"/>
          <w:sz w:val="28"/>
        </w:rPr>
        <w:t>料</w:t>
      </w:r>
      <w:r>
        <w:rPr>
          <w:spacing w:val="8"/>
          <w:rFonts w:ascii="Ddylr05K+KaiTi" w:hAnsi="Ddylr05K+KaiTi" w:eastAsia="Ddylr05K+KaiTi"/>
          <w:color w:val="000000"/>
          <w:sz w:val="28"/>
        </w:rPr>
        <w:t>获</w:t>
      </w:r>
      <w:r>
        <w:rPr>
          <w:spacing w:val="6"/>
          <w:rFonts w:ascii="Ddylr05K+KaiTi" w:hAnsi="Ddylr05K+KaiTi" w:eastAsia="Ddylr05K+KaiTi"/>
          <w:color w:val="000000"/>
          <w:sz w:val="28"/>
        </w:rPr>
        <w:t>取</w:t>
      </w:r>
      <w:r>
        <w:rPr>
          <w:spacing w:val="8"/>
          <w:rFonts w:ascii="Ddylr05K+KaiTi" w:hAnsi="Ddylr05K+KaiTi" w:eastAsia="Ddylr05K+KaiTi"/>
          <w:color w:val="000000"/>
          <w:sz w:val="28"/>
        </w:rPr>
        <w:t>阶</w:t>
      </w:r>
      <w:r>
        <w:rPr>
          <w:spacing w:val="4"/>
          <w:rFonts w:ascii="Ddylr05K+KaiTi" w:hAnsi="Ddylr05K+KaiTi" w:eastAsia="Ddylr05K+KaiTi"/>
          <w:color w:val="000000"/>
          <w:sz w:val="28"/>
        </w:rPr>
        <w:t>段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因此</w:t>
      </w:r>
      <w:r>
        <w:rPr>
          <w:spacing w:val="8"/>
          <w:rFonts w:ascii="Ddylr05K+KaiTi" w:hAnsi="Ddylr05K+KaiTi" w:eastAsia="Ddylr05K+KaiTi"/>
          <w:color w:val="000000"/>
          <w:sz w:val="28"/>
        </w:rPr>
        <w:t>减</w:t>
      </w:r>
      <w:r>
        <w:rPr>
          <w:spacing w:val="6"/>
          <w:rFonts w:ascii="Ddylr05K+KaiTi" w:hAnsi="Ddylr05K+KaiTi" w:eastAsia="Ddylr05K+KaiTi"/>
          <w:color w:val="000000"/>
          <w:sz w:val="28"/>
        </w:rPr>
        <w:t>少</w:t>
      </w:r>
      <w:r>
        <w:rPr>
          <w:spacing w:val="8"/>
          <w:rFonts w:ascii="Ddylr05K+KaiTi" w:hAnsi="Ddylr05K+KaiTi" w:eastAsia="Ddylr05K+KaiTi"/>
          <w:color w:val="000000"/>
          <w:sz w:val="28"/>
        </w:rPr>
        <w:t>这</w:t>
      </w:r>
      <w:r>
        <w:rPr>
          <w:spacing w:val="6"/>
          <w:rFonts w:ascii="Ddylr05K+KaiTi" w:hAnsi="Ddylr05K+KaiTi" w:eastAsia="Ddylr05K+KaiTi"/>
          <w:color w:val="000000"/>
          <w:sz w:val="28"/>
        </w:rPr>
        <w:t>一</w:t>
      </w:r>
      <w:r>
        <w:rPr>
          <w:spacing w:val="8"/>
          <w:rFonts w:ascii="Ddylr05K+KaiTi" w:hAnsi="Ddylr05K+KaiTi" w:eastAsia="Ddylr05K+KaiTi"/>
          <w:color w:val="000000"/>
          <w:sz w:val="28"/>
        </w:rPr>
        <w:t>阶</w:t>
      </w:r>
      <w:r>
        <w:rPr>
          <w:spacing w:val="4"/>
          <w:rFonts w:ascii="Ddylr05K+KaiTi" w:hAnsi="Ddylr05K+KaiTi" w:eastAsia="Ddylr05K+KaiTi"/>
          <w:color w:val="000000"/>
          <w:sz w:val="28"/>
        </w:rPr>
        <w:t>段的</w:t>
      </w:r>
      <w:r>
        <w:rPr>
          <w:spacing w:val="6"/>
          <w:rFonts w:ascii="Ddylr05K+KaiTi" w:hAnsi="Ddylr05K+KaiTi" w:eastAsia="Ddylr05K+KaiTi"/>
          <w:color w:val="000000"/>
          <w:sz w:val="28"/>
        </w:rPr>
        <w:t>影</w:t>
      </w:r>
      <w:r>
        <w:rPr>
          <w:spacing w:val="4"/>
          <w:rFonts w:ascii="Ddylr05K+KaiTi" w:hAnsi="Ddylr05K+KaiTi" w:eastAsia="Ddylr05K+KaiTi"/>
          <w:color w:val="000000"/>
          <w:sz w:val="28"/>
        </w:rPr>
        <w:t>响</w:t>
      </w:r>
      <w:r>
        <w:rPr>
          <w:spacing w:val="8"/>
          <w:rFonts w:ascii="Ddylr05K+KaiTi" w:hAnsi="Ddylr05K+KaiTi" w:eastAsia="Ddylr05K+KaiTi"/>
          <w:color w:val="000000"/>
          <w:sz w:val="28"/>
        </w:rPr>
        <w:t>将</w:t>
      </w:r>
      <w:r>
        <w:rPr>
          <w:spacing w:val="6"/>
          <w:rFonts w:ascii="Ddylr05K+KaiTi" w:hAnsi="Ddylr05K+KaiTi" w:eastAsia="Ddylr05K+KaiTi"/>
          <w:color w:val="000000"/>
          <w:sz w:val="28"/>
        </w:rPr>
        <w:t>是</w:t>
      </w:r>
      <w:r>
        <w:rPr>
          <w:rFonts w:ascii="Ddylr05K+KaiTi" w:hAnsi="Ddylr05K+KaiTi" w:eastAsia="Ddylr05K+KaiTi"/>
          <w:color w:val="000000"/>
          <w:sz w:val="28"/>
        </w:rPr>
        <w:t>降</w:t>
      </w:r>
      <w:r>
        <w:rPr>
          <w:spacing w:val="4"/>
          <w:rFonts w:ascii="Ddylr05K+KaiTi" w:hAnsi="Ddylr05K+KaiTi" w:eastAsia="Ddylr05K+KaiTi"/>
          <w:color w:val="000000"/>
          <w:sz w:val="28"/>
        </w:rPr>
        <w:t>低</w:t>
      </w:r>
      <w:r>
        <w:rPr>
          <w:spacing w:val="8"/>
          <w:rFonts w:ascii="Ddylr05K+KaiTi" w:hAnsi="Ddylr05K+KaiTi" w:eastAsia="Ddylr05K+KaiTi"/>
          <w:color w:val="000000"/>
          <w:sz w:val="28"/>
        </w:rPr>
        <w:t>整</w:t>
      </w:r>
      <w:r>
        <w:rPr>
          <w:spacing w:val="6"/>
          <w:rFonts w:ascii="Ddylr05K+KaiTi" w:hAnsi="Ddylr05K+KaiTi" w:eastAsia="Ddylr05K+KaiTi"/>
          <w:color w:val="000000"/>
          <w:sz w:val="28"/>
        </w:rPr>
        <w:t>体</w:t>
      </w:r>
      <w:r>
        <w:rPr>
          <w:spacing w:val="8"/>
          <w:rFonts w:ascii="Ddylr05K+KaiTi" w:hAnsi="Ddylr05K+KaiTi" w:eastAsia="Ddylr05K+KaiTi"/>
          <w:color w:val="000000"/>
          <w:sz w:val="28"/>
        </w:rPr>
        <w:t>碳</w:t>
      </w:r>
      <w:r>
        <w:rPr>
          <w:spacing w:val="4"/>
          <w:rFonts w:ascii="Ddylr05K+KaiTi" w:hAnsi="Ddylr05K+KaiTi" w:eastAsia="Ddylr05K+KaiTi"/>
          <w:color w:val="000000"/>
          <w:sz w:val="28"/>
        </w:rPr>
        <w:t>足</w:t>
      </w:r>
      <w:r>
        <w:rPr>
          <w:spacing w:val="6"/>
          <w:rFonts w:ascii="Ddylr05K+KaiTi" w:hAnsi="Ddylr05K+KaiTi" w:eastAsia="Ddylr05K+KaiTi"/>
          <w:color w:val="000000"/>
          <w:sz w:val="28"/>
        </w:rPr>
        <w:t>迹</w:t>
      </w:r>
      <w:r>
        <w:rPr>
          <w:spacing w:val="4"/>
          <w:rFonts w:ascii="Ddylr05K+KaiTi" w:hAnsi="Ddylr05K+KaiTi" w:eastAsia="Ddylr05K+KaiTi"/>
          <w:color w:val="000000"/>
          <w:sz w:val="28"/>
        </w:rPr>
        <w:t>的关</w:t>
      </w:r>
      <w:r>
        <w:rPr>
          <w:spacing w:val="8"/>
          <w:rFonts w:ascii="Ddylr05K+KaiTi" w:hAnsi="Ddylr05K+KaiTi" w:eastAsia="Ddylr05K+KaiTi"/>
          <w:color w:val="000000"/>
          <w:sz w:val="28"/>
        </w:rPr>
        <w:t>键</w:t>
      </w:r>
      <w:r>
        <w:rPr>
          <w:spacing w:val="6"/>
          <w:rFonts w:ascii="Ddylr05K+KaiTi" w:hAnsi="Ddylr05K+KaiTi" w:eastAsia="Ddylr05K+KaiTi"/>
          <w:color w:val="000000"/>
          <w:sz w:val="28"/>
        </w:rPr>
        <w:t>所</w:t>
      </w:r>
      <w:r>
        <w:rPr>
          <w:spacing w:val="8"/>
          <w:rFonts w:ascii="Ddylr05K+KaiTi" w:hAnsi="Ddylr05K+KaiTi" w:eastAsia="Ddylr05K+KaiTi"/>
          <w:color w:val="000000"/>
          <w:sz w:val="28"/>
        </w:rPr>
        <w:t>在</w:t>
      </w:r>
      <w:r>
        <w:rPr>
          <w:spacing w:val="6"/>
          <w:rFonts w:ascii="Ddylr05K+KaiTi" w:hAnsi="Ddylr05K+KaiTi" w:eastAsia="Ddylr05K+KaiTi"/>
          <w:color w:val="000000"/>
          <w:sz w:val="28"/>
        </w:rPr>
        <w:t>。</w:t>
      </w:r>
      <w:r>
        <w:rPr>
          <w:spacing w:val="8"/>
          <w:rFonts w:ascii="Ddylr05K+KaiTi" w:hAnsi="Ddylr05K+KaiTi" w:eastAsia="Ddylr05K+KaiTi"/>
          <w:color w:val="000000"/>
          <w:sz w:val="28"/>
        </w:rPr>
        <w:t>同</w:t>
      </w:r>
      <w:r>
        <w:rPr>
          <w:spacing w:val="4"/>
          <w:rFonts w:ascii="Ddylr05K+KaiTi" w:hAnsi="Ddylr05K+KaiTi" w:eastAsia="Ddylr05K+KaiTi"/>
          <w:color w:val="000000"/>
          <w:sz w:val="28"/>
        </w:rPr>
        <w:t>时</w:t>
      </w:r>
      <w:r>
        <w:rPr>
          <w:spacing w:val="6"/>
          <w:rFonts w:ascii="Ddylr05K+KaiTi" w:hAnsi="Ddylr05K+KaiTi" w:eastAsia="Ddylr05K+KaiTi"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color w:val="000000"/>
          <w:sz w:val="28"/>
        </w:rPr>
        <w:t>也应</w:t>
      </w:r>
      <w:r>
        <w:rPr>
          <w:spacing w:val="8"/>
          <w:rFonts w:ascii="Ddylr05K+KaiTi" w:hAnsi="Ddylr05K+KaiTi" w:eastAsia="Ddylr05K+KaiTi"/>
          <w:color w:val="000000"/>
          <w:sz w:val="28"/>
        </w:rPr>
        <w:t>该</w:t>
      </w:r>
      <w:r>
        <w:rPr>
          <w:spacing w:val="6"/>
          <w:rFonts w:ascii="Ddylr05K+KaiTi" w:hAnsi="Ddylr05K+KaiTi" w:eastAsia="Ddylr05K+KaiTi"/>
          <w:color w:val="000000"/>
          <w:sz w:val="28"/>
        </w:rPr>
        <w:t>注</w:t>
      </w:r>
      <w:r>
        <w:rPr>
          <w:spacing w:val="8"/>
          <w:rFonts w:ascii="Ddylr05K+KaiTi" w:hAnsi="Ddylr05K+KaiTi" w:eastAsia="Ddylr05K+KaiTi"/>
          <w:color w:val="000000"/>
          <w:sz w:val="28"/>
        </w:rPr>
        <w:t>意</w:t>
      </w:r>
      <w:r>
        <w:rPr>
          <w:spacing w:val="6"/>
          <w:rFonts w:ascii="Ddylr05K+KaiTi" w:hAnsi="Ddylr05K+KaiTi" w:eastAsia="Ddylr05K+KaiTi"/>
          <w:color w:val="000000"/>
          <w:sz w:val="28"/>
        </w:rPr>
        <w:t>其</w:t>
      </w:r>
      <w:r>
        <w:rPr>
          <w:spacing w:val="8"/>
          <w:rFonts w:ascii="Ddylr05K+KaiTi" w:hAnsi="Ddylr05K+KaiTi" w:eastAsia="Ddylr05K+KaiTi"/>
          <w:color w:val="000000"/>
          <w:sz w:val="28"/>
        </w:rPr>
        <w:t>他</w:t>
      </w:r>
      <w:r>
        <w:rPr>
          <w:spacing w:val="4"/>
          <w:rFonts w:ascii="Ddylr05K+KaiTi" w:hAnsi="Ddylr05K+KaiTi" w:eastAsia="Ddylr05K+KaiTi"/>
          <w:color w:val="000000"/>
          <w:sz w:val="28"/>
        </w:rPr>
        <w:t>环节</w:t>
      </w:r>
      <w:r>
        <w:rPr>
          <w:spacing w:val="6"/>
          <w:rFonts w:ascii="Ddylr05K+KaiTi" w:hAnsi="Ddylr05K+KaiTi" w:eastAsia="Ddylr05K+KaiTi"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color w:val="000000"/>
          <w:sz w:val="28"/>
        </w:rPr>
        <w:t>持</w:t>
      </w:r>
      <w:r>
        <w:rPr>
          <w:spacing w:val="8"/>
          <w:rFonts w:ascii="Ddylr05K+KaiTi" w:hAnsi="Ddylr05K+KaiTi" w:eastAsia="Ddylr05K+KaiTi"/>
          <w:color w:val="000000"/>
          <w:sz w:val="28"/>
        </w:rPr>
        <w:t>续</w:t>
      </w:r>
      <w:r>
        <w:rPr>
          <w:spacing w:val="6"/>
          <w:rFonts w:ascii="Ddylr05K+KaiTi" w:hAnsi="Ddylr05K+KaiTi" w:eastAsia="Ddylr05K+KaiTi"/>
          <w:color w:val="000000"/>
          <w:sz w:val="28"/>
        </w:rPr>
        <w:t>改</w:t>
      </w:r>
      <w:r>
        <w:rPr>
          <w:rFonts w:ascii="Ddylr05K+KaiTi" w:hAnsi="Ddylr05K+KaiTi" w:eastAsia="Ddylr05K+KaiTi"/>
          <w:color w:val="000000"/>
          <w:sz w:val="28"/>
        </w:rPr>
        <w:t>进</w:t>
      </w:r>
      <w:r>
        <w:rPr>
          <w:spacing w:val="-2"/>
          <w:rFonts w:ascii="Ddylr05K+KaiTi" w:hAnsi="Ddylr05K+KaiTi" w:eastAsia="Ddylr05K+KaiTi"/>
          <w:color w:val="000000"/>
          <w:sz w:val="28"/>
        </w:rPr>
        <w:t>以全</w:t>
      </w:r>
      <w:r>
        <w:rPr>
          <w:rFonts w:ascii="Ddylr05K+KaiTi" w:hAnsi="Ddylr05K+KaiTi" w:eastAsia="Ddylr05K+KaiTi"/>
          <w:color w:val="000000"/>
          <w:sz w:val="28"/>
        </w:rPr>
        <w:t>面推</w:t>
      </w:r>
      <w:r>
        <w:rPr>
          <w:spacing w:val="-2"/>
          <w:rFonts w:ascii="Ddylr05K+KaiTi" w:hAnsi="Ddylr05K+KaiTi" w:eastAsia="Ddylr05K+KaiTi"/>
          <w:color w:val="000000"/>
          <w:sz w:val="28"/>
        </w:rPr>
        <w:t>动</w:t>
      </w:r>
      <w:r>
        <w:rPr>
          <w:rFonts w:ascii="Ddylr05K+KaiTi" w:hAnsi="Ddylr05K+KaiTi" w:eastAsia="Ddylr05K+KaiTi"/>
          <w:color w:val="000000"/>
          <w:sz w:val="28"/>
        </w:rPr>
        <w:t>企业</w:t>
      </w:r>
      <w:r>
        <w:rPr>
          <w:spacing w:val="-2"/>
          <w:rFonts w:ascii="Ddylr05K+KaiTi" w:hAnsi="Ddylr05K+KaiTi" w:eastAsia="Ddylr05K+KaiTi"/>
          <w:color w:val="000000"/>
          <w:sz w:val="28"/>
        </w:rPr>
        <w:t>的</w:t>
      </w:r>
      <w:r>
        <w:rPr>
          <w:rFonts w:ascii="Ddylr05K+KaiTi" w:hAnsi="Ddylr05K+KaiTi" w:eastAsia="Ddylr05K+KaiTi"/>
          <w:color w:val="000000"/>
          <w:sz w:val="28"/>
        </w:rPr>
        <w:t>绿色</w:t>
      </w:r>
      <w:r>
        <w:rPr>
          <w:spacing w:val="-2"/>
          <w:rFonts w:ascii="Ddylr05K+KaiTi" w:hAnsi="Ddylr05K+KaiTi" w:eastAsia="Ddylr05K+KaiTi"/>
          <w:color w:val="000000"/>
          <w:sz w:val="28"/>
        </w:rPr>
        <w:t>发</w:t>
      </w:r>
      <w:r>
        <w:rPr>
          <w:rFonts w:ascii="Ddylr05K+KaiTi" w:hAnsi="Ddylr05K+KaiTi" w:eastAsia="Ddylr05K+KaiTi"/>
          <w:color w:val="000000"/>
          <w:sz w:val="28"/>
        </w:rPr>
        <w:t>展。</w:t>
      </w:r>
      <w:r>
        <w:rPr>
          <w:spacing w:val="-2"/>
          <w:rFonts w:ascii="Ddylr05K+KaiTi" w:hAnsi="Ddylr05K+KaiTi" w:eastAsia="Ddylr05K+KaiTi"/>
          <w:color w:val="000000"/>
          <w:sz w:val="28"/>
        </w:rPr>
        <w:t>建</w:t>
      </w:r>
      <w:r>
        <w:rPr>
          <w:rFonts w:ascii="Ddylr05K+KaiTi" w:hAnsi="Ddylr05K+KaiTi" w:eastAsia="Ddylr05K+KaiTi"/>
          <w:color w:val="000000"/>
          <w:sz w:val="28"/>
        </w:rPr>
        <w:t>议从</w:t>
      </w:r>
      <w:r>
        <w:rPr>
          <w:spacing w:val="-2"/>
          <w:rFonts w:ascii="Ddylr05K+KaiTi" w:hAnsi="Ddylr05K+KaiTi" w:eastAsia="Ddylr05K+KaiTi"/>
          <w:color w:val="000000"/>
          <w:sz w:val="28"/>
        </w:rPr>
        <w:t>以</w:t>
      </w:r>
      <w:r>
        <w:rPr>
          <w:rFonts w:ascii="Ddylr05K+KaiTi" w:hAnsi="Ddylr05K+KaiTi" w:eastAsia="Ddylr05K+KaiTi"/>
          <w:color w:val="000000"/>
          <w:sz w:val="28"/>
        </w:rPr>
        <w:t>下几</w:t>
      </w:r>
      <w:r>
        <w:rPr>
          <w:spacing w:val="-2"/>
          <w:rFonts w:ascii="Ddylr05K+KaiTi" w:hAnsi="Ddylr05K+KaiTi" w:eastAsia="Ddylr05K+KaiTi"/>
          <w:color w:val="000000"/>
          <w:sz w:val="28"/>
        </w:rPr>
        <w:t>个</w:t>
      </w:r>
      <w:r>
        <w:rPr>
          <w:rFonts w:ascii="Ddylr05K+KaiTi" w:hAnsi="Ddylr05K+KaiTi" w:eastAsia="Ddylr05K+KaiTi"/>
          <w:color w:val="000000"/>
          <w:sz w:val="28"/>
        </w:rPr>
        <w:t>方面</w:t>
      </w:r>
      <w:r>
        <w:rPr>
          <w:spacing w:val="-2"/>
          <w:rFonts w:ascii="Ddylr05K+KaiTi" w:hAnsi="Ddylr05K+KaiTi" w:eastAsia="Ddylr05K+KaiTi"/>
          <w:color w:val="000000"/>
          <w:sz w:val="28"/>
        </w:rPr>
        <w:t>入</w:t>
      </w:r>
      <w:r>
        <w:rPr>
          <w:rFonts w:ascii="Ddylr05K+KaiTi" w:hAnsi="Ddylr05K+KaiTi" w:eastAsia="Ddylr05K+KaiTi"/>
          <w:color w:val="000000"/>
          <w:sz w:val="28"/>
        </w:rPr>
        <w:t>手：</w:t>
      </w:r>
      <w:r>
        <w:br/>
      </w:r>
      <w:r>
        <w:rPr>
          <w:spacing w:val="-2"/>
          <w:rFonts w:ascii="FEqG52FE+FangSong" w:hAnsi="FEqG52FE+FangSong" w:eastAsia="FEqG52FE+FangSong"/>
          <w:color w:val="000000"/>
          <w:sz w:val="28"/>
        </w:rPr>
        <w:t>◆</w:t>
      </w:r>
      <w:r>
        <w:rPr>
          <w:rFonts w:ascii="Ddylr05K+KaiTi" w:hAnsi="Ddylr05K+KaiTi" w:eastAsia="Ddylr05K+KaiTi"/>
          <w:color w:val="000000"/>
          <w:sz w:val="28"/>
        </w:rPr>
        <w:t>评</w:t>
      </w:r>
      <w:r>
        <w:rPr>
          <w:spacing w:val="-2"/>
          <w:rFonts w:ascii="Ddylr05K+KaiTi" w:hAnsi="Ddylr05K+KaiTi" w:eastAsia="Ddylr05K+KaiTi"/>
          <w:color w:val="000000"/>
          <w:sz w:val="28"/>
        </w:rPr>
        <w:t>估</w:t>
      </w:r>
      <w:r>
        <w:rPr>
          <w:rFonts w:ascii="Ddylr05K+KaiTi" w:hAnsi="Ddylr05K+KaiTi" w:eastAsia="Ddylr05K+KaiTi"/>
          <w:color w:val="000000"/>
          <w:sz w:val="28"/>
        </w:rPr>
        <w:t>并选</w:t>
      </w:r>
      <w:r>
        <w:rPr>
          <w:spacing w:val="-2"/>
          <w:rFonts w:ascii="Ddylr05K+KaiTi" w:hAnsi="Ddylr05K+KaiTi" w:eastAsia="Ddylr05K+KaiTi"/>
          <w:color w:val="000000"/>
          <w:sz w:val="28"/>
        </w:rPr>
        <w:t>择</w:t>
      </w:r>
      <w:r>
        <w:rPr>
          <w:rFonts w:ascii="Ddylr05K+KaiTi" w:hAnsi="Ddylr05K+KaiTi" w:eastAsia="Ddylr05K+KaiTi"/>
          <w:color w:val="000000"/>
          <w:sz w:val="28"/>
        </w:rPr>
        <w:t>低碳</w:t>
      </w:r>
      <w:r>
        <w:rPr>
          <w:spacing w:val="-2"/>
          <w:rFonts w:ascii="Ddylr05K+KaiTi" w:hAnsi="Ddylr05K+KaiTi" w:eastAsia="Ddylr05K+KaiTi"/>
          <w:color w:val="000000"/>
          <w:sz w:val="28"/>
        </w:rPr>
        <w:t>材</w:t>
      </w:r>
      <w:r>
        <w:rPr>
          <w:rFonts w:ascii="Ddylr05K+KaiTi" w:hAnsi="Ddylr05K+KaiTi" w:eastAsia="Ddylr05K+KaiTi"/>
          <w:color w:val="000000"/>
          <w:sz w:val="28"/>
        </w:rPr>
        <w:t>料作</w:t>
      </w:r>
      <w:r>
        <w:rPr>
          <w:spacing w:val="-2"/>
          <w:rFonts w:ascii="Ddylr05K+KaiTi" w:hAnsi="Ddylr05K+KaiTi" w:eastAsia="Ddylr05K+KaiTi"/>
          <w:color w:val="000000"/>
          <w:sz w:val="28"/>
        </w:rPr>
        <w:t>为</w:t>
      </w:r>
      <w:r>
        <w:rPr>
          <w:rFonts w:ascii="Ddylr05K+KaiTi" w:hAnsi="Ddylr05K+KaiTi" w:eastAsia="Ddylr05K+KaiTi"/>
          <w:color w:val="000000"/>
          <w:sz w:val="28"/>
        </w:rPr>
        <w:t>替代</w:t>
      </w:r>
      <w:r>
        <w:rPr>
          <w:spacing w:val="-2"/>
          <w:rFonts w:ascii="Ddylr05K+KaiTi" w:hAnsi="Ddylr05K+KaiTi" w:eastAsia="Ddylr05K+KaiTi"/>
          <w:color w:val="000000"/>
          <w:sz w:val="28"/>
        </w:rPr>
        <w:t>品</w:t>
      </w:r>
      <w:r>
        <w:rPr>
          <w:rFonts w:ascii="Ddylr05K+KaiTi" w:hAnsi="Ddylr05K+KaiTi" w:eastAsia="Ddylr05K+KaiTi"/>
          <w:color w:val="000000"/>
          <w:sz w:val="28"/>
        </w:rPr>
        <w:t>；</w:t>
      </w:r>
      <w:r>
        <w:br/>
      </w:r>
      <w:r>
        <w:rPr>
          <w:spacing w:val="-2"/>
          <w:rFonts w:ascii="FEqG52FE+FangSong" w:hAnsi="FEqG52FE+FangSong" w:eastAsia="FEqG52FE+FangSong"/>
          <w:color w:val="000000"/>
          <w:sz w:val="28"/>
        </w:rPr>
        <w:t>◆</w:t>
      </w:r>
      <w:r>
        <w:rPr>
          <w:rFonts w:ascii="Ddylr05K+KaiTi" w:hAnsi="Ddylr05K+KaiTi" w:eastAsia="Ddylr05K+KaiTi"/>
          <w:color w:val="000000"/>
          <w:sz w:val="28"/>
        </w:rPr>
        <w:t>加</w:t>
      </w:r>
      <w:r>
        <w:rPr>
          <w:spacing w:val="-2"/>
          <w:rFonts w:ascii="Ddylr05K+KaiTi" w:hAnsi="Ddylr05K+KaiTi" w:eastAsia="Ddylr05K+KaiTi"/>
          <w:color w:val="000000"/>
          <w:sz w:val="28"/>
        </w:rPr>
        <w:t>强</w:t>
      </w:r>
      <w:r>
        <w:rPr>
          <w:rFonts w:ascii="Ddylr05K+KaiTi" w:hAnsi="Ddylr05K+KaiTi" w:eastAsia="Ddylr05K+KaiTi"/>
          <w:color w:val="000000"/>
          <w:sz w:val="28"/>
        </w:rPr>
        <w:t>与供</w:t>
      </w:r>
      <w:r>
        <w:rPr>
          <w:spacing w:val="-2"/>
          <w:rFonts w:ascii="Ddylr05K+KaiTi" w:hAnsi="Ddylr05K+KaiTi" w:eastAsia="Ddylr05K+KaiTi"/>
          <w:color w:val="000000"/>
          <w:sz w:val="28"/>
        </w:rPr>
        <w:t>应</w:t>
      </w:r>
      <w:r>
        <w:rPr>
          <w:rFonts w:ascii="Ddylr05K+KaiTi" w:hAnsi="Ddylr05K+KaiTi" w:eastAsia="Ddylr05K+KaiTi"/>
          <w:color w:val="000000"/>
          <w:sz w:val="28"/>
        </w:rPr>
        <w:t>商的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合</w:t>
      </w:r>
      <w:r>
        <w:rPr>
          <w:rFonts w:ascii="Ddylr05K+KaiTi" w:hAnsi="Ddylr05K+KaiTi" w:eastAsia="Ddylr05K+KaiTi"/>
          <w:color w:val="000000"/>
          <w:sz w:val="28"/>
        </w:rPr>
        <w:t>作，</w:t>
      </w:r>
      <w:r>
        <w:rPr>
          <w:spacing w:val="-2"/>
          <w:rFonts w:ascii="Ddylr05K+KaiTi" w:hAnsi="Ddylr05K+KaiTi" w:eastAsia="Ddylr05K+KaiTi"/>
          <w:color w:val="000000"/>
          <w:sz w:val="28"/>
        </w:rPr>
        <w:t>共</w:t>
      </w:r>
      <w:r>
        <w:rPr>
          <w:rFonts w:ascii="Ddylr05K+KaiTi" w:hAnsi="Ddylr05K+KaiTi" w:eastAsia="Ddylr05K+KaiTi"/>
          <w:color w:val="000000"/>
          <w:sz w:val="28"/>
        </w:rPr>
        <w:t>同探</w:t>
      </w:r>
      <w:r>
        <w:rPr>
          <w:spacing w:val="-2"/>
          <w:rFonts w:ascii="Ddylr05K+KaiTi" w:hAnsi="Ddylr05K+KaiTi" w:eastAsia="Ddylr05K+KaiTi"/>
          <w:color w:val="000000"/>
          <w:sz w:val="28"/>
        </w:rPr>
        <w:t>索</w:t>
      </w:r>
      <w:r>
        <w:rPr>
          <w:rFonts w:ascii="Ddylr05K+KaiTi" w:hAnsi="Ddylr05K+KaiTi" w:eastAsia="Ddylr05K+KaiTi"/>
          <w:color w:val="000000"/>
          <w:sz w:val="28"/>
        </w:rPr>
        <w:t>减少</w:t>
      </w:r>
      <w:r>
        <w:rPr>
          <w:spacing w:val="-2"/>
          <w:rFonts w:ascii="Ddylr05K+KaiTi" w:hAnsi="Ddylr05K+KaiTi" w:eastAsia="Ddylr05K+KaiTi"/>
          <w:color w:val="000000"/>
          <w:sz w:val="28"/>
        </w:rPr>
        <w:t>上</w:t>
      </w:r>
      <w:r>
        <w:rPr>
          <w:rFonts w:ascii="Ddylr05K+KaiTi" w:hAnsi="Ddylr05K+KaiTi" w:eastAsia="Ddylr05K+KaiTi"/>
          <w:color w:val="000000"/>
          <w:sz w:val="28"/>
        </w:rPr>
        <w:t>游供</w:t>
      </w:r>
      <w:r>
        <w:rPr>
          <w:spacing w:val="-2"/>
          <w:rFonts w:ascii="Ddylr05K+KaiTi" w:hAnsi="Ddylr05K+KaiTi" w:eastAsia="Ddylr05K+KaiTi"/>
          <w:color w:val="000000"/>
          <w:sz w:val="28"/>
        </w:rPr>
        <w:t>应</w:t>
      </w:r>
      <w:r>
        <w:rPr>
          <w:rFonts w:ascii="Ddylr05K+KaiTi" w:hAnsi="Ddylr05K+KaiTi" w:eastAsia="Ddylr05K+KaiTi"/>
          <w:color w:val="000000"/>
          <w:sz w:val="28"/>
        </w:rPr>
        <w:t>链碳</w:t>
      </w:r>
      <w:r>
        <w:rPr>
          <w:spacing w:val="-2"/>
          <w:rFonts w:ascii="Ddylr05K+KaiTi" w:hAnsi="Ddylr05K+KaiTi" w:eastAsia="Ddylr05K+KaiTi"/>
          <w:color w:val="000000"/>
          <w:sz w:val="28"/>
        </w:rPr>
        <w:t>排</w:t>
      </w:r>
      <w:r>
        <w:rPr>
          <w:rFonts w:ascii="Ddylr05K+KaiTi" w:hAnsi="Ddylr05K+KaiTi" w:eastAsia="Ddylr05K+KaiTi"/>
          <w:color w:val="000000"/>
          <w:sz w:val="28"/>
        </w:rPr>
        <w:t>放的</w:t>
      </w:r>
      <w:r>
        <w:rPr>
          <w:spacing w:val="-2"/>
          <w:rFonts w:ascii="Ddylr05K+KaiTi" w:hAnsi="Ddylr05K+KaiTi" w:eastAsia="Ddylr05K+KaiTi"/>
          <w:color w:val="000000"/>
          <w:sz w:val="28"/>
        </w:rPr>
        <w:t>方</w:t>
      </w:r>
      <w:r>
        <w:rPr>
          <w:rFonts w:ascii="Ddylr05K+KaiTi" w:hAnsi="Ddylr05K+KaiTi" w:eastAsia="Ddylr05K+KaiTi"/>
          <w:color w:val="000000"/>
          <w:sz w:val="28"/>
        </w:rPr>
        <w:t>法；</w:t>
      </w:r>
      <w:r>
        <w:rPr>
          <w:spacing w:val="-2"/>
          <w:rFonts w:ascii="FEqG52FE+FangSong" w:hAnsi="FEqG52FE+FangSong" w:eastAsia="FEqG52FE+FangSong"/>
          <w:color w:val="000000"/>
          <w:sz w:val="28"/>
        </w:rPr>
        <w:t>◆</w:t>
      </w:r>
      <w:r>
        <w:rPr>
          <w:rFonts w:ascii="Ddylr05K+KaiTi" w:hAnsi="Ddylr05K+KaiTi" w:eastAsia="Ddylr05K+KaiTi"/>
          <w:color w:val="000000"/>
          <w:sz w:val="28"/>
        </w:rPr>
        <w:t>提</w:t>
      </w:r>
      <w:r>
        <w:rPr>
          <w:spacing w:val="-2"/>
          <w:rFonts w:ascii="Ddylr05K+KaiTi" w:hAnsi="Ddylr05K+KaiTi" w:eastAsia="Ddylr05K+KaiTi"/>
          <w:color w:val="000000"/>
          <w:sz w:val="28"/>
        </w:rPr>
        <w:t>升</w:t>
      </w:r>
      <w:r>
        <w:rPr>
          <w:rFonts w:ascii="Ddylr05K+KaiTi" w:hAnsi="Ddylr05K+KaiTi" w:eastAsia="Ddylr05K+KaiTi"/>
          <w:color w:val="000000"/>
          <w:sz w:val="28"/>
        </w:rPr>
        <w:t>内部</w:t>
      </w:r>
      <w:r>
        <w:rPr>
          <w:spacing w:val="-2"/>
          <w:rFonts w:ascii="Ddylr05K+KaiTi" w:hAnsi="Ddylr05K+KaiTi" w:eastAsia="Ddylr05K+KaiTi"/>
          <w:color w:val="000000"/>
          <w:sz w:val="28"/>
        </w:rPr>
        <w:t>生</w:t>
      </w:r>
      <w:r>
        <w:rPr>
          <w:rFonts w:ascii="Ddylr05K+KaiTi" w:hAnsi="Ddylr05K+KaiTi" w:eastAsia="Ddylr05K+KaiTi"/>
          <w:color w:val="000000"/>
          <w:sz w:val="28"/>
        </w:rPr>
        <w:t>产效</w:t>
      </w:r>
      <w:r>
        <w:rPr>
          <w:spacing w:val="-2"/>
          <w:rFonts w:ascii="Ddylr05K+KaiTi" w:hAnsi="Ddylr05K+KaiTi" w:eastAsia="Ddylr05K+KaiTi"/>
          <w:color w:val="000000"/>
          <w:sz w:val="28"/>
        </w:rPr>
        <w:t>率</w:t>
      </w:r>
      <w:r>
        <w:rPr>
          <w:rFonts w:ascii="Ddylr05K+KaiTi" w:hAnsi="Ddylr05K+KaiTi" w:eastAsia="Ddylr05K+KaiTi"/>
          <w:color w:val="000000"/>
          <w:sz w:val="28"/>
        </w:rPr>
        <w:t>和能</w:t>
      </w:r>
      <w:r>
        <w:rPr>
          <w:spacing w:val="-2"/>
          <w:rFonts w:ascii="Ddylr05K+KaiTi" w:hAnsi="Ddylr05K+KaiTi" w:eastAsia="Ddylr05K+KaiTi"/>
          <w:color w:val="000000"/>
          <w:sz w:val="28"/>
        </w:rPr>
        <w:t>源</w:t>
      </w:r>
      <w:r>
        <w:rPr>
          <w:rFonts w:ascii="Ddylr05K+KaiTi" w:hAnsi="Ddylr05K+KaiTi" w:eastAsia="Ddylr05K+KaiTi"/>
          <w:color w:val="000000"/>
          <w:sz w:val="28"/>
        </w:rPr>
        <w:t>利用</w:t>
      </w:r>
      <w:r>
        <w:rPr>
          <w:spacing w:val="-2"/>
          <w:rFonts w:ascii="Ddylr05K+KaiTi" w:hAnsi="Ddylr05K+KaiTi" w:eastAsia="Ddylr05K+KaiTi"/>
          <w:color w:val="000000"/>
          <w:sz w:val="28"/>
        </w:rPr>
        <w:t>率</w:t>
      </w:r>
      <w:r>
        <w:rPr>
          <w:rFonts w:ascii="Ddylr05K+KaiTi" w:hAnsi="Ddylr05K+KaiTi" w:eastAsia="Ddylr05K+KaiTi"/>
          <w:color w:val="000000"/>
          <w:sz w:val="28"/>
        </w:rPr>
        <w:t>；</w:t>
      </w:r>
      <w:r>
        <w:br/>
      </w:r>
      <w:r>
        <w:rPr>
          <w:spacing w:val="-2"/>
          <w:rFonts w:ascii="FEqG52FE+FangSong" w:hAnsi="FEqG52FE+FangSong" w:eastAsia="FEqG52FE+FangSong"/>
          <w:color w:val="000000"/>
          <w:sz w:val="28"/>
        </w:rPr>
        <w:t>◆</w:t>
      </w:r>
      <w:r>
        <w:rPr>
          <w:rFonts w:ascii="Ddylr05K+KaiTi" w:hAnsi="Ddylr05K+KaiTi" w:eastAsia="Ddylr05K+KaiTi"/>
          <w:color w:val="000000"/>
          <w:sz w:val="28"/>
        </w:rPr>
        <w:t>探</w:t>
      </w:r>
      <w:r>
        <w:rPr>
          <w:spacing w:val="-2"/>
          <w:rFonts w:ascii="Ddylr05K+KaiTi" w:hAnsi="Ddylr05K+KaiTi" w:eastAsia="Ddylr05K+KaiTi"/>
          <w:color w:val="000000"/>
          <w:sz w:val="28"/>
        </w:rPr>
        <w:t>索</w:t>
      </w:r>
      <w:r>
        <w:rPr>
          <w:rFonts w:ascii="Ddylr05K+KaiTi" w:hAnsi="Ddylr05K+KaiTi" w:eastAsia="Ddylr05K+KaiTi"/>
          <w:color w:val="000000"/>
          <w:sz w:val="28"/>
        </w:rPr>
        <w:t>循环</w:t>
      </w:r>
      <w:r>
        <w:rPr>
          <w:spacing w:val="-2"/>
          <w:rFonts w:ascii="Ddylr05K+KaiTi" w:hAnsi="Ddylr05K+KaiTi" w:eastAsia="Ddylr05K+KaiTi"/>
          <w:color w:val="000000"/>
          <w:sz w:val="28"/>
        </w:rPr>
        <w:t>经</w:t>
      </w:r>
      <w:r>
        <w:rPr>
          <w:rFonts w:ascii="Ddylr05K+KaiTi" w:hAnsi="Ddylr05K+KaiTi" w:eastAsia="Ddylr05K+KaiTi"/>
          <w:color w:val="000000"/>
          <w:sz w:val="28"/>
        </w:rPr>
        <w:t>济模</w:t>
      </w:r>
      <w:r>
        <w:rPr>
          <w:spacing w:val="-2"/>
          <w:rFonts w:ascii="Ddylr05K+KaiTi" w:hAnsi="Ddylr05K+KaiTi" w:eastAsia="Ddylr05K+KaiTi"/>
          <w:color w:val="000000"/>
          <w:sz w:val="28"/>
        </w:rPr>
        <w:t>式</w:t>
      </w:r>
      <w:r>
        <w:rPr>
          <w:rFonts w:ascii="Ddylr05K+KaiTi" w:hAnsi="Ddylr05K+KaiTi" w:eastAsia="Ddylr05K+KaiTi"/>
          <w:color w:val="000000"/>
          <w:sz w:val="28"/>
        </w:rPr>
        <w:t>，比</w:t>
      </w:r>
      <w:r>
        <w:rPr>
          <w:spacing w:val="-2"/>
          <w:rFonts w:ascii="Ddylr05K+KaiTi" w:hAnsi="Ddylr05K+KaiTi" w:eastAsia="Ddylr05K+KaiTi"/>
          <w:color w:val="000000"/>
          <w:sz w:val="28"/>
        </w:rPr>
        <w:t>如</w:t>
      </w:r>
      <w:r>
        <w:rPr>
          <w:rFonts w:ascii="Ddylr05K+KaiTi" w:hAnsi="Ddylr05K+KaiTi" w:eastAsia="Ddylr05K+KaiTi"/>
          <w:color w:val="000000"/>
          <w:sz w:val="28"/>
        </w:rPr>
        <w:t>回收</w:t>
      </w:r>
      <w:r>
        <w:rPr>
          <w:spacing w:val="-2"/>
          <w:rFonts w:ascii="Ddylr05K+KaiTi" w:hAnsi="Ddylr05K+KaiTi" w:eastAsia="Ddylr05K+KaiTi"/>
          <w:color w:val="000000"/>
          <w:sz w:val="28"/>
        </w:rPr>
        <w:t>利</w:t>
      </w:r>
      <w:r>
        <w:rPr>
          <w:rFonts w:ascii="Ddylr05K+KaiTi" w:hAnsi="Ddylr05K+KaiTi" w:eastAsia="Ddylr05K+KaiTi"/>
          <w:color w:val="000000"/>
          <w:sz w:val="28"/>
        </w:rPr>
        <w:t>用旧</w:t>
      </w:r>
      <w:r>
        <w:rPr>
          <w:spacing w:val="-2"/>
          <w:rFonts w:ascii="Ddylr05K+KaiTi" w:hAnsi="Ddylr05K+KaiTi" w:eastAsia="Ddylr05K+KaiTi"/>
          <w:color w:val="000000"/>
          <w:sz w:val="28"/>
        </w:rPr>
        <w:t>件</w:t>
      </w:r>
      <w:r>
        <w:rPr>
          <w:rFonts w:ascii="Ddylr05K+KaiTi" w:hAnsi="Ddylr05K+KaiTi" w:eastAsia="Ddylr05K+KaiTi"/>
          <w:color w:val="000000"/>
          <w:sz w:val="28"/>
        </w:rPr>
        <w:t>来减</w:t>
      </w:r>
      <w:r>
        <w:rPr>
          <w:spacing w:val="-2"/>
          <w:rFonts w:ascii="Ddylr05K+KaiTi" w:hAnsi="Ddylr05K+KaiTi" w:eastAsia="Ddylr05K+KaiTi"/>
          <w:color w:val="000000"/>
          <w:sz w:val="28"/>
        </w:rPr>
        <w:t>少</w:t>
      </w:r>
      <w:r>
        <w:rPr>
          <w:rFonts w:ascii="Ddylr05K+KaiTi" w:hAnsi="Ddylr05K+KaiTi" w:eastAsia="Ddylr05K+KaiTi"/>
          <w:color w:val="000000"/>
          <w:sz w:val="28"/>
        </w:rPr>
        <w:t>新原</w:t>
      </w:r>
      <w:r>
        <w:rPr>
          <w:spacing w:val="-2"/>
          <w:rFonts w:ascii="Ddylr05K+KaiTi" w:hAnsi="Ddylr05K+KaiTi" w:eastAsia="Ddylr05K+KaiTi"/>
          <w:color w:val="000000"/>
          <w:sz w:val="28"/>
        </w:rPr>
        <w:t>料</w:t>
      </w:r>
      <w:r>
        <w:rPr>
          <w:rFonts w:ascii="Ddylr05K+KaiTi" w:hAnsi="Ddylr05K+KaiTi" w:eastAsia="Ddylr05K+KaiTi"/>
          <w:color w:val="000000"/>
          <w:sz w:val="28"/>
        </w:rPr>
        <w:t>的需</w:t>
      </w:r>
      <w:r>
        <w:rPr>
          <w:spacing w:val="-2"/>
          <w:rFonts w:ascii="Ddylr05K+KaiTi" w:hAnsi="Ddylr05K+KaiTi" w:eastAsia="Ddylr05K+KaiTi"/>
          <w:color w:val="000000"/>
          <w:sz w:val="28"/>
        </w:rPr>
        <w:t>求</w:t>
      </w:r>
      <w:r>
        <w:rPr>
          <w:rFonts w:ascii="Ddylr05K+KaiTi" w:hAnsi="Ddylr05K+KaiTi" w:eastAsia="Ddylr05K+KaiTi"/>
          <w:color w:val="000000"/>
          <w:sz w:val="28"/>
        </w:rPr>
        <w:t>。</w:t>
      </w:r>
    </w:p>
    <w:p>
      <w:pPr>
        <w:autoSpaceDN w:val="0"/>
        <w:tabs>
          <w:tab w:pos="920" w:val="left"/>
        </w:tabs>
        <w:autoSpaceDE w:val="0"/>
        <w:widowControl/>
        <w:spacing w:line="624" w:lineRule="exact" w:before="0" w:after="0"/>
        <w:ind w:left="360" w:right="144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4</w:t>
      </w:r>
      <w:r>
        <w:rPr>
          <w:spacing w:val="6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不确定性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分</w:t>
      </w:r>
      <w:r>
        <w:rPr>
          <w:rFonts w:ascii="Ddylr05K+KaiTi" w:hAnsi="Ddylr05K+KaiTi" w:eastAsia="Ddylr05K+KaiTi"/>
          <w:b/>
          <w:color w:val="000000"/>
          <w:sz w:val="28"/>
        </w:rPr>
        <w:t>析</w:t>
      </w:r>
      <w:r>
        <w:br/>
      </w:r>
      <w:r>
        <w:tab/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价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根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据各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排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放类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型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活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动水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平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数据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等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级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排放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因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子等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级</w:t>
      </w:r>
      <w:r>
        <w:rPr>
          <w:rFonts w:ascii="Ddylr05K+KaiTi" w:hAnsi="Ddylr05K+KaiTi" w:eastAsia="Ddylr05K+KaiTi"/>
          <w:b/>
          <w:color w:val="000000"/>
          <w:sz w:val="28"/>
        </w:rPr>
        <w:t>和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仪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器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校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准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级别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对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受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评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价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方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数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不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确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定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性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行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分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析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。不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确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定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性</w:t>
      </w:r>
      <w:r>
        <w:rPr>
          <w:rFonts w:ascii="Ddylr05K+KaiTi" w:hAnsi="Ddylr05K+KaiTi" w:eastAsia="Ddylr05K+KaiTi"/>
          <w:b/>
          <w:color w:val="000000"/>
          <w:sz w:val="28"/>
        </w:rPr>
        <w:t>根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据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三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个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方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面相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应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要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求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进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行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赋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值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并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通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过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各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排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放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类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型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的排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放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量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占</w:t>
      </w:r>
      <w:r>
        <w:rPr>
          <w:rFonts w:ascii="Ddylr05K+KaiTi" w:hAnsi="Ddylr05K+KaiTi" w:eastAsia="Ddylr05K+KaiTi"/>
          <w:b/>
          <w:color w:val="000000"/>
          <w:sz w:val="28"/>
        </w:rPr>
        <w:t>比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进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行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加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权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平均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，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计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算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得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出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每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一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排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放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类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型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精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确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度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级别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加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权</w:t>
      </w:r>
      <w:r>
        <w:rPr>
          <w:rFonts w:ascii="Ddylr05K+KaiTi" w:hAnsi="Ddylr05K+KaiTi" w:eastAsia="Ddylr05K+KaiTi"/>
          <w:b/>
          <w:color w:val="000000"/>
          <w:sz w:val="28"/>
        </w:rPr>
        <w:t>平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均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值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将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其相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加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得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出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数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据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整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体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精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准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度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。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精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准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度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级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别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要求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，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分值</w:t>
      </w:r>
      <w:r>
        <w:rPr>
          <w:rFonts w:ascii="Ddylr05K+KaiTi" w:hAnsi="Ddylr05K+KaiTi" w:eastAsia="Ddylr05K+KaiTi"/>
          <w:b/>
          <w:color w:val="000000"/>
          <w:sz w:val="28"/>
        </w:rPr>
        <w:t>≥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5.</w:t>
      </w:r>
      <w:r>
        <w:rPr>
          <w:rFonts w:ascii="Ddylr05K+KaiTi" w:hAnsi="Ddylr05K+KaiTi" w:eastAsia="Ddylr05K+KaiTi"/>
          <w:b/>
          <w:color w:val="000000"/>
          <w:sz w:val="28"/>
        </w:rPr>
        <w:t>0</w:t>
      </w:r>
      <w:r>
        <w:rPr>
          <w:spacing w:val="6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的为一级；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5.</w:t>
      </w:r>
      <w:r>
        <w:rPr>
          <w:rFonts w:ascii="Ddylr05K+KaiTi" w:hAnsi="Ddylr05K+KaiTi" w:eastAsia="Ddylr05K+KaiTi"/>
          <w:b/>
          <w:color w:val="000000"/>
          <w:sz w:val="28"/>
        </w:rPr>
        <w:t>0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&gt;分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值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≥</w:t>
      </w:r>
      <w:r>
        <w:rPr>
          <w:rFonts w:ascii="Ddylr05K+KaiTi" w:hAnsi="Ddylr05K+KaiTi" w:eastAsia="Ddylr05K+KaiTi"/>
          <w:b/>
          <w:color w:val="000000"/>
          <w:sz w:val="28"/>
        </w:rPr>
        <w:t>4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.</w:t>
      </w:r>
      <w:r>
        <w:rPr>
          <w:rFonts w:ascii="Ddylr05K+KaiTi" w:hAnsi="Ddylr05K+KaiTi" w:eastAsia="Ddylr05K+KaiTi"/>
          <w:b/>
          <w:color w:val="000000"/>
          <w:sz w:val="28"/>
        </w:rPr>
        <w:t>0</w:t>
      </w:r>
      <w:r>
        <w:rPr>
          <w:spacing w:val="6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的为二级；4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.0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&gt;</w:t>
      </w:r>
      <w:r>
        <w:rPr>
          <w:rFonts w:ascii="Ddylr05K+KaiTi" w:hAnsi="Ddylr05K+KaiTi" w:eastAsia="Ddylr05K+KaiTi"/>
          <w:b/>
          <w:color w:val="000000"/>
          <w:sz w:val="28"/>
        </w:rPr>
        <w:t>分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值</w:t>
      </w:r>
      <w:r>
        <w:rPr>
          <w:rFonts w:ascii="Ddylr05K+KaiTi" w:hAnsi="Ddylr05K+KaiTi" w:eastAsia="Ddylr05K+KaiTi"/>
          <w:b/>
          <w:color w:val="000000"/>
          <w:sz w:val="28"/>
        </w:rPr>
        <w:t>≥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.</w:t>
      </w:r>
      <w:r>
        <w:rPr>
          <w:rFonts w:ascii="Ddylr05K+KaiTi" w:hAnsi="Ddylr05K+KaiTi" w:eastAsia="Ddylr05K+KaiTi"/>
          <w:b/>
          <w:color w:val="000000"/>
          <w:sz w:val="28"/>
        </w:rPr>
        <w:t>0</w:t>
      </w:r>
      <w:r>
        <w:rPr>
          <w:spacing w:val="6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的三级；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3.</w:t>
      </w:r>
      <w:r>
        <w:rPr>
          <w:rFonts w:ascii="Ddylr05K+KaiTi" w:hAnsi="Ddylr05K+KaiTi" w:eastAsia="Ddylr05K+KaiTi"/>
          <w:b/>
          <w:color w:val="000000"/>
          <w:sz w:val="28"/>
        </w:rPr>
        <w:t>0&gt;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分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值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≥</w:t>
      </w:r>
      <w:r>
        <w:rPr>
          <w:rFonts w:ascii="Ddylr05K+KaiTi" w:hAnsi="Ddylr05K+KaiTi" w:eastAsia="Ddylr05K+KaiTi"/>
          <w:b/>
          <w:color w:val="000000"/>
          <w:sz w:val="28"/>
        </w:rPr>
        <w:t>2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.</w:t>
      </w:r>
      <w:r>
        <w:rPr>
          <w:spacing w:val="72"/>
          <w:rFonts w:ascii="Ddylr05K+KaiTi" w:hAnsi="Ddylr05K+KaiTi" w:eastAsia="Ddylr05K+KaiTi"/>
          <w:b/>
          <w:color w:val="000000"/>
          <w:sz w:val="28"/>
        </w:rPr>
        <w:t>0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二级；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分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值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&lt;</w:t>
      </w:r>
      <w:r>
        <w:rPr>
          <w:rFonts w:ascii="Ddylr05K+KaiTi" w:hAnsi="Ddylr05K+KaiTi" w:eastAsia="Ddylr05K+KaiTi"/>
          <w:b/>
          <w:color w:val="000000"/>
          <w:sz w:val="28"/>
        </w:rPr>
        <w:t>2.</w:t>
      </w:r>
      <w:r>
        <w:rPr>
          <w:rFonts w:ascii="Ddylr05K+KaiTi" w:hAnsi="Ddylr05K+KaiTi" w:eastAsia="Ddylr05K+KaiTi"/>
          <w:b/>
          <w:color w:val="000000"/>
          <w:sz w:val="28"/>
        </w:rPr>
        <w:t>0</w:t>
      </w:r>
      <w:r>
        <w:rPr>
          <w:spacing w:val="66"/>
          <w:rFonts w:ascii="Arial" w:hAnsi="Arial" w:eastAsia="Arial"/>
          <w:b/>
          <w:color w:val="000000"/>
          <w:sz w:val="28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为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五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。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分值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越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高，精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准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度</w:t>
      </w:r>
      <w:r>
        <w:rPr>
          <w:rFonts w:ascii="Ddylr05K+KaiTi" w:hAnsi="Ddylr05K+KaiTi" w:eastAsia="Ddylr05K+KaiTi"/>
          <w:b/>
          <w:color w:val="000000"/>
          <w:sz w:val="28"/>
        </w:rPr>
        <w:t>越</w:t>
      </w:r>
    </w:p>
    <w:p>
      <w:pPr>
        <w:autoSpaceDN w:val="0"/>
        <w:autoSpaceDE w:val="0"/>
        <w:widowControl/>
        <w:spacing w:line="220" w:lineRule="exact" w:before="62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36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86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4686300</wp:posOffset>
            </wp:positionV>
            <wp:extent cx="5422900" cy="2438400"/>
            <wp:wrapNone/>
            <wp:docPr id="49" name="Picture 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24384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2400300</wp:posOffset>
            </wp:positionV>
            <wp:extent cx="5422900" cy="1231900"/>
            <wp:wrapNone/>
            <wp:docPr id="50" name="Picture 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12319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8572500</wp:posOffset>
            </wp:positionV>
            <wp:extent cx="5270500" cy="673100"/>
            <wp:wrapNone/>
            <wp:docPr id="51" name="Picture 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731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82" w:lineRule="exact" w:before="0" w:after="0"/>
        <w:ind w:left="360" w:right="0" w:firstLine="0"/>
        <w:jc w:val="left"/>
      </w:pPr>
      <w:r>
        <w:rPr>
          <w:spacing w:val="-2"/>
          <w:rFonts w:ascii="Ddylr05K+KaiTi" w:hAnsi="Ddylr05K+KaiTi" w:eastAsia="Ddylr05K+KaiTi"/>
          <w:b/>
          <w:color w:val="000000"/>
          <w:sz w:val="28"/>
        </w:rPr>
        <w:t>高</w:t>
      </w:r>
      <w:r>
        <w:rPr>
          <w:rFonts w:ascii="Ddylr05K+KaiTi" w:hAnsi="Ddylr05K+KaiTi" w:eastAsia="Ddylr05K+KaiTi"/>
          <w:b/>
          <w:color w:val="000000"/>
          <w:sz w:val="28"/>
        </w:rPr>
        <w:t>。</w:t>
      </w:r>
    </w:p>
    <w:p>
      <w:pPr>
        <w:autoSpaceDN w:val="0"/>
        <w:tabs>
          <w:tab w:pos="730" w:val="left"/>
        </w:tabs>
        <w:autoSpaceDE w:val="0"/>
        <w:widowControl/>
        <w:spacing w:line="624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1</w:t>
      </w:r>
      <w:r>
        <w:rPr>
          <w:rFonts w:ascii="Ddylr05K+KaiTi" w:hAnsi="Ddylr05K+KaiTi" w:eastAsia="Ddylr05K+KaiTi"/>
          <w:b/>
          <w:color w:val="000000"/>
          <w:sz w:val="28"/>
        </w:rPr>
        <w:t>)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活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动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水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平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数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据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按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照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采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集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来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源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分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为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三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类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，并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分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别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服</w:t>
      </w:r>
      <w:r>
        <w:rPr>
          <w:rFonts w:ascii="Ddylr05K+KaiTi" w:hAnsi="Ddylr05K+KaiTi" w:eastAsia="Ddylr05K+KaiTi"/>
          <w:b/>
          <w:color w:val="000000"/>
          <w:sz w:val="28"/>
        </w:rPr>
        <w:t>务</w:t>
      </w:r>
      <w:r>
        <w:rPr>
          <w:spacing w:val="78"/>
          <w:rFonts w:ascii="Arial" w:hAnsi="Arial" w:eastAsia="Arial"/>
          <w:b/>
          <w:color w:val="000000"/>
          <w:sz w:val="28"/>
        </w:rPr>
        <w:t xml:space="preserve"> 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1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、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3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、</w:t>
      </w:r>
      <w:r>
        <w:rPr>
          <w:rFonts w:ascii="Ddylr05K+KaiTi" w:hAnsi="Ddylr05K+KaiTi" w:eastAsia="Ddylr05K+KaiTi"/>
          <w:b/>
          <w:color w:val="000000"/>
          <w:sz w:val="28"/>
        </w:rPr>
        <w:t>6</w:t>
      </w:r>
      <w:r>
        <w:rPr>
          <w:spacing w:val="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的</w:t>
      </w:r>
      <w:r>
        <w:tab/>
      </w:r>
      <w:r>
        <w:rPr>
          <w:rFonts w:ascii="Ddylr05K+KaiTi" w:hAnsi="Ddylr05K+KaiTi" w:eastAsia="Ddylr05K+KaiTi"/>
          <w:b/>
          <w:color w:val="000000"/>
          <w:sz w:val="28"/>
        </w:rPr>
        <w:t>分值。如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下</w:t>
      </w:r>
      <w:r>
        <w:rPr>
          <w:rFonts w:ascii="Ddylr05K+KaiTi" w:hAnsi="Ddylr05K+KaiTi" w:eastAsia="Ddylr05K+KaiTi"/>
          <w:b/>
          <w:color w:val="000000"/>
          <w:sz w:val="28"/>
        </w:rPr>
        <w:t>表所示</w:t>
      </w:r>
    </w:p>
    <w:p>
      <w:pPr>
        <w:autoSpaceDN w:val="0"/>
        <w:autoSpaceDE w:val="0"/>
        <w:widowControl/>
        <w:spacing w:line="240" w:lineRule="exact" w:before="284" w:after="0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1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9</w:t>
      </w:r>
      <w:r>
        <w:rPr>
          <w:rFonts w:ascii="Ddylr05K+KaiTi" w:hAnsi="Ddylr05K+KaiTi" w:eastAsia="Ddylr05K+KaiTi"/>
          <w:b/>
          <w:color w:val="000000"/>
          <w:sz w:val="24"/>
        </w:rPr>
        <w:t>活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动</w:t>
      </w:r>
      <w:r>
        <w:rPr>
          <w:rFonts w:ascii="Ddylr05K+KaiTi" w:hAnsi="Ddylr05K+KaiTi" w:eastAsia="Ddylr05K+KaiTi"/>
          <w:b/>
          <w:color w:val="000000"/>
          <w:sz w:val="24"/>
        </w:rPr>
        <w:t>水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平</w:t>
      </w:r>
      <w:r>
        <w:rPr>
          <w:rFonts w:ascii="Ddylr05K+KaiTi" w:hAnsi="Ddylr05K+KaiTi" w:eastAsia="Ddylr05K+KaiTi"/>
          <w:b/>
          <w:color w:val="000000"/>
          <w:sz w:val="24"/>
        </w:rPr>
        <w:t>数据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按</w:t>
      </w:r>
      <w:r>
        <w:rPr>
          <w:rFonts w:ascii="Ddylr05K+KaiTi" w:hAnsi="Ddylr05K+KaiTi" w:eastAsia="Ddylr05K+KaiTi"/>
          <w:b/>
          <w:color w:val="000000"/>
          <w:sz w:val="24"/>
        </w:rPr>
        <w:t>照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采</w:t>
      </w:r>
      <w:r>
        <w:rPr>
          <w:rFonts w:ascii="Ddylr05K+KaiTi" w:hAnsi="Ddylr05K+KaiTi" w:eastAsia="Ddylr05K+KaiTi"/>
          <w:b/>
          <w:color w:val="000000"/>
          <w:sz w:val="24"/>
        </w:rPr>
        <w:t>集来源</w:t>
      </w:r>
    </w:p>
    <w:p>
      <w:pPr>
        <w:autoSpaceDN w:val="0"/>
        <w:tabs>
          <w:tab w:pos="5858" w:val="left"/>
        </w:tabs>
        <w:autoSpaceDE w:val="0"/>
        <w:widowControl/>
        <w:spacing w:line="240" w:lineRule="exact" w:before="238" w:after="0"/>
        <w:ind w:left="36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活动水平数据采集分类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>赋予分值</w:t>
      </w:r>
    </w:p>
    <w:p>
      <w:pPr>
        <w:autoSpaceDN w:val="0"/>
        <w:tabs>
          <w:tab w:pos="6278" w:val="left"/>
        </w:tabs>
        <w:autoSpaceDE w:val="0"/>
        <w:widowControl/>
        <w:spacing w:line="240" w:lineRule="exact" w:before="240" w:after="0"/>
        <w:ind w:left="36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自动连续测量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>6</w:t>
      </w:r>
    </w:p>
    <w:p>
      <w:pPr>
        <w:autoSpaceDN w:val="0"/>
        <w:tabs>
          <w:tab w:pos="6278" w:val="left"/>
        </w:tabs>
        <w:autoSpaceDE w:val="0"/>
        <w:widowControl/>
        <w:spacing w:line="240" w:lineRule="exact" w:before="238" w:after="0"/>
        <w:ind w:left="36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定期测量/铭牌资料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>3</w:t>
      </w:r>
    </w:p>
    <w:p>
      <w:pPr>
        <w:autoSpaceDN w:val="0"/>
        <w:tabs>
          <w:tab w:pos="6278" w:val="left"/>
        </w:tabs>
        <w:autoSpaceDE w:val="0"/>
        <w:widowControl/>
        <w:spacing w:line="240" w:lineRule="exact" w:before="236" w:after="0"/>
        <w:ind w:left="360" w:right="0" w:firstLine="0"/>
        <w:jc w:val="left"/>
      </w:pPr>
      <w:r>
        <w:rPr>
          <w:rFonts w:ascii="Ddylr05K+KaiTi" w:hAnsi="Ddylr05K+KaiTi" w:eastAsia="Ddylr05K+KaiTi"/>
          <w:color w:val="000000"/>
          <w:sz w:val="24"/>
        </w:rPr>
        <w:t>自行推估</w:t>
      </w:r>
      <w:r>
        <w:tab/>
      </w:r>
      <w:r>
        <w:rPr>
          <w:rFonts w:ascii="Ddylr05K+KaiTi" w:hAnsi="Ddylr05K+KaiTi" w:eastAsia="Ddylr05K+KaiTi"/>
          <w:color w:val="000000"/>
          <w:sz w:val="24"/>
        </w:rPr>
        <w:t>1</w:t>
      </w:r>
    </w:p>
    <w:p>
      <w:pPr>
        <w:autoSpaceDN w:val="0"/>
        <w:tabs>
          <w:tab w:pos="730" w:val="left"/>
        </w:tabs>
        <w:autoSpaceDE w:val="0"/>
        <w:widowControl/>
        <w:spacing w:line="600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2</w:t>
      </w:r>
      <w:r>
        <w:rPr>
          <w:rFonts w:ascii="Ddylr05K+KaiTi" w:hAnsi="Ddylr05K+KaiTi" w:eastAsia="Ddylr05K+KaiTi"/>
          <w:b/>
          <w:color w:val="000000"/>
          <w:sz w:val="28"/>
        </w:rPr>
        <w:t>)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排</w:t>
      </w:r>
      <w:r>
        <w:rPr>
          <w:rFonts w:ascii="Ddylr05K+KaiTi" w:hAnsi="Ddylr05K+KaiTi" w:eastAsia="Ddylr05K+KaiTi"/>
          <w:b/>
          <w:color w:val="000000"/>
          <w:sz w:val="28"/>
        </w:rPr>
        <w:t>放因子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类</w:t>
      </w:r>
      <w:r>
        <w:rPr>
          <w:rFonts w:ascii="Ddylr05K+KaiTi" w:hAnsi="Ddylr05K+KaiTi" w:eastAsia="Ddylr05K+KaiTi"/>
          <w:b/>
          <w:color w:val="000000"/>
          <w:sz w:val="28"/>
        </w:rPr>
        <w:t>别和等级按照采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集</w:t>
      </w:r>
      <w:r>
        <w:rPr>
          <w:rFonts w:ascii="Ddylr05K+KaiTi" w:hAnsi="Ddylr05K+KaiTi" w:eastAsia="Ddylr05K+KaiTi"/>
          <w:b/>
          <w:color w:val="000000"/>
          <w:sz w:val="28"/>
        </w:rPr>
        <w:t>来源分为六类，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并</w:t>
      </w:r>
      <w:r>
        <w:rPr>
          <w:rFonts w:ascii="Ddylr05K+KaiTi" w:hAnsi="Ddylr05K+KaiTi" w:eastAsia="Ddylr05K+KaiTi"/>
          <w:b/>
          <w:color w:val="000000"/>
          <w:sz w:val="28"/>
        </w:rPr>
        <w:t>分别赋</w:t>
      </w:r>
      <w:r>
        <w:rPr>
          <w:spacing w:val="68"/>
          <w:rFonts w:ascii="Ddylr05K+KaiTi" w:hAnsi="Ddylr05K+KaiTi" w:eastAsia="Ddylr05K+KaiTi"/>
          <w:b/>
          <w:color w:val="000000"/>
          <w:sz w:val="28"/>
        </w:rPr>
        <w:t>予</w:t>
      </w:r>
      <w:r>
        <w:rPr>
          <w:rFonts w:ascii="Ddylr05K+KaiTi" w:hAnsi="Ddylr05K+KaiTi" w:eastAsia="Ddylr05K+KaiTi"/>
          <w:b/>
          <w:color w:val="000000"/>
          <w:sz w:val="28"/>
        </w:rPr>
        <w:t>1、2、</w:t>
      </w:r>
      <w:r>
        <w:tab/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、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4</w:t>
      </w:r>
      <w:r>
        <w:rPr>
          <w:rFonts w:ascii="Ddylr05K+KaiTi" w:hAnsi="Ddylr05K+KaiTi" w:eastAsia="Ddylr05K+KaiTi"/>
          <w:b/>
          <w:color w:val="000000"/>
          <w:sz w:val="28"/>
        </w:rPr>
        <w:t>、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5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、</w:t>
      </w:r>
      <w:r>
        <w:rPr>
          <w:rFonts w:ascii="Ddylr05K+KaiTi" w:hAnsi="Ddylr05K+KaiTi" w:eastAsia="Ddylr05K+KaiTi"/>
          <w:b/>
          <w:color w:val="000000"/>
          <w:sz w:val="28"/>
        </w:rPr>
        <w:t>6</w:t>
      </w:r>
      <w:r>
        <w:rPr>
          <w:spacing w:val="6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的分值。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如</w:t>
      </w:r>
      <w:r>
        <w:rPr>
          <w:rFonts w:ascii="Ddylr05K+KaiTi" w:hAnsi="Ddylr05K+KaiTi" w:eastAsia="Ddylr05K+KaiTi"/>
          <w:b/>
          <w:color w:val="000000"/>
          <w:sz w:val="28"/>
        </w:rPr>
        <w:t>下表所示：</w:t>
      </w:r>
    </w:p>
    <w:p>
      <w:pPr>
        <w:autoSpaceDN w:val="0"/>
        <w:autoSpaceDE w:val="0"/>
        <w:widowControl/>
        <w:spacing w:line="240" w:lineRule="exact" w:before="330" w:after="98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2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0</w:t>
      </w:r>
      <w:r>
        <w:rPr>
          <w:rFonts w:ascii="Ddylr05K+KaiTi" w:hAnsi="Ddylr05K+KaiTi" w:eastAsia="Ddylr05K+KaiTi"/>
          <w:b/>
          <w:color w:val="000000"/>
          <w:sz w:val="24"/>
        </w:rPr>
        <w:t>排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放</w:t>
      </w:r>
      <w:r>
        <w:rPr>
          <w:rFonts w:ascii="Ddylr05K+KaiTi" w:hAnsi="Ddylr05K+KaiTi" w:eastAsia="Ddylr05K+KaiTi"/>
          <w:b/>
          <w:color w:val="000000"/>
          <w:sz w:val="24"/>
        </w:rPr>
        <w:t>因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子</w:t>
      </w:r>
      <w:r>
        <w:rPr>
          <w:rFonts w:ascii="Ddylr05K+KaiTi" w:hAnsi="Ddylr05K+KaiTi" w:eastAsia="Ddylr05K+KaiTi"/>
          <w:b/>
          <w:color w:val="000000"/>
          <w:sz w:val="24"/>
        </w:rPr>
        <w:t>类别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和</w:t>
      </w:r>
      <w:r>
        <w:rPr>
          <w:rFonts w:ascii="Ddylr05K+KaiTi" w:hAnsi="Ddylr05K+KaiTi" w:eastAsia="Ddylr05K+KaiTi"/>
          <w:b/>
          <w:color w:val="000000"/>
          <w:sz w:val="24"/>
        </w:rPr>
        <w:t>等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级</w:t>
      </w:r>
      <w:r>
        <w:rPr>
          <w:rFonts w:ascii="Ddylr05K+KaiTi" w:hAnsi="Ddylr05K+KaiTi" w:eastAsia="Ddylr05K+KaiTi"/>
          <w:b/>
          <w:color w:val="000000"/>
          <w:sz w:val="24"/>
        </w:rPr>
        <w:t>按照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采</w:t>
      </w:r>
      <w:r>
        <w:rPr>
          <w:rFonts w:ascii="Ddylr05K+KaiTi" w:hAnsi="Ddylr05K+KaiTi" w:eastAsia="Ddylr05K+KaiTi"/>
          <w:b/>
          <w:color w:val="000000"/>
          <w:sz w:val="24"/>
        </w:rPr>
        <w:t>集来源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80.0" w:type="dxa"/>
      </w:tblPr>
      <w:tblGrid>
        <w:gridCol w:w="1000"/>
        <w:gridCol w:w="2880"/>
        <w:gridCol w:w="1260"/>
        <w:gridCol w:w="1200"/>
        <w:gridCol w:w="2220"/>
      </w:tblGrid>
      <w:tr>
        <w:trPr>
          <w:trHeight w:hRule="exact" w:val="414"/>
        </w:trPr>
        <w:tc>
          <w:tcPr>
            <w:tcW w:type="dxa" w:w="10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96" w:after="0"/>
              <w:ind w:left="0" w:right="22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项目</w:t>
            </w:r>
          </w:p>
        </w:tc>
        <w:tc>
          <w:tcPr>
            <w:tcW w:type="dxa" w:w="2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96" w:after="0"/>
              <w:ind w:left="0" w:right="64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排放因子来源</w:t>
            </w:r>
          </w:p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排放因子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排放因子</w:t>
            </w:r>
          </w:p>
        </w:tc>
        <w:tc>
          <w:tcPr>
            <w:tcW w:type="dxa" w:w="2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9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备注</w:t>
            </w:r>
          </w:p>
        </w:tc>
      </w:tr>
      <w:tr>
        <w:trPr>
          <w:trHeight w:hRule="exact" w:val="340"/>
        </w:trPr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类别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赋值</w:t>
            </w:r>
          </w:p>
        </w:tc>
        <w:tc>
          <w:tcPr>
            <w:tcW w:type="dxa" w:w="1805"/>
            <w:vMerge/>
          </w:tcPr>
          <w:p/>
        </w:tc>
      </w:tr>
      <w:tr>
        <w:trPr>
          <w:trHeight w:hRule="exact" w:val="440"/>
        </w:trPr>
        <w:tc>
          <w:tcPr>
            <w:tcW w:type="dxa" w:w="10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52" w:after="0"/>
              <w:ind w:left="0" w:right="40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</w:t>
            </w:r>
          </w:p>
        </w:tc>
        <w:tc>
          <w:tcPr>
            <w:tcW w:type="dxa" w:w="2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52" w:after="0"/>
              <w:ind w:left="2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测量/质量平衡所得因子</w:t>
            </w:r>
          </w:p>
        </w:tc>
        <w:tc>
          <w:tcPr>
            <w:tcW w:type="dxa" w:w="12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5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5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6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4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排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放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因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子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类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别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是计</w:t>
            </w:r>
          </w:p>
        </w:tc>
      </w:tr>
      <w:tr>
        <w:trPr>
          <w:trHeight w:hRule="exact" w:val="160"/>
        </w:trPr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22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6" w:after="0"/>
              <w:ind w:left="0" w:right="0" w:firstLine="0"/>
              <w:jc w:val="center"/>
            </w:pPr>
            <w:r>
              <w:rPr>
                <w:spacing w:val="40"/>
                <w:rFonts w:ascii="Ddylr05K+KaiTi" w:hAnsi="Ddylr05K+KaiTi" w:eastAsia="Ddylr05K+KaiTi"/>
                <w:color w:val="000000"/>
                <w:sz w:val="24"/>
              </w:rPr>
              <w:t>算</w:t>
            </w:r>
            <w:r>
              <w:rPr>
                <w:spacing w:val="44"/>
                <w:rFonts w:ascii="Ddylr05K+KaiTi" w:hAnsi="Ddylr05K+KaiTi" w:eastAsia="Ddylr05K+KaiTi"/>
                <w:color w:val="000000"/>
                <w:sz w:val="24"/>
              </w:rPr>
              <w:t>排</w:t>
            </w:r>
            <w:r>
              <w:rPr>
                <w:spacing w:val="40"/>
                <w:rFonts w:ascii="Ddylr05K+KaiTi" w:hAnsi="Ddylr05K+KaiTi" w:eastAsia="Ddylr05K+KaiTi"/>
                <w:color w:val="000000"/>
                <w:sz w:val="24"/>
              </w:rPr>
              <w:t>放</w:t>
            </w:r>
            <w:r>
              <w:rPr>
                <w:spacing w:val="42"/>
                <w:rFonts w:ascii="Ddylr05K+KaiTi" w:hAnsi="Ddylr05K+KaiTi" w:eastAsia="Ddylr05K+KaiTi"/>
                <w:color w:val="000000"/>
                <w:sz w:val="24"/>
              </w:rPr>
              <w:t>量时的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参</w:t>
            </w:r>
          </w:p>
        </w:tc>
      </w:tr>
      <w:tr>
        <w:trPr>
          <w:trHeight w:hRule="exact" w:val="160"/>
        </w:trPr>
        <w:tc>
          <w:tcPr>
            <w:tcW w:type="dxa" w:w="10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2" w:after="0"/>
              <w:ind w:left="0" w:right="40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</w:t>
            </w:r>
          </w:p>
        </w:tc>
        <w:tc>
          <w:tcPr>
            <w:tcW w:type="dxa" w:w="2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2" w:after="0"/>
              <w:ind w:left="2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同制程/设备经验因子</w:t>
            </w:r>
          </w:p>
        </w:tc>
        <w:tc>
          <w:tcPr>
            <w:tcW w:type="dxa" w:w="12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5</w:t>
            </w:r>
          </w:p>
        </w:tc>
        <w:tc>
          <w:tcPr>
            <w:tcW w:type="dxa" w:w="1805"/>
            <w:vMerge/>
          </w:tcPr>
          <w:p/>
        </w:tc>
      </w:tr>
      <w:tr>
        <w:trPr>
          <w:trHeight w:hRule="exact" w:val="320"/>
        </w:trPr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可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分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成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六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类，</w:t>
            </w:r>
          </w:p>
        </w:tc>
      </w:tr>
      <w:tr>
        <w:trPr>
          <w:trHeight w:hRule="exact" w:val="300"/>
        </w:trPr>
        <w:tc>
          <w:tcPr>
            <w:tcW w:type="dxa" w:w="10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0" w:right="40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</w:t>
            </w:r>
          </w:p>
        </w:tc>
        <w:tc>
          <w:tcPr>
            <w:tcW w:type="dxa" w:w="2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2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制造厂提供因子</w:t>
            </w:r>
          </w:p>
        </w:tc>
        <w:tc>
          <w:tcPr>
            <w:tcW w:type="dxa" w:w="12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4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0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数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字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号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小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表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示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起精</w:t>
            </w:r>
          </w:p>
        </w:tc>
      </w:tr>
      <w:tr>
        <w:trPr>
          <w:trHeight w:hRule="exact" w:val="300"/>
        </w:trPr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2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准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度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越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高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。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排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放因</w:t>
            </w:r>
          </w:p>
        </w:tc>
      </w:tr>
      <w:tr>
        <w:trPr>
          <w:trHeight w:hRule="exact" w:val="360"/>
        </w:trPr>
        <w:tc>
          <w:tcPr>
            <w:tcW w:type="dxa" w:w="10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" w:after="0"/>
              <w:ind w:left="0" w:right="40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4</w:t>
            </w:r>
          </w:p>
        </w:tc>
        <w:tc>
          <w:tcPr>
            <w:tcW w:type="dxa" w:w="2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" w:after="0"/>
              <w:ind w:left="2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区域排放因子</w:t>
            </w:r>
          </w:p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4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子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等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级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分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值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代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表数</w:t>
            </w:r>
          </w:p>
        </w:tc>
      </w:tr>
      <w:tr>
        <w:trPr>
          <w:trHeight w:hRule="exact" w:val="280"/>
        </w:trPr>
        <w:tc>
          <w:tcPr>
            <w:tcW w:type="dxa" w:w="10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4" w:after="0"/>
              <w:ind w:left="0" w:right="40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5</w:t>
            </w:r>
          </w:p>
        </w:tc>
        <w:tc>
          <w:tcPr>
            <w:tcW w:type="dxa" w:w="2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4" w:after="0"/>
              <w:ind w:left="2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国内排放因子</w:t>
            </w:r>
          </w:p>
        </w:tc>
        <w:tc>
          <w:tcPr>
            <w:tcW w:type="dxa" w:w="12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5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2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据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的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精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准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4"/>
              </w:rPr>
              <w:t>度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4"/>
              </w:rPr>
              <w:t>，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越精</w:t>
            </w:r>
          </w:p>
        </w:tc>
      </w:tr>
      <w:tr>
        <w:trPr>
          <w:trHeight w:hRule="exact" w:val="300"/>
        </w:trPr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1805"/>
            <w:vMerge/>
          </w:tcPr>
          <w:p/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8" w:after="0"/>
              <w:ind w:left="0" w:right="0" w:firstLine="0"/>
              <w:jc w:val="center"/>
            </w:pPr>
            <w:r>
              <w:rPr>
                <w:spacing w:val="10"/>
                <w:rFonts w:ascii="Ddylr05K+KaiTi" w:hAnsi="Ddylr05K+KaiTi" w:eastAsia="Ddylr05K+KaiTi"/>
                <w:color w:val="000000"/>
                <w:sz w:val="24"/>
              </w:rPr>
              <w:t>准分</w:t>
            </w:r>
            <w:r>
              <w:rPr>
                <w:spacing w:val="8"/>
                <w:rFonts w:ascii="Ddylr05K+KaiTi" w:hAnsi="Ddylr05K+KaiTi" w:eastAsia="Ddylr05K+KaiTi"/>
                <w:color w:val="000000"/>
                <w:sz w:val="24"/>
              </w:rPr>
              <w:t>值</w:t>
            </w:r>
            <w:r>
              <w:rPr>
                <w:spacing w:val="12"/>
                <w:rFonts w:ascii="Ddylr05K+KaiTi" w:hAnsi="Ddylr05K+KaiTi" w:eastAsia="Ddylr05K+KaiTi"/>
                <w:color w:val="000000"/>
                <w:sz w:val="24"/>
              </w:rPr>
              <w:t>越</w:t>
            </w:r>
            <w:r>
              <w:rPr>
                <w:spacing w:val="10"/>
                <w:rFonts w:ascii="Ddylr05K+KaiTi" w:hAnsi="Ddylr05K+KaiTi" w:eastAsia="Ddylr05K+KaiTi"/>
                <w:color w:val="000000"/>
                <w:sz w:val="24"/>
              </w:rPr>
              <w:t>大，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由</w:t>
            </w:r>
            <w:r>
              <w:rPr>
                <w:spacing w:val="3"/>
                <w:rFonts w:ascii="Arial" w:hAnsi="Arial" w:eastAsia="Arial"/>
                <w:color w:val="000000"/>
                <w:sz w:val="24"/>
              </w:rPr>
              <w:t xml:space="preserve"> 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1</w:t>
            </w:r>
          </w:p>
        </w:tc>
      </w:tr>
      <w:tr>
        <w:trPr>
          <w:trHeight w:hRule="exact" w:val="350"/>
        </w:trPr>
        <w:tc>
          <w:tcPr>
            <w:tcW w:type="dxa" w:w="10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" w:after="0"/>
              <w:ind w:left="0" w:right="40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6</w:t>
            </w:r>
          </w:p>
        </w:tc>
        <w:tc>
          <w:tcPr>
            <w:tcW w:type="dxa" w:w="2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" w:after="0"/>
              <w:ind w:left="22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国际排放因子</w:t>
            </w:r>
          </w:p>
        </w:tc>
        <w:tc>
          <w:tcPr>
            <w:tcW w:type="dxa" w:w="12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6</w:t>
            </w:r>
          </w:p>
        </w:tc>
        <w:tc>
          <w:tcPr>
            <w:tcW w:type="dxa" w:w="12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</w:t>
            </w:r>
          </w:p>
        </w:tc>
        <w:tc>
          <w:tcPr>
            <w:tcW w:type="dxa" w:w="22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0" w:after="0"/>
              <w:ind w:left="112" w:right="0" w:firstLine="0"/>
              <w:jc w:val="left"/>
            </w:pPr>
            <w:r>
              <w:rPr>
                <w:spacing w:val="60"/>
                <w:rFonts w:ascii="Ddylr05K+KaiTi" w:hAnsi="Ddylr05K+KaiTi" w:eastAsia="Ddylr05K+KaiTi"/>
                <w:color w:val="000000"/>
                <w:sz w:val="24"/>
              </w:rPr>
              <w:t>至6</w:t>
            </w:r>
            <w:r>
              <w:rPr>
                <w:rFonts w:ascii="Ddylr05K+KaiTi" w:hAnsi="Ddylr05K+KaiTi" w:eastAsia="Ddylr05K+KaiTi"/>
                <w:color w:val="000000"/>
                <w:sz w:val="24"/>
              </w:rPr>
              <w:t>表示。</w:t>
            </w:r>
          </w:p>
        </w:tc>
      </w:tr>
    </w:tbl>
    <w:p>
      <w:pPr>
        <w:autoSpaceDN w:val="0"/>
        <w:autoSpaceDE w:val="0"/>
        <w:widowControl/>
        <w:spacing w:line="556" w:lineRule="exact" w:before="0" w:after="0"/>
        <w:ind w:left="360" w:right="288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）仪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表</w:t>
      </w:r>
      <w:r>
        <w:rPr>
          <w:rFonts w:ascii="Ddylr05K+KaiTi" w:hAnsi="Ddylr05K+KaiTi" w:eastAsia="Ddylr05K+KaiTi"/>
          <w:b/>
          <w:color w:val="000000"/>
          <w:sz w:val="28"/>
        </w:rPr>
        <w:t>校正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等</w:t>
      </w:r>
      <w:r>
        <w:rPr>
          <w:rFonts w:ascii="Ddylr05K+KaiTi" w:hAnsi="Ddylr05K+KaiTi" w:eastAsia="Ddylr05K+KaiTi"/>
          <w:b/>
          <w:color w:val="000000"/>
          <w:sz w:val="28"/>
        </w:rPr>
        <w:t>级按照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校</w:t>
      </w:r>
      <w:r>
        <w:rPr>
          <w:rFonts w:ascii="Ddylr05K+KaiTi" w:hAnsi="Ddylr05K+KaiTi" w:eastAsia="Ddylr05K+KaiTi"/>
          <w:b/>
          <w:color w:val="000000"/>
          <w:sz w:val="28"/>
        </w:rPr>
        <w:t>准情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况</w:t>
      </w:r>
      <w:r>
        <w:rPr>
          <w:rFonts w:ascii="Ddylr05K+KaiTi" w:hAnsi="Ddylr05K+KaiTi" w:eastAsia="Ddylr05K+KaiTi"/>
          <w:b/>
          <w:color w:val="000000"/>
          <w:sz w:val="28"/>
        </w:rPr>
        <w:t>，分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别</w:t>
      </w:r>
      <w:r>
        <w:rPr>
          <w:rFonts w:ascii="Ddylr05K+KaiTi" w:hAnsi="Ddylr05K+KaiTi" w:eastAsia="Ddylr05K+KaiTi"/>
          <w:b/>
          <w:color w:val="000000"/>
          <w:sz w:val="28"/>
        </w:rPr>
        <w:t>赋</w:t>
      </w:r>
      <w:r>
        <w:rPr>
          <w:spacing w:val="70"/>
          <w:rFonts w:ascii="Ddylr05K+KaiTi" w:hAnsi="Ddylr05K+KaiTi" w:eastAsia="Ddylr05K+KaiTi"/>
          <w:b/>
          <w:color w:val="000000"/>
          <w:sz w:val="28"/>
        </w:rPr>
        <w:t>值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6</w:t>
      </w:r>
      <w:r>
        <w:rPr>
          <w:rFonts w:ascii="Ddylr05K+KaiTi" w:hAnsi="Ddylr05K+KaiTi" w:eastAsia="Ddylr05K+KaiTi"/>
          <w:b/>
          <w:color w:val="000000"/>
          <w:sz w:val="28"/>
        </w:rPr>
        <w:t>、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、</w:t>
      </w:r>
      <w:r>
        <w:rPr>
          <w:spacing w:val="74"/>
          <w:rFonts w:ascii="Ddylr05K+KaiTi" w:hAnsi="Ddylr05K+KaiTi" w:eastAsia="Ddylr05K+KaiTi"/>
          <w:b/>
          <w:color w:val="000000"/>
          <w:sz w:val="28"/>
        </w:rPr>
        <w:t>1</w:t>
      </w:r>
      <w:r>
        <w:rPr>
          <w:rFonts w:ascii="Ddylr05K+KaiTi" w:hAnsi="Ddylr05K+KaiTi" w:eastAsia="Ddylr05K+KaiTi"/>
          <w:b/>
          <w:color w:val="000000"/>
          <w:sz w:val="28"/>
        </w:rPr>
        <w:t>的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分</w:t>
      </w:r>
      <w:r>
        <w:rPr>
          <w:rFonts w:ascii="Ddylr05K+KaiTi" w:hAnsi="Ddylr05K+KaiTi" w:eastAsia="Ddylr05K+KaiTi"/>
          <w:b/>
          <w:color w:val="000000"/>
          <w:sz w:val="28"/>
        </w:rPr>
        <w:t>值。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如</w:t>
      </w:r>
      <w:r>
        <w:rPr>
          <w:rFonts w:ascii="Ddylr05K+KaiTi" w:hAnsi="Ddylr05K+KaiTi" w:eastAsia="Ddylr05K+KaiTi"/>
          <w:b/>
          <w:color w:val="000000"/>
          <w:sz w:val="28"/>
        </w:rPr>
        <w:t>下表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所</w:t>
      </w:r>
      <w:r>
        <w:rPr>
          <w:rFonts w:ascii="Ddylr05K+KaiTi" w:hAnsi="Ddylr05K+KaiTi" w:eastAsia="Ddylr05K+KaiTi"/>
          <w:b/>
          <w:color w:val="000000"/>
          <w:sz w:val="28"/>
        </w:rPr>
        <w:t>示:</w:t>
      </w:r>
    </w:p>
    <w:p>
      <w:pPr>
        <w:autoSpaceDN w:val="0"/>
        <w:autoSpaceDE w:val="0"/>
        <w:widowControl/>
        <w:spacing w:line="280" w:lineRule="exact" w:before="344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4</w:t>
      </w:r>
      <w:r>
        <w:rPr>
          <w:rFonts w:ascii="Ddylr05K+KaiTi" w:hAnsi="Ddylr05K+KaiTi" w:eastAsia="Ddylr05K+KaiTi"/>
          <w:b/>
          <w:color w:val="000000"/>
          <w:sz w:val="28"/>
        </w:rPr>
        <w:t>）仪表校验等级</w:t>
      </w:r>
    </w:p>
    <w:p>
      <w:pPr>
        <w:autoSpaceDN w:val="0"/>
        <w:autoSpaceDE w:val="0"/>
        <w:widowControl/>
        <w:spacing w:line="240" w:lineRule="exact" w:before="328" w:after="102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2</w:t>
      </w:r>
      <w:r>
        <w:rPr>
          <w:spacing w:val="60"/>
          <w:rFonts w:ascii="Ddylr05K+KaiTi" w:hAnsi="Ddylr05K+KaiTi" w:eastAsia="Ddylr05K+KaiTi"/>
          <w:b/>
          <w:color w:val="000000"/>
          <w:sz w:val="24"/>
        </w:rPr>
        <w:t>1</w:t>
      </w:r>
      <w:r>
        <w:rPr>
          <w:rFonts w:ascii="Ddylr05K+KaiTi" w:hAnsi="Ddylr05K+KaiTi" w:eastAsia="Ddylr05K+KaiTi"/>
          <w:b/>
          <w:color w:val="000000"/>
          <w:sz w:val="24"/>
        </w:rPr>
        <w:t>仪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rFonts w:ascii="Ddylr05K+KaiTi" w:hAnsi="Ddylr05K+KaiTi" w:eastAsia="Ddylr05K+KaiTi"/>
          <w:b/>
          <w:color w:val="000000"/>
          <w:sz w:val="24"/>
        </w:rPr>
        <w:t>校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验</w:t>
      </w:r>
      <w:r>
        <w:rPr>
          <w:rFonts w:ascii="Ddylr05K+KaiTi" w:hAnsi="Ddylr05K+KaiTi" w:eastAsia="Ddylr05K+KaiTi"/>
          <w:b/>
          <w:color w:val="000000"/>
          <w:sz w:val="24"/>
        </w:rPr>
        <w:t>等级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20.0" w:type="dxa"/>
      </w:tblPr>
      <w:tblGrid>
        <w:gridCol w:w="1060"/>
        <w:gridCol w:w="4600"/>
        <w:gridCol w:w="2580"/>
      </w:tblGrid>
      <w:tr>
        <w:trPr>
          <w:trHeight w:hRule="exact" w:val="444"/>
        </w:trPr>
        <w:tc>
          <w:tcPr>
            <w:tcW w:type="dxa" w:w="1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24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项目</w:t>
            </w:r>
          </w:p>
        </w:tc>
        <w:tc>
          <w:tcPr>
            <w:tcW w:type="dxa" w:w="4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1140" w:firstLine="0"/>
              <w:jc w:val="right"/>
            </w:pPr>
            <w:r>
              <w:rPr>
                <w:rFonts w:ascii="Ddylr05K+KaiTi" w:hAnsi="Ddylr05K+KaiTi" w:eastAsia="Ddylr05K+KaiTi"/>
                <w:b/>
                <w:color w:val="000000"/>
                <w:sz w:val="24"/>
              </w:rPr>
              <w:t>仪表校正等级</w:t>
            </w:r>
          </w:p>
        </w:tc>
        <w:tc>
          <w:tcPr>
            <w:tcW w:type="dxa" w:w="2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0" w:after="0"/>
              <w:ind w:left="0" w:right="46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赋予分值</w:t>
            </w:r>
          </w:p>
        </w:tc>
      </w:tr>
      <w:tr>
        <w:trPr>
          <w:trHeight w:hRule="exact" w:val="454"/>
        </w:trPr>
        <w:tc>
          <w:tcPr>
            <w:tcW w:type="dxa" w:w="10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54" w:after="0"/>
              <w:ind w:left="0" w:right="42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</w:t>
            </w:r>
          </w:p>
        </w:tc>
        <w:tc>
          <w:tcPr>
            <w:tcW w:type="dxa" w:w="46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32" w:after="0"/>
              <w:ind w:left="26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没有相关规定要求执行</w:t>
            </w:r>
          </w:p>
        </w:tc>
        <w:tc>
          <w:tcPr>
            <w:tcW w:type="dxa" w:w="25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54" w:after="0"/>
              <w:ind w:left="0" w:right="88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20" w:lineRule="exact" w:before="115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37</w:t>
      </w:r>
    </w:p>
    <w:p>
      <w:pPr>
        <w:sectPr>
          <w:pgSz w:w="11906" w:h="17238"/>
          <w:pgMar w:top="806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62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2882900</wp:posOffset>
            </wp:positionV>
            <wp:extent cx="5283200" cy="3035300"/>
            <wp:wrapNone/>
            <wp:docPr id="52" name="Picture 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30353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1295400</wp:posOffset>
            </wp:positionH>
            <wp:positionV relativeFrom="page">
              <wp:posOffset>7480300</wp:posOffset>
            </wp:positionV>
            <wp:extent cx="5194300" cy="2209800"/>
            <wp:wrapNone/>
            <wp:docPr id="53" name="Picture 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22098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914400</wp:posOffset>
            </wp:positionV>
            <wp:extent cx="5270500" cy="990600"/>
            <wp:wrapNone/>
            <wp:docPr id="54" name="Picture 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906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40" w:lineRule="exact" w:before="0" w:after="14"/>
        <w:ind w:left="1646" w:right="0" w:firstLine="0"/>
        <w:jc w:val="left"/>
      </w:pPr>
      <w:r>
        <w:rPr>
          <w:spacing w:val="8"/>
          <w:rFonts w:ascii="Ddylr05K+KaiTi" w:hAnsi="Ddylr05K+KaiTi" w:eastAsia="Ddylr05K+KaiTi"/>
          <w:color w:val="000000"/>
          <w:sz w:val="24"/>
        </w:rPr>
        <w:t>没</w:t>
      </w:r>
      <w:r>
        <w:rPr>
          <w:spacing w:val="10"/>
          <w:rFonts w:ascii="Ddylr05K+KaiTi" w:hAnsi="Ddylr05K+KaiTi" w:eastAsia="Ddylr05K+KaiTi"/>
          <w:color w:val="000000"/>
          <w:sz w:val="24"/>
        </w:rPr>
        <w:t>有</w:t>
      </w:r>
      <w:r>
        <w:rPr>
          <w:spacing w:val="6"/>
          <w:rFonts w:ascii="Ddylr05K+KaiTi" w:hAnsi="Ddylr05K+KaiTi" w:eastAsia="Ddylr05K+KaiTi"/>
          <w:color w:val="000000"/>
          <w:sz w:val="24"/>
        </w:rPr>
        <w:t>规</w:t>
      </w:r>
      <w:r>
        <w:rPr>
          <w:spacing w:val="8"/>
          <w:rFonts w:ascii="Ddylr05K+KaiTi" w:hAnsi="Ddylr05K+KaiTi" w:eastAsia="Ddylr05K+KaiTi"/>
          <w:color w:val="000000"/>
          <w:sz w:val="24"/>
        </w:rPr>
        <w:t>定</w:t>
      </w:r>
      <w:r>
        <w:rPr>
          <w:spacing w:val="10"/>
          <w:rFonts w:ascii="Ddylr05K+KaiTi" w:hAnsi="Ddylr05K+KaiTi" w:eastAsia="Ddylr05K+KaiTi"/>
          <w:color w:val="000000"/>
          <w:sz w:val="24"/>
        </w:rPr>
        <w:t>执</w:t>
      </w:r>
      <w:r>
        <w:rPr>
          <w:spacing w:val="6"/>
          <w:rFonts w:ascii="Ddylr05K+KaiTi" w:hAnsi="Ddylr05K+KaiTi" w:eastAsia="Ddylr05K+KaiTi"/>
          <w:color w:val="000000"/>
          <w:sz w:val="24"/>
        </w:rPr>
        <w:t>行</w:t>
      </w:r>
      <w:r>
        <w:rPr>
          <w:spacing w:val="8"/>
          <w:rFonts w:ascii="Ddylr05K+KaiTi" w:hAnsi="Ddylr05K+KaiTi" w:eastAsia="Ddylr05K+KaiTi"/>
          <w:color w:val="000000"/>
          <w:sz w:val="24"/>
        </w:rPr>
        <w:t>，</w:t>
      </w:r>
      <w:r>
        <w:rPr>
          <w:spacing w:val="10"/>
          <w:rFonts w:ascii="Ddylr05K+KaiTi" w:hAnsi="Ddylr05K+KaiTi" w:eastAsia="Ddylr05K+KaiTi"/>
          <w:color w:val="000000"/>
          <w:sz w:val="24"/>
        </w:rPr>
        <w:t>但</w:t>
      </w:r>
      <w:r>
        <w:rPr>
          <w:spacing w:val="6"/>
          <w:rFonts w:ascii="Ddylr05K+KaiTi" w:hAnsi="Ddylr05K+KaiTi" w:eastAsia="Ddylr05K+KaiTi"/>
          <w:color w:val="000000"/>
          <w:sz w:val="24"/>
        </w:rPr>
        <w:t>数</w:t>
      </w:r>
      <w:r>
        <w:rPr>
          <w:spacing w:val="10"/>
          <w:rFonts w:ascii="Ddylr05K+KaiTi" w:hAnsi="Ddylr05K+KaiTi" w:eastAsia="Ddylr05K+KaiTi"/>
          <w:color w:val="000000"/>
          <w:sz w:val="24"/>
        </w:rPr>
        <w:t>据</w:t>
      </w:r>
      <w:r>
        <w:rPr>
          <w:spacing w:val="8"/>
          <w:rFonts w:ascii="Ddylr05K+KaiTi" w:hAnsi="Ddylr05K+KaiTi" w:eastAsia="Ddylr05K+KaiTi"/>
          <w:color w:val="000000"/>
          <w:sz w:val="24"/>
        </w:rPr>
        <w:t>被</w:t>
      </w:r>
      <w:r>
        <w:rPr>
          <w:spacing w:val="6"/>
          <w:rFonts w:ascii="Ddylr05K+KaiTi" w:hAnsi="Ddylr05K+KaiTi" w:eastAsia="Ddylr05K+KaiTi"/>
          <w:color w:val="000000"/>
          <w:sz w:val="24"/>
        </w:rPr>
        <w:t>认</w:t>
      </w:r>
      <w:r>
        <w:rPr>
          <w:spacing w:val="10"/>
          <w:rFonts w:ascii="Ddylr05K+KaiTi" w:hAnsi="Ddylr05K+KaiTi" w:eastAsia="Ddylr05K+KaiTi"/>
          <w:color w:val="000000"/>
          <w:sz w:val="24"/>
        </w:rPr>
        <w:t>可</w:t>
      </w:r>
      <w:r>
        <w:rPr>
          <w:spacing w:val="8"/>
          <w:rFonts w:ascii="Ddylr05K+KaiTi" w:hAnsi="Ddylr05K+KaiTi" w:eastAsia="Ddylr05K+KaiTi"/>
          <w:color w:val="000000"/>
          <w:sz w:val="24"/>
        </w:rPr>
        <w:t>或</w:t>
      </w:r>
      <w:r>
        <w:rPr>
          <w:spacing w:val="6"/>
          <w:rFonts w:ascii="Ddylr05K+KaiTi" w:hAnsi="Ddylr05K+KaiTi" w:eastAsia="Ddylr05K+KaiTi"/>
          <w:color w:val="000000"/>
          <w:sz w:val="24"/>
        </w:rPr>
        <w:t>有</w:t>
      </w:r>
      <w:r>
        <w:rPr>
          <w:spacing w:val="10"/>
          <w:rFonts w:ascii="Ddylr05K+KaiTi" w:hAnsi="Ddylr05K+KaiTi" w:eastAsia="Ddylr05K+KaiTi"/>
          <w:color w:val="000000"/>
          <w:sz w:val="24"/>
        </w:rPr>
        <w:t>规</w:t>
      </w:r>
      <w:r>
        <w:rPr>
          <w:spacing w:val="8"/>
          <w:rFonts w:ascii="Ddylr05K+KaiTi" w:hAnsi="Ddylr05K+KaiTi" w:eastAsia="Ddylr05K+KaiTi"/>
          <w:color w:val="000000"/>
          <w:sz w:val="24"/>
        </w:rPr>
        <w:t>定</w:t>
      </w:r>
      <w:r>
        <w:rPr>
          <w:spacing w:val="6"/>
          <w:rFonts w:ascii="Ddylr05K+KaiTi" w:hAnsi="Ddylr05K+KaiTi" w:eastAsia="Ddylr05K+KaiTi"/>
          <w:color w:val="000000"/>
          <w:sz w:val="24"/>
        </w:rPr>
        <w:t>执</w:t>
      </w:r>
      <w:r>
        <w:rPr>
          <w:spacing w:val="10"/>
          <w:rFonts w:ascii="Ddylr05K+KaiTi" w:hAnsi="Ddylr05K+KaiTi" w:eastAsia="Ddylr05K+KaiTi"/>
          <w:color w:val="000000"/>
          <w:sz w:val="24"/>
        </w:rPr>
        <w:t>行</w:t>
      </w:r>
      <w:r>
        <w:rPr>
          <w:rFonts w:ascii="Ddylr05K+KaiTi" w:hAnsi="Ddylr05K+KaiTi" w:eastAsia="Ddylr05K+KaiTi"/>
          <w:color w:val="000000"/>
          <w:sz w:val="24"/>
        </w:rPr>
        <w:t>但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00.0" w:type="dxa"/>
      </w:tblPr>
      <w:tblGrid>
        <w:gridCol w:w="900"/>
        <w:gridCol w:w="4740"/>
        <w:gridCol w:w="2300"/>
      </w:tblGrid>
      <w:tr>
        <w:trPr>
          <w:trHeight w:hRule="exact" w:val="502"/>
        </w:trPr>
        <w:tc>
          <w:tcPr>
            <w:tcW w:type="dxa" w:w="9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" w:after="0"/>
              <w:ind w:left="0" w:right="34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2</w:t>
            </w:r>
          </w:p>
        </w:tc>
        <w:tc>
          <w:tcPr>
            <w:tcW w:type="dxa" w:w="47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34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数据不符合要求</w:t>
            </w:r>
          </w:p>
        </w:tc>
        <w:tc>
          <w:tcPr>
            <w:tcW w:type="dxa" w:w="23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" w:after="0"/>
              <w:ind w:left="0" w:right="66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</w:t>
            </w:r>
          </w:p>
        </w:tc>
      </w:tr>
      <w:tr>
        <w:trPr>
          <w:trHeight w:hRule="exact" w:val="586"/>
        </w:trPr>
        <w:tc>
          <w:tcPr>
            <w:tcW w:type="dxa" w:w="9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86" w:after="0"/>
              <w:ind w:left="0" w:right="34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3</w:t>
            </w:r>
          </w:p>
        </w:tc>
        <w:tc>
          <w:tcPr>
            <w:tcW w:type="dxa" w:w="47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58" w:after="0"/>
              <w:ind w:left="34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按规定执行，数据符合要求</w:t>
            </w:r>
          </w:p>
        </w:tc>
        <w:tc>
          <w:tcPr>
            <w:tcW w:type="dxa" w:w="23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86" w:after="0"/>
              <w:ind w:left="0" w:right="660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4"/>
              </w:rPr>
              <w:t>6</w:t>
            </w:r>
          </w:p>
        </w:tc>
      </w:tr>
    </w:tbl>
    <w:p>
      <w:pPr>
        <w:autoSpaceDN w:val="0"/>
        <w:autoSpaceDE w:val="0"/>
        <w:widowControl/>
        <w:spacing w:line="280" w:lineRule="exact" w:before="260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3</w:t>
      </w:r>
      <w:r>
        <w:rPr>
          <w:rFonts w:ascii="Ddylr05K+KaiTi" w:hAnsi="Ddylr05K+KaiTi" w:eastAsia="Ddylr05K+KaiTi"/>
          <w:b/>
          <w:color w:val="000000"/>
          <w:sz w:val="28"/>
        </w:rPr>
        <w:t>)</w:t>
      </w:r>
      <w:r>
        <w:rPr>
          <w:spacing w:val="60"/>
          <w:rFonts w:ascii="Arial" w:hAnsi="Arial" w:eastAsia="Arial"/>
          <w:b/>
          <w:color w:val="000000"/>
          <w:sz w:val="28"/>
        </w:rPr>
        <w:t xml:space="preserve"> 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排</w:t>
      </w:r>
      <w:r>
        <w:rPr>
          <w:rFonts w:ascii="Ddylr05K+KaiTi" w:hAnsi="Ddylr05K+KaiTi" w:eastAsia="Ddylr05K+KaiTi"/>
          <w:b/>
          <w:color w:val="000000"/>
          <w:sz w:val="28"/>
        </w:rPr>
        <w:t>放源数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据</w:t>
      </w:r>
      <w:r>
        <w:rPr>
          <w:rFonts w:ascii="Ddylr05K+KaiTi" w:hAnsi="Ddylr05K+KaiTi" w:eastAsia="Ddylr05K+KaiTi"/>
          <w:b/>
          <w:color w:val="000000"/>
          <w:sz w:val="28"/>
        </w:rPr>
        <w:t>不确定性评估如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下</w:t>
      </w:r>
      <w:r>
        <w:rPr>
          <w:rFonts w:ascii="Ddylr05K+KaiTi" w:hAnsi="Ddylr05K+KaiTi" w:eastAsia="Ddylr05K+KaiTi"/>
          <w:b/>
          <w:color w:val="000000"/>
          <w:sz w:val="28"/>
        </w:rPr>
        <w:t>表所示</w:t>
      </w:r>
    </w:p>
    <w:p>
      <w:pPr>
        <w:autoSpaceDN w:val="0"/>
        <w:autoSpaceDE w:val="0"/>
        <w:widowControl/>
        <w:spacing w:line="240" w:lineRule="exact" w:before="752" w:after="116"/>
        <w:ind w:left="0" w:right="0" w:firstLine="0"/>
        <w:jc w:val="center"/>
      </w:pPr>
      <w:r>
        <w:rPr>
          <w:spacing w:val="60"/>
          <w:rFonts w:ascii="Ddylr05K+KaiTi" w:hAnsi="Ddylr05K+KaiTi" w:eastAsia="Ddylr05K+KaiTi"/>
          <w:b/>
          <w:color w:val="000000"/>
          <w:sz w:val="24"/>
        </w:rPr>
        <w:t>表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3</w:t>
      </w:r>
      <w:r>
        <w:rPr>
          <w:rFonts w:ascii="Ddylr05K+KaiTi" w:hAnsi="Ddylr05K+KaiTi" w:eastAsia="Ddylr05K+KaiTi"/>
          <w:b/>
          <w:color w:val="000000"/>
          <w:sz w:val="24"/>
        </w:rPr>
        <w:t>-2</w:t>
      </w:r>
      <w:r>
        <w:rPr>
          <w:spacing w:val="62"/>
          <w:rFonts w:ascii="Ddylr05K+KaiTi" w:hAnsi="Ddylr05K+KaiTi" w:eastAsia="Ddylr05K+KaiTi"/>
          <w:b/>
          <w:color w:val="000000"/>
          <w:sz w:val="24"/>
        </w:rPr>
        <w:t>2</w:t>
      </w:r>
      <w:r>
        <w:rPr>
          <w:rFonts w:ascii="Ddylr05K+KaiTi" w:hAnsi="Ddylr05K+KaiTi" w:eastAsia="Ddylr05K+KaiTi"/>
          <w:b/>
          <w:color w:val="000000"/>
          <w:sz w:val="24"/>
        </w:rPr>
        <w:t>排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放</w:t>
      </w:r>
      <w:r>
        <w:rPr>
          <w:rFonts w:ascii="Ddylr05K+KaiTi" w:hAnsi="Ddylr05K+KaiTi" w:eastAsia="Ddylr05K+KaiTi"/>
          <w:b/>
          <w:color w:val="000000"/>
          <w:sz w:val="24"/>
        </w:rPr>
        <w:t>源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数</w:t>
      </w:r>
      <w:r>
        <w:rPr>
          <w:rFonts w:ascii="Ddylr05K+KaiTi" w:hAnsi="Ddylr05K+KaiTi" w:eastAsia="Ddylr05K+KaiTi"/>
          <w:b/>
          <w:color w:val="000000"/>
          <w:sz w:val="24"/>
        </w:rPr>
        <w:t>据不</w:t>
      </w:r>
      <w:r>
        <w:rPr>
          <w:spacing w:val="2"/>
          <w:rFonts w:ascii="Ddylr05K+KaiTi" w:hAnsi="Ddylr05K+KaiTi" w:eastAsia="Ddylr05K+KaiTi"/>
          <w:b/>
          <w:color w:val="000000"/>
          <w:sz w:val="24"/>
        </w:rPr>
        <w:t>确</w:t>
      </w:r>
      <w:r>
        <w:rPr>
          <w:rFonts w:ascii="Ddylr05K+KaiTi" w:hAnsi="Ddylr05K+KaiTi" w:eastAsia="Ddylr05K+KaiTi"/>
          <w:b/>
          <w:color w:val="000000"/>
          <w:sz w:val="24"/>
        </w:rPr>
        <w:t>定</w:t>
      </w:r>
      <w:r>
        <w:rPr>
          <w:spacing w:val="4"/>
          <w:rFonts w:ascii="Ddylr05K+KaiTi" w:hAnsi="Ddylr05K+KaiTi" w:eastAsia="Ddylr05K+KaiTi"/>
          <w:b/>
          <w:color w:val="000000"/>
          <w:sz w:val="24"/>
        </w:rPr>
        <w:t>性</w:t>
      </w:r>
      <w:r>
        <w:rPr>
          <w:rFonts w:ascii="Ddylr05K+KaiTi" w:hAnsi="Ddylr05K+KaiTi" w:eastAsia="Ddylr05K+KaiTi"/>
          <w:b/>
          <w:color w:val="000000"/>
          <w:sz w:val="24"/>
        </w:rPr>
        <w:t>评估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740"/>
        <w:gridCol w:w="1000"/>
        <w:gridCol w:w="780"/>
        <w:gridCol w:w="920"/>
        <w:gridCol w:w="920"/>
        <w:gridCol w:w="720"/>
        <w:gridCol w:w="700"/>
        <w:gridCol w:w="980"/>
        <w:gridCol w:w="880"/>
        <w:gridCol w:w="880"/>
      </w:tblGrid>
      <w:tr>
        <w:trPr>
          <w:trHeight w:hRule="exact" w:val="306"/>
        </w:trPr>
        <w:tc>
          <w:tcPr>
            <w:tcW w:type="dxa" w:w="7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12" w:after="0"/>
              <w:ind w:left="0" w:right="108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年份</w:t>
            </w:r>
          </w:p>
        </w:tc>
        <w:tc>
          <w:tcPr>
            <w:tcW w:type="dxa" w:w="10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45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排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1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类</w:t>
            </w:r>
          </w:p>
        </w:tc>
        <w:tc>
          <w:tcPr>
            <w:tcW w:type="dxa" w:w="7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0" w:after="0"/>
              <w:ind w:left="0" w:right="0" w:firstLine="0"/>
              <w:jc w:val="center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能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源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/</w:t>
            </w:r>
          </w:p>
        </w:tc>
        <w:tc>
          <w:tcPr>
            <w:tcW w:type="dxa" w:w="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活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动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水</w:t>
            </w:r>
          </w:p>
        </w:tc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21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排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因</w:t>
            </w:r>
          </w:p>
        </w:tc>
        <w:tc>
          <w:tcPr>
            <w:tcW w:type="dxa" w:w="7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校正</w:t>
            </w:r>
          </w:p>
        </w:tc>
        <w:tc>
          <w:tcPr>
            <w:tcW w:type="dxa" w:w="7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21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平均</w:t>
            </w:r>
          </w:p>
        </w:tc>
        <w:tc>
          <w:tcPr>
            <w:tcW w:type="dxa" w:w="9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37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排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量</w:t>
            </w:r>
          </w:p>
        </w:tc>
        <w:tc>
          <w:tcPr>
            <w:tcW w:type="dxa" w:w="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216" w:after="0"/>
              <w:ind w:left="0" w:right="0" w:firstLine="0"/>
              <w:jc w:val="center"/>
            </w:pP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排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放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量</w:t>
            </w:r>
          </w:p>
        </w:tc>
        <w:tc>
          <w:tcPr>
            <w:tcW w:type="dxa" w:w="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300" w:after="0"/>
              <w:ind w:left="15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加权</w:t>
            </w:r>
          </w:p>
        </w:tc>
      </w:tr>
      <w:tr>
        <w:trPr>
          <w:trHeight w:hRule="exact" w:val="160"/>
        </w:trPr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7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物料</w:t>
            </w:r>
          </w:p>
        </w:tc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平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数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据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7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仪器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</w:tr>
      <w:tr>
        <w:trPr>
          <w:trHeight w:hRule="exact" w:val="80"/>
        </w:trPr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子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级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别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7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得分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占比</w:t>
            </w:r>
          </w:p>
        </w:tc>
        <w:tc>
          <w:tcPr>
            <w:tcW w:type="dxa" w:w="903"/>
            <w:vMerge/>
          </w:tcPr>
          <w:p/>
        </w:tc>
      </w:tr>
      <w:tr>
        <w:trPr>
          <w:trHeight w:hRule="exact" w:val="88"/>
        </w:trPr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6" w:after="0"/>
              <w:ind w:left="15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平均</w:t>
            </w:r>
          </w:p>
        </w:tc>
      </w:tr>
      <w:tr>
        <w:trPr>
          <w:trHeight w:hRule="exact" w:val="84"/>
        </w:trPr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7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种类</w:t>
            </w:r>
          </w:p>
        </w:tc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级别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7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级别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</w:tr>
      <w:tr>
        <w:trPr>
          <w:trHeight w:hRule="exact" w:val="188"/>
        </w:trPr>
        <w:tc>
          <w:tcPr>
            <w:tcW w:type="dxa" w:w="903"/>
            <w:vMerge/>
          </w:tcPr>
          <w:p/>
        </w:tc>
        <w:tc>
          <w:tcPr>
            <w:tcW w:type="dxa" w:w="10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0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别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</w:tr>
      <w:tr>
        <w:trPr>
          <w:trHeight w:hRule="exact" w:val="560"/>
        </w:trPr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7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78" w:after="0"/>
              <w:ind w:left="0" w:right="0" w:firstLine="0"/>
              <w:jc w:val="center"/>
            </w:pPr>
            <w:r>
              <w:rPr>
                <w:spacing w:val="1"/>
                <w:rFonts w:ascii="Ddylr05K+KaiTi" w:hAnsi="Ddylr05K+KaiTi" w:eastAsia="Ddylr05K+KaiTi"/>
                <w:color w:val="000000"/>
                <w:sz w:val="21"/>
              </w:rPr>
              <w:t>/</w:t>
            </w:r>
          </w:p>
        </w:tc>
        <w:tc>
          <w:tcPr>
            <w:tcW w:type="dxa" w:w="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7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/</w:t>
            </w:r>
          </w:p>
        </w:tc>
        <w:tc>
          <w:tcPr>
            <w:tcW w:type="dxa" w:w="9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7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/</w:t>
            </w:r>
          </w:p>
        </w:tc>
        <w:tc>
          <w:tcPr>
            <w:tcW w:type="dxa" w:w="7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78" w:after="0"/>
              <w:ind w:left="0" w:right="0" w:firstLine="0"/>
              <w:jc w:val="center"/>
            </w:pPr>
            <w:r>
              <w:rPr>
                <w:spacing w:val="1"/>
                <w:rFonts w:ascii="Ddylr05K+KaiTi" w:hAnsi="Ddylr05K+KaiTi" w:eastAsia="Ddylr05K+KaiTi"/>
                <w:color w:val="000000"/>
                <w:sz w:val="21"/>
              </w:rPr>
              <w:t>/</w:t>
            </w:r>
          </w:p>
        </w:tc>
        <w:tc>
          <w:tcPr>
            <w:tcW w:type="dxa" w:w="7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7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/</w:t>
            </w:r>
          </w:p>
        </w:tc>
        <w:tc>
          <w:tcPr>
            <w:tcW w:type="dxa" w:w="9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4" w:lineRule="exact" w:before="178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Kg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C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O</w:t>
            </w:r>
            <w:r>
              <w:rPr>
                <w:spacing w:val="-3"/>
                <w:w w:val="96.36363983154297"/>
                <w:rFonts w:ascii="Ddylr05K+KaiTi" w:hAnsi="Ddylr05K+KaiTi" w:eastAsia="Ddylr05K+KaiTi"/>
                <w:color w:val="000000"/>
                <w:sz w:val="11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e</w:t>
            </w:r>
          </w:p>
        </w:tc>
        <w:tc>
          <w:tcPr>
            <w:tcW w:type="dxa" w:w="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78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%</w:t>
            </w:r>
          </w:p>
        </w:tc>
        <w:tc>
          <w:tcPr>
            <w:tcW w:type="dxa" w:w="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8" w:after="0"/>
              <w:ind w:left="15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分值</w:t>
            </w:r>
          </w:p>
        </w:tc>
      </w:tr>
      <w:tr>
        <w:trPr>
          <w:trHeight w:hRule="exact" w:val="260"/>
        </w:trPr>
        <w:tc>
          <w:tcPr>
            <w:tcW w:type="dxa" w:w="903"/>
            <w:vMerge/>
          </w:tcPr>
          <w:p/>
        </w:tc>
        <w:tc>
          <w:tcPr>
            <w:tcW w:type="dxa" w:w="10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18" w:after="0"/>
              <w:ind w:left="0" w:right="0" w:firstLine="0"/>
              <w:jc w:val="center"/>
            </w:pPr>
            <w:r>
              <w:rPr>
                <w:spacing w:val="48"/>
                <w:rFonts w:ascii="Ddylr05K+KaiTi" w:hAnsi="Ddylr05K+KaiTi" w:eastAsia="Ddylr05K+KaiTi"/>
                <w:color w:val="000000"/>
                <w:sz w:val="21"/>
              </w:rPr>
              <w:t>原</w:t>
            </w:r>
            <w:r>
              <w:rPr>
                <w:spacing w:val="50"/>
                <w:rFonts w:ascii="Ddylr05K+KaiTi" w:hAnsi="Ddylr05K+KaiTi" w:eastAsia="Ddylr05K+KaiTi"/>
                <w:color w:val="000000"/>
                <w:sz w:val="21"/>
              </w:rPr>
              <w:t>材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料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17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3</w:t>
            </w:r>
          </w:p>
        </w:tc>
        <w:tc>
          <w:tcPr>
            <w:tcW w:type="dxa" w:w="9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17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3</w:t>
            </w:r>
          </w:p>
        </w:tc>
        <w:tc>
          <w:tcPr>
            <w:tcW w:type="dxa" w:w="7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174" w:after="0"/>
              <w:ind w:left="0" w:right="0" w:firstLine="0"/>
              <w:jc w:val="center"/>
            </w:pPr>
            <w:r>
              <w:rPr>
                <w:spacing w:val="1"/>
                <w:rFonts w:ascii="Ddylr05K+KaiTi" w:hAnsi="Ddylr05K+KaiTi" w:eastAsia="Ddylr05K+KaiTi"/>
                <w:color w:val="000000"/>
                <w:sz w:val="21"/>
              </w:rPr>
              <w:t>6</w:t>
            </w:r>
          </w:p>
        </w:tc>
        <w:tc>
          <w:tcPr>
            <w:tcW w:type="dxa" w:w="7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174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4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0</w:t>
            </w:r>
          </w:p>
        </w:tc>
        <w:tc>
          <w:tcPr>
            <w:tcW w:type="dxa" w:w="9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174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2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25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3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1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7</w:t>
            </w:r>
          </w:p>
        </w:tc>
        <w:tc>
          <w:tcPr>
            <w:tcW w:type="dxa" w:w="88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174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98.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9</w:t>
            </w:r>
          </w:p>
        </w:tc>
        <w:tc>
          <w:tcPr>
            <w:tcW w:type="dxa" w:w="903"/>
            <w:vMerge/>
          </w:tcPr>
          <w:p/>
        </w:tc>
      </w:tr>
      <w:tr>
        <w:trPr>
          <w:trHeight w:hRule="exact" w:val="336"/>
        </w:trPr>
        <w:tc>
          <w:tcPr>
            <w:tcW w:type="dxa" w:w="903"/>
            <w:vMerge/>
          </w:tcPr>
          <w:p/>
        </w:tc>
        <w:tc>
          <w:tcPr>
            <w:tcW w:type="dxa" w:w="100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70" w:after="0"/>
              <w:ind w:left="14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获取</w:t>
            </w:r>
          </w:p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  <w:tc>
          <w:tcPr>
            <w:tcW w:type="dxa" w:w="903"/>
            <w:vMerge/>
          </w:tcPr>
          <w:p/>
        </w:tc>
      </w:tr>
    </w:tbl>
    <w:p>
      <w:pPr>
        <w:autoSpaceDN w:val="0"/>
        <w:autoSpaceDE w:val="0"/>
        <w:widowControl/>
        <w:spacing w:line="208" w:lineRule="exact" w:before="58" w:after="52"/>
        <w:ind w:left="1112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产</w:t>
      </w:r>
      <w:r>
        <w:rPr>
          <w:spacing w:val="4"/>
          <w:rFonts w:ascii="Ddylr05K+KaiTi" w:hAnsi="Ddylr05K+KaiTi" w:eastAsia="Ddylr05K+KaiTi"/>
          <w:color w:val="000000"/>
          <w:sz w:val="21"/>
        </w:rPr>
        <w:t>品</w:t>
      </w:r>
      <w:r>
        <w:rPr>
          <w:rFonts w:ascii="Ddylr05K+KaiTi" w:hAnsi="Ddylr05K+KaiTi" w:eastAsia="Ddylr05K+KaiTi"/>
          <w:color w:val="000000"/>
          <w:sz w:val="21"/>
        </w:rPr>
        <w:t>生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0.0" w:type="dxa"/>
      </w:tblPr>
      <w:tblGrid>
        <w:gridCol w:w="760"/>
        <w:gridCol w:w="1480"/>
        <w:gridCol w:w="1200"/>
        <w:gridCol w:w="860"/>
        <w:gridCol w:w="700"/>
        <w:gridCol w:w="820"/>
        <w:gridCol w:w="940"/>
        <w:gridCol w:w="1360"/>
      </w:tblGrid>
      <w:tr>
        <w:trPr>
          <w:trHeight w:hRule="exact" w:val="312"/>
        </w:trPr>
        <w:tc>
          <w:tcPr>
            <w:tcW w:type="dxa" w:w="7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368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20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2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3</w:t>
            </w:r>
          </w:p>
        </w:tc>
        <w:tc>
          <w:tcPr>
            <w:tcW w:type="dxa" w:w="1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52" w:after="0"/>
              <w:ind w:left="17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产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1"/>
              </w:rPr>
              <w:t>厂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内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52" w:after="0"/>
              <w:ind w:left="0" w:right="39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6</w:t>
            </w:r>
          </w:p>
        </w:tc>
        <w:tc>
          <w:tcPr>
            <w:tcW w:type="dxa" w:w="8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52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3</w:t>
            </w:r>
          </w:p>
        </w:tc>
        <w:tc>
          <w:tcPr>
            <w:tcW w:type="dxa" w:w="7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52" w:after="0"/>
              <w:ind w:left="0" w:right="210" w:firstLine="0"/>
              <w:jc w:val="right"/>
            </w:pPr>
            <w:r>
              <w:rPr>
                <w:spacing w:val="1"/>
                <w:rFonts w:ascii="Ddylr05K+KaiTi" w:hAnsi="Ddylr05K+KaiTi" w:eastAsia="Ddylr05K+KaiTi"/>
                <w:color w:val="000000"/>
                <w:sz w:val="21"/>
              </w:rPr>
              <w:t>6</w:t>
            </w:r>
          </w:p>
        </w:tc>
        <w:tc>
          <w:tcPr>
            <w:tcW w:type="dxa" w:w="8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52" w:after="0"/>
              <w:ind w:left="0" w:right="160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5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0</w:t>
            </w:r>
          </w:p>
        </w:tc>
        <w:tc>
          <w:tcPr>
            <w:tcW w:type="dxa" w:w="9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52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21.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5</w:t>
            </w:r>
          </w:p>
        </w:tc>
        <w:tc>
          <w:tcPr>
            <w:tcW w:type="dxa" w:w="13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52" w:after="0"/>
              <w:ind w:left="23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0.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9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2</w:t>
            </w:r>
          </w:p>
        </w:tc>
      </w:tr>
      <w:tr>
        <w:trPr>
          <w:trHeight w:hRule="exact" w:val="314"/>
        </w:trPr>
        <w:tc>
          <w:tcPr>
            <w:tcW w:type="dxa" w:w="1128"/>
            <w:vMerge/>
          </w:tcPr>
          <w:p/>
        </w:tc>
        <w:tc>
          <w:tcPr>
            <w:tcW w:type="dxa" w:w="1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52" w:after="0"/>
              <w:ind w:left="276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运输</w:t>
            </w:r>
          </w:p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</w:tr>
      <w:tr>
        <w:trPr>
          <w:trHeight w:hRule="exact" w:val="318"/>
        </w:trPr>
        <w:tc>
          <w:tcPr>
            <w:tcW w:type="dxa" w:w="7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210" w:after="0"/>
              <w:ind w:left="180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年</w:t>
            </w:r>
          </w:p>
        </w:tc>
        <w:tc>
          <w:tcPr>
            <w:tcW w:type="dxa" w:w="1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8" w:after="0"/>
              <w:ind w:left="17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产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1"/>
              </w:rPr>
              <w:t>品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生</w:t>
            </w:r>
          </w:p>
        </w:tc>
        <w:tc>
          <w:tcPr>
            <w:tcW w:type="dxa" w:w="12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26" w:after="0"/>
              <w:ind w:left="0" w:right="394" w:firstLine="0"/>
              <w:jc w:val="righ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6</w:t>
            </w:r>
          </w:p>
        </w:tc>
        <w:tc>
          <w:tcPr>
            <w:tcW w:type="dxa" w:w="8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26" w:after="0"/>
              <w:ind w:left="0" w:right="0" w:firstLine="0"/>
              <w:jc w:val="center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3</w:t>
            </w:r>
          </w:p>
        </w:tc>
        <w:tc>
          <w:tcPr>
            <w:tcW w:type="dxa" w:w="70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26" w:after="0"/>
              <w:ind w:left="0" w:right="210" w:firstLine="0"/>
              <w:jc w:val="right"/>
            </w:pPr>
            <w:r>
              <w:rPr>
                <w:spacing w:val="1"/>
                <w:rFonts w:ascii="Ddylr05K+KaiTi" w:hAnsi="Ddylr05K+KaiTi" w:eastAsia="Ddylr05K+KaiTi"/>
                <w:color w:val="000000"/>
                <w:sz w:val="21"/>
              </w:rPr>
              <w:t>6</w:t>
            </w:r>
          </w:p>
        </w:tc>
        <w:tc>
          <w:tcPr>
            <w:tcW w:type="dxa" w:w="82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26" w:after="0"/>
              <w:ind w:left="0" w:right="160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5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0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0</w:t>
            </w:r>
          </w:p>
        </w:tc>
        <w:tc>
          <w:tcPr>
            <w:tcW w:type="dxa" w:w="94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26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22.</w:t>
            </w:r>
            <w:r>
              <w:rPr>
                <w:spacing w:val="-2"/>
                <w:rFonts w:ascii="Ddylr05K+KaiTi" w:hAnsi="Ddylr05K+KaiTi" w:eastAsia="Ddylr05K+KaiTi"/>
                <w:color w:val="000000"/>
                <w:sz w:val="21"/>
              </w:rPr>
              <w:t>7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2</w:t>
            </w:r>
          </w:p>
        </w:tc>
        <w:tc>
          <w:tcPr>
            <w:tcW w:type="dxa" w:w="1360"/>
            <w:vMerge w:val="restart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26" w:after="0"/>
              <w:ind w:left="23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0.</w:t>
            </w:r>
            <w:r>
              <w:rPr>
                <w:spacing w:val="2"/>
                <w:rFonts w:ascii="Ddylr05K+KaiTi" w:hAnsi="Ddylr05K+KaiTi" w:eastAsia="Ddylr05K+KaiTi"/>
                <w:color w:val="000000"/>
                <w:sz w:val="21"/>
              </w:rPr>
              <w:t>9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9</w:t>
            </w:r>
          </w:p>
        </w:tc>
      </w:tr>
      <w:tr>
        <w:trPr>
          <w:trHeight w:hRule="exact" w:val="302"/>
        </w:trPr>
        <w:tc>
          <w:tcPr>
            <w:tcW w:type="dxa" w:w="1128"/>
            <w:vMerge/>
          </w:tcPr>
          <w:p/>
        </w:tc>
        <w:tc>
          <w:tcPr>
            <w:tcW w:type="dxa" w:w="1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52" w:after="0"/>
              <w:ind w:left="17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产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1"/>
              </w:rPr>
              <w:t>设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备</w:t>
            </w:r>
          </w:p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</w:tr>
      <w:tr>
        <w:trPr>
          <w:trHeight w:hRule="exact" w:val="322"/>
        </w:trPr>
        <w:tc>
          <w:tcPr>
            <w:tcW w:type="dxa" w:w="1128"/>
            <w:vMerge/>
          </w:tcPr>
          <w:p/>
        </w:tc>
        <w:tc>
          <w:tcPr>
            <w:tcW w:type="dxa" w:w="14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2" w:after="0"/>
              <w:ind w:left="172" w:right="0" w:firstLine="0"/>
              <w:jc w:val="left"/>
            </w:pPr>
            <w:r>
              <w:rPr>
                <w:rFonts w:ascii="Ddylr05K+KaiTi" w:hAnsi="Ddylr05K+KaiTi" w:eastAsia="Ddylr05K+KaiTi"/>
                <w:color w:val="000000"/>
                <w:sz w:val="21"/>
              </w:rPr>
              <w:t>电</w:t>
            </w:r>
            <w:r>
              <w:rPr>
                <w:spacing w:val="4"/>
                <w:rFonts w:ascii="Ddylr05K+KaiTi" w:hAnsi="Ddylr05K+KaiTi" w:eastAsia="Ddylr05K+KaiTi"/>
                <w:color w:val="000000"/>
                <w:sz w:val="21"/>
              </w:rPr>
              <w:t>力</w:t>
            </w:r>
            <w:r>
              <w:rPr>
                <w:rFonts w:ascii="Ddylr05K+KaiTi" w:hAnsi="Ddylr05K+KaiTi" w:eastAsia="Ddylr05K+KaiTi"/>
                <w:color w:val="000000"/>
                <w:sz w:val="21"/>
              </w:rPr>
              <w:t>消</w:t>
            </w:r>
          </w:p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  <w:tc>
          <w:tcPr>
            <w:tcW w:type="dxa" w:w="1128"/>
            <w:vMerge/>
          </w:tcPr>
          <w:p/>
        </w:tc>
      </w:tr>
    </w:tbl>
    <w:p>
      <w:pPr>
        <w:autoSpaceDN w:val="0"/>
        <w:autoSpaceDE w:val="0"/>
        <w:widowControl/>
        <w:spacing w:line="210" w:lineRule="exact" w:before="52" w:after="0"/>
        <w:ind w:left="1322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耗</w:t>
      </w:r>
    </w:p>
    <w:p>
      <w:pPr>
        <w:autoSpaceDN w:val="0"/>
        <w:tabs>
          <w:tab w:pos="7976" w:val="left"/>
        </w:tabs>
        <w:autoSpaceDE w:val="0"/>
        <w:widowControl/>
        <w:spacing w:line="208" w:lineRule="exact" w:before="190" w:after="0"/>
        <w:ind w:left="1066" w:right="0" w:firstLine="0"/>
        <w:jc w:val="left"/>
      </w:pPr>
      <w:r>
        <w:rPr>
          <w:rFonts w:ascii="Ddylr05K+KaiTi" w:hAnsi="Ddylr05K+KaiTi" w:eastAsia="Ddylr05K+KaiTi"/>
          <w:color w:val="000000"/>
          <w:sz w:val="21"/>
        </w:rPr>
        <w:t>数</w:t>
      </w:r>
      <w:r>
        <w:rPr>
          <w:spacing w:val="2"/>
          <w:rFonts w:ascii="Ddylr05K+KaiTi" w:hAnsi="Ddylr05K+KaiTi" w:eastAsia="Ddylr05K+KaiTi"/>
          <w:color w:val="000000"/>
          <w:sz w:val="21"/>
        </w:rPr>
        <w:t>据</w:t>
      </w:r>
      <w:r>
        <w:rPr>
          <w:rFonts w:ascii="Ddylr05K+KaiTi" w:hAnsi="Ddylr05K+KaiTi" w:eastAsia="Ddylr05K+KaiTi"/>
          <w:color w:val="000000"/>
          <w:sz w:val="21"/>
        </w:rPr>
        <w:t>不</w:t>
      </w:r>
      <w:r>
        <w:rPr>
          <w:spacing w:val="2"/>
          <w:rFonts w:ascii="Ddylr05K+KaiTi" w:hAnsi="Ddylr05K+KaiTi" w:eastAsia="Ddylr05K+KaiTi"/>
          <w:color w:val="000000"/>
          <w:sz w:val="21"/>
        </w:rPr>
        <w:t>确</w:t>
      </w:r>
      <w:r>
        <w:rPr>
          <w:rFonts w:ascii="Ddylr05K+KaiTi" w:hAnsi="Ddylr05K+KaiTi" w:eastAsia="Ddylr05K+KaiTi"/>
          <w:color w:val="000000"/>
          <w:sz w:val="21"/>
        </w:rPr>
        <w:t>定</w:t>
      </w:r>
      <w:r>
        <w:rPr>
          <w:spacing w:val="2"/>
          <w:rFonts w:ascii="Ddylr05K+KaiTi" w:hAnsi="Ddylr05K+KaiTi" w:eastAsia="Ddylr05K+KaiTi"/>
          <w:color w:val="000000"/>
          <w:sz w:val="21"/>
        </w:rPr>
        <w:t>性</w:t>
      </w:r>
      <w:r>
        <w:rPr>
          <w:rFonts w:ascii="Ddylr05K+KaiTi" w:hAnsi="Ddylr05K+KaiTi" w:eastAsia="Ddylr05K+KaiTi"/>
          <w:color w:val="000000"/>
          <w:sz w:val="21"/>
        </w:rPr>
        <w:t>分值</w:t>
      </w:r>
      <w:r>
        <w:tab/>
      </w:r>
      <w:r>
        <w:rPr>
          <w:rFonts w:ascii="Ddylr05K+KaiTi" w:hAnsi="Ddylr05K+KaiTi" w:eastAsia="Ddylr05K+KaiTi"/>
          <w:color w:val="000000"/>
          <w:sz w:val="21"/>
        </w:rPr>
        <w:t>4.</w:t>
      </w:r>
      <w:r>
        <w:rPr>
          <w:spacing w:val="2"/>
          <w:rFonts w:ascii="Ddylr05K+KaiTi" w:hAnsi="Ddylr05K+KaiTi" w:eastAsia="Ddylr05K+KaiTi"/>
          <w:color w:val="000000"/>
          <w:sz w:val="21"/>
        </w:rPr>
        <w:t>3</w:t>
      </w:r>
      <w:r>
        <w:rPr>
          <w:rFonts w:ascii="Ddylr05K+KaiTi" w:hAnsi="Ddylr05K+KaiTi" w:eastAsia="Ddylr05K+KaiTi"/>
          <w:color w:val="000000"/>
          <w:sz w:val="21"/>
        </w:rPr>
        <w:t>4</w:t>
      </w:r>
    </w:p>
    <w:p>
      <w:pPr>
        <w:autoSpaceDN w:val="0"/>
        <w:autoSpaceDE w:val="0"/>
        <w:widowControl/>
        <w:spacing w:line="282" w:lineRule="exact" w:before="312" w:after="0"/>
        <w:ind w:left="1288" w:right="0" w:firstLine="0"/>
        <w:jc w:val="left"/>
      </w:pPr>
      <w:r>
        <w:rPr>
          <w:spacing w:val="4"/>
          <w:rFonts w:ascii="Ddylr05K+KaiTi" w:hAnsi="Ddylr05K+KaiTi" w:eastAsia="Ddylr05K+KaiTi"/>
          <w:b/>
          <w:color w:val="000000"/>
          <w:sz w:val="28"/>
        </w:rPr>
        <w:t>经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评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价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组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确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认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，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受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评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价</w:t>
      </w:r>
      <w:r>
        <w:rPr>
          <w:rFonts w:ascii="Ddylr05K+KaiTi" w:hAnsi="Ddylr05K+KaiTi" w:eastAsia="Ddylr05K+KaiTi"/>
          <w:b/>
          <w:color w:val="000000"/>
          <w:sz w:val="28"/>
        </w:rPr>
        <w:t>方</w:t>
      </w:r>
      <w:r>
        <w:rPr>
          <w:spacing w:val="7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2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02</w:t>
      </w:r>
      <w:r>
        <w:rPr>
          <w:spacing w:val="76"/>
          <w:rFonts w:ascii="Ddylr05K+KaiTi" w:hAnsi="Ddylr05K+KaiTi" w:eastAsia="Ddylr05K+KaiTi"/>
          <w:b/>
          <w:color w:val="000000"/>
          <w:sz w:val="28"/>
        </w:rPr>
        <w:t>3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年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车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辆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变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速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箱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、</w:t>
      </w:r>
      <w:r>
        <w:rPr>
          <w:spacing w:val="4"/>
          <w:rFonts w:ascii="Ddylr05K+KaiTi" w:hAnsi="Ddylr05K+KaiTi" w:eastAsia="Ddylr05K+KaiTi"/>
          <w:b/>
          <w:color w:val="000000"/>
          <w:sz w:val="28"/>
        </w:rPr>
        <w:t>驱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动</w:t>
      </w:r>
      <w:r>
        <w:rPr>
          <w:spacing w:val="6"/>
          <w:rFonts w:ascii="Ddylr05K+KaiTi" w:hAnsi="Ddylr05K+KaiTi" w:eastAsia="Ddylr05K+KaiTi"/>
          <w:b/>
          <w:color w:val="000000"/>
          <w:sz w:val="28"/>
        </w:rPr>
        <w:t>桥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齿</w:t>
      </w:r>
      <w:r>
        <w:rPr>
          <w:rFonts w:ascii="Ddylr05K+KaiTi" w:hAnsi="Ddylr05K+KaiTi" w:eastAsia="Ddylr05K+KaiTi"/>
          <w:b/>
          <w:color w:val="000000"/>
          <w:sz w:val="28"/>
        </w:rPr>
        <w:t>轮</w:t>
      </w:r>
    </w:p>
    <w:p>
      <w:pPr>
        <w:autoSpaceDN w:val="0"/>
        <w:autoSpaceDE w:val="0"/>
        <w:widowControl/>
        <w:spacing w:line="282" w:lineRule="exact" w:before="342" w:after="0"/>
        <w:ind w:left="730" w:right="0" w:firstLine="0"/>
        <w:jc w:val="left"/>
      </w:pPr>
      <w:r>
        <w:rPr>
          <w:spacing w:val="12"/>
          <w:rFonts w:ascii="Ddylr05K+KaiTi" w:hAnsi="Ddylr05K+KaiTi" w:eastAsia="Ddylr05K+KaiTi"/>
          <w:b/>
          <w:color w:val="000000"/>
          <w:sz w:val="28"/>
        </w:rPr>
        <w:t>碳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足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迹核</w:t>
      </w:r>
      <w:r>
        <w:rPr>
          <w:spacing w:val="8"/>
          <w:rFonts w:ascii="Ddylr05K+KaiTi" w:hAnsi="Ddylr05K+KaiTi" w:eastAsia="Ddylr05K+KaiTi"/>
          <w:b/>
          <w:color w:val="000000"/>
          <w:sz w:val="28"/>
        </w:rPr>
        <w:t>算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数据不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确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定性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分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值均</w:t>
      </w:r>
      <w:r>
        <w:rPr>
          <w:rFonts w:ascii="Ddylr05K+KaiTi" w:hAnsi="Ddylr05K+KaiTi" w:eastAsia="Ddylr05K+KaiTi"/>
          <w:b/>
          <w:color w:val="000000"/>
          <w:sz w:val="28"/>
        </w:rPr>
        <w:t>为</w:t>
      </w:r>
      <w:r>
        <w:rPr>
          <w:spacing w:val="2"/>
          <w:rFonts w:ascii="Arial" w:hAnsi="Arial" w:eastAsia="Arial"/>
          <w:b/>
          <w:color w:val="000000"/>
          <w:sz w:val="28"/>
        </w:rPr>
        <w:t xml:space="preserve"> </w:t>
      </w:r>
      <w:r>
        <w:rPr>
          <w:rFonts w:ascii="Ddylr05K+KaiTi" w:hAnsi="Ddylr05K+KaiTi" w:eastAsia="Ddylr05K+KaiTi"/>
          <w:b/>
          <w:color w:val="000000"/>
          <w:sz w:val="28"/>
        </w:rPr>
        <w:t>4.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3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4，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精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准度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级</w:t>
      </w:r>
      <w:r>
        <w:rPr>
          <w:spacing w:val="12"/>
          <w:rFonts w:ascii="Ddylr05K+KaiTi" w:hAnsi="Ddylr05K+KaiTi" w:eastAsia="Ddylr05K+KaiTi"/>
          <w:b/>
          <w:color w:val="000000"/>
          <w:sz w:val="28"/>
        </w:rPr>
        <w:t>别为二</w:t>
      </w:r>
      <w:r>
        <w:rPr>
          <w:spacing w:val="10"/>
          <w:rFonts w:ascii="Ddylr05K+KaiTi" w:hAnsi="Ddylr05K+KaiTi" w:eastAsia="Ddylr05K+KaiTi"/>
          <w:b/>
          <w:color w:val="000000"/>
          <w:sz w:val="28"/>
        </w:rPr>
        <w:t>级</w:t>
      </w:r>
      <w:r>
        <w:rPr>
          <w:rFonts w:ascii="Ddylr05K+KaiTi" w:hAnsi="Ddylr05K+KaiTi" w:eastAsia="Ddylr05K+KaiTi"/>
          <w:b/>
          <w:color w:val="000000"/>
          <w:sz w:val="28"/>
        </w:rPr>
        <w:t>，</w:t>
      </w:r>
    </w:p>
    <w:p>
      <w:pPr>
        <w:autoSpaceDN w:val="0"/>
        <w:autoSpaceDE w:val="0"/>
        <w:widowControl/>
        <w:spacing w:line="282" w:lineRule="exact" w:before="342" w:after="0"/>
        <w:ind w:left="730" w:right="0" w:firstLine="0"/>
        <w:jc w:val="left"/>
      </w:pPr>
      <w:r>
        <w:rPr>
          <w:rFonts w:ascii="Ddylr05K+KaiTi" w:hAnsi="Ddylr05K+KaiTi" w:eastAsia="Ddylr05K+KaiTi"/>
          <w:b/>
          <w:color w:val="000000"/>
          <w:sz w:val="28"/>
        </w:rPr>
        <w:t>数据质量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符</w:t>
      </w:r>
      <w:r>
        <w:rPr>
          <w:rFonts w:ascii="Ddylr05K+KaiTi" w:hAnsi="Ddylr05K+KaiTi" w:eastAsia="Ddylr05K+KaiTi"/>
          <w:b/>
          <w:color w:val="000000"/>
          <w:sz w:val="28"/>
        </w:rPr>
        <w:t>合相关标准要求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，</w:t>
      </w:r>
      <w:r>
        <w:rPr>
          <w:rFonts w:ascii="Ddylr05K+KaiTi" w:hAnsi="Ddylr05K+KaiTi" w:eastAsia="Ddylr05K+KaiTi"/>
          <w:b/>
          <w:color w:val="000000"/>
          <w:sz w:val="28"/>
        </w:rPr>
        <w:t>数据来源合理准</w:t>
      </w:r>
      <w:r>
        <w:rPr>
          <w:spacing w:val="2"/>
          <w:rFonts w:ascii="Ddylr05K+KaiTi" w:hAnsi="Ddylr05K+KaiTi" w:eastAsia="Ddylr05K+KaiTi"/>
          <w:b/>
          <w:color w:val="000000"/>
          <w:sz w:val="28"/>
        </w:rPr>
        <w:t>确</w:t>
      </w:r>
      <w:r>
        <w:rPr>
          <w:rFonts w:ascii="Ddylr05K+KaiTi" w:hAnsi="Ddylr05K+KaiTi" w:eastAsia="Ddylr05K+KaiTi"/>
          <w:b/>
          <w:color w:val="000000"/>
          <w:sz w:val="28"/>
        </w:rPr>
        <w:t>。</w:t>
      </w:r>
    </w:p>
    <w:p>
      <w:pPr>
        <w:autoSpaceDN w:val="0"/>
        <w:autoSpaceDE w:val="0"/>
        <w:widowControl/>
        <w:spacing w:line="282" w:lineRule="exact" w:before="342" w:after="0"/>
        <w:ind w:left="36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8"/>
        </w:rPr>
        <w:t>4</w:t>
      </w:r>
      <w:r>
        <w:rPr>
          <w:spacing w:val="-2"/>
          <w:rFonts w:ascii="Ddylr05K+KaiTi" w:hAnsi="Ddylr05K+KaiTi" w:eastAsia="Ddylr05K+KaiTi"/>
          <w:b/>
          <w:color w:val="000000"/>
          <w:sz w:val="28"/>
        </w:rPr>
        <w:t>.</w:t>
      </w:r>
      <w:r>
        <w:rPr>
          <w:rFonts w:ascii="Ddylr05K+KaiTi" w:hAnsi="Ddylr05K+KaiTi" w:eastAsia="Ddylr05K+KaiTi"/>
          <w:b/>
          <w:color w:val="000000"/>
          <w:sz w:val="28"/>
        </w:rPr>
        <w:t>评价结论</w:t>
      </w:r>
    </w:p>
    <w:p>
      <w:pPr>
        <w:autoSpaceDN w:val="0"/>
        <w:tabs>
          <w:tab w:pos="1150" w:val="left"/>
        </w:tabs>
        <w:autoSpaceDE w:val="0"/>
        <w:widowControl/>
        <w:spacing w:line="312" w:lineRule="exact" w:before="128" w:after="0"/>
        <w:ind w:left="730" w:right="288" w:firstLine="0"/>
        <w:jc w:val="left"/>
      </w:pPr>
      <w:r>
        <w:tab/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评价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声</w:t>
      </w:r>
      <w:r>
        <w:rPr>
          <w:rFonts w:ascii="Ddylr05K+KaiTi" w:hAnsi="Ddylr05K+KaiTi" w:eastAsia="Ddylr05K+KaiTi"/>
          <w:b/>
          <w:color w:val="000000"/>
          <w:sz w:val="21"/>
        </w:rPr>
        <w:t>明：</w:t>
      </w:r>
      <w:r>
        <w:br/>
      </w:r>
      <w:r>
        <w:tab/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山东</w:t>
      </w:r>
      <w:r>
        <w:rPr>
          <w:spacing w:val="14"/>
          <w:rFonts w:ascii="Ddylr05K+KaiTi" w:hAnsi="Ddylr05K+KaiTi" w:eastAsia="Ddylr05K+KaiTi"/>
          <w:b/>
          <w:color w:val="000000"/>
          <w:sz w:val="21"/>
        </w:rPr>
        <w:t>质</w:t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联认证</w:t>
      </w:r>
      <w:r>
        <w:rPr>
          <w:spacing w:val="14"/>
          <w:rFonts w:ascii="Ddylr05K+KaiTi" w:hAnsi="Ddylr05K+KaiTi" w:eastAsia="Ddylr05K+KaiTi"/>
          <w:b/>
          <w:color w:val="000000"/>
          <w:sz w:val="21"/>
        </w:rPr>
        <w:t>有</w:t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限公司（以</w:t>
      </w:r>
      <w:r>
        <w:rPr>
          <w:spacing w:val="16"/>
          <w:rFonts w:ascii="Ddylr05K+KaiTi" w:hAnsi="Ddylr05K+KaiTi" w:eastAsia="Ddylr05K+KaiTi"/>
          <w:b/>
          <w:color w:val="000000"/>
          <w:sz w:val="21"/>
        </w:rPr>
        <w:t>下</w:t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简称</w:t>
      </w:r>
      <w:r>
        <w:rPr>
          <w:spacing w:val="14"/>
          <w:rFonts w:ascii="Ddylr05K+KaiTi" w:hAnsi="Ddylr05K+KaiTi" w:eastAsia="Ddylr05K+KaiTi"/>
          <w:b/>
          <w:color w:val="000000"/>
          <w:sz w:val="21"/>
        </w:rPr>
        <w:t>“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价方</w:t>
      </w:r>
      <w:r>
        <w:rPr>
          <w:spacing w:val="14"/>
          <w:rFonts w:ascii="Ddylr05K+KaiTi" w:hAnsi="Ddylr05K+KaiTi" w:eastAsia="Ddylr05K+KaiTi"/>
          <w:b/>
          <w:color w:val="000000"/>
          <w:sz w:val="21"/>
        </w:rPr>
        <w:t>”</w:t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）受山东</w:t>
      </w:r>
      <w:r>
        <w:rPr>
          <w:spacing w:val="14"/>
          <w:rFonts w:ascii="Ddylr05K+KaiTi" w:hAnsi="Ddylr05K+KaiTi" w:eastAsia="Ddylr05K+KaiTi"/>
          <w:b/>
          <w:color w:val="000000"/>
          <w:sz w:val="21"/>
        </w:rPr>
        <w:t>国</w:t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众机械</w:t>
      </w:r>
      <w:r>
        <w:rPr>
          <w:spacing w:val="14"/>
          <w:rFonts w:ascii="Ddylr05K+KaiTi" w:hAnsi="Ddylr05K+KaiTi" w:eastAsia="Ddylr05K+KaiTi"/>
          <w:b/>
          <w:color w:val="000000"/>
          <w:sz w:val="21"/>
        </w:rPr>
        <w:t>科</w:t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技有限</w:t>
      </w:r>
      <w:r>
        <w:rPr>
          <w:spacing w:val="16"/>
          <w:rFonts w:ascii="Ddylr05K+KaiTi" w:hAnsi="Ddylr05K+KaiTi" w:eastAsia="Ddylr05K+KaiTi"/>
          <w:b/>
          <w:color w:val="000000"/>
          <w:sz w:val="21"/>
        </w:rPr>
        <w:t>公</w:t>
      </w:r>
      <w:r>
        <w:rPr>
          <w:rFonts w:ascii="Ddylr05K+KaiTi" w:hAnsi="Ddylr05K+KaiTi" w:eastAsia="Ddylr05K+KaiTi"/>
          <w:b/>
          <w:color w:val="000000"/>
          <w:sz w:val="21"/>
        </w:rPr>
        <w:t>司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（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以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下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简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称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“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委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托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方”）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委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托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，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依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据《I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S</w:t>
      </w:r>
      <w:r>
        <w:rPr>
          <w:rFonts w:ascii="Ddylr05K+KaiTi" w:hAnsi="Ddylr05K+KaiTi" w:eastAsia="Ddylr05K+KaiTi"/>
          <w:b/>
          <w:color w:val="000000"/>
          <w:sz w:val="21"/>
        </w:rPr>
        <w:t>O</w:t>
      </w:r>
      <w:r>
        <w:rPr>
          <w:spacing w:val="52"/>
          <w:rFonts w:ascii="Arial" w:hAnsi="Arial" w:eastAsia="Arial"/>
          <w:b/>
          <w:color w:val="000000"/>
          <w:sz w:val="21"/>
        </w:rPr>
        <w:t xml:space="preserve"> 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1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4</w:t>
      </w:r>
      <w:r>
        <w:rPr>
          <w:rFonts w:ascii="Ddylr05K+KaiTi" w:hAnsi="Ddylr05K+KaiTi" w:eastAsia="Ddylr05K+KaiTi"/>
          <w:b/>
          <w:color w:val="000000"/>
          <w:sz w:val="21"/>
        </w:rPr>
        <w:t>06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7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：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2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0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1</w:t>
      </w:r>
      <w:r>
        <w:rPr>
          <w:rFonts w:ascii="Ddylr05K+KaiTi" w:hAnsi="Ddylr05K+KaiTi" w:eastAsia="Ddylr05K+KaiTi"/>
          <w:b/>
          <w:color w:val="000000"/>
          <w:sz w:val="21"/>
        </w:rPr>
        <w:t>8</w:t>
      </w:r>
      <w:r>
        <w:rPr>
          <w:spacing w:val="52"/>
          <w:rFonts w:ascii="Arial" w:hAnsi="Arial" w:eastAsia="Arial"/>
          <w:b/>
          <w:color w:val="000000"/>
          <w:sz w:val="21"/>
        </w:rPr>
        <w:t xml:space="preserve"> 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温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室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气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体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产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品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碳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排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放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量</w:t>
      </w:r>
      <w:r>
        <w:rPr>
          <w:rFonts w:ascii="Ddylr05K+KaiTi" w:hAnsi="Ddylr05K+KaiTi" w:eastAsia="Ddylr05K+KaiTi"/>
          <w:b/>
          <w:color w:val="000000"/>
          <w:sz w:val="21"/>
        </w:rPr>
        <w:t>化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和交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流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的要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求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和指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南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》、《P</w:t>
      </w:r>
      <w:r>
        <w:rPr>
          <w:rFonts w:ascii="Ddylr05K+KaiTi" w:hAnsi="Ddylr05K+KaiTi" w:eastAsia="Ddylr05K+KaiTi"/>
          <w:b/>
          <w:color w:val="000000"/>
          <w:sz w:val="21"/>
        </w:rPr>
        <w:t>A</w:t>
      </w:r>
      <w:r>
        <w:rPr>
          <w:rFonts w:ascii="Ddylr05K+KaiTi" w:hAnsi="Ddylr05K+KaiTi" w:eastAsia="Ddylr05K+KaiTi"/>
          <w:b/>
          <w:color w:val="000000"/>
          <w:sz w:val="21"/>
        </w:rPr>
        <w:t>S</w:t>
      </w:r>
      <w:r>
        <w:rPr>
          <w:spacing w:val="48"/>
          <w:rFonts w:ascii="Arial" w:hAnsi="Arial" w:eastAsia="Arial"/>
          <w:b/>
          <w:color w:val="000000"/>
          <w:sz w:val="21"/>
        </w:rPr>
        <w:t xml:space="preserve"> 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2</w:t>
      </w:r>
      <w:r>
        <w:rPr>
          <w:rFonts w:ascii="Ddylr05K+KaiTi" w:hAnsi="Ddylr05K+KaiTi" w:eastAsia="Ddylr05K+KaiTi"/>
          <w:b/>
          <w:color w:val="000000"/>
          <w:sz w:val="21"/>
        </w:rPr>
        <w:t>05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0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：2</w:t>
      </w:r>
      <w:r>
        <w:rPr>
          <w:rFonts w:ascii="Ddylr05K+KaiTi" w:hAnsi="Ddylr05K+KaiTi" w:eastAsia="Ddylr05K+KaiTi"/>
          <w:b/>
          <w:color w:val="000000"/>
          <w:sz w:val="21"/>
        </w:rPr>
        <w:t>01</w:t>
      </w:r>
      <w:r>
        <w:rPr>
          <w:rFonts w:ascii="Ddylr05K+KaiTi" w:hAnsi="Ddylr05K+KaiTi" w:eastAsia="Ddylr05K+KaiTi"/>
          <w:b/>
          <w:color w:val="000000"/>
          <w:sz w:val="21"/>
        </w:rPr>
        <w:t>1</w:t>
      </w:r>
      <w:r>
        <w:rPr>
          <w:spacing w:val="50"/>
          <w:rFonts w:ascii="Arial" w:hAnsi="Arial" w:eastAsia="Arial"/>
          <w:b/>
          <w:color w:val="000000"/>
          <w:sz w:val="21"/>
        </w:rPr>
        <w:t xml:space="preserve"> 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产品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和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服务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在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生命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周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期内的温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室气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体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排</w:t>
      </w:r>
      <w:r>
        <w:rPr>
          <w:rFonts w:ascii="Ddylr05K+KaiTi" w:hAnsi="Ddylr05K+KaiTi" w:eastAsia="Ddylr05K+KaiTi"/>
          <w:b/>
          <w:color w:val="000000"/>
          <w:sz w:val="21"/>
        </w:rPr>
        <w:t>放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规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范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》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、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《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I</w:t>
      </w:r>
      <w:r>
        <w:rPr>
          <w:rFonts w:ascii="Ddylr05K+KaiTi" w:hAnsi="Ddylr05K+KaiTi" w:eastAsia="Ddylr05K+KaiTi"/>
          <w:b/>
          <w:color w:val="000000"/>
          <w:sz w:val="21"/>
        </w:rPr>
        <w:t>S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O14</w:t>
      </w:r>
      <w:r>
        <w:rPr>
          <w:rFonts w:ascii="Ddylr05K+KaiTi" w:hAnsi="Ddylr05K+KaiTi" w:eastAsia="Ddylr05K+KaiTi"/>
          <w:b/>
          <w:color w:val="000000"/>
          <w:sz w:val="21"/>
        </w:rPr>
        <w:t>06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4-3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:</w:t>
      </w:r>
      <w:r>
        <w:rPr>
          <w:rFonts w:ascii="Ddylr05K+KaiTi" w:hAnsi="Ddylr05K+KaiTi" w:eastAsia="Ddylr05K+KaiTi"/>
          <w:b/>
          <w:color w:val="000000"/>
          <w:sz w:val="21"/>
        </w:rPr>
        <w:t>20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1</w:t>
      </w:r>
      <w:r>
        <w:rPr>
          <w:rFonts w:ascii="Ddylr05K+KaiTi" w:hAnsi="Ddylr05K+KaiTi" w:eastAsia="Ddylr05K+KaiTi"/>
          <w:b/>
          <w:color w:val="000000"/>
          <w:sz w:val="21"/>
        </w:rPr>
        <w:t>9</w:t>
      </w:r>
      <w:r>
        <w:rPr>
          <w:spacing w:val="2"/>
          <w:rFonts w:ascii="Arial" w:hAnsi="Arial" w:eastAsia="Arial"/>
          <w:b/>
          <w:color w:val="000000"/>
          <w:sz w:val="21"/>
        </w:rPr>
        <w:t xml:space="preserve"> 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对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温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室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气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体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声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明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进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行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审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定和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指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南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性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范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》</w:t>
      </w:r>
      <w:r>
        <w:rPr>
          <w:rFonts w:ascii="Ddylr05K+KaiTi" w:hAnsi="Ddylr05K+KaiTi" w:eastAsia="Ddylr05K+KaiTi"/>
          <w:b/>
          <w:color w:val="000000"/>
          <w:sz w:val="21"/>
        </w:rPr>
        <w:t>、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《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山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东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省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产品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碳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足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迹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通则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》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及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其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他适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用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法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律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法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及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相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关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标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准对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位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于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临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沂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经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济</w:t>
      </w:r>
      <w:r>
        <w:rPr>
          <w:rFonts w:ascii="Ddylr05K+KaiTi" w:hAnsi="Ddylr05K+KaiTi" w:eastAsia="Ddylr05K+KaiTi"/>
          <w:b/>
          <w:color w:val="000000"/>
          <w:sz w:val="21"/>
        </w:rPr>
        <w:t>技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术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开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发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区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梅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埠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办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事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处金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升</w:t>
      </w:r>
      <w:r>
        <w:rPr>
          <w:spacing w:val="58"/>
          <w:rFonts w:ascii="Ddylr05K+KaiTi" w:hAnsi="Ddylr05K+KaiTi" w:eastAsia="Ddylr05K+KaiTi"/>
          <w:b/>
          <w:color w:val="000000"/>
          <w:sz w:val="21"/>
        </w:rPr>
        <w:t>路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1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0</w:t>
      </w:r>
      <w:r>
        <w:rPr>
          <w:spacing w:val="56"/>
          <w:rFonts w:ascii="Ddylr05K+KaiTi" w:hAnsi="Ddylr05K+KaiTi" w:eastAsia="Ddylr05K+KaiTi"/>
          <w:b/>
          <w:color w:val="000000"/>
          <w:sz w:val="21"/>
        </w:rPr>
        <w:t>9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号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“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山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东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国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众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机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械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科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技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有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限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公司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有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限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公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司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（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以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下</w:t>
      </w:r>
      <w:r>
        <w:rPr>
          <w:rFonts w:ascii="Ddylr05K+KaiTi" w:hAnsi="Ddylr05K+KaiTi" w:eastAsia="Ddylr05K+KaiTi"/>
          <w:b/>
          <w:color w:val="000000"/>
          <w:sz w:val="21"/>
        </w:rPr>
        <w:t>简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称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“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受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价方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”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）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”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生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产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的“车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辆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变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速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箱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、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驱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动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桥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齿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轮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”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产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品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碳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足迹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排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放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量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进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行</w:t>
      </w:r>
      <w:r>
        <w:rPr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rFonts w:ascii="Ddylr05K+KaiTi" w:hAnsi="Ddylr05K+KaiTi" w:eastAsia="Ddylr05K+KaiTi"/>
          <w:b/>
          <w:color w:val="000000"/>
          <w:sz w:val="21"/>
        </w:rPr>
        <w:t>。</w:t>
      </w:r>
    </w:p>
    <w:p>
      <w:pPr>
        <w:autoSpaceDN w:val="0"/>
        <w:autoSpaceDE w:val="0"/>
        <w:widowControl/>
        <w:spacing w:line="312" w:lineRule="exact" w:before="0" w:after="0"/>
        <w:ind w:left="730" w:right="288" w:firstLine="420"/>
        <w:jc w:val="left"/>
      </w:pPr>
      <w:r>
        <w:rPr>
          <w:spacing w:val="8"/>
          <w:rFonts w:ascii="Ddylr05K+KaiTi" w:hAnsi="Ddylr05K+KaiTi" w:eastAsia="Ddylr05K+KaiTi"/>
          <w:b/>
          <w:color w:val="000000"/>
          <w:sz w:val="21"/>
        </w:rPr>
        <w:t>根据《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I</w:t>
      </w:r>
      <w:r>
        <w:rPr>
          <w:rFonts w:ascii="Ddylr05K+KaiTi" w:hAnsi="Ddylr05K+KaiTi" w:eastAsia="Ddylr05K+KaiTi"/>
          <w:b/>
          <w:color w:val="000000"/>
          <w:sz w:val="21"/>
        </w:rPr>
        <w:t>S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O</w:t>
      </w:r>
      <w:r>
        <w:rPr>
          <w:rFonts w:ascii="Ddylr05K+KaiTi" w:hAnsi="Ddylr05K+KaiTi" w:eastAsia="Ddylr05K+KaiTi"/>
          <w:b/>
          <w:color w:val="000000"/>
          <w:sz w:val="21"/>
        </w:rPr>
        <w:t>1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406</w:t>
      </w:r>
      <w:r>
        <w:rPr>
          <w:rFonts w:ascii="Ddylr05K+KaiTi" w:hAnsi="Ddylr05K+KaiTi" w:eastAsia="Ddylr05K+KaiTi"/>
          <w:b/>
          <w:color w:val="000000"/>
          <w:sz w:val="21"/>
        </w:rPr>
        <w:t>4-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3:2</w:t>
      </w:r>
      <w:r>
        <w:rPr>
          <w:rFonts w:ascii="Ddylr05K+KaiTi" w:hAnsi="Ddylr05K+KaiTi" w:eastAsia="Ddylr05K+KaiTi"/>
          <w:b/>
          <w:color w:val="000000"/>
          <w:sz w:val="21"/>
        </w:rPr>
        <w:t>0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1</w:t>
      </w:r>
      <w:r>
        <w:rPr>
          <w:rFonts w:ascii="Ddylr05K+KaiTi" w:hAnsi="Ddylr05K+KaiTi" w:eastAsia="Ddylr05K+KaiTi"/>
          <w:b/>
          <w:color w:val="000000"/>
          <w:sz w:val="21"/>
        </w:rPr>
        <w:t>9</w:t>
      </w:r>
      <w:r>
        <w:rPr>
          <w:spacing w:val="50"/>
          <w:rFonts w:ascii="Arial" w:hAnsi="Arial" w:eastAsia="Arial"/>
          <w:b/>
          <w:color w:val="000000"/>
          <w:sz w:val="21"/>
        </w:rPr>
        <w:t xml:space="preserve"> 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对温室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气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体声明进行审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定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和评价的指南性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范》，评</w:t>
      </w:r>
      <w:r>
        <w:rPr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方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制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定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了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相应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计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划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和抽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样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计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划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，通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过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文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件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和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现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场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获得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了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与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产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品</w:t>
      </w:r>
      <w:r>
        <w:rPr>
          <w:rFonts w:ascii="Ddylr05K+KaiTi" w:hAnsi="Ddylr05K+KaiTi" w:eastAsia="Ddylr05K+KaiTi"/>
          <w:b/>
          <w:color w:val="000000"/>
          <w:sz w:val="21"/>
        </w:rPr>
        <w:t>相</w:t>
      </w:r>
    </w:p>
    <w:p>
      <w:pPr>
        <w:autoSpaceDN w:val="0"/>
        <w:autoSpaceDE w:val="0"/>
        <w:widowControl/>
        <w:spacing w:line="220" w:lineRule="exact" w:before="438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38</w:t>
      </w:r>
    </w:p>
    <w:p>
      <w:pPr>
        <w:sectPr>
          <w:pgSz w:w="11906" w:h="17238"/>
          <w:pgMar w:top="782" w:right="1440" w:bottom="496" w:left="1440" w:header="720" w:footer="720" w:gutter="0"/>
          <w:cols w:num="1" w:equalWidth="0" w:space="720">
            <w:col w:w="9026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532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1295400</wp:posOffset>
            </wp:positionH>
            <wp:positionV relativeFrom="page">
              <wp:posOffset>914400</wp:posOffset>
            </wp:positionV>
            <wp:extent cx="5194300" cy="4914900"/>
            <wp:wrapNone/>
            <wp:docPr id="55" name="Picture 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49149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78" w:lineRule="exact" w:before="0" w:after="0"/>
        <w:ind w:left="730" w:right="362" w:firstLine="0"/>
        <w:jc w:val="both"/>
      </w:pPr>
      <w:r>
        <w:rPr>
          <w:spacing w:val="12"/>
          <w:rFonts w:ascii="Ddylr05K+KaiTi" w:hAnsi="Ddylr05K+KaiTi" w:eastAsia="Ddylr05K+KaiTi"/>
          <w:b/>
          <w:color w:val="000000"/>
          <w:sz w:val="21"/>
        </w:rPr>
        <w:t>关的温室气体排放、抵消和</w:t>
      </w:r>
      <w:r>
        <w:rPr>
          <w:spacing w:val="10"/>
          <w:rFonts w:ascii="Ddylr05K+KaiTi" w:hAnsi="Ddylr05K+KaiTi" w:eastAsia="Ddylr05K+KaiTi"/>
          <w:b/>
          <w:color w:val="000000"/>
          <w:sz w:val="21"/>
        </w:rPr>
        <w:t>清</w:t>
      </w:r>
      <w:r>
        <w:rPr>
          <w:spacing w:val="12"/>
          <w:rFonts w:ascii="Ddylr05K+KaiTi" w:hAnsi="Ddylr05K+KaiTi" w:eastAsia="Ddylr05K+KaiTi"/>
          <w:b/>
          <w:color w:val="000000"/>
          <w:sz w:val="21"/>
        </w:rPr>
        <w:t>除相关的信息、程序文件、记录和证据，并进行了</w:t>
      </w:r>
      <w:r>
        <w:rPr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估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，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以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确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保报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告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中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产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品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碳足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迹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排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放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量达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到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合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理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保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证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等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级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和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实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质性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要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求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，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并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符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合</w:t>
      </w:r>
      <w:r>
        <w:rPr>
          <w:rFonts w:ascii="Ddylr05K+KaiTi" w:hAnsi="Ddylr05K+KaiTi" w:eastAsia="Ddylr05K+KaiTi"/>
          <w:b/>
          <w:color w:val="000000"/>
          <w:sz w:val="21"/>
        </w:rPr>
        <w:t>双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方商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定</w:t>
      </w:r>
      <w:r>
        <w:rPr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价目的、</w:t>
      </w:r>
      <w:r>
        <w:rPr>
          <w:rFonts w:ascii="Ddylr05K+KaiTi" w:hAnsi="Ddylr05K+KaiTi" w:eastAsia="Ddylr05K+KaiTi"/>
          <w:b/>
          <w:color w:val="000000"/>
          <w:sz w:val="21"/>
        </w:rPr>
        <w:t>范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围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和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准则</w:t>
      </w:r>
      <w:r>
        <w:rPr>
          <w:rFonts w:ascii="Ddylr05K+KaiTi" w:hAnsi="Ddylr05K+KaiTi" w:eastAsia="Ddylr05K+KaiTi"/>
          <w:b/>
          <w:color w:val="000000"/>
          <w:sz w:val="21"/>
        </w:rPr>
        <w:t>。</w:t>
      </w:r>
    </w:p>
    <w:p>
      <w:pPr>
        <w:autoSpaceDN w:val="0"/>
        <w:autoSpaceDE w:val="0"/>
        <w:widowControl/>
        <w:spacing w:line="312" w:lineRule="exact" w:before="0" w:after="0"/>
        <w:ind w:left="730" w:right="362" w:firstLine="420"/>
        <w:jc w:val="both"/>
      </w:pPr>
      <w:r>
        <w:rPr>
          <w:spacing w:val="8"/>
          <w:rFonts w:ascii="Ddylr05K+KaiTi" w:hAnsi="Ddylr05K+KaiTi" w:eastAsia="Ddylr05K+KaiTi"/>
          <w:b/>
          <w:color w:val="000000"/>
          <w:sz w:val="21"/>
        </w:rPr>
        <w:t>经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价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方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确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认，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山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东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国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众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机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械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科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技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有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限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公司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生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产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“车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辆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变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速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箱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、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驱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动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桥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齿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轮</w:t>
      </w:r>
      <w:r>
        <w:rPr>
          <w:rFonts w:ascii="Ddylr05K+KaiTi" w:hAnsi="Ddylr05K+KaiTi" w:eastAsia="Ddylr05K+KaiTi"/>
          <w:b/>
          <w:color w:val="000000"/>
          <w:sz w:val="21"/>
        </w:rPr>
        <w:t>”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C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r</w:t>
      </w:r>
      <w:r>
        <w:rPr>
          <w:rFonts w:ascii="Ddylr05K+KaiTi" w:hAnsi="Ddylr05K+KaiTi" w:eastAsia="Ddylr05K+KaiTi"/>
          <w:b/>
          <w:color w:val="000000"/>
          <w:sz w:val="21"/>
        </w:rPr>
        <w:t>ad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le-</w:t>
      </w:r>
      <w:r>
        <w:rPr>
          <w:rFonts w:ascii="Ddylr05K+KaiTi" w:hAnsi="Ddylr05K+KaiTi" w:eastAsia="Ddylr05K+KaiTi"/>
          <w:b/>
          <w:color w:val="000000"/>
          <w:sz w:val="21"/>
        </w:rPr>
        <w:t>to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-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g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at</w:t>
      </w:r>
      <w:r>
        <w:rPr>
          <w:rFonts w:ascii="Ddylr05K+KaiTi" w:hAnsi="Ddylr05K+KaiTi" w:eastAsia="Ddylr05K+KaiTi"/>
          <w:b/>
          <w:color w:val="000000"/>
          <w:sz w:val="21"/>
        </w:rPr>
        <w:t>e</w:t>
      </w:r>
      <w:r>
        <w:rPr>
          <w:spacing w:val="46"/>
          <w:rFonts w:ascii="Arial" w:hAnsi="Arial" w:eastAsia="Arial"/>
          <w:b/>
          <w:color w:val="000000"/>
          <w:sz w:val="21"/>
        </w:rPr>
        <w:t xml:space="preserve"> 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（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摇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篮到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大门）产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品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碳足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迹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排放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量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真实准确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，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评估过程符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合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相关标</w:t>
      </w:r>
      <w:r>
        <w:rPr>
          <w:rFonts w:ascii="Ddylr05K+KaiTi" w:hAnsi="Ddylr05K+KaiTi" w:eastAsia="Ddylr05K+KaiTi"/>
          <w:b/>
          <w:color w:val="000000"/>
          <w:sz w:val="21"/>
        </w:rPr>
        <w:t>准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要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求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，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排放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评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估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方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法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符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合相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关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性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、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完整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性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、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一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致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性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、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准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确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性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和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透明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性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的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原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则</w:t>
      </w:r>
      <w:r>
        <w:rPr>
          <w:spacing w:val="8"/>
          <w:rFonts w:ascii="Ddylr05K+KaiTi" w:hAnsi="Ddylr05K+KaiTi" w:eastAsia="Ddylr05K+KaiTi"/>
          <w:b/>
          <w:color w:val="000000"/>
          <w:sz w:val="21"/>
        </w:rPr>
        <w:t>。</w:t>
      </w:r>
      <w:r>
        <w:rPr>
          <w:spacing w:val="6"/>
          <w:rFonts w:ascii="Ddylr05K+KaiTi" w:hAnsi="Ddylr05K+KaiTi" w:eastAsia="Ddylr05K+KaiTi"/>
          <w:b/>
          <w:color w:val="000000"/>
          <w:sz w:val="21"/>
        </w:rPr>
        <w:t>排</w:t>
      </w:r>
      <w:r>
        <w:rPr>
          <w:rFonts w:ascii="Ddylr05K+KaiTi" w:hAnsi="Ddylr05K+KaiTi" w:eastAsia="Ddylr05K+KaiTi"/>
          <w:b/>
          <w:color w:val="000000"/>
          <w:sz w:val="21"/>
        </w:rPr>
        <w:t>放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量计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算</w:t>
      </w:r>
      <w:r>
        <w:rPr>
          <w:rFonts w:ascii="Ddylr05K+KaiTi" w:hAnsi="Ddylr05K+KaiTi" w:eastAsia="Ddylr05K+KaiTi"/>
          <w:b/>
          <w:color w:val="000000"/>
          <w:sz w:val="21"/>
        </w:rPr>
        <w:t>没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有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发现任何</w:t>
      </w:r>
      <w:r>
        <w:rPr>
          <w:rFonts w:ascii="Ddylr05K+KaiTi" w:hAnsi="Ddylr05K+KaiTi" w:eastAsia="Ddylr05K+KaiTi"/>
          <w:b/>
          <w:color w:val="000000"/>
          <w:sz w:val="21"/>
        </w:rPr>
        <w:t>实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质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性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偏差</w:t>
      </w:r>
      <w:r>
        <w:rPr>
          <w:rFonts w:ascii="Ddylr05K+KaiTi" w:hAnsi="Ddylr05K+KaiTi" w:eastAsia="Ddylr05K+KaiTi"/>
          <w:b/>
          <w:color w:val="000000"/>
          <w:sz w:val="21"/>
        </w:rPr>
        <w:t>。</w:t>
      </w:r>
    </w:p>
    <w:p>
      <w:pPr>
        <w:autoSpaceDN w:val="0"/>
        <w:autoSpaceDE w:val="0"/>
        <w:widowControl/>
        <w:spacing w:line="208" w:lineRule="exact" w:before="104" w:after="132"/>
        <w:ind w:left="1150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产品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碳</w:t>
      </w:r>
      <w:r>
        <w:rPr>
          <w:rFonts w:ascii="Ddylr05K+KaiTi" w:hAnsi="Ddylr05K+KaiTi" w:eastAsia="Ddylr05K+KaiTi"/>
          <w:b/>
          <w:color w:val="000000"/>
          <w:sz w:val="21"/>
        </w:rPr>
        <w:t>足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迹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信息如下</w:t>
      </w:r>
      <w:r>
        <w:rPr>
          <w:rFonts w:ascii="Ddylr05K+KaiTi" w:hAnsi="Ddylr05K+KaiTi" w:eastAsia="Ddylr05K+KaiTi"/>
          <w:b/>
          <w:color w:val="000000"/>
          <w:sz w:val="21"/>
        </w:rPr>
        <w:t>：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660"/>
        <w:gridCol w:w="1780"/>
        <w:gridCol w:w="2280"/>
        <w:gridCol w:w="2540"/>
      </w:tblGrid>
      <w:tr>
        <w:trPr>
          <w:trHeight w:hRule="exact" w:val="344"/>
        </w:trPr>
        <w:tc>
          <w:tcPr>
            <w:tcW w:type="dxa" w:w="16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时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间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段</w:t>
            </w:r>
          </w:p>
        </w:tc>
        <w:tc>
          <w:tcPr>
            <w:tcW w:type="dxa" w:w="17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0" w:after="0"/>
              <w:ind w:left="0" w:right="396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产品名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称</w:t>
            </w:r>
          </w:p>
        </w:tc>
        <w:tc>
          <w:tcPr>
            <w:tcW w:type="dxa" w:w="22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60" w:after="0"/>
              <w:ind w:left="396" w:right="0" w:firstLine="0"/>
              <w:jc w:val="left"/>
            </w:pP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产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品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生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命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周期阶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段</w:t>
            </w:r>
          </w:p>
        </w:tc>
        <w:tc>
          <w:tcPr>
            <w:tcW w:type="dxa" w:w="25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4" w:lineRule="exact" w:before="60" w:after="0"/>
              <w:ind w:left="0" w:right="0" w:firstLine="0"/>
              <w:jc w:val="center"/>
            </w:pP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碳足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迹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（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K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gC</w:t>
            </w:r>
            <w:r>
              <w:rPr>
                <w:spacing w:val="52"/>
                <w:rFonts w:ascii="Ddylr05K+KaiTi" w:hAnsi="Ddylr05K+KaiTi" w:eastAsia="Ddylr05K+KaiTi"/>
                <w:b/>
                <w:color w:val="000000"/>
                <w:sz w:val="21"/>
              </w:rPr>
              <w:t>O</w:t>
            </w:r>
            <w:r>
              <w:rPr>
                <w:spacing w:val="-1"/>
                <w:w w:val="96.36363983154297"/>
                <w:rFonts w:ascii="Ddylr05K+KaiTi" w:hAnsi="Ddylr05K+KaiTi" w:eastAsia="Ddylr05K+KaiTi"/>
                <w:b/>
                <w:color w:val="000000"/>
                <w:sz w:val="11"/>
              </w:rPr>
              <w:t>2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e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/</w:t>
            </w:r>
            <w:r>
              <w:rPr>
                <w:spacing w:val="46"/>
                <w:rFonts w:ascii="Arial" w:hAnsi="Arial" w:eastAsia="Arial"/>
                <w:b/>
                <w:color w:val="000000"/>
                <w:sz w:val="21"/>
              </w:rPr>
              <w:t xml:space="preserve"> 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㎡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）</w:t>
            </w:r>
          </w:p>
        </w:tc>
      </w:tr>
    </w:tbl>
    <w:p>
      <w:pPr>
        <w:autoSpaceDN w:val="0"/>
        <w:autoSpaceDE w:val="0"/>
        <w:widowControl/>
        <w:spacing w:line="208" w:lineRule="exact" w:before="194" w:after="0"/>
        <w:ind w:left="2176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车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辆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变</w:t>
      </w:r>
      <w:r>
        <w:rPr>
          <w:rFonts w:ascii="Ddylr05K+KaiTi" w:hAnsi="Ddylr05K+KaiTi" w:eastAsia="Ddylr05K+KaiTi"/>
          <w:b/>
          <w:color w:val="000000"/>
          <w:sz w:val="21"/>
        </w:rPr>
        <w:t>速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箱、驱动</w:t>
      </w:r>
      <w:r>
        <w:rPr>
          <w:rFonts w:ascii="Ddylr05K+KaiTi" w:hAnsi="Ddylr05K+KaiTi" w:eastAsia="Ddylr05K+KaiTi"/>
          <w:b/>
          <w:color w:val="000000"/>
          <w:sz w:val="21"/>
        </w:rPr>
        <w:t>桥</w:t>
      </w:r>
    </w:p>
    <w:p>
      <w:pPr>
        <w:autoSpaceDN w:val="0"/>
        <w:tabs>
          <w:tab w:pos="7102" w:val="left"/>
        </w:tabs>
        <w:autoSpaceDE w:val="0"/>
        <w:widowControl/>
        <w:spacing w:line="210" w:lineRule="exact" w:before="24" w:after="0"/>
        <w:ind w:left="4654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原材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料</w:t>
      </w:r>
      <w:r>
        <w:rPr>
          <w:rFonts w:ascii="Ddylr05K+KaiTi" w:hAnsi="Ddylr05K+KaiTi" w:eastAsia="Ddylr05K+KaiTi"/>
          <w:b/>
          <w:color w:val="000000"/>
          <w:sz w:val="21"/>
        </w:rPr>
        <w:t>获取</w:t>
      </w:r>
      <w:r>
        <w:tab/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2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2</w:t>
      </w:r>
      <w:r>
        <w:rPr>
          <w:rFonts w:ascii="Ddylr05K+KaiTi" w:hAnsi="Ddylr05K+KaiTi" w:eastAsia="Ddylr05K+KaiTi"/>
          <w:b/>
          <w:color w:val="000000"/>
          <w:sz w:val="21"/>
        </w:rPr>
        <w:t>53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.1</w:t>
      </w:r>
      <w:r>
        <w:rPr>
          <w:rFonts w:ascii="Ddylr05K+KaiTi" w:hAnsi="Ddylr05K+KaiTi" w:eastAsia="Ddylr05K+KaiTi"/>
          <w:b/>
          <w:color w:val="000000"/>
          <w:sz w:val="21"/>
        </w:rPr>
        <w:t>7</w:t>
      </w:r>
    </w:p>
    <w:p>
      <w:pPr>
        <w:autoSpaceDN w:val="0"/>
        <w:autoSpaceDE w:val="0"/>
        <w:widowControl/>
        <w:spacing w:line="208" w:lineRule="exact" w:before="26" w:after="0"/>
        <w:ind w:left="0" w:right="5692" w:firstLine="0"/>
        <w:jc w:val="righ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齿</w:t>
      </w:r>
      <w:r>
        <w:rPr>
          <w:rFonts w:ascii="Ddylr05K+KaiTi" w:hAnsi="Ddylr05K+KaiTi" w:eastAsia="Ddylr05K+KaiTi"/>
          <w:b/>
          <w:color w:val="000000"/>
          <w:sz w:val="21"/>
        </w:rPr>
        <w:t>轮</w:t>
      </w:r>
    </w:p>
    <w:p>
      <w:pPr>
        <w:autoSpaceDN w:val="0"/>
        <w:autoSpaceDE w:val="0"/>
        <w:widowControl/>
        <w:spacing w:line="208" w:lineRule="exact" w:before="270" w:after="12"/>
        <w:ind w:left="2176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车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辆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变</w:t>
      </w:r>
      <w:r>
        <w:rPr>
          <w:rFonts w:ascii="Ddylr05K+KaiTi" w:hAnsi="Ddylr05K+KaiTi" w:eastAsia="Ddylr05K+KaiTi"/>
          <w:b/>
          <w:color w:val="000000"/>
          <w:sz w:val="21"/>
        </w:rPr>
        <w:t>速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箱、驱动</w:t>
      </w:r>
      <w:r>
        <w:rPr>
          <w:rFonts w:ascii="Ddylr05K+KaiTi" w:hAnsi="Ddylr05K+KaiTi" w:eastAsia="Ddylr05K+KaiTi"/>
          <w:b/>
          <w:color w:val="000000"/>
          <w:sz w:val="21"/>
        </w:rPr>
        <w:t>桥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80.0" w:type="dxa"/>
      </w:tblPr>
      <w:tblGrid>
        <w:gridCol w:w="2880"/>
        <w:gridCol w:w="3180"/>
        <w:gridCol w:w="1940"/>
      </w:tblGrid>
      <w:tr>
        <w:trPr>
          <w:trHeight w:hRule="exact" w:val="238"/>
        </w:trPr>
        <w:tc>
          <w:tcPr>
            <w:tcW w:type="dxa" w:w="2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20" w:after="0"/>
              <w:ind w:left="408" w:right="0" w:firstLine="0"/>
              <w:jc w:val="left"/>
            </w:pP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2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02</w:t>
            </w:r>
            <w:r>
              <w:rPr>
                <w:spacing w:val="52"/>
                <w:rFonts w:ascii="Ddylr05K+KaiTi" w:hAnsi="Ddylr05K+KaiTi" w:eastAsia="Ddylr05K+KaiTi"/>
                <w:b/>
                <w:color w:val="000000"/>
                <w:sz w:val="21"/>
              </w:rPr>
              <w:t>3</w:t>
            </w:r>
            <w:r>
              <w:rPr>
                <w:spacing w:val="54"/>
                <w:rFonts w:ascii="Ddylr05K+KaiTi" w:hAnsi="Ddylr05K+KaiTi" w:eastAsia="Ddylr05K+KaiTi"/>
                <w:b/>
                <w:color w:val="000000"/>
                <w:sz w:val="21"/>
              </w:rPr>
              <w:t>年1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月</w:t>
            </w:r>
          </w:p>
        </w:tc>
        <w:tc>
          <w:tcPr>
            <w:tcW w:type="dxa" w:w="31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2" w:after="0"/>
              <w:ind w:left="0" w:right="736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原材</w:t>
            </w: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料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运输</w:t>
            </w:r>
          </w:p>
        </w:tc>
        <w:tc>
          <w:tcPr>
            <w:tcW w:type="dxa" w:w="194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2" w:after="0"/>
              <w:ind w:left="0" w:right="644" w:firstLine="0"/>
              <w:jc w:val="right"/>
            </w:pP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2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1.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0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5</w:t>
            </w:r>
          </w:p>
        </w:tc>
      </w:tr>
    </w:tbl>
    <w:p>
      <w:pPr>
        <w:autoSpaceDN w:val="0"/>
        <w:autoSpaceDE w:val="0"/>
        <w:widowControl/>
        <w:spacing w:line="208" w:lineRule="exact" w:before="10" w:after="0"/>
        <w:ind w:left="0" w:right="5692" w:firstLine="0"/>
        <w:jc w:val="righ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齿</w:t>
      </w:r>
      <w:r>
        <w:rPr>
          <w:rFonts w:ascii="Ddylr05K+KaiTi" w:hAnsi="Ddylr05K+KaiTi" w:eastAsia="Ddylr05K+KaiTi"/>
          <w:b/>
          <w:color w:val="000000"/>
          <w:sz w:val="21"/>
        </w:rPr>
        <w:t>轮</w:t>
      </w:r>
    </w:p>
    <w:p>
      <w:pPr>
        <w:autoSpaceDN w:val="0"/>
        <w:autoSpaceDE w:val="0"/>
        <w:widowControl/>
        <w:spacing w:line="208" w:lineRule="exact" w:before="32" w:after="0"/>
        <w:ind w:left="760" w:right="0" w:firstLine="0"/>
        <w:jc w:val="left"/>
      </w:pPr>
      <w:r>
        <w:rPr>
          <w:spacing w:val="50"/>
          <w:rFonts w:ascii="Ddylr05K+KaiTi" w:hAnsi="Ddylr05K+KaiTi" w:eastAsia="Ddylr05K+KaiTi"/>
          <w:b/>
          <w:color w:val="000000"/>
          <w:sz w:val="21"/>
        </w:rPr>
        <w:t>1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日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-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20</w:t>
      </w:r>
      <w:r>
        <w:rPr>
          <w:rFonts w:ascii="Ddylr05K+KaiTi" w:hAnsi="Ddylr05K+KaiTi" w:eastAsia="Ddylr05K+KaiTi"/>
          <w:b/>
          <w:color w:val="000000"/>
          <w:sz w:val="21"/>
        </w:rPr>
        <w:t>2</w:t>
      </w:r>
      <w:r>
        <w:rPr>
          <w:spacing w:val="50"/>
          <w:rFonts w:ascii="Ddylr05K+KaiTi" w:hAnsi="Ddylr05K+KaiTi" w:eastAsia="Ddylr05K+KaiTi"/>
          <w:b/>
          <w:color w:val="000000"/>
          <w:sz w:val="21"/>
        </w:rPr>
        <w:t>3</w:t>
      </w:r>
      <w:r>
        <w:rPr>
          <w:rFonts w:ascii="Ddylr05K+KaiTi" w:hAnsi="Ddylr05K+KaiTi" w:eastAsia="Ddylr05K+KaiTi"/>
          <w:b/>
          <w:color w:val="000000"/>
          <w:sz w:val="21"/>
        </w:rPr>
        <w:t>年</w:t>
      </w:r>
    </w:p>
    <w:p>
      <w:pPr>
        <w:autoSpaceDN w:val="0"/>
        <w:autoSpaceDE w:val="0"/>
        <w:widowControl/>
        <w:spacing w:line="210" w:lineRule="exact" w:before="28" w:after="12"/>
        <w:ind w:left="2176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车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辆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变</w:t>
      </w:r>
      <w:r>
        <w:rPr>
          <w:rFonts w:ascii="Ddylr05K+KaiTi" w:hAnsi="Ddylr05K+KaiTi" w:eastAsia="Ddylr05K+KaiTi"/>
          <w:b/>
          <w:color w:val="000000"/>
          <w:sz w:val="21"/>
        </w:rPr>
        <w:t>速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箱、驱动</w:t>
      </w:r>
      <w:r>
        <w:rPr>
          <w:rFonts w:ascii="Ddylr05K+KaiTi" w:hAnsi="Ddylr05K+KaiTi" w:eastAsia="Ddylr05K+KaiTi"/>
          <w:b/>
          <w:color w:val="000000"/>
          <w:sz w:val="21"/>
        </w:rPr>
        <w:t>桥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20.0" w:type="dxa"/>
      </w:tblPr>
      <w:tblGrid>
        <w:gridCol w:w="2760"/>
        <w:gridCol w:w="3320"/>
        <w:gridCol w:w="1880"/>
      </w:tblGrid>
      <w:tr>
        <w:trPr>
          <w:trHeight w:hRule="exact" w:val="236"/>
        </w:trPr>
        <w:tc>
          <w:tcPr>
            <w:tcW w:type="dxa" w:w="276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8" w:lineRule="exact" w:before="10" w:after="0"/>
              <w:ind w:left="420" w:right="0" w:firstLine="0"/>
              <w:jc w:val="left"/>
            </w:pP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1</w:t>
            </w:r>
            <w:r>
              <w:rPr>
                <w:spacing w:val="52"/>
                <w:rFonts w:ascii="Ddylr05K+KaiTi" w:hAnsi="Ddylr05K+KaiTi" w:eastAsia="Ddylr05K+KaiTi"/>
                <w:b/>
                <w:color w:val="000000"/>
                <w:sz w:val="21"/>
              </w:rPr>
              <w:t>2</w:t>
            </w:r>
            <w:r>
              <w:rPr>
                <w:spacing w:val="56"/>
                <w:rFonts w:ascii="Ddylr05K+KaiTi" w:hAnsi="Ddylr05K+KaiTi" w:eastAsia="Ddylr05K+KaiTi"/>
                <w:b/>
                <w:color w:val="000000"/>
                <w:sz w:val="21"/>
              </w:rPr>
              <w:t>月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3</w:t>
            </w:r>
            <w:r>
              <w:rPr>
                <w:spacing w:val="54"/>
                <w:rFonts w:ascii="Ddylr05K+KaiTi" w:hAnsi="Ddylr05K+KaiTi" w:eastAsia="Ddylr05K+KaiTi"/>
                <w:b/>
                <w:color w:val="000000"/>
                <w:sz w:val="21"/>
              </w:rPr>
              <w:t>1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日</w:t>
            </w:r>
          </w:p>
        </w:tc>
        <w:tc>
          <w:tcPr>
            <w:tcW w:type="dxa" w:w="332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4" w:after="0"/>
              <w:ind w:left="0" w:right="690" w:firstLine="0"/>
              <w:jc w:val="right"/>
            </w:pP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产品生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产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制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造</w:t>
            </w:r>
          </w:p>
        </w:tc>
        <w:tc>
          <w:tcPr>
            <w:tcW w:type="dxa" w:w="1880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0" w:lineRule="exact" w:before="14" w:after="0"/>
              <w:ind w:left="0" w:right="0" w:firstLine="0"/>
              <w:jc w:val="center"/>
            </w:pPr>
            <w:r>
              <w:rPr>
                <w:spacing w:val="4"/>
                <w:rFonts w:ascii="Ddylr05K+KaiTi" w:hAnsi="Ddylr05K+KaiTi" w:eastAsia="Ddylr05K+KaiTi"/>
                <w:b/>
                <w:color w:val="000000"/>
                <w:sz w:val="21"/>
              </w:rPr>
              <w:t>2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2.</w:t>
            </w:r>
            <w:r>
              <w:rPr>
                <w:spacing w:val="2"/>
                <w:rFonts w:ascii="Ddylr05K+KaiTi" w:hAnsi="Ddylr05K+KaiTi" w:eastAsia="Ddylr05K+KaiTi"/>
                <w:b/>
                <w:color w:val="000000"/>
                <w:sz w:val="21"/>
              </w:rPr>
              <w:t>4</w:t>
            </w:r>
            <w:r>
              <w:rPr>
                <w:rFonts w:ascii="Ddylr05K+KaiTi" w:hAnsi="Ddylr05K+KaiTi" w:eastAsia="Ddylr05K+KaiTi"/>
                <w:b/>
                <w:color w:val="000000"/>
                <w:sz w:val="21"/>
              </w:rPr>
              <w:t>8</w:t>
            </w:r>
          </w:p>
        </w:tc>
      </w:tr>
    </w:tbl>
    <w:p>
      <w:pPr>
        <w:autoSpaceDN w:val="0"/>
        <w:autoSpaceDE w:val="0"/>
        <w:widowControl/>
        <w:spacing w:line="210" w:lineRule="exact" w:before="10" w:after="0"/>
        <w:ind w:left="0" w:right="5692" w:firstLine="0"/>
        <w:jc w:val="righ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齿</w:t>
      </w:r>
      <w:r>
        <w:rPr>
          <w:rFonts w:ascii="Ddylr05K+KaiTi" w:hAnsi="Ddylr05K+KaiTi" w:eastAsia="Ddylr05K+KaiTi"/>
          <w:b/>
          <w:color w:val="000000"/>
          <w:sz w:val="21"/>
        </w:rPr>
        <w:t>轮</w:t>
      </w:r>
    </w:p>
    <w:p>
      <w:pPr>
        <w:autoSpaceDN w:val="0"/>
        <w:autoSpaceDE w:val="0"/>
        <w:widowControl/>
        <w:spacing w:line="210" w:lineRule="exact" w:before="268" w:after="0"/>
        <w:ind w:left="2176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车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辆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变</w:t>
      </w:r>
      <w:r>
        <w:rPr>
          <w:rFonts w:ascii="Ddylr05K+KaiTi" w:hAnsi="Ddylr05K+KaiTi" w:eastAsia="Ddylr05K+KaiTi"/>
          <w:b/>
          <w:color w:val="000000"/>
          <w:sz w:val="21"/>
        </w:rPr>
        <w:t>速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箱、驱动</w:t>
      </w:r>
      <w:r>
        <w:rPr>
          <w:rFonts w:ascii="Ddylr05K+KaiTi" w:hAnsi="Ddylr05K+KaiTi" w:eastAsia="Ddylr05K+KaiTi"/>
          <w:b/>
          <w:color w:val="000000"/>
          <w:sz w:val="21"/>
        </w:rPr>
        <w:t>桥</w:t>
      </w:r>
    </w:p>
    <w:p>
      <w:pPr>
        <w:autoSpaceDN w:val="0"/>
        <w:tabs>
          <w:tab w:pos="7102" w:val="left"/>
        </w:tabs>
        <w:autoSpaceDE w:val="0"/>
        <w:widowControl/>
        <w:spacing w:line="208" w:lineRule="exact" w:before="26" w:after="0"/>
        <w:ind w:left="4968" w:right="0" w:firstLine="0"/>
        <w:jc w:val="lef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合</w:t>
      </w:r>
      <w:r>
        <w:rPr>
          <w:rFonts w:ascii="Ddylr05K+KaiTi" w:hAnsi="Ddylr05K+KaiTi" w:eastAsia="Ddylr05K+KaiTi"/>
          <w:b/>
          <w:color w:val="000000"/>
          <w:sz w:val="21"/>
        </w:rPr>
        <w:t>计</w:t>
      </w:r>
      <w:r>
        <w:tab/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2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2</w:t>
      </w:r>
      <w:r>
        <w:rPr>
          <w:rFonts w:ascii="Ddylr05K+KaiTi" w:hAnsi="Ddylr05K+KaiTi" w:eastAsia="Ddylr05K+KaiTi"/>
          <w:b/>
          <w:color w:val="000000"/>
          <w:sz w:val="21"/>
        </w:rPr>
        <w:t>96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.9</w:t>
      </w:r>
      <w:r>
        <w:rPr>
          <w:rFonts w:ascii="Ddylr05K+KaiTi" w:hAnsi="Ddylr05K+KaiTi" w:eastAsia="Ddylr05K+KaiTi"/>
          <w:b/>
          <w:color w:val="000000"/>
          <w:sz w:val="21"/>
        </w:rPr>
        <w:t>4</w:t>
      </w:r>
    </w:p>
    <w:p>
      <w:pPr>
        <w:autoSpaceDN w:val="0"/>
        <w:autoSpaceDE w:val="0"/>
        <w:widowControl/>
        <w:spacing w:line="210" w:lineRule="exact" w:before="24" w:after="0"/>
        <w:ind w:left="0" w:right="5692" w:firstLine="0"/>
        <w:jc w:val="righ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齿</w:t>
      </w:r>
      <w:r>
        <w:rPr>
          <w:rFonts w:ascii="Ddylr05K+KaiTi" w:hAnsi="Ddylr05K+KaiTi" w:eastAsia="Ddylr05K+KaiTi"/>
          <w:b/>
          <w:color w:val="000000"/>
          <w:sz w:val="21"/>
        </w:rPr>
        <w:t>轮</w:t>
      </w:r>
    </w:p>
    <w:p>
      <w:pPr>
        <w:autoSpaceDN w:val="0"/>
        <w:autoSpaceDE w:val="0"/>
        <w:widowControl/>
        <w:spacing w:line="210" w:lineRule="exact" w:before="268" w:after="0"/>
        <w:ind w:left="0" w:right="1358" w:firstLine="0"/>
        <w:jc w:val="right"/>
      </w:pPr>
      <w:r>
        <w:rPr>
          <w:spacing w:val="2"/>
          <w:rFonts w:ascii="Ddylr05K+KaiTi" w:hAnsi="Ddylr05K+KaiTi" w:eastAsia="Ddylr05K+KaiTi"/>
          <w:b/>
          <w:color w:val="000000"/>
          <w:sz w:val="21"/>
        </w:rPr>
        <w:t>山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东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质</w:t>
      </w:r>
      <w:r>
        <w:rPr>
          <w:rFonts w:ascii="Ddylr05K+KaiTi" w:hAnsi="Ddylr05K+KaiTi" w:eastAsia="Ddylr05K+KaiTi"/>
          <w:b/>
          <w:color w:val="000000"/>
          <w:sz w:val="21"/>
        </w:rPr>
        <w:t>联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认证有限</w:t>
      </w:r>
      <w:r>
        <w:rPr>
          <w:spacing w:val="4"/>
          <w:rFonts w:ascii="Ddylr05K+KaiTi" w:hAnsi="Ddylr05K+KaiTi" w:eastAsia="Ddylr05K+KaiTi"/>
          <w:b/>
          <w:color w:val="000000"/>
          <w:sz w:val="21"/>
        </w:rPr>
        <w:t>公</w:t>
      </w:r>
      <w:r>
        <w:rPr>
          <w:rFonts w:ascii="Ddylr05K+KaiTi" w:hAnsi="Ddylr05K+KaiTi" w:eastAsia="Ddylr05K+KaiTi"/>
          <w:b/>
          <w:color w:val="000000"/>
          <w:sz w:val="21"/>
        </w:rPr>
        <w:t>司</w:t>
      </w:r>
    </w:p>
    <w:p>
      <w:pPr>
        <w:autoSpaceDN w:val="0"/>
        <w:autoSpaceDE w:val="0"/>
        <w:widowControl/>
        <w:spacing w:line="210" w:lineRule="exact" w:before="258" w:after="0"/>
        <w:ind w:left="0" w:right="1624" w:firstLine="0"/>
        <w:jc w:val="right"/>
      </w:pPr>
      <w:r>
        <w:rPr>
          <w:spacing w:val="4"/>
          <w:rFonts w:ascii="Ddylr05K+KaiTi" w:hAnsi="Ddylr05K+KaiTi" w:eastAsia="Ddylr05K+KaiTi"/>
          <w:b/>
          <w:color w:val="000000"/>
          <w:sz w:val="21"/>
        </w:rPr>
        <w:t>2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0</w:t>
      </w:r>
      <w:r>
        <w:rPr>
          <w:rFonts w:ascii="Ddylr05K+KaiTi" w:hAnsi="Ddylr05K+KaiTi" w:eastAsia="Ddylr05K+KaiTi"/>
          <w:b/>
          <w:color w:val="000000"/>
          <w:sz w:val="21"/>
        </w:rPr>
        <w:t>2</w:t>
      </w:r>
      <w:r>
        <w:rPr>
          <w:spacing w:val="50"/>
          <w:rFonts w:ascii="Ddylr05K+KaiTi" w:hAnsi="Ddylr05K+KaiTi" w:eastAsia="Ddylr05K+KaiTi"/>
          <w:b/>
          <w:color w:val="000000"/>
          <w:sz w:val="21"/>
        </w:rPr>
        <w:t>4</w:t>
      </w:r>
      <w:r>
        <w:rPr>
          <w:spacing w:val="54"/>
          <w:rFonts w:ascii="Ddylr05K+KaiTi" w:hAnsi="Ddylr05K+KaiTi" w:eastAsia="Ddylr05K+KaiTi"/>
          <w:b/>
          <w:color w:val="000000"/>
          <w:sz w:val="21"/>
        </w:rPr>
        <w:t>年7</w:t>
      </w:r>
      <w:r>
        <w:rPr>
          <w:spacing w:val="52"/>
          <w:rFonts w:ascii="Ddylr05K+KaiTi" w:hAnsi="Ddylr05K+KaiTi" w:eastAsia="Ddylr05K+KaiTi"/>
          <w:b/>
          <w:color w:val="000000"/>
          <w:sz w:val="21"/>
        </w:rPr>
        <w:t>月</w:t>
      </w:r>
      <w:r>
        <w:rPr>
          <w:spacing w:val="2"/>
          <w:rFonts w:ascii="Ddylr05K+KaiTi" w:hAnsi="Ddylr05K+KaiTi" w:eastAsia="Ddylr05K+KaiTi"/>
          <w:b/>
          <w:color w:val="000000"/>
          <w:sz w:val="21"/>
        </w:rPr>
        <w:t>2</w:t>
      </w:r>
      <w:r>
        <w:rPr>
          <w:spacing w:val="50"/>
          <w:rFonts w:ascii="Ddylr05K+KaiTi" w:hAnsi="Ddylr05K+KaiTi" w:eastAsia="Ddylr05K+KaiTi"/>
          <w:b/>
          <w:color w:val="000000"/>
          <w:sz w:val="21"/>
        </w:rPr>
        <w:t>6</w:t>
      </w:r>
      <w:r>
        <w:rPr>
          <w:rFonts w:ascii="Ddylr05K+KaiTi" w:hAnsi="Ddylr05K+KaiTi" w:eastAsia="Ddylr05K+KaiTi"/>
          <w:b/>
          <w:color w:val="000000"/>
          <w:sz w:val="21"/>
        </w:rPr>
        <w:t>日</w:t>
      </w:r>
    </w:p>
    <w:p>
      <w:pPr>
        <w:autoSpaceDN w:val="0"/>
        <w:autoSpaceDE w:val="0"/>
        <w:widowControl/>
        <w:spacing w:line="220" w:lineRule="exact" w:before="6602" w:after="0"/>
        <w:ind w:left="0" w:right="0" w:firstLine="0"/>
        <w:jc w:val="center"/>
      </w:pPr>
      <w:r>
        <w:rPr>
          <w:spacing w:val="1"/>
          <w:rFonts w:ascii="UZztFtTf+TimesNewRomanPSMT" w:hAnsi="UZztFtTf+TimesNewRomanPSMT" w:eastAsia="UZztFtTf+TimesNewRomanPSMT"/>
          <w:color w:val="000000"/>
          <w:sz w:val="20"/>
        </w:rPr>
        <w:t>39</w:t>
      </w:r>
    </w:p>
    <w:sectPr w:rsidR="00FC693F" w:rsidRPr="0006063C" w:rsidSect="00034616">
      <w:pgSz w:w="11906" w:h="17238"/>
      <w:pgMar w:top="750" w:right="1440" w:bottom="496" w:left="1440" w:header="720" w:footer="720" w:gutter="0"/>
      <w:cols w:num="1" w:equalWidth="0" w:space="720">
        <w:col w:w="9026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dylr05K+KaiTi">
    <w:panose1 w:val="02000500000000000000"/>
    <w:charset w:val="00"/>
    <w:family w:val="auto"/>
    <w:pitch w:val="variable"/>
    <w:sig w:usb0="80000287" w:usb1="2ACF3C50" w:usb2="00000016" w:usb3="00000000" w:csb0="0004001F" w:csb1="00000000"/>
    <w:embedRegular r:id="rId1" w:fontKey="{A81AD048-47FC-4C3D-8EC3-796B97056091}"/>
  </w:font>
  <w:font w:name="5dEdCaJ8+Calibri">
    <w:panose1 w:val="02000500000000000000"/>
    <w:charset w:val="00"/>
    <w:family w:val="auto"/>
    <w:pitch w:val="variable"/>
    <w:sig w:usb0="80000287" w:usb1="2ACF3C50" w:usb2="00000016" w:usb3="00000000" w:csb0="0004001F" w:csb1="00000000"/>
    <w:embedRegular r:id="rId2" w:fontKey="{33AE234C-AE51-4229-B10F-CADB71026AC5}"/>
  </w:font>
  <w:font w:name="UZztFtTf+TimesNewRomanPSMT">
    <w:panose1 w:val="02000500000000000000"/>
    <w:charset w:val="00"/>
    <w:family w:val="auto"/>
    <w:pitch w:val="variable"/>
    <w:sig w:usb0="80000287" w:usb1="2ACF3C50" w:usb2="00000016" w:usb3="00000000" w:csb0="0004001F" w:csb1="00000000"/>
    <w:embedRegular r:id="rId3" w:fontKey="{64E548E9-1357-4572-B52F-19E486DBB33D}"/>
  </w:font>
  <w:font w:name="GdJYNGgr+TimesNewRomanPS">
    <w:panose1 w:val="02000500000000000000"/>
    <w:charset w:val="00"/>
    <w:family w:val="auto"/>
    <w:pitch w:val="variable"/>
    <w:sig w:usb0="80000287" w:usb1="2ACF3C50" w:usb2="00000016" w:usb3="00000000" w:csb0="0004001F" w:csb1="00000000"/>
    <w:embedRegular r:id="rId4" w:fontKey="{858B7384-A2AD-4574-9542-82217A19D241}"/>
  </w:font>
  <w:font w:name="jXESaHHF+SimSun">
    <w:panose1 w:val="02000500000000000000"/>
    <w:charset w:val="00"/>
    <w:family w:val="auto"/>
    <w:pitch w:val="variable"/>
    <w:sig w:usb0="80000287" w:usb1="2ACF3C50" w:usb2="00000016" w:usb3="00000000" w:csb0="0004001F" w:csb1="00000000"/>
    <w:embedRegular r:id="rId5" w:fontKey="{15C897AE-E482-49A6-B273-731C094E367A}"/>
  </w:font>
  <w:font w:name="FEqG52FE+FangSong">
    <w:panose1 w:val="02000500000000000000"/>
    <w:charset w:val="00"/>
    <w:family w:val="auto"/>
    <w:pitch w:val="variable"/>
    <w:sig w:usb0="80000287" w:usb1="2ACF3C50" w:usb2="00000016" w:usb3="00000000" w:csb0="0004001F" w:csb1="00000000"/>
    <w:embedRegular r:id="rId6" w:fontKey="{7F56127C-0361-470C-AE06-CB7D145E2E46}"/>
  </w:font>
  <w:font w:name="8Mc4eCx5+ArialMT">
    <w:panose1 w:val="02000500000000000000"/>
    <w:charset w:val="00"/>
    <w:family w:val="auto"/>
    <w:pitch w:val="variable"/>
    <w:sig w:usb0="80000287" w:usb1="2ACF3C50" w:usb2="00000016" w:usb3="00000000" w:csb0="0004001F" w:csb1="00000000"/>
    <w:embedRegular r:id="rId7" w:fontKey="{F83CB343-7F05-4739-885B-E33022834F6C}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image" Target="media/image31.png"/><Relationship Id="rId40" Type="http://schemas.openxmlformats.org/officeDocument/2006/relationships/image" Target="media/image32.png"/><Relationship Id="rId41" Type="http://schemas.openxmlformats.org/officeDocument/2006/relationships/image" Target="media/image33.png"/><Relationship Id="rId42" Type="http://schemas.openxmlformats.org/officeDocument/2006/relationships/image" Target="media/image34.png"/><Relationship Id="rId43" Type="http://schemas.openxmlformats.org/officeDocument/2006/relationships/image" Target="media/image35.png"/><Relationship Id="rId44" Type="http://schemas.openxmlformats.org/officeDocument/2006/relationships/image" Target="media/image36.png"/><Relationship Id="rId45" Type="http://schemas.openxmlformats.org/officeDocument/2006/relationships/image" Target="media/image37.png"/><Relationship Id="rId46" Type="http://schemas.openxmlformats.org/officeDocument/2006/relationships/image" Target="media/image38.png"/><Relationship Id="rId47" Type="http://schemas.openxmlformats.org/officeDocument/2006/relationships/image" Target="media/image39.png"/><Relationship Id="rId48" Type="http://schemas.openxmlformats.org/officeDocument/2006/relationships/image" Target="media/image40.png"/><Relationship Id="rId49" Type="http://schemas.openxmlformats.org/officeDocument/2006/relationships/image" Target="media/image41.png"/><Relationship Id="rId50" Type="http://schemas.openxmlformats.org/officeDocument/2006/relationships/image" Target="media/image42.png"/><Relationship Id="rId51" Type="http://schemas.openxmlformats.org/officeDocument/2006/relationships/image" Target="media/image43.png"/><Relationship Id="rId52" Type="http://schemas.openxmlformats.org/officeDocument/2006/relationships/image" Target="media/image44.png"/><Relationship Id="rId53" Type="http://schemas.openxmlformats.org/officeDocument/2006/relationships/image" Target="media/image45.png"/><Relationship Id="rId54" Type="http://schemas.openxmlformats.org/officeDocument/2006/relationships/image" Target="media/image46.png"/><Relationship Id="rId55" Type="http://schemas.openxmlformats.org/officeDocument/2006/relationships/image" Target="media/image47.png"/><Relationship Id="rId56" Type="http://schemas.openxmlformats.org/officeDocument/2006/relationships/image" Target="media/image48.png"/><Relationship Id="rId57" Type="http://schemas.openxmlformats.org/officeDocument/2006/relationships/image" Target="media/image49.png"/><Relationship Id="rId58" Type="http://schemas.openxmlformats.org/officeDocument/2006/relationships/image" Target="media/image50.png"/><Relationship Id="rId59" Type="http://schemas.openxmlformats.org/officeDocument/2006/relationships/image" Target="media/image51.png"/><Relationship Id="rId60" Type="http://schemas.openxmlformats.org/officeDocument/2006/relationships/image" Target="media/image52.png"/><Relationship Id="rId61" Type="http://schemas.openxmlformats.org/officeDocument/2006/relationships/image" Target="media/image53.png"/><Relationship Id="rId62" Type="http://schemas.openxmlformats.org/officeDocument/2006/relationships/image" Target="media/image54.png"/><Relationship Id="rId63" Type="http://schemas.openxmlformats.org/officeDocument/2006/relationships/image" Target="media/image55.png"/><Relationship Id="rId64" Type="http://schemas.openxmlformats.org/officeDocument/2006/relationships/image" Target="media/image56.png"/><Relationship Id="rId65" Type="http://schemas.openxmlformats.org/officeDocument/2006/relationships/image" Target="media/image57.png"/><Relationship Id="rId66" Type="http://schemas.openxmlformats.org/officeDocument/2006/relationships/image" Target="media/image58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